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00EAC" w14:textId="77777777" w:rsidR="00BE3968" w:rsidRDefault="00BE3968">
      <w:pPr>
        <w:spacing w:after="1600"/>
      </w:pPr>
    </w:p>
    <w:p w14:paraId="3DFF8F70" w14:textId="77777777" w:rsidR="00BE3968" w:rsidRDefault="00CA6E70">
      <w:pPr>
        <w:pStyle w:val="CMRBookTitle"/>
        <w:jc w:val="center"/>
      </w:pPr>
      <w:r>
        <w:rPr>
          <w:b w:val="0"/>
        </w:rPr>
        <w:t>WORDS FIRST.</w:t>
      </w:r>
      <w:r>
        <w:rPr>
          <w:b w:val="0"/>
        </w:rPr>
        <w:br/>
        <w:t>MATH SECOND.</w:t>
      </w:r>
    </w:p>
    <w:p w14:paraId="102E82F3" w14:textId="77777777" w:rsidR="00BE3968" w:rsidRDefault="00CA6E70">
      <w:pPr>
        <w:pStyle w:val="CMRPageTitle"/>
        <w:jc w:val="center"/>
      </w:pPr>
      <w:r>
        <w:rPr>
          <w:b w:val="0"/>
        </w:rPr>
        <w:t>Understanding and Solving Real-Life Math Word Problems</w:t>
      </w:r>
    </w:p>
    <w:p w14:paraId="63624DC9" w14:textId="77777777" w:rsidR="00BE3968" w:rsidRDefault="00BE3968">
      <w:pPr>
        <w:spacing w:after="500"/>
      </w:pPr>
    </w:p>
    <w:p w14:paraId="4D4F09FC" w14:textId="77777777" w:rsidR="00BE3968" w:rsidRDefault="00CA6E70">
      <w:pPr>
        <w:pStyle w:val="CMRSectionLabel"/>
        <w:jc w:val="center"/>
      </w:pPr>
      <w:r>
        <w:rPr>
          <w:b w:val="0"/>
        </w:rPr>
        <w:t>A Student Workbook for Adult Learners</w:t>
      </w:r>
    </w:p>
    <w:p w14:paraId="6C3EECF3" w14:textId="77777777" w:rsidR="00BE3968" w:rsidRDefault="00CA6E70">
      <w:pPr>
        <w:pStyle w:val="CMRBodySmall"/>
        <w:jc w:val="center"/>
      </w:pPr>
      <w:r>
        <w:t>Two sections • One simple three-step method • Real-life practice</w:t>
      </w:r>
    </w:p>
    <w:p w14:paraId="45150F67" w14:textId="77777777" w:rsidR="00BE3968" w:rsidRDefault="00BE3968">
      <w:pPr>
        <w:spacing w:after="1520"/>
      </w:pPr>
    </w:p>
    <w:p w14:paraId="53FCB643" w14:textId="77777777" w:rsidR="00BE3968" w:rsidRDefault="00CA6E70">
      <w:pPr>
        <w:pStyle w:val="CMRBodySmall"/>
        <w:jc w:val="center"/>
      </w:pPr>
      <w:r>
        <w:t>Prepared for Compassion Ministry Resources</w:t>
      </w:r>
    </w:p>
    <w:p w14:paraId="0936333A" w14:textId="77777777" w:rsidR="0023549F" w:rsidRDefault="0023549F"/>
    <w:p w14:paraId="6905C1C6" w14:textId="77777777" w:rsidR="0023549F" w:rsidRDefault="0023549F"/>
    <w:p w14:paraId="000E1234" w14:textId="77777777" w:rsidR="0023549F" w:rsidRDefault="0023549F"/>
    <w:p w14:paraId="59C7821D" w14:textId="77777777" w:rsidR="0023549F" w:rsidRDefault="0023549F"/>
    <w:p w14:paraId="44263364" w14:textId="77777777" w:rsidR="0023549F" w:rsidRDefault="0023549F"/>
    <w:p w14:paraId="5A9E7503" w14:textId="77777777" w:rsidR="0023549F" w:rsidRDefault="0023549F"/>
    <w:p w14:paraId="59D809F0" w14:textId="77777777" w:rsidR="0023549F" w:rsidRDefault="0023549F"/>
    <w:p w14:paraId="7BB4D4F8" w14:textId="77777777" w:rsidR="0023549F" w:rsidRDefault="0023549F"/>
    <w:p w14:paraId="3BE3AD2B" w14:textId="77777777" w:rsidR="0023549F" w:rsidRDefault="0023549F"/>
    <w:p w14:paraId="7BDE8A22" w14:textId="77777777" w:rsidR="0023549F" w:rsidRDefault="0023549F"/>
    <w:p w14:paraId="2376D032" w14:textId="77777777" w:rsidR="0023549F" w:rsidRDefault="0023549F"/>
    <w:p w14:paraId="327A8CA7" w14:textId="77777777" w:rsidR="0023549F" w:rsidRDefault="0023549F"/>
    <w:p w14:paraId="277DFF71" w14:textId="16CA9C8C" w:rsidR="00BE3968" w:rsidRDefault="0023549F" w:rsidP="0023549F">
      <w:pPr>
        <w:jc w:val="center"/>
      </w:pPr>
      <w:r>
        <w:t>Tonya Hancock</w:t>
      </w:r>
      <w:r>
        <w:br w:type="page"/>
      </w:r>
    </w:p>
    <w:p w14:paraId="27BD68AB" w14:textId="77777777" w:rsidR="00BE3968" w:rsidRDefault="00CA6E70">
      <w:pPr>
        <w:pStyle w:val="CMRPageTitle"/>
      </w:pPr>
      <w:r>
        <w:rPr>
          <w:b w:val="0"/>
        </w:rPr>
        <w:lastRenderedPageBreak/>
        <w:t>A practical place to begin</w:t>
      </w:r>
    </w:p>
    <w:p w14:paraId="28654110" w14:textId="77777777" w:rsidR="00BE3968" w:rsidRDefault="00CA6E70">
      <w:pPr>
        <w:pStyle w:val="CMRSectionLabel"/>
      </w:pPr>
      <w:r>
        <w:rPr>
          <w:b w:val="0"/>
        </w:rPr>
        <w:t>ABOUT THIS WORKBOOK</w:t>
      </w:r>
    </w:p>
    <w:p w14:paraId="4F7DCD97" w14:textId="77777777" w:rsidR="00BE3968" w:rsidRDefault="00CA6E70">
      <w:r>
        <w:t>This workbook was written for adults who can often do the arithmetic but may become confused when the mathematics is placed inside a written situation. Other students may find both the reading and the reasoning difficult. The lessons meet students where they are and provide a path forward.</w:t>
      </w:r>
    </w:p>
    <w:p w14:paraId="2844FE56" w14:textId="77777777" w:rsidR="00BE3968" w:rsidRDefault="00CA6E70">
      <w:r>
        <w:t>The examples come from adult life: grocery shopping, work, transportation, household bills, community service, education, and many other situations.</w:t>
      </w:r>
    </w:p>
    <w:p w14:paraId="79DDF2F8" w14:textId="77777777" w:rsidR="00BE3968" w:rsidRDefault="00CA6E70">
      <w:r>
        <w:t>This book builds the reading and mathematical reasoning foundations used in everyday life and high school equivalency preparation. It does not replace a complete GED or HiSET mathematics course, especially its advanced algebra and geometry content.</w:t>
      </w:r>
    </w:p>
    <w:p w14:paraId="52BF0A1B" w14:textId="77777777" w:rsidR="00BE3968" w:rsidRDefault="00CA6E70">
      <w:r>
        <w:t>All names, prices, schedules, and situations used in practice problems are instructional examples. They are not real bills, tax advice, or employment agreements.</w:t>
      </w:r>
    </w:p>
    <w:tbl>
      <w:tblPr>
        <w:tblW w:w="0" w:type="auto"/>
        <w:tblLayout w:type="fixed"/>
        <w:tblLook w:val="04A0" w:firstRow="1" w:lastRow="0" w:firstColumn="1" w:lastColumn="0" w:noHBand="0" w:noVBand="1"/>
      </w:tblPr>
      <w:tblGrid>
        <w:gridCol w:w="10036"/>
      </w:tblGrid>
      <w:tr w:rsidR="00BE3968" w14:paraId="5CD85AD6" w14:textId="77777777">
        <w:tc>
          <w:tcPr>
            <w:tcW w:w="10036" w:type="dxa"/>
            <w:shd w:val="clear" w:color="auto" w:fill="EEF3F5"/>
            <w:tcMar>
              <w:top w:w="100" w:type="dxa"/>
              <w:left w:w="150" w:type="dxa"/>
              <w:bottom w:w="100" w:type="dxa"/>
              <w:right w:w="150" w:type="dxa"/>
            </w:tcMar>
          </w:tcPr>
          <w:p w14:paraId="05F38AF3" w14:textId="77777777" w:rsidR="00BE3968" w:rsidRDefault="00CA6E70">
            <w:pPr>
              <w:pStyle w:val="CMRBodySmall"/>
            </w:pPr>
            <w:r>
              <w:t>Student edition • Sections 1 and 2</w:t>
            </w:r>
          </w:p>
          <w:p w14:paraId="6B263749" w14:textId="77777777" w:rsidR="00BE3968" w:rsidRDefault="00CA6E70">
            <w:pPr>
              <w:pStyle w:val="CMRBodySmall"/>
            </w:pPr>
            <w:r>
              <w:t>Each practice page contains exactly two problems.</w:t>
            </w:r>
          </w:p>
          <w:p w14:paraId="3423CF66" w14:textId="77777777" w:rsidR="00BE3968" w:rsidRDefault="00CA6E70">
            <w:pPr>
              <w:pStyle w:val="CMRBodySmall"/>
            </w:pPr>
            <w:r>
              <w:t>Answers and short explanations are gathered at the back.</w:t>
            </w:r>
          </w:p>
        </w:tc>
      </w:tr>
    </w:tbl>
    <w:p w14:paraId="7321BB53" w14:textId="77777777" w:rsidR="00BE3968" w:rsidRDefault="00BE3968">
      <w:pPr>
        <w:spacing w:after="40"/>
      </w:pPr>
    </w:p>
    <w:p w14:paraId="701C5B75" w14:textId="77777777" w:rsidR="00BE3968" w:rsidRDefault="00CA6E70">
      <w:r>
        <w:br w:type="page"/>
      </w:r>
    </w:p>
    <w:p w14:paraId="0AED7E89" w14:textId="77777777" w:rsidR="00BE3968" w:rsidRDefault="00CA6E70">
      <w:pPr>
        <w:pStyle w:val="CMRPageTitle"/>
      </w:pPr>
      <w:r>
        <w:rPr>
          <w:b w:val="0"/>
        </w:rPr>
        <w:lastRenderedPageBreak/>
        <w:t>You can learn to understand a word problem</w:t>
      </w:r>
    </w:p>
    <w:p w14:paraId="541BF7F4" w14:textId="77777777" w:rsidR="00BE3968" w:rsidRDefault="00CA6E70">
      <w:pPr>
        <w:pStyle w:val="CMRSectionLabel"/>
      </w:pPr>
      <w:r>
        <w:rPr>
          <w:b w:val="0"/>
        </w:rPr>
        <w:t>WELCOME</w:t>
      </w:r>
    </w:p>
    <w:p w14:paraId="50042F98" w14:textId="77777777" w:rsidR="00BE3968" w:rsidRDefault="00CA6E70">
      <w:r>
        <w:t>You may know how to add, subtract, multiply, or divide and still feel unsure when a problem is written as a story. That does not mean you cannot learn this skill.</w:t>
      </w:r>
    </w:p>
    <w:p w14:paraId="4BA2BFE5" w14:textId="77777777" w:rsidR="00BE3968" w:rsidRDefault="00CA6E70">
      <w:r>
        <w:t>This book gives you the same three steps on every practice page. Use them in order. Read the whole problem before looking for numbers to calculate.</w:t>
      </w:r>
    </w:p>
    <w:p w14:paraId="3DA8A0B0" w14:textId="77777777" w:rsidR="00BE3968" w:rsidRDefault="00CA6E70">
      <w:r>
        <w:t>In Section 1, you will circle choices and complete short blanks. In Section 2, you will use the same steps with longer situations and fewer hints.</w:t>
      </w:r>
    </w:p>
    <w:p w14:paraId="09295A61" w14:textId="77777777" w:rsidR="00BE3968" w:rsidRDefault="00CA6E70">
      <w:r>
        <w:t>Take your time. Read aloud when it helps. Talk through a problem with a partner or tutor. The goal is not to finish quickly. The goal is to understand the question and know why your answer makes sense.</w:t>
      </w:r>
    </w:p>
    <w:tbl>
      <w:tblPr>
        <w:tblW w:w="0" w:type="auto"/>
        <w:tblLayout w:type="fixed"/>
        <w:tblLook w:val="04A0" w:firstRow="1" w:lastRow="0" w:firstColumn="1" w:lastColumn="0" w:noHBand="0" w:noVBand="1"/>
      </w:tblPr>
      <w:tblGrid>
        <w:gridCol w:w="10036"/>
      </w:tblGrid>
      <w:tr w:rsidR="00BE3968" w14:paraId="3F86F61C" w14:textId="77777777">
        <w:tc>
          <w:tcPr>
            <w:tcW w:w="10036" w:type="dxa"/>
            <w:shd w:val="clear" w:color="auto" w:fill="EEF3F5"/>
            <w:tcMar>
              <w:top w:w="100" w:type="dxa"/>
              <w:left w:w="150" w:type="dxa"/>
              <w:bottom w:w="100" w:type="dxa"/>
              <w:right w:w="150" w:type="dxa"/>
            </w:tcMar>
          </w:tcPr>
          <w:p w14:paraId="127CF7EF" w14:textId="77777777" w:rsidR="00BE3968" w:rsidRDefault="00CA6E70">
            <w:pPr>
              <w:pStyle w:val="CMRBodySmall"/>
            </w:pPr>
            <w:r>
              <w:t>A good habit: Words first. Math second.</w:t>
            </w:r>
          </w:p>
          <w:p w14:paraId="5F40443E" w14:textId="77777777" w:rsidR="00BE3968" w:rsidRDefault="00CA6E70">
            <w:pPr>
              <w:pStyle w:val="CMRBodySmall"/>
            </w:pPr>
            <w:r>
              <w:t>You do not have to guess the operation before you understand the story.</w:t>
            </w:r>
          </w:p>
        </w:tc>
      </w:tr>
    </w:tbl>
    <w:p w14:paraId="379C661E" w14:textId="77777777" w:rsidR="00BE3968" w:rsidRDefault="00BE3968">
      <w:pPr>
        <w:spacing w:after="40"/>
      </w:pPr>
    </w:p>
    <w:p w14:paraId="06064D7E" w14:textId="77777777" w:rsidR="00BE3968" w:rsidRDefault="00CA6E70">
      <w:r>
        <w:br w:type="page"/>
      </w:r>
    </w:p>
    <w:p w14:paraId="3AD77DEA" w14:textId="77777777" w:rsidR="00BE3968" w:rsidRDefault="00CA6E70">
      <w:pPr>
        <w:pStyle w:val="CMRPageTitle"/>
      </w:pPr>
      <w:r>
        <w:rPr>
          <w:b w:val="0"/>
        </w:rPr>
        <w:lastRenderedPageBreak/>
        <w:t>Three steps for every word problem</w:t>
      </w:r>
    </w:p>
    <w:p w14:paraId="78065B1D" w14:textId="77777777" w:rsidR="00BE3968" w:rsidRDefault="00CA6E70">
      <w:pPr>
        <w:pStyle w:val="CMRSectionLabel"/>
      </w:pPr>
      <w:r>
        <w:rPr>
          <w:b w:val="0"/>
        </w:rPr>
        <w:t>YOUR LEARNING PATH</w:t>
      </w:r>
    </w:p>
    <w:tbl>
      <w:tblPr>
        <w:tblW w:w="0" w:type="auto"/>
        <w:tblLayout w:type="fixed"/>
        <w:tblLook w:val="04A0" w:firstRow="1" w:lastRow="0" w:firstColumn="1" w:lastColumn="0" w:noHBand="0" w:noVBand="1"/>
      </w:tblPr>
      <w:tblGrid>
        <w:gridCol w:w="10036"/>
      </w:tblGrid>
      <w:tr w:rsidR="00BE3968" w14:paraId="2796AA61" w14:textId="77777777">
        <w:tc>
          <w:tcPr>
            <w:tcW w:w="10036" w:type="dxa"/>
            <w:shd w:val="clear" w:color="auto" w:fill="EEF3F5"/>
            <w:tcMar>
              <w:top w:w="100" w:type="dxa"/>
              <w:left w:w="150" w:type="dxa"/>
              <w:bottom w:w="100" w:type="dxa"/>
              <w:right w:w="150" w:type="dxa"/>
            </w:tcMar>
          </w:tcPr>
          <w:p w14:paraId="26E250F6" w14:textId="77777777" w:rsidR="00BE3968" w:rsidRDefault="00CA6E70">
            <w:pPr>
              <w:pStyle w:val="CMRBodySmall"/>
            </w:pPr>
            <w:r>
              <w:t>STEP 1 — WHAT DO THEY WANT?</w:t>
            </w:r>
          </w:p>
          <w:p w14:paraId="5348B6B9" w14:textId="77777777" w:rsidR="00BE3968" w:rsidRDefault="00CA6E70">
            <w:pPr>
              <w:pStyle w:val="CMRBodySmall"/>
            </w:pPr>
            <w:r>
              <w:t>Read the whole story. Then find what you need to answer.</w:t>
            </w:r>
          </w:p>
        </w:tc>
      </w:tr>
    </w:tbl>
    <w:p w14:paraId="5A13168A" w14:textId="77777777" w:rsidR="00BE3968" w:rsidRDefault="00BE3968">
      <w:pPr>
        <w:spacing w:after="40"/>
      </w:pPr>
    </w:p>
    <w:tbl>
      <w:tblPr>
        <w:tblW w:w="0" w:type="auto"/>
        <w:tblLayout w:type="fixed"/>
        <w:tblLook w:val="04A0" w:firstRow="1" w:lastRow="0" w:firstColumn="1" w:lastColumn="0" w:noHBand="0" w:noVBand="1"/>
      </w:tblPr>
      <w:tblGrid>
        <w:gridCol w:w="10036"/>
      </w:tblGrid>
      <w:tr w:rsidR="00BE3968" w14:paraId="0D2BCDA8" w14:textId="77777777">
        <w:tc>
          <w:tcPr>
            <w:tcW w:w="10036" w:type="dxa"/>
            <w:shd w:val="clear" w:color="auto" w:fill="EEF3F5"/>
            <w:tcMar>
              <w:top w:w="100" w:type="dxa"/>
              <w:left w:w="150" w:type="dxa"/>
              <w:bottom w:w="100" w:type="dxa"/>
              <w:right w:w="150" w:type="dxa"/>
            </w:tcMar>
          </w:tcPr>
          <w:p w14:paraId="29549B07" w14:textId="77777777" w:rsidR="00BE3968" w:rsidRDefault="00CA6E70">
            <w:pPr>
              <w:pStyle w:val="CMRBodySmall"/>
            </w:pPr>
            <w:r>
              <w:t>STEP 2 — WHAT DO I KNOW?</w:t>
            </w:r>
          </w:p>
          <w:p w14:paraId="2DCC2ECA" w14:textId="77777777" w:rsidR="00BE3968" w:rsidRDefault="00CA6E70">
            <w:pPr>
              <w:pStyle w:val="CMRBodySmall"/>
            </w:pPr>
            <w:r>
              <w:t>Find the helpful facts. Say what each number means.</w:t>
            </w:r>
          </w:p>
        </w:tc>
      </w:tr>
    </w:tbl>
    <w:p w14:paraId="647D6A70" w14:textId="77777777" w:rsidR="00BE3968" w:rsidRDefault="00BE3968">
      <w:pPr>
        <w:spacing w:after="40"/>
      </w:pPr>
    </w:p>
    <w:tbl>
      <w:tblPr>
        <w:tblW w:w="0" w:type="auto"/>
        <w:tblLayout w:type="fixed"/>
        <w:tblLook w:val="04A0" w:firstRow="1" w:lastRow="0" w:firstColumn="1" w:lastColumn="0" w:noHBand="0" w:noVBand="1"/>
      </w:tblPr>
      <w:tblGrid>
        <w:gridCol w:w="10036"/>
      </w:tblGrid>
      <w:tr w:rsidR="00BE3968" w14:paraId="021258F8" w14:textId="77777777">
        <w:tc>
          <w:tcPr>
            <w:tcW w:w="10036" w:type="dxa"/>
            <w:shd w:val="clear" w:color="auto" w:fill="EEF3F5"/>
            <w:tcMar>
              <w:top w:w="100" w:type="dxa"/>
              <w:left w:w="150" w:type="dxa"/>
              <w:bottom w:w="100" w:type="dxa"/>
              <w:right w:w="150" w:type="dxa"/>
            </w:tcMar>
          </w:tcPr>
          <w:p w14:paraId="3A6944AC" w14:textId="77777777" w:rsidR="00BE3968" w:rsidRDefault="00CA6E70">
            <w:pPr>
              <w:pStyle w:val="CMRBodySmall"/>
            </w:pPr>
            <w:r>
              <w:t>STEP 3 — HOW DO I FIND IT?</w:t>
            </w:r>
          </w:p>
          <w:p w14:paraId="737C493B" w14:textId="77777777" w:rsidR="00BE3968" w:rsidRDefault="00CA6E70">
            <w:pPr>
              <w:pStyle w:val="CMRBodySmall"/>
            </w:pPr>
            <w:r>
              <w:t>Look at how the facts fit together. Do the math. Check the answer.</w:t>
            </w:r>
          </w:p>
        </w:tc>
      </w:tr>
    </w:tbl>
    <w:p w14:paraId="14EBD160" w14:textId="77777777" w:rsidR="00BE3968" w:rsidRDefault="00BE3968">
      <w:pPr>
        <w:spacing w:after="40"/>
      </w:pPr>
    </w:p>
    <w:p w14:paraId="35CC1AF5" w14:textId="77777777" w:rsidR="00BE3968" w:rsidRDefault="00CA6E70">
      <w:r>
        <w:rPr>
          <w:b/>
        </w:rPr>
        <w:t>Do not hurry to Step 3. You may understand the numbers and still miss the question. Start with the words.</w:t>
      </w:r>
    </w:p>
    <w:p w14:paraId="7232F3A1" w14:textId="77777777" w:rsidR="00BE3968" w:rsidRDefault="00CA6E70">
      <w:r>
        <w:t>A good final check: Does my answer have the right label? If the question asks for dollars, write dollars. If it asks for hours, write hours.</w:t>
      </w:r>
    </w:p>
    <w:p w14:paraId="27B96465" w14:textId="77777777" w:rsidR="00BE3968" w:rsidRDefault="00CA6E70">
      <w:r>
        <w:br w:type="page"/>
      </w:r>
    </w:p>
    <w:p w14:paraId="0E4D48BE" w14:textId="77777777" w:rsidR="00BE3968" w:rsidRDefault="00CA6E70">
      <w:pPr>
        <w:pStyle w:val="CMRPageTitle"/>
      </w:pPr>
      <w:r>
        <w:rPr>
          <w:b w:val="0"/>
        </w:rPr>
        <w:lastRenderedPageBreak/>
        <w:t>Follow the three steps</w:t>
      </w:r>
    </w:p>
    <w:p w14:paraId="45EC5087" w14:textId="77777777" w:rsidR="00BE3968" w:rsidRDefault="00CA6E70">
      <w:pPr>
        <w:pStyle w:val="CMRSectionLabel"/>
      </w:pPr>
      <w:r>
        <w:rPr>
          <w:b w:val="0"/>
        </w:rPr>
        <w:t>WORKED EXAMPLE A: MONEY LEFT</w:t>
      </w:r>
    </w:p>
    <w:p w14:paraId="15DA2B07" w14:textId="77777777" w:rsidR="00BE3968" w:rsidRDefault="00CA6E70">
      <w:r>
        <w:rPr>
          <w:b/>
        </w:rPr>
        <w:t>Problem: A customer has $40 for groceries. She spends $17 on food. How much money does she have left?</w:t>
      </w:r>
    </w:p>
    <w:tbl>
      <w:tblPr>
        <w:tblW w:w="0" w:type="auto"/>
        <w:tblLayout w:type="fixed"/>
        <w:tblLook w:val="04A0" w:firstRow="1" w:lastRow="0" w:firstColumn="1" w:lastColumn="0" w:noHBand="0" w:noVBand="1"/>
      </w:tblPr>
      <w:tblGrid>
        <w:gridCol w:w="10036"/>
      </w:tblGrid>
      <w:tr w:rsidR="00BE3968" w14:paraId="190B3556" w14:textId="77777777">
        <w:tc>
          <w:tcPr>
            <w:tcW w:w="10036" w:type="dxa"/>
            <w:shd w:val="clear" w:color="auto" w:fill="EEF3F5"/>
            <w:tcMar>
              <w:top w:w="100" w:type="dxa"/>
              <w:left w:w="150" w:type="dxa"/>
              <w:bottom w:w="100" w:type="dxa"/>
              <w:right w:w="150" w:type="dxa"/>
            </w:tcMar>
          </w:tcPr>
          <w:p w14:paraId="6DB1792B" w14:textId="77777777" w:rsidR="00BE3968" w:rsidRDefault="00CA6E70">
            <w:pPr>
              <w:pStyle w:val="CMRBodySmall"/>
            </w:pPr>
            <w:r>
              <w:t>STEP 1 — WHAT DO THEY WANT?</w:t>
            </w:r>
          </w:p>
          <w:p w14:paraId="4C82475A" w14:textId="77777777" w:rsidR="00BE3968" w:rsidRDefault="00CA6E70">
            <w:pPr>
              <w:pStyle w:val="CMRBodySmall"/>
            </w:pPr>
            <w:r>
              <w:t>Does the question ask (A) how much she spent or (B) how much money is left?</w:t>
            </w:r>
          </w:p>
          <w:p w14:paraId="3CF834B7" w14:textId="77777777" w:rsidR="00BE3968" w:rsidRDefault="00CA6E70">
            <w:pPr>
              <w:pStyle w:val="CMRBodySmall"/>
            </w:pPr>
            <w:r>
              <w:t>Correct choice: B — money left.</w:t>
            </w:r>
          </w:p>
        </w:tc>
      </w:tr>
    </w:tbl>
    <w:p w14:paraId="5E09EA73" w14:textId="77777777" w:rsidR="00BE3968" w:rsidRDefault="00BE3968">
      <w:pPr>
        <w:spacing w:after="40"/>
      </w:pPr>
    </w:p>
    <w:tbl>
      <w:tblPr>
        <w:tblW w:w="0" w:type="auto"/>
        <w:tblLayout w:type="fixed"/>
        <w:tblLook w:val="04A0" w:firstRow="1" w:lastRow="0" w:firstColumn="1" w:lastColumn="0" w:noHBand="0" w:noVBand="1"/>
      </w:tblPr>
      <w:tblGrid>
        <w:gridCol w:w="10036"/>
      </w:tblGrid>
      <w:tr w:rsidR="00BE3968" w14:paraId="683AC62A" w14:textId="77777777">
        <w:tc>
          <w:tcPr>
            <w:tcW w:w="10036" w:type="dxa"/>
            <w:shd w:val="clear" w:color="auto" w:fill="EEF3F5"/>
            <w:tcMar>
              <w:top w:w="100" w:type="dxa"/>
              <w:left w:w="150" w:type="dxa"/>
              <w:bottom w:w="100" w:type="dxa"/>
              <w:right w:w="150" w:type="dxa"/>
            </w:tcMar>
          </w:tcPr>
          <w:p w14:paraId="3D741F2F" w14:textId="77777777" w:rsidR="00BE3968" w:rsidRDefault="00CA6E70">
            <w:pPr>
              <w:pStyle w:val="CMRBodySmall"/>
            </w:pPr>
            <w:r>
              <w:t>STEP 2 — WHAT DO I KNOW?</w:t>
            </w:r>
          </w:p>
          <w:p w14:paraId="2ADD2D03" w14:textId="77777777" w:rsidR="00BE3968" w:rsidRDefault="00CA6E70">
            <w:pPr>
              <w:pStyle w:val="CMRBodySmall"/>
            </w:pPr>
            <w:r>
              <w:t>Money at the start: $40.00</w:t>
            </w:r>
          </w:p>
          <w:p w14:paraId="021484E4" w14:textId="77777777" w:rsidR="00BE3968" w:rsidRDefault="00CA6E70">
            <w:pPr>
              <w:pStyle w:val="CMRBodySmall"/>
            </w:pPr>
            <w:r>
              <w:t>Money spent: $17.00.</w:t>
            </w:r>
          </w:p>
        </w:tc>
      </w:tr>
    </w:tbl>
    <w:p w14:paraId="31D120F6" w14:textId="77777777" w:rsidR="00BE3968" w:rsidRDefault="00BE3968">
      <w:pPr>
        <w:spacing w:after="40"/>
      </w:pPr>
    </w:p>
    <w:tbl>
      <w:tblPr>
        <w:tblW w:w="0" w:type="auto"/>
        <w:tblLayout w:type="fixed"/>
        <w:tblLook w:val="04A0" w:firstRow="1" w:lastRow="0" w:firstColumn="1" w:lastColumn="0" w:noHBand="0" w:noVBand="1"/>
      </w:tblPr>
      <w:tblGrid>
        <w:gridCol w:w="10036"/>
      </w:tblGrid>
      <w:tr w:rsidR="00BE3968" w14:paraId="1EB79F20" w14:textId="77777777">
        <w:tc>
          <w:tcPr>
            <w:tcW w:w="10036" w:type="dxa"/>
            <w:shd w:val="clear" w:color="auto" w:fill="EEF3F5"/>
            <w:tcMar>
              <w:top w:w="100" w:type="dxa"/>
              <w:left w:w="150" w:type="dxa"/>
              <w:bottom w:w="100" w:type="dxa"/>
              <w:right w:w="150" w:type="dxa"/>
            </w:tcMar>
          </w:tcPr>
          <w:p w14:paraId="3EEA56D5" w14:textId="77777777" w:rsidR="00BE3968" w:rsidRDefault="00CA6E70">
            <w:pPr>
              <w:pStyle w:val="CMRBodySmall"/>
            </w:pPr>
            <w:r>
              <w:t>STEP 3 — HOW DO I FIND IT?</w:t>
            </w:r>
          </w:p>
          <w:p w14:paraId="3F11FE93" w14:textId="77777777" w:rsidR="00BE3968" w:rsidRDefault="00CA6E70">
            <w:pPr>
              <w:pStyle w:val="CMRBodySmall"/>
            </w:pPr>
            <w:r>
              <w:t>The spending comes out of the starting money.</w:t>
            </w:r>
          </w:p>
          <w:p w14:paraId="30601509" w14:textId="77777777" w:rsidR="00BE3968" w:rsidRDefault="00CA6E70">
            <w:pPr>
              <w:pStyle w:val="CMRBodySmall"/>
            </w:pPr>
            <w:r>
              <w:t>$40.00 − $17.00 = $23.00.</w:t>
            </w:r>
          </w:p>
          <w:p w14:paraId="7113C69E" w14:textId="77777777" w:rsidR="00BE3968" w:rsidRDefault="00CA6E70">
            <w:pPr>
              <w:pStyle w:val="CMRBodySmall"/>
            </w:pPr>
            <w:r>
              <w:t>Check: $17.00 spent + $23.00 left = $40.00.</w:t>
            </w:r>
          </w:p>
        </w:tc>
      </w:tr>
    </w:tbl>
    <w:p w14:paraId="05604EB1" w14:textId="77777777" w:rsidR="00BE3968" w:rsidRDefault="00BE3968">
      <w:pPr>
        <w:spacing w:after="40"/>
      </w:pPr>
    </w:p>
    <w:p w14:paraId="5AB79B64" w14:textId="77777777" w:rsidR="00BE3968" w:rsidRDefault="00CA6E70">
      <w:r>
        <w:rPr>
          <w:b/>
        </w:rPr>
        <w:t>Say the answer as a sentence: She has $23.00 left.</w:t>
      </w:r>
    </w:p>
    <w:p w14:paraId="50D122EB" w14:textId="77777777" w:rsidR="00BE3968" w:rsidRDefault="00CA6E70">
      <w:r>
        <w:br w:type="page"/>
      </w:r>
    </w:p>
    <w:p w14:paraId="0235782D" w14:textId="77777777" w:rsidR="00BE3968" w:rsidRDefault="00CA6E70">
      <w:pPr>
        <w:pStyle w:val="CMRPageTitle"/>
      </w:pPr>
      <w:r>
        <w:rPr>
          <w:b w:val="0"/>
        </w:rPr>
        <w:lastRenderedPageBreak/>
        <w:t>The question may sound different</w:t>
      </w:r>
    </w:p>
    <w:p w14:paraId="585011EA" w14:textId="77777777" w:rsidR="00BE3968" w:rsidRDefault="00CA6E70">
      <w:pPr>
        <w:pStyle w:val="CMRSectionLabel"/>
      </w:pPr>
      <w:r>
        <w:rPr>
          <w:b w:val="0"/>
        </w:rPr>
        <w:t>WORKED EXAMPLE B: HOW MANY MORE?</w:t>
      </w:r>
    </w:p>
    <w:p w14:paraId="12CC275D" w14:textId="77777777" w:rsidR="00BE3968" w:rsidRDefault="00CA6E70">
      <w:r>
        <w:rPr>
          <w:b/>
        </w:rPr>
        <w:t>Problem: A food pantry needs 30 meal boxes. Volunteers have packed 18 boxes. How many more boxes must they pack?</w:t>
      </w:r>
    </w:p>
    <w:tbl>
      <w:tblPr>
        <w:tblW w:w="0" w:type="auto"/>
        <w:tblLayout w:type="fixed"/>
        <w:tblLook w:val="04A0" w:firstRow="1" w:lastRow="0" w:firstColumn="1" w:lastColumn="0" w:noHBand="0" w:noVBand="1"/>
      </w:tblPr>
      <w:tblGrid>
        <w:gridCol w:w="10036"/>
      </w:tblGrid>
      <w:tr w:rsidR="00BE3968" w14:paraId="26BE69A4" w14:textId="77777777">
        <w:tc>
          <w:tcPr>
            <w:tcW w:w="10036" w:type="dxa"/>
            <w:shd w:val="clear" w:color="auto" w:fill="EEF3F5"/>
            <w:tcMar>
              <w:top w:w="100" w:type="dxa"/>
              <w:left w:w="150" w:type="dxa"/>
              <w:bottom w:w="100" w:type="dxa"/>
              <w:right w:w="150" w:type="dxa"/>
            </w:tcMar>
          </w:tcPr>
          <w:p w14:paraId="3D0ECDBD" w14:textId="77777777" w:rsidR="00BE3968" w:rsidRDefault="00CA6E70">
            <w:pPr>
              <w:pStyle w:val="CMRBodySmall"/>
            </w:pPr>
            <w:r>
              <w:t>STEP 1 — WHAT DO THEY WANT?</w:t>
            </w:r>
          </w:p>
          <w:p w14:paraId="7BF792EA" w14:textId="77777777" w:rsidR="00BE3968" w:rsidRDefault="00CA6E70">
            <w:pPr>
              <w:pStyle w:val="CMRBodySmall"/>
            </w:pPr>
            <w:r>
              <w:t>They want to know how many MORE boxes are needed.</w:t>
            </w:r>
          </w:p>
          <w:p w14:paraId="63CC113E" w14:textId="77777777" w:rsidR="00BE3968" w:rsidRDefault="00CA6E70">
            <w:pPr>
              <w:pStyle w:val="CMRBodySmall"/>
            </w:pPr>
            <w:r>
              <w:t>They do not ask how many have already been packed.</w:t>
            </w:r>
          </w:p>
        </w:tc>
      </w:tr>
    </w:tbl>
    <w:p w14:paraId="71E7848D" w14:textId="77777777" w:rsidR="00BE3968" w:rsidRDefault="00BE3968">
      <w:pPr>
        <w:spacing w:after="40"/>
      </w:pPr>
    </w:p>
    <w:tbl>
      <w:tblPr>
        <w:tblW w:w="0" w:type="auto"/>
        <w:tblLayout w:type="fixed"/>
        <w:tblLook w:val="04A0" w:firstRow="1" w:lastRow="0" w:firstColumn="1" w:lastColumn="0" w:noHBand="0" w:noVBand="1"/>
      </w:tblPr>
      <w:tblGrid>
        <w:gridCol w:w="10036"/>
      </w:tblGrid>
      <w:tr w:rsidR="00BE3968" w14:paraId="7936ABAD" w14:textId="77777777">
        <w:tc>
          <w:tcPr>
            <w:tcW w:w="10036" w:type="dxa"/>
            <w:shd w:val="clear" w:color="auto" w:fill="EEF3F5"/>
            <w:tcMar>
              <w:top w:w="100" w:type="dxa"/>
              <w:left w:w="150" w:type="dxa"/>
              <w:bottom w:w="100" w:type="dxa"/>
              <w:right w:w="150" w:type="dxa"/>
            </w:tcMar>
          </w:tcPr>
          <w:p w14:paraId="59D51C78" w14:textId="77777777" w:rsidR="00BE3968" w:rsidRDefault="00CA6E70">
            <w:pPr>
              <w:pStyle w:val="CMRBodySmall"/>
            </w:pPr>
            <w:r>
              <w:t>STEP 2 — WHAT DO I KNOW?</w:t>
            </w:r>
          </w:p>
          <w:p w14:paraId="5FB1FC30" w14:textId="77777777" w:rsidR="00BE3968" w:rsidRDefault="00CA6E70">
            <w:pPr>
              <w:pStyle w:val="CMRBodySmall"/>
            </w:pPr>
            <w:r>
              <w:t>Goal: 30 boxes.</w:t>
            </w:r>
          </w:p>
          <w:p w14:paraId="4A249A0C" w14:textId="77777777" w:rsidR="00BE3968" w:rsidRDefault="00CA6E70">
            <w:pPr>
              <w:pStyle w:val="CMRBodySmall"/>
            </w:pPr>
            <w:r>
              <w:t>Already packed: 18 boxes.</w:t>
            </w:r>
          </w:p>
        </w:tc>
      </w:tr>
    </w:tbl>
    <w:p w14:paraId="41650C93" w14:textId="77777777" w:rsidR="00BE3968" w:rsidRDefault="00BE3968">
      <w:pPr>
        <w:spacing w:after="40"/>
      </w:pPr>
    </w:p>
    <w:tbl>
      <w:tblPr>
        <w:tblW w:w="0" w:type="auto"/>
        <w:tblLayout w:type="fixed"/>
        <w:tblLook w:val="04A0" w:firstRow="1" w:lastRow="0" w:firstColumn="1" w:lastColumn="0" w:noHBand="0" w:noVBand="1"/>
      </w:tblPr>
      <w:tblGrid>
        <w:gridCol w:w="10036"/>
      </w:tblGrid>
      <w:tr w:rsidR="00BE3968" w14:paraId="22A52C20" w14:textId="77777777">
        <w:tc>
          <w:tcPr>
            <w:tcW w:w="10036" w:type="dxa"/>
            <w:shd w:val="clear" w:color="auto" w:fill="EEF3F5"/>
            <w:tcMar>
              <w:top w:w="100" w:type="dxa"/>
              <w:left w:w="150" w:type="dxa"/>
              <w:bottom w:w="100" w:type="dxa"/>
              <w:right w:w="150" w:type="dxa"/>
            </w:tcMar>
          </w:tcPr>
          <w:p w14:paraId="5CA03FA3" w14:textId="77777777" w:rsidR="00BE3968" w:rsidRDefault="00CA6E70">
            <w:pPr>
              <w:pStyle w:val="CMRBodySmall"/>
            </w:pPr>
            <w:r>
              <w:t>STEP 3 — HOW DO I FIND IT?</w:t>
            </w:r>
          </w:p>
          <w:p w14:paraId="0AB6410F" w14:textId="77777777" w:rsidR="00BE3968" w:rsidRDefault="00CA6E70">
            <w:pPr>
              <w:pStyle w:val="CMRBodySmall"/>
            </w:pPr>
            <w:r>
              <w:t>The completed boxes and missing boxes must total 30.</w:t>
            </w:r>
          </w:p>
          <w:p w14:paraId="0CEAA50F" w14:textId="77777777" w:rsidR="00BE3968" w:rsidRDefault="00CA6E70">
            <w:pPr>
              <w:pStyle w:val="CMRBodySmall"/>
            </w:pPr>
            <w:r>
              <w:t>18 + ? = 30, so 30 − 18 = 12.</w:t>
            </w:r>
          </w:p>
          <w:p w14:paraId="20CAE44D" w14:textId="77777777" w:rsidR="00BE3968" w:rsidRDefault="00CA6E70">
            <w:pPr>
              <w:pStyle w:val="CMRBodySmall"/>
            </w:pPr>
            <w:r>
              <w:t>Check: 18 packed + 12 more = 30 total.</w:t>
            </w:r>
          </w:p>
        </w:tc>
      </w:tr>
    </w:tbl>
    <w:p w14:paraId="359A8C69" w14:textId="77777777" w:rsidR="00BE3968" w:rsidRDefault="00BE3968">
      <w:pPr>
        <w:spacing w:after="40"/>
      </w:pPr>
    </w:p>
    <w:p w14:paraId="0509683F" w14:textId="77777777" w:rsidR="00BE3968" w:rsidRDefault="00CA6E70">
      <w:r>
        <w:rPr>
          <w:b/>
        </w:rPr>
        <w:t>Notice: “How many more?” did not mean we must add. We had to understand the story.</w:t>
      </w:r>
    </w:p>
    <w:p w14:paraId="54F0F308" w14:textId="77777777" w:rsidR="00BE3968" w:rsidRDefault="00CA6E70">
      <w:r>
        <w:br w:type="page"/>
      </w:r>
    </w:p>
    <w:p w14:paraId="3AA851F3" w14:textId="77777777" w:rsidR="00BE3968" w:rsidRDefault="00CA6E70">
      <w:pPr>
        <w:pStyle w:val="CMRPageTitle"/>
      </w:pPr>
      <w:r>
        <w:rPr>
          <w:b w:val="0"/>
        </w:rPr>
        <w:lastRenderedPageBreak/>
        <w:t>Words that tell you about amounts</w:t>
      </w:r>
    </w:p>
    <w:p w14:paraId="665C9B29" w14:textId="77777777" w:rsidR="00BE3968" w:rsidRDefault="00CA6E70">
      <w:pPr>
        <w:pStyle w:val="CMRSectionLabel"/>
      </w:pPr>
      <w:r>
        <w:rPr>
          <w:b w:val="0"/>
        </w:rPr>
        <w:t>BUILDING MATH READING SKILLS</w:t>
      </w:r>
    </w:p>
    <w:tbl>
      <w:tblPr>
        <w:tblW w:w="0" w:type="auto"/>
        <w:tblLayout w:type="fixed"/>
        <w:tblLook w:val="04A0" w:firstRow="1" w:lastRow="0" w:firstColumn="1" w:lastColumn="0" w:noHBand="0" w:noVBand="1"/>
      </w:tblPr>
      <w:tblGrid>
        <w:gridCol w:w="4176"/>
        <w:gridCol w:w="5616"/>
      </w:tblGrid>
      <w:tr w:rsidR="00BE3968" w14:paraId="5DBE55C6" w14:textId="77777777">
        <w:tc>
          <w:tcPr>
            <w:tcW w:w="4176" w:type="dxa"/>
            <w:shd w:val="clear" w:color="auto" w:fill="F0F4F5"/>
            <w:tcMar>
              <w:top w:w="65" w:type="dxa"/>
              <w:left w:w="80" w:type="dxa"/>
              <w:bottom w:w="65" w:type="dxa"/>
              <w:right w:w="80" w:type="dxa"/>
            </w:tcMar>
          </w:tcPr>
          <w:p w14:paraId="09B96377" w14:textId="77777777" w:rsidR="00BE3968" w:rsidRDefault="00CA6E70">
            <w:pPr>
              <w:pStyle w:val="CMRBodySmall"/>
            </w:pPr>
            <w:r>
              <w:t>Word or phrase</w:t>
            </w:r>
          </w:p>
        </w:tc>
        <w:tc>
          <w:tcPr>
            <w:tcW w:w="5616" w:type="dxa"/>
            <w:shd w:val="clear" w:color="auto" w:fill="F0F4F5"/>
            <w:tcMar>
              <w:top w:w="65" w:type="dxa"/>
              <w:left w:w="80" w:type="dxa"/>
              <w:bottom w:w="65" w:type="dxa"/>
              <w:right w:w="80" w:type="dxa"/>
            </w:tcMar>
          </w:tcPr>
          <w:p w14:paraId="28299177" w14:textId="77777777" w:rsidR="00BE3968" w:rsidRDefault="00CA6E70">
            <w:pPr>
              <w:pStyle w:val="CMRBodySmall"/>
            </w:pPr>
            <w:r>
              <w:t>What it usually describes</w:t>
            </w:r>
          </w:p>
        </w:tc>
      </w:tr>
      <w:tr w:rsidR="00BE3968" w14:paraId="089EC6EC" w14:textId="77777777">
        <w:tc>
          <w:tcPr>
            <w:tcW w:w="4176" w:type="dxa"/>
            <w:tcMar>
              <w:top w:w="65" w:type="dxa"/>
              <w:left w:w="80" w:type="dxa"/>
              <w:bottom w:w="65" w:type="dxa"/>
              <w:right w:w="80" w:type="dxa"/>
            </w:tcMar>
          </w:tcPr>
          <w:p w14:paraId="69ED7B12" w14:textId="77777777" w:rsidR="00BE3968" w:rsidRDefault="00CA6E70">
            <w:pPr>
              <w:pStyle w:val="CMRBodySmall"/>
            </w:pPr>
            <w:r>
              <w:t>altogether / in all</w:t>
            </w:r>
          </w:p>
        </w:tc>
        <w:tc>
          <w:tcPr>
            <w:tcW w:w="5616" w:type="dxa"/>
            <w:tcMar>
              <w:top w:w="65" w:type="dxa"/>
              <w:left w:w="80" w:type="dxa"/>
              <w:bottom w:w="65" w:type="dxa"/>
              <w:right w:w="80" w:type="dxa"/>
            </w:tcMar>
          </w:tcPr>
          <w:p w14:paraId="56976231" w14:textId="77777777" w:rsidR="00BE3968" w:rsidRDefault="00CA6E70">
            <w:pPr>
              <w:pStyle w:val="CMRBodySmall"/>
            </w:pPr>
            <w:r>
              <w:t>The full amount when parts are combined.</w:t>
            </w:r>
          </w:p>
        </w:tc>
      </w:tr>
      <w:tr w:rsidR="00BE3968" w14:paraId="48C39907" w14:textId="77777777">
        <w:tc>
          <w:tcPr>
            <w:tcW w:w="4176" w:type="dxa"/>
            <w:shd w:val="clear" w:color="auto" w:fill="F0F4F5"/>
            <w:tcMar>
              <w:top w:w="65" w:type="dxa"/>
              <w:left w:w="80" w:type="dxa"/>
              <w:bottom w:w="65" w:type="dxa"/>
              <w:right w:w="80" w:type="dxa"/>
            </w:tcMar>
          </w:tcPr>
          <w:p w14:paraId="4E420C66" w14:textId="77777777" w:rsidR="00BE3968" w:rsidRDefault="00CA6E70">
            <w:pPr>
              <w:pStyle w:val="CMRBodySmall"/>
            </w:pPr>
            <w:r>
              <w:t>remaining / left</w:t>
            </w:r>
          </w:p>
        </w:tc>
        <w:tc>
          <w:tcPr>
            <w:tcW w:w="5616" w:type="dxa"/>
            <w:shd w:val="clear" w:color="auto" w:fill="F0F4F5"/>
            <w:tcMar>
              <w:top w:w="65" w:type="dxa"/>
              <w:left w:w="80" w:type="dxa"/>
              <w:bottom w:w="65" w:type="dxa"/>
              <w:right w:w="80" w:type="dxa"/>
            </w:tcMar>
          </w:tcPr>
          <w:p w14:paraId="56E27587" w14:textId="77777777" w:rsidR="00BE3968" w:rsidRDefault="00CA6E70">
            <w:pPr>
              <w:pStyle w:val="CMRBodySmall"/>
            </w:pPr>
            <w:r>
              <w:t>What is still there after a change.</w:t>
            </w:r>
          </w:p>
        </w:tc>
      </w:tr>
      <w:tr w:rsidR="00BE3968" w14:paraId="3AE2E188" w14:textId="77777777">
        <w:tc>
          <w:tcPr>
            <w:tcW w:w="4176" w:type="dxa"/>
            <w:tcMar>
              <w:top w:w="65" w:type="dxa"/>
              <w:left w:w="80" w:type="dxa"/>
              <w:bottom w:w="65" w:type="dxa"/>
              <w:right w:w="80" w:type="dxa"/>
            </w:tcMar>
          </w:tcPr>
          <w:p w14:paraId="12D28B58" w14:textId="77777777" w:rsidR="00BE3968" w:rsidRDefault="00CA6E70">
            <w:pPr>
              <w:pStyle w:val="CMRBodySmall"/>
            </w:pPr>
            <w:r>
              <w:t>difference</w:t>
            </w:r>
          </w:p>
        </w:tc>
        <w:tc>
          <w:tcPr>
            <w:tcW w:w="5616" w:type="dxa"/>
            <w:tcMar>
              <w:top w:w="65" w:type="dxa"/>
              <w:left w:w="80" w:type="dxa"/>
              <w:bottom w:w="65" w:type="dxa"/>
              <w:right w:w="80" w:type="dxa"/>
            </w:tcMar>
          </w:tcPr>
          <w:p w14:paraId="323874BA" w14:textId="77777777" w:rsidR="00BE3968" w:rsidRDefault="00CA6E70">
            <w:pPr>
              <w:pStyle w:val="CMRBodySmall"/>
            </w:pPr>
            <w:r>
              <w:t>How far apart two amounts are.</w:t>
            </w:r>
          </w:p>
        </w:tc>
      </w:tr>
      <w:tr w:rsidR="00BE3968" w14:paraId="5885D1CD" w14:textId="77777777">
        <w:tc>
          <w:tcPr>
            <w:tcW w:w="4176" w:type="dxa"/>
            <w:shd w:val="clear" w:color="auto" w:fill="F0F4F5"/>
            <w:tcMar>
              <w:top w:w="65" w:type="dxa"/>
              <w:left w:w="80" w:type="dxa"/>
              <w:bottom w:w="65" w:type="dxa"/>
              <w:right w:w="80" w:type="dxa"/>
            </w:tcMar>
          </w:tcPr>
          <w:p w14:paraId="2CF2EFB4" w14:textId="77777777" w:rsidR="00BE3968" w:rsidRDefault="00CA6E70">
            <w:pPr>
              <w:pStyle w:val="CMRBodySmall"/>
            </w:pPr>
            <w:r>
              <w:t>each / per</w:t>
            </w:r>
          </w:p>
        </w:tc>
        <w:tc>
          <w:tcPr>
            <w:tcW w:w="5616" w:type="dxa"/>
            <w:shd w:val="clear" w:color="auto" w:fill="F0F4F5"/>
            <w:tcMar>
              <w:top w:w="65" w:type="dxa"/>
              <w:left w:w="80" w:type="dxa"/>
              <w:bottom w:w="65" w:type="dxa"/>
              <w:right w:w="80" w:type="dxa"/>
            </w:tcMar>
          </w:tcPr>
          <w:p w14:paraId="7EE2A94C" w14:textId="77777777" w:rsidR="00BE3968" w:rsidRDefault="00CA6E70">
            <w:pPr>
              <w:pStyle w:val="CMRBodySmall"/>
            </w:pPr>
            <w:r>
              <w:t>An amount for one item, hour, or group.</w:t>
            </w:r>
          </w:p>
        </w:tc>
      </w:tr>
      <w:tr w:rsidR="00BE3968" w14:paraId="5328A9E2" w14:textId="77777777">
        <w:tc>
          <w:tcPr>
            <w:tcW w:w="4176" w:type="dxa"/>
            <w:tcMar>
              <w:top w:w="65" w:type="dxa"/>
              <w:left w:w="80" w:type="dxa"/>
              <w:bottom w:w="65" w:type="dxa"/>
              <w:right w:w="80" w:type="dxa"/>
            </w:tcMar>
          </w:tcPr>
          <w:p w14:paraId="20CE95CB" w14:textId="77777777" w:rsidR="00BE3968" w:rsidRDefault="00CA6E70">
            <w:pPr>
              <w:pStyle w:val="CMRBodySmall"/>
            </w:pPr>
            <w:r>
              <w:t>equal groups</w:t>
            </w:r>
          </w:p>
        </w:tc>
        <w:tc>
          <w:tcPr>
            <w:tcW w:w="5616" w:type="dxa"/>
            <w:tcMar>
              <w:top w:w="65" w:type="dxa"/>
              <w:left w:w="80" w:type="dxa"/>
              <w:bottom w:w="65" w:type="dxa"/>
              <w:right w:w="80" w:type="dxa"/>
            </w:tcMar>
          </w:tcPr>
          <w:p w14:paraId="30554AF0" w14:textId="77777777" w:rsidR="00BE3968" w:rsidRDefault="00CA6E70">
            <w:pPr>
              <w:pStyle w:val="CMRBodySmall"/>
            </w:pPr>
            <w:r>
              <w:t>Groups that each contain the same number.</w:t>
            </w:r>
          </w:p>
        </w:tc>
      </w:tr>
      <w:tr w:rsidR="00BE3968" w14:paraId="123CFA01" w14:textId="77777777">
        <w:tc>
          <w:tcPr>
            <w:tcW w:w="4176" w:type="dxa"/>
            <w:shd w:val="clear" w:color="auto" w:fill="F0F4F5"/>
            <w:tcMar>
              <w:top w:w="65" w:type="dxa"/>
              <w:left w:w="80" w:type="dxa"/>
              <w:bottom w:w="65" w:type="dxa"/>
              <w:right w:w="80" w:type="dxa"/>
            </w:tcMar>
          </w:tcPr>
          <w:p w14:paraId="5A0A34FE" w14:textId="77777777" w:rsidR="00BE3968" w:rsidRDefault="00CA6E70">
            <w:pPr>
              <w:pStyle w:val="CMRBodySmall"/>
            </w:pPr>
            <w:r>
              <w:t>budget</w:t>
            </w:r>
          </w:p>
        </w:tc>
        <w:tc>
          <w:tcPr>
            <w:tcW w:w="5616" w:type="dxa"/>
            <w:shd w:val="clear" w:color="auto" w:fill="F0F4F5"/>
            <w:tcMar>
              <w:top w:w="65" w:type="dxa"/>
              <w:left w:w="80" w:type="dxa"/>
              <w:bottom w:w="65" w:type="dxa"/>
              <w:right w:w="80" w:type="dxa"/>
            </w:tcMar>
          </w:tcPr>
          <w:p w14:paraId="549FD1B5" w14:textId="77777777" w:rsidR="00BE3968" w:rsidRDefault="00CA6E70">
            <w:pPr>
              <w:pStyle w:val="CMRBodySmall"/>
            </w:pPr>
            <w:r>
              <w:t>Money planned for a particular purpose.</w:t>
            </w:r>
          </w:p>
        </w:tc>
      </w:tr>
      <w:tr w:rsidR="00BE3968" w14:paraId="4B01A116" w14:textId="77777777">
        <w:tc>
          <w:tcPr>
            <w:tcW w:w="4176" w:type="dxa"/>
            <w:tcMar>
              <w:top w:w="65" w:type="dxa"/>
              <w:left w:w="80" w:type="dxa"/>
              <w:bottom w:w="65" w:type="dxa"/>
              <w:right w:w="80" w:type="dxa"/>
            </w:tcMar>
          </w:tcPr>
          <w:p w14:paraId="484FA565" w14:textId="77777777" w:rsidR="00BE3968" w:rsidRDefault="00CA6E70">
            <w:pPr>
              <w:pStyle w:val="CMRBodySmall"/>
            </w:pPr>
            <w:r>
              <w:t>rate</w:t>
            </w:r>
          </w:p>
        </w:tc>
        <w:tc>
          <w:tcPr>
            <w:tcW w:w="5616" w:type="dxa"/>
            <w:tcMar>
              <w:top w:w="65" w:type="dxa"/>
              <w:left w:w="80" w:type="dxa"/>
              <w:bottom w:w="65" w:type="dxa"/>
              <w:right w:w="80" w:type="dxa"/>
            </w:tcMar>
          </w:tcPr>
          <w:p w14:paraId="3288F3E7" w14:textId="77777777" w:rsidR="00BE3968" w:rsidRDefault="00CA6E70">
            <w:pPr>
              <w:pStyle w:val="CMRBodySmall"/>
            </w:pPr>
            <w:r>
              <w:t>A comparison such as dollars per hour.</w:t>
            </w:r>
          </w:p>
        </w:tc>
      </w:tr>
      <w:tr w:rsidR="00BE3968" w14:paraId="62177518" w14:textId="77777777">
        <w:tc>
          <w:tcPr>
            <w:tcW w:w="4176" w:type="dxa"/>
            <w:shd w:val="clear" w:color="auto" w:fill="F0F4F5"/>
            <w:tcMar>
              <w:top w:w="65" w:type="dxa"/>
              <w:left w:w="80" w:type="dxa"/>
              <w:bottom w:w="65" w:type="dxa"/>
              <w:right w:w="80" w:type="dxa"/>
            </w:tcMar>
          </w:tcPr>
          <w:p w14:paraId="188D9D5D" w14:textId="77777777" w:rsidR="00BE3968" w:rsidRDefault="00CA6E70">
            <w:pPr>
              <w:pStyle w:val="CMRBodySmall"/>
            </w:pPr>
            <w:r>
              <w:t>average</w:t>
            </w:r>
          </w:p>
        </w:tc>
        <w:tc>
          <w:tcPr>
            <w:tcW w:w="5616" w:type="dxa"/>
            <w:shd w:val="clear" w:color="auto" w:fill="F0F4F5"/>
            <w:tcMar>
              <w:top w:w="65" w:type="dxa"/>
              <w:left w:w="80" w:type="dxa"/>
              <w:bottom w:w="65" w:type="dxa"/>
              <w:right w:w="80" w:type="dxa"/>
            </w:tcMar>
          </w:tcPr>
          <w:p w14:paraId="0BDAC07F" w14:textId="77777777" w:rsidR="00BE3968" w:rsidRDefault="00CA6E70">
            <w:pPr>
              <w:pStyle w:val="CMRBodySmall"/>
            </w:pPr>
            <w:r>
              <w:t>A typical amount found by combining and sharing equally.</w:t>
            </w:r>
          </w:p>
        </w:tc>
      </w:tr>
      <w:tr w:rsidR="00BE3968" w14:paraId="38AD0C07" w14:textId="77777777">
        <w:tc>
          <w:tcPr>
            <w:tcW w:w="4176" w:type="dxa"/>
            <w:tcMar>
              <w:top w:w="65" w:type="dxa"/>
              <w:left w:w="80" w:type="dxa"/>
              <w:bottom w:w="65" w:type="dxa"/>
              <w:right w:w="80" w:type="dxa"/>
            </w:tcMar>
          </w:tcPr>
          <w:p w14:paraId="38F3F2F6" w14:textId="77777777" w:rsidR="00BE3968" w:rsidRDefault="00CA6E70">
            <w:pPr>
              <w:pStyle w:val="CMRBodySmall"/>
            </w:pPr>
            <w:r>
              <w:t>approximately</w:t>
            </w:r>
          </w:p>
        </w:tc>
        <w:tc>
          <w:tcPr>
            <w:tcW w:w="5616" w:type="dxa"/>
            <w:tcMar>
              <w:top w:w="65" w:type="dxa"/>
              <w:left w:w="80" w:type="dxa"/>
              <w:bottom w:w="65" w:type="dxa"/>
              <w:right w:w="80" w:type="dxa"/>
            </w:tcMar>
          </w:tcPr>
          <w:p w14:paraId="01BC87A9" w14:textId="77777777" w:rsidR="00BE3968" w:rsidRDefault="00CA6E70">
            <w:pPr>
              <w:pStyle w:val="CMRBodySmall"/>
            </w:pPr>
            <w:r>
              <w:t>An answer close enough for a practical estimate.</w:t>
            </w:r>
          </w:p>
        </w:tc>
      </w:tr>
    </w:tbl>
    <w:p w14:paraId="61B333C6" w14:textId="77777777" w:rsidR="00BE3968" w:rsidRDefault="00BE3968">
      <w:pPr>
        <w:spacing w:after="40"/>
      </w:pPr>
    </w:p>
    <w:p w14:paraId="32D60B7F" w14:textId="77777777" w:rsidR="00BE3968" w:rsidRDefault="00CA6E70">
      <w:r>
        <w:rPr>
          <w:b/>
        </w:rPr>
        <w:t>Important: A single word does not automatically tell you to add, subtract, multiply, or divide. Read the entire situation.</w:t>
      </w:r>
    </w:p>
    <w:p w14:paraId="5883D570" w14:textId="77777777" w:rsidR="00BE3968" w:rsidRDefault="00CA6E70">
      <w:r>
        <w:br w:type="page"/>
      </w:r>
    </w:p>
    <w:p w14:paraId="549FFC68" w14:textId="77777777" w:rsidR="00BE3968" w:rsidRDefault="00CA6E70">
      <w:pPr>
        <w:pStyle w:val="CMRPageTitle"/>
      </w:pPr>
      <w:r>
        <w:rPr>
          <w:b w:val="0"/>
        </w:rPr>
        <w:lastRenderedPageBreak/>
        <w:t>Recognize what is happening</w:t>
      </w:r>
    </w:p>
    <w:p w14:paraId="18A31001" w14:textId="77777777" w:rsidR="00BE3968" w:rsidRDefault="00CA6E70">
      <w:pPr>
        <w:pStyle w:val="CMRSectionLabel"/>
      </w:pPr>
      <w:r>
        <w:rPr>
          <w:b w:val="0"/>
        </w:rPr>
        <w:t>THREE COMMON SITUATIONS</w:t>
      </w:r>
    </w:p>
    <w:tbl>
      <w:tblPr>
        <w:tblW w:w="0" w:type="auto"/>
        <w:tblLayout w:type="fixed"/>
        <w:tblLook w:val="04A0" w:firstRow="1" w:lastRow="0" w:firstColumn="1" w:lastColumn="0" w:noHBand="0" w:noVBand="1"/>
      </w:tblPr>
      <w:tblGrid>
        <w:gridCol w:w="10036"/>
      </w:tblGrid>
      <w:tr w:rsidR="00BE3968" w14:paraId="06E588E1" w14:textId="77777777">
        <w:tc>
          <w:tcPr>
            <w:tcW w:w="10036" w:type="dxa"/>
            <w:shd w:val="clear" w:color="auto" w:fill="EEF3F5"/>
            <w:tcMar>
              <w:top w:w="100" w:type="dxa"/>
              <w:left w:w="150" w:type="dxa"/>
              <w:bottom w:w="100" w:type="dxa"/>
              <w:right w:w="150" w:type="dxa"/>
            </w:tcMar>
          </w:tcPr>
          <w:p w14:paraId="42A9B142" w14:textId="77777777" w:rsidR="00BE3968" w:rsidRDefault="00CA6E70">
            <w:pPr>
              <w:pStyle w:val="CMRBodySmall"/>
            </w:pPr>
            <w:r>
              <w:t>A TOTAL</w:t>
            </w:r>
          </w:p>
          <w:p w14:paraId="030201FA" w14:textId="77777777" w:rsidR="00BE3968" w:rsidRDefault="00CA6E70">
            <w:pPr>
              <w:pStyle w:val="CMRBodySmall"/>
            </w:pPr>
            <w:r>
              <w:t>Two or more amounts belong together.</w:t>
            </w:r>
          </w:p>
          <w:p w14:paraId="7F1294DB" w14:textId="77777777" w:rsidR="00BE3968" w:rsidRDefault="00CA6E70">
            <w:pPr>
              <w:pStyle w:val="CMRBodySmall"/>
            </w:pPr>
            <w:r>
              <w:t>Example: Two work expenses are $8 and $12. What is the total?</w:t>
            </w:r>
          </w:p>
        </w:tc>
      </w:tr>
    </w:tbl>
    <w:p w14:paraId="2EC0D8C3" w14:textId="77777777" w:rsidR="00BE3968" w:rsidRDefault="00BE3968">
      <w:pPr>
        <w:spacing w:after="40"/>
      </w:pPr>
    </w:p>
    <w:tbl>
      <w:tblPr>
        <w:tblW w:w="0" w:type="auto"/>
        <w:tblLayout w:type="fixed"/>
        <w:tblLook w:val="04A0" w:firstRow="1" w:lastRow="0" w:firstColumn="1" w:lastColumn="0" w:noHBand="0" w:noVBand="1"/>
      </w:tblPr>
      <w:tblGrid>
        <w:gridCol w:w="10036"/>
      </w:tblGrid>
      <w:tr w:rsidR="00BE3968" w14:paraId="759A210E" w14:textId="77777777">
        <w:tc>
          <w:tcPr>
            <w:tcW w:w="10036" w:type="dxa"/>
            <w:shd w:val="clear" w:color="auto" w:fill="EEF3F5"/>
            <w:tcMar>
              <w:top w:w="100" w:type="dxa"/>
              <w:left w:w="150" w:type="dxa"/>
              <w:bottom w:w="100" w:type="dxa"/>
              <w:right w:w="150" w:type="dxa"/>
            </w:tcMar>
          </w:tcPr>
          <w:p w14:paraId="37486D15" w14:textId="77777777" w:rsidR="00BE3968" w:rsidRDefault="00CA6E70">
            <w:pPr>
              <w:pStyle w:val="CMRBodySmall"/>
            </w:pPr>
            <w:r>
              <w:t>A CHANGE OR MISSING PART</w:t>
            </w:r>
          </w:p>
          <w:p w14:paraId="708D99F7" w14:textId="77777777" w:rsidR="00BE3968" w:rsidRDefault="00CA6E70">
            <w:pPr>
              <w:pStyle w:val="CMRBodySmall"/>
            </w:pPr>
            <w:r>
              <w:t>Something is used, added, removed, or still needed.</w:t>
            </w:r>
          </w:p>
          <w:p w14:paraId="035882AF" w14:textId="77777777" w:rsidR="00BE3968" w:rsidRDefault="00CA6E70">
            <w:pPr>
              <w:pStyle w:val="CMRBodySmall"/>
            </w:pPr>
            <w:r>
              <w:t>Example: A goal is 25 items; 14 are ready. How many more are needed?</w:t>
            </w:r>
          </w:p>
        </w:tc>
      </w:tr>
    </w:tbl>
    <w:p w14:paraId="34F2F9BE" w14:textId="77777777" w:rsidR="00BE3968" w:rsidRDefault="00BE3968">
      <w:pPr>
        <w:spacing w:after="40"/>
      </w:pPr>
    </w:p>
    <w:tbl>
      <w:tblPr>
        <w:tblW w:w="0" w:type="auto"/>
        <w:tblLayout w:type="fixed"/>
        <w:tblLook w:val="04A0" w:firstRow="1" w:lastRow="0" w:firstColumn="1" w:lastColumn="0" w:noHBand="0" w:noVBand="1"/>
      </w:tblPr>
      <w:tblGrid>
        <w:gridCol w:w="10036"/>
      </w:tblGrid>
      <w:tr w:rsidR="00BE3968" w14:paraId="30395FEE" w14:textId="77777777">
        <w:tc>
          <w:tcPr>
            <w:tcW w:w="10036" w:type="dxa"/>
            <w:shd w:val="clear" w:color="auto" w:fill="EEF3F5"/>
            <w:tcMar>
              <w:top w:w="100" w:type="dxa"/>
              <w:left w:w="150" w:type="dxa"/>
              <w:bottom w:w="100" w:type="dxa"/>
              <w:right w:w="150" w:type="dxa"/>
            </w:tcMar>
          </w:tcPr>
          <w:p w14:paraId="6863B7FA" w14:textId="77777777" w:rsidR="00BE3968" w:rsidRDefault="00CA6E70">
            <w:pPr>
              <w:pStyle w:val="CMRBodySmall"/>
            </w:pPr>
            <w:r>
              <w:t>A COMPARISON OR RATE</w:t>
            </w:r>
          </w:p>
          <w:p w14:paraId="5495D660" w14:textId="77777777" w:rsidR="00BE3968" w:rsidRDefault="00CA6E70">
            <w:pPr>
              <w:pStyle w:val="CMRBodySmall"/>
            </w:pPr>
            <w:r>
              <w:t>You compare amounts, groups, prices, or time.</w:t>
            </w:r>
          </w:p>
          <w:p w14:paraId="134DF193" w14:textId="77777777" w:rsidR="00BE3968" w:rsidRDefault="00CA6E70">
            <w:pPr>
              <w:pStyle w:val="CMRBodySmall"/>
            </w:pPr>
            <w:r>
              <w:t>Example: One bag costs $4 and another costs $6. What is the difference?</w:t>
            </w:r>
          </w:p>
        </w:tc>
      </w:tr>
    </w:tbl>
    <w:p w14:paraId="24220AE6" w14:textId="77777777" w:rsidR="00BE3968" w:rsidRDefault="00BE3968">
      <w:pPr>
        <w:spacing w:after="40"/>
      </w:pPr>
    </w:p>
    <w:p w14:paraId="4908E070" w14:textId="77777777" w:rsidR="00BE3968" w:rsidRDefault="00CA6E70">
      <w:r>
        <w:t>Later lessons build on these situations to include percentages, fractions, rates, time, measurement, tables, and equations.</w:t>
      </w:r>
    </w:p>
    <w:p w14:paraId="7496FC14" w14:textId="77777777" w:rsidR="00BE3968" w:rsidRDefault="00CA6E70">
      <w:r>
        <w:br w:type="page"/>
      </w:r>
    </w:p>
    <w:p w14:paraId="5F5191D6" w14:textId="77777777" w:rsidR="00BE3968" w:rsidRDefault="00CA6E70">
      <w:pPr>
        <w:pStyle w:val="CMRPageTitle"/>
      </w:pPr>
      <w:r>
        <w:rPr>
          <w:b w:val="0"/>
        </w:rPr>
        <w:lastRenderedPageBreak/>
        <w:t>How to work independently</w:t>
      </w:r>
    </w:p>
    <w:p w14:paraId="5754A146" w14:textId="77777777" w:rsidR="00BE3968" w:rsidRDefault="00CA6E70">
      <w:pPr>
        <w:pStyle w:val="CMRSectionLabel"/>
      </w:pPr>
      <w:r>
        <w:rPr>
          <w:b w:val="0"/>
        </w:rPr>
        <w:t>STUDENT GUIDE</w:t>
      </w:r>
    </w:p>
    <w:p w14:paraId="64BBCECC" w14:textId="77777777" w:rsidR="00BE3968" w:rsidRDefault="00CA6E70">
      <w:r>
        <w:t>1. Read each entire story, even if you notice numbers right away.</w:t>
      </w:r>
    </w:p>
    <w:p w14:paraId="13F9562F" w14:textId="77777777" w:rsidR="00BE3968" w:rsidRDefault="00CA6E70">
      <w:r>
        <w:t>2. Answer Step 1 before going on. In Section 1, circle one of two choices.</w:t>
      </w:r>
    </w:p>
    <w:p w14:paraId="5F6BF608" w14:textId="77777777" w:rsidR="00BE3968" w:rsidRDefault="00CA6E70">
      <w:r>
        <w:t>3. Finish Step 2. Write what the useful numbers mean, not just the numbers.</w:t>
      </w:r>
    </w:p>
    <w:p w14:paraId="4BCA6A25" w14:textId="77777777" w:rsidR="00BE3968" w:rsidRDefault="00CA6E70">
      <w:r>
        <w:t>4. Complete Step 3. You may use a calculator when allowed by your program.</w:t>
      </w:r>
    </w:p>
    <w:p w14:paraId="2F56F418" w14:textId="77777777" w:rsidR="00BE3968" w:rsidRDefault="00CA6E70">
      <w:r>
        <w:t>5. Check the explanation in the answer key only after trying the problem.</w:t>
      </w:r>
    </w:p>
    <w:p w14:paraId="35DF10B7" w14:textId="77777777" w:rsidR="00BE3968" w:rsidRDefault="00CA6E70">
      <w:r>
        <w:t>6. If the answer is wrong, find which step went wrong and try again.</w:t>
      </w:r>
    </w:p>
    <w:tbl>
      <w:tblPr>
        <w:tblW w:w="0" w:type="auto"/>
        <w:tblLayout w:type="fixed"/>
        <w:tblLook w:val="04A0" w:firstRow="1" w:lastRow="0" w:firstColumn="1" w:lastColumn="0" w:noHBand="0" w:noVBand="1"/>
      </w:tblPr>
      <w:tblGrid>
        <w:gridCol w:w="10036"/>
      </w:tblGrid>
      <w:tr w:rsidR="00BE3968" w14:paraId="5CEBC008" w14:textId="77777777">
        <w:tc>
          <w:tcPr>
            <w:tcW w:w="10036" w:type="dxa"/>
            <w:shd w:val="clear" w:color="auto" w:fill="EEF3F5"/>
            <w:tcMar>
              <w:top w:w="100" w:type="dxa"/>
              <w:left w:w="150" w:type="dxa"/>
              <w:bottom w:w="100" w:type="dxa"/>
              <w:right w:w="150" w:type="dxa"/>
            </w:tcMar>
          </w:tcPr>
          <w:p w14:paraId="499107B5" w14:textId="77777777" w:rsidR="00BE3968" w:rsidRDefault="00CA6E70">
            <w:pPr>
              <w:pStyle w:val="CMRBodySmall"/>
            </w:pPr>
            <w:r>
              <w:t>When you feel stuck:</w:t>
            </w:r>
          </w:p>
          <w:p w14:paraId="5BE192AE" w14:textId="77777777" w:rsidR="00BE3968" w:rsidRDefault="00CA6E70">
            <w:pPr>
              <w:pStyle w:val="CMRBodySmall"/>
            </w:pPr>
            <w:r>
              <w:t>Read the question at the end again.</w:t>
            </w:r>
          </w:p>
          <w:p w14:paraId="77C4F493" w14:textId="77777777" w:rsidR="00BE3968" w:rsidRDefault="00CA6E70">
            <w:pPr>
              <w:pStyle w:val="CMRBodySmall"/>
            </w:pPr>
            <w:r>
              <w:t>Cover the numbers and say what is happening.</w:t>
            </w:r>
          </w:p>
          <w:p w14:paraId="59E7A3A9" w14:textId="77777777" w:rsidR="00BE3968" w:rsidRDefault="00CA6E70">
            <w:pPr>
              <w:pStyle w:val="CMRBodySmall"/>
            </w:pPr>
            <w:r>
              <w:t>Draw a quick picture or use coins, objects, or a short table.</w:t>
            </w:r>
          </w:p>
          <w:p w14:paraId="267E78C4" w14:textId="77777777" w:rsidR="00BE3968" w:rsidRDefault="00CA6E70">
            <w:pPr>
              <w:pStyle w:val="CMRBodySmall"/>
            </w:pPr>
            <w:r>
              <w:t>Ask yourself: “What exactly do they want me to find?”</w:t>
            </w:r>
          </w:p>
        </w:tc>
      </w:tr>
    </w:tbl>
    <w:p w14:paraId="5B32E206" w14:textId="77777777" w:rsidR="00BE3968" w:rsidRDefault="00BE3968">
      <w:pPr>
        <w:spacing w:after="40"/>
      </w:pPr>
    </w:p>
    <w:p w14:paraId="457ECAC9" w14:textId="77777777" w:rsidR="00BE3968" w:rsidRDefault="00CA6E70">
      <w:r>
        <w:br w:type="page"/>
      </w:r>
    </w:p>
    <w:p w14:paraId="2C366CEB" w14:textId="77777777" w:rsidR="00BE3968" w:rsidRDefault="00CA6E70">
      <w:pPr>
        <w:pStyle w:val="CMRPageTitle"/>
      </w:pPr>
      <w:r>
        <w:rPr>
          <w:b w:val="0"/>
        </w:rPr>
        <w:lastRenderedPageBreak/>
        <w:t>Contents and learning plan</w:t>
      </w:r>
    </w:p>
    <w:p w14:paraId="3EFD3C6D" w14:textId="77777777" w:rsidR="00BE3968" w:rsidRDefault="00CA6E70">
      <w:pPr>
        <w:pStyle w:val="CMRSectionLabel"/>
      </w:pPr>
      <w:r>
        <w:rPr>
          <w:b w:val="0"/>
        </w:rPr>
        <w:t>24 REAL-LIFE TOPICS • TWO SECTIONS</w:t>
      </w:r>
    </w:p>
    <w:p w14:paraId="1403FF43" w14:textId="77777777" w:rsidR="00BE3968" w:rsidRDefault="00CA6E70">
      <w:pPr>
        <w:pStyle w:val="CMRBodySmall"/>
        <w:spacing w:after="20"/>
      </w:pPr>
      <w:r>
        <w:t>01  Grocery totals</w:t>
      </w:r>
    </w:p>
    <w:p w14:paraId="786462C3" w14:textId="77777777" w:rsidR="00BE3968" w:rsidRDefault="00CA6E70">
      <w:pPr>
        <w:pStyle w:val="CMRBodySmall"/>
        <w:spacing w:after="20"/>
      </w:pPr>
      <w:r>
        <w:t>02  Money remaining</w:t>
      </w:r>
    </w:p>
    <w:p w14:paraId="3E2DC03C" w14:textId="77777777" w:rsidR="00BE3968" w:rsidRDefault="00CA6E70">
      <w:pPr>
        <w:pStyle w:val="CMRBodySmall"/>
        <w:spacing w:after="20"/>
      </w:pPr>
      <w:r>
        <w:t>03  Comparing prices</w:t>
      </w:r>
    </w:p>
    <w:p w14:paraId="7C349F20" w14:textId="77777777" w:rsidR="00BE3968" w:rsidRDefault="00CA6E70">
      <w:pPr>
        <w:pStyle w:val="CMRBodySmall"/>
        <w:spacing w:after="20"/>
      </w:pPr>
      <w:r>
        <w:t>04  Reaching a goal</w:t>
      </w:r>
    </w:p>
    <w:p w14:paraId="09C98CF5" w14:textId="77777777" w:rsidR="00BE3968" w:rsidRDefault="00CA6E70">
      <w:pPr>
        <w:pStyle w:val="CMRBodySmall"/>
        <w:spacing w:after="20"/>
      </w:pPr>
      <w:r>
        <w:t>05  Making change</w:t>
      </w:r>
    </w:p>
    <w:p w14:paraId="14315013" w14:textId="77777777" w:rsidR="00BE3968" w:rsidRDefault="00CA6E70">
      <w:pPr>
        <w:pStyle w:val="CMRBodySmall"/>
        <w:spacing w:after="20"/>
      </w:pPr>
      <w:r>
        <w:t>06  Buying equal groups</w:t>
      </w:r>
    </w:p>
    <w:p w14:paraId="42D99DCD" w14:textId="77777777" w:rsidR="00BE3968" w:rsidRDefault="00CA6E70">
      <w:pPr>
        <w:pStyle w:val="CMRBodySmall"/>
        <w:spacing w:after="20"/>
      </w:pPr>
      <w:r>
        <w:t>07  Packing and sharing</w:t>
      </w:r>
    </w:p>
    <w:p w14:paraId="3187A474" w14:textId="77777777" w:rsidR="00BE3968" w:rsidRDefault="00CA6E70">
      <w:pPr>
        <w:pStyle w:val="CMRBodySmall"/>
        <w:spacing w:after="20"/>
      </w:pPr>
      <w:r>
        <w:t>08  Hours and wages</w:t>
      </w:r>
    </w:p>
    <w:p w14:paraId="3BBCCDF5" w14:textId="77777777" w:rsidR="00BE3968" w:rsidRDefault="00CA6E70">
      <w:pPr>
        <w:pStyle w:val="CMRBodySmall"/>
        <w:spacing w:after="20"/>
      </w:pPr>
      <w:r>
        <w:t>09  Schedules and time</w:t>
      </w:r>
    </w:p>
    <w:p w14:paraId="55360559" w14:textId="77777777" w:rsidR="00BE3968" w:rsidRDefault="00CA6E70">
      <w:pPr>
        <w:pStyle w:val="CMRBodySmall"/>
        <w:spacing w:after="20"/>
      </w:pPr>
      <w:r>
        <w:t>10  Planning a budget</w:t>
      </w:r>
    </w:p>
    <w:p w14:paraId="1477FCE7" w14:textId="77777777" w:rsidR="00BE3968" w:rsidRDefault="00CA6E70">
      <w:pPr>
        <w:pStyle w:val="CMRBodySmall"/>
        <w:spacing w:after="20"/>
      </w:pPr>
      <w:r>
        <w:t>11  Comparing unit prices</w:t>
      </w:r>
    </w:p>
    <w:p w14:paraId="5A2DEE07" w14:textId="77777777" w:rsidR="00BE3968" w:rsidRDefault="00CA6E70">
      <w:pPr>
        <w:pStyle w:val="CMRBodySmall"/>
        <w:spacing w:after="20"/>
      </w:pPr>
      <w:r>
        <w:t>12  Store discounts</w:t>
      </w:r>
    </w:p>
    <w:p w14:paraId="2F1160A7" w14:textId="77777777" w:rsidR="00BE3968" w:rsidRDefault="00CA6E70">
      <w:pPr>
        <w:pStyle w:val="CMRBodySmall"/>
        <w:spacing w:after="20"/>
      </w:pPr>
      <w:r>
        <w:t>13  Sales tax</w:t>
      </w:r>
    </w:p>
    <w:p w14:paraId="48B5C5E7" w14:textId="77777777" w:rsidR="00BE3968" w:rsidRDefault="00CA6E70">
      <w:pPr>
        <w:pStyle w:val="CMRBodySmall"/>
        <w:spacing w:after="20"/>
      </w:pPr>
      <w:r>
        <w:t>14  Restaurant costs</w:t>
      </w:r>
    </w:p>
    <w:p w14:paraId="00760397" w14:textId="77777777" w:rsidR="00BE3968" w:rsidRDefault="00CA6E70">
      <w:pPr>
        <w:pStyle w:val="CMRBodySmall"/>
        <w:spacing w:after="20"/>
      </w:pPr>
      <w:r>
        <w:t>15  Saving for a goal</w:t>
      </w:r>
    </w:p>
    <w:p w14:paraId="4A747512" w14:textId="77777777" w:rsidR="00BE3968" w:rsidRDefault="00CA6E70">
      <w:pPr>
        <w:pStyle w:val="CMRBodySmall"/>
        <w:spacing w:after="20"/>
      </w:pPr>
      <w:r>
        <w:t>16  Recipes and fractions</w:t>
      </w:r>
    </w:p>
    <w:p w14:paraId="70BC1CBD" w14:textId="77777777" w:rsidR="00BE3968" w:rsidRDefault="00CA6E70">
      <w:pPr>
        <w:pStyle w:val="CMRBodySmall"/>
        <w:spacing w:after="20"/>
      </w:pPr>
      <w:r>
        <w:t>17  Everyday measurements</w:t>
      </w:r>
    </w:p>
    <w:p w14:paraId="7BA764DC" w14:textId="77777777" w:rsidR="00BE3968" w:rsidRDefault="00CA6E70">
      <w:pPr>
        <w:pStyle w:val="CMRBodySmall"/>
        <w:spacing w:after="20"/>
      </w:pPr>
      <w:r>
        <w:t>18  Room sizes</w:t>
      </w:r>
    </w:p>
    <w:p w14:paraId="5FD542D5" w14:textId="77777777" w:rsidR="00BE3968" w:rsidRDefault="00CA6E70">
      <w:pPr>
        <w:pStyle w:val="CMRBodySmall"/>
        <w:spacing w:after="20"/>
      </w:pPr>
      <w:r>
        <w:t>19  Paint and supplies</w:t>
      </w:r>
    </w:p>
    <w:p w14:paraId="1371C969" w14:textId="77777777" w:rsidR="00BE3968" w:rsidRDefault="00CA6E70">
      <w:pPr>
        <w:pStyle w:val="CMRBodySmall"/>
        <w:spacing w:after="20"/>
      </w:pPr>
      <w:r>
        <w:t>20  Travel and fuel</w:t>
      </w:r>
    </w:p>
    <w:p w14:paraId="0F48876E" w14:textId="77777777" w:rsidR="00BE3968" w:rsidRDefault="00CA6E70">
      <w:pPr>
        <w:pStyle w:val="CMRBodySmall"/>
        <w:spacing w:after="20"/>
      </w:pPr>
      <w:r>
        <w:t>21  Recipes for groups</w:t>
      </w:r>
    </w:p>
    <w:p w14:paraId="6C8048F8" w14:textId="77777777" w:rsidR="00BE3968" w:rsidRDefault="00CA6E70">
      <w:pPr>
        <w:pStyle w:val="CMRBodySmall"/>
        <w:spacing w:after="20"/>
      </w:pPr>
      <w:r>
        <w:t>22  Reading schedules</w:t>
      </w:r>
    </w:p>
    <w:p w14:paraId="107C5346" w14:textId="77777777" w:rsidR="00BE3968" w:rsidRDefault="00CA6E70">
      <w:pPr>
        <w:pStyle w:val="CMRBodySmall"/>
        <w:spacing w:after="20"/>
      </w:pPr>
      <w:r>
        <w:t>23  Understanding data</w:t>
      </w:r>
    </w:p>
    <w:p w14:paraId="0C935D9A" w14:textId="77777777" w:rsidR="00BE3968" w:rsidRDefault="00CA6E70">
      <w:pPr>
        <w:pStyle w:val="CMRBodySmall"/>
        <w:spacing w:after="20"/>
      </w:pPr>
      <w:r>
        <w:t>24  Finding the unknown</w:t>
      </w:r>
    </w:p>
    <w:p w14:paraId="0C7AA721" w14:textId="77777777" w:rsidR="00BE3968" w:rsidRDefault="00BE3968">
      <w:pPr>
        <w:spacing w:after="120"/>
      </w:pPr>
    </w:p>
    <w:tbl>
      <w:tblPr>
        <w:tblW w:w="0" w:type="auto"/>
        <w:tblLayout w:type="fixed"/>
        <w:tblLook w:val="04A0" w:firstRow="1" w:lastRow="0" w:firstColumn="1" w:lastColumn="0" w:noHBand="0" w:noVBand="1"/>
      </w:tblPr>
      <w:tblGrid>
        <w:gridCol w:w="10036"/>
      </w:tblGrid>
      <w:tr w:rsidR="00BE3968" w14:paraId="3354351B" w14:textId="77777777">
        <w:tc>
          <w:tcPr>
            <w:tcW w:w="10036" w:type="dxa"/>
            <w:shd w:val="clear" w:color="auto" w:fill="EEF3F5"/>
            <w:tcMar>
              <w:top w:w="100" w:type="dxa"/>
              <w:left w:w="150" w:type="dxa"/>
              <w:bottom w:w="100" w:type="dxa"/>
              <w:right w:w="150" w:type="dxa"/>
            </w:tcMar>
          </w:tcPr>
          <w:p w14:paraId="586A49B8" w14:textId="77777777" w:rsidR="00BE3968" w:rsidRDefault="00CA6E70">
            <w:pPr>
              <w:pStyle w:val="CMRBodySmall"/>
            </w:pPr>
            <w:r>
              <w:t>Section 1 — Guided practice: 120 pages, two problems per page.</w:t>
            </w:r>
          </w:p>
          <w:p w14:paraId="009B028C" w14:textId="77777777" w:rsidR="00BE3968" w:rsidRDefault="00CA6E70">
            <w:pPr>
              <w:pStyle w:val="CMRBodySmall"/>
            </w:pPr>
            <w:r>
              <w:t>Section 2 — Independent practice: 120 pages, two problems per page.</w:t>
            </w:r>
          </w:p>
          <w:p w14:paraId="55BD5B26" w14:textId="77777777" w:rsidR="00BE3968" w:rsidRDefault="00CA6E70">
            <w:pPr>
              <w:pStyle w:val="CMRBodySmall"/>
            </w:pPr>
            <w:r>
              <w:t>Mixed review: 24 additional questions on 12 pages.</w:t>
            </w:r>
          </w:p>
          <w:p w14:paraId="5C5E93AD" w14:textId="77777777" w:rsidR="00BE3968" w:rsidRDefault="00CA6E70">
            <w:pPr>
              <w:pStyle w:val="CMRBodySmall"/>
            </w:pPr>
            <w:r>
              <w:t>Answer key: All 504 problems explained at the back of the book.</w:t>
            </w:r>
          </w:p>
        </w:tc>
      </w:tr>
    </w:tbl>
    <w:p w14:paraId="40861DCE" w14:textId="77777777" w:rsidR="00BE3968" w:rsidRDefault="00BE3968">
      <w:pPr>
        <w:spacing w:after="40"/>
      </w:pPr>
    </w:p>
    <w:p w14:paraId="74324F3C" w14:textId="77777777" w:rsidR="00BE3968" w:rsidRDefault="00CA6E70">
      <w:r>
        <w:br w:type="page"/>
      </w:r>
    </w:p>
    <w:p w14:paraId="4916A41C" w14:textId="77777777" w:rsidR="00BE3968" w:rsidRDefault="00CA6E70">
      <w:pPr>
        <w:pStyle w:val="CMRPageTitle"/>
      </w:pPr>
      <w:r>
        <w:rPr>
          <w:b w:val="0"/>
        </w:rPr>
        <w:lastRenderedPageBreak/>
        <w:t>Guided practice</w:t>
      </w:r>
    </w:p>
    <w:p w14:paraId="04A2B4FF" w14:textId="77777777" w:rsidR="00BE3968" w:rsidRDefault="00CA6E70">
      <w:pPr>
        <w:pStyle w:val="CMRSectionLabel"/>
      </w:pPr>
      <w:r>
        <w:rPr>
          <w:b w:val="0"/>
        </w:rPr>
        <w:t>SECTION 1</w:t>
      </w:r>
    </w:p>
    <w:p w14:paraId="7106408C" w14:textId="77777777" w:rsidR="00BE3968" w:rsidRDefault="00CA6E70">
      <w:r>
        <w:t>The next pages help you understand the question before solving it. For each problem, complete the same three steps. In Step 1, circle one of two choices. In Step 2, fill in the facts. In Step 3, choose a plan and then find the answer.</w:t>
      </w:r>
    </w:p>
    <w:p w14:paraId="17E7379E" w14:textId="77777777" w:rsidR="00BE3968" w:rsidRDefault="00CA6E70">
      <w:r>
        <w:t>Take your time. These lessons are meant to help you develop a way to begin, not just to finish problems quickly.</w:t>
      </w:r>
    </w:p>
    <w:tbl>
      <w:tblPr>
        <w:tblW w:w="0" w:type="auto"/>
        <w:tblLayout w:type="fixed"/>
        <w:tblLook w:val="04A0" w:firstRow="1" w:lastRow="0" w:firstColumn="1" w:lastColumn="0" w:noHBand="0" w:noVBand="1"/>
      </w:tblPr>
      <w:tblGrid>
        <w:gridCol w:w="10036"/>
      </w:tblGrid>
      <w:tr w:rsidR="00BE3968" w14:paraId="694493FD" w14:textId="77777777">
        <w:tc>
          <w:tcPr>
            <w:tcW w:w="10036" w:type="dxa"/>
            <w:shd w:val="clear" w:color="auto" w:fill="EEF3F5"/>
            <w:tcMar>
              <w:top w:w="100" w:type="dxa"/>
              <w:left w:w="150" w:type="dxa"/>
              <w:bottom w:w="100" w:type="dxa"/>
              <w:right w:w="150" w:type="dxa"/>
            </w:tcMar>
          </w:tcPr>
          <w:p w14:paraId="1C4D6C83" w14:textId="77777777" w:rsidR="00BE3968" w:rsidRDefault="00CA6E70">
            <w:pPr>
              <w:pStyle w:val="CMRBodySmall"/>
            </w:pPr>
            <w:r>
              <w:t>STEP 1  What do they want?</w:t>
            </w:r>
          </w:p>
          <w:p w14:paraId="61489556" w14:textId="77777777" w:rsidR="00BE3968" w:rsidRDefault="00CA6E70">
            <w:pPr>
              <w:pStyle w:val="CMRBodySmall"/>
            </w:pPr>
            <w:r>
              <w:t>STEP 2  What do I know?</w:t>
            </w:r>
          </w:p>
          <w:p w14:paraId="3895E37A" w14:textId="77777777" w:rsidR="00BE3968" w:rsidRDefault="00CA6E70">
            <w:pPr>
              <w:pStyle w:val="CMRBodySmall"/>
            </w:pPr>
            <w:r>
              <w:t>STEP 3  How do I find it?</w:t>
            </w:r>
          </w:p>
        </w:tc>
      </w:tr>
    </w:tbl>
    <w:p w14:paraId="06EE347E" w14:textId="77777777" w:rsidR="00BE3968" w:rsidRDefault="00BE3968">
      <w:pPr>
        <w:spacing w:after="40"/>
      </w:pPr>
    </w:p>
    <w:p w14:paraId="7B60889B" w14:textId="77777777" w:rsidR="00BE3968" w:rsidRDefault="00CA6E70">
      <w:r>
        <w:br w:type="page"/>
      </w:r>
    </w:p>
    <w:p w14:paraId="4165A369" w14:textId="77777777" w:rsidR="00BE3968" w:rsidRDefault="00CA6E70">
      <w:pPr>
        <w:pStyle w:val="CMRSmallLabel"/>
        <w:spacing w:after="60"/>
      </w:pPr>
      <w:r>
        <w:rPr>
          <w:b w:val="0"/>
        </w:rPr>
        <w:lastRenderedPageBreak/>
        <w:t>SECTION 1  |  TOPIC 01  |  PRACTICE PAGE 1/5</w:t>
      </w:r>
    </w:p>
    <w:p w14:paraId="733ACBC8" w14:textId="77777777" w:rsidR="00BE3968" w:rsidRDefault="00CA6E70">
      <w:pPr>
        <w:pStyle w:val="CMRPageTitle"/>
        <w:spacing w:after="60"/>
      </w:pPr>
      <w:r>
        <w:rPr>
          <w:b w:val="0"/>
        </w:rPr>
        <w:t>Grocery totals</w:t>
      </w:r>
    </w:p>
    <w:p w14:paraId="31A8B34A" w14:textId="77777777" w:rsidR="00BE3968" w:rsidRDefault="00CA6E70">
      <w:pPr>
        <w:pStyle w:val="CMRBodySmall"/>
        <w:spacing w:after="100"/>
      </w:pPr>
      <w:r>
        <w:t>Remember: Find the full cost when several prices belong together.</w:t>
      </w:r>
    </w:p>
    <w:tbl>
      <w:tblPr>
        <w:tblW w:w="0" w:type="auto"/>
        <w:tblLayout w:type="fixed"/>
        <w:tblLook w:val="04A0" w:firstRow="1" w:lastRow="0" w:firstColumn="1" w:lastColumn="0" w:noHBand="0" w:noVBand="1"/>
      </w:tblPr>
      <w:tblGrid>
        <w:gridCol w:w="10036"/>
      </w:tblGrid>
      <w:tr w:rsidR="00BE3968" w14:paraId="18ADE2FD" w14:textId="77777777">
        <w:tc>
          <w:tcPr>
            <w:tcW w:w="10036" w:type="dxa"/>
            <w:shd w:val="clear" w:color="auto" w:fill="F5F8F9"/>
            <w:tcMar>
              <w:top w:w="70" w:type="dxa"/>
              <w:left w:w="140" w:type="dxa"/>
              <w:bottom w:w="85" w:type="dxa"/>
              <w:right w:w="140" w:type="dxa"/>
            </w:tcMar>
          </w:tcPr>
          <w:p w14:paraId="2FF2ECA2" w14:textId="77777777" w:rsidR="00BE3968" w:rsidRDefault="00BE3968"/>
          <w:p w14:paraId="156CD906" w14:textId="77777777" w:rsidR="00BE3968" w:rsidRDefault="00CA6E70">
            <w:pPr>
              <w:pStyle w:val="CMRBodySmall"/>
            </w:pPr>
            <w:r>
              <w:rPr>
                <w:b/>
              </w:rPr>
              <w:t>PROBLEM S1-001</w:t>
            </w:r>
          </w:p>
          <w:p w14:paraId="0BCE6A50" w14:textId="77777777" w:rsidR="00BE3968" w:rsidRDefault="00CA6E70">
            <w:pPr>
              <w:spacing w:after="140"/>
            </w:pPr>
            <w:r>
              <w:t>James buys rice for $6.00 and vegetables for $4.00. How much does James spend in all?</w:t>
            </w:r>
          </w:p>
          <w:p w14:paraId="08D13C35" w14:textId="77777777" w:rsidR="00BE3968" w:rsidRDefault="00CA6E70">
            <w:pPr>
              <w:pStyle w:val="CMRBodySmall"/>
              <w:spacing w:after="40"/>
            </w:pPr>
            <w:r>
              <w:rPr>
                <w:b/>
              </w:rPr>
              <w:t>STEP 1 — WHAT DO THEY WANT?</w:t>
            </w:r>
          </w:p>
          <w:p w14:paraId="5DFF791F" w14:textId="77777777" w:rsidR="00BE3968" w:rsidRDefault="00CA6E70">
            <w:pPr>
              <w:pStyle w:val="CMRBodySmall"/>
              <w:spacing w:after="20"/>
            </w:pPr>
            <w:r>
              <w:t>○ A. The amount paid for both items together.</w:t>
            </w:r>
          </w:p>
          <w:p w14:paraId="2CD6791F" w14:textId="77777777" w:rsidR="00BE3968" w:rsidRDefault="00CA6E70">
            <w:pPr>
              <w:pStyle w:val="CMRBodySmall"/>
              <w:spacing w:after="80"/>
            </w:pPr>
            <w:r>
              <w:t>○ B. How much more one item costs than the other.</w:t>
            </w:r>
          </w:p>
          <w:p w14:paraId="3AF17274" w14:textId="77777777" w:rsidR="00BE3968" w:rsidRDefault="00CA6E70">
            <w:pPr>
              <w:pStyle w:val="CMRBodySmall"/>
              <w:spacing w:after="40"/>
            </w:pPr>
            <w:r>
              <w:rPr>
                <w:b/>
              </w:rPr>
              <w:t>STEP 2 — WHAT DO I KNOW?</w:t>
            </w:r>
          </w:p>
          <w:p w14:paraId="5BC09DF6" w14:textId="77777777" w:rsidR="00BE3968" w:rsidRDefault="00CA6E70">
            <w:pPr>
              <w:pStyle w:val="CMRBodySmall"/>
              <w:spacing w:after="40"/>
            </w:pPr>
            <w:r>
              <w:t>Cost of rice: ____________________</w:t>
            </w:r>
          </w:p>
          <w:p w14:paraId="0778CDB2" w14:textId="77777777" w:rsidR="00BE3968" w:rsidRDefault="00CA6E70">
            <w:pPr>
              <w:pStyle w:val="CMRBodySmall"/>
              <w:spacing w:after="40"/>
            </w:pPr>
            <w:r>
              <w:t>Cost of vegetables: ____________________</w:t>
            </w:r>
          </w:p>
          <w:p w14:paraId="4077EBA6" w14:textId="77777777" w:rsidR="00BE3968" w:rsidRDefault="00CA6E70">
            <w:pPr>
              <w:pStyle w:val="CMRBodySmall"/>
              <w:spacing w:after="40"/>
            </w:pPr>
            <w:r>
              <w:rPr>
                <w:b/>
              </w:rPr>
              <w:t>STEP 3 — HOW DO I FIND IT?</w:t>
            </w:r>
          </w:p>
          <w:p w14:paraId="53980BCE" w14:textId="77777777" w:rsidR="00BE3968" w:rsidRDefault="00CA6E70">
            <w:pPr>
              <w:pStyle w:val="CMRBodySmall"/>
              <w:spacing w:after="20"/>
            </w:pPr>
            <w:r>
              <w:t>○ A. Subtract the smaller price from the larger price.</w:t>
            </w:r>
          </w:p>
          <w:p w14:paraId="0B09C923" w14:textId="77777777" w:rsidR="00BE3968" w:rsidRDefault="00CA6E70">
            <w:pPr>
              <w:pStyle w:val="CMRBodySmall"/>
            </w:pPr>
            <w:r>
              <w:t>○ B. Add the two prices.</w:t>
            </w:r>
          </w:p>
          <w:p w14:paraId="1175FB64" w14:textId="77777777" w:rsidR="00BE3968" w:rsidRDefault="00CA6E70">
            <w:pPr>
              <w:pStyle w:val="CMRBodySmall"/>
              <w:spacing w:after="120"/>
            </w:pPr>
            <w:r>
              <w:t>My math: ____________________________________________________________</w:t>
            </w:r>
          </w:p>
          <w:p w14:paraId="7639DD3A" w14:textId="77777777" w:rsidR="00BE3968" w:rsidRDefault="00CA6E70">
            <w:pPr>
              <w:pStyle w:val="CMRBodySmall"/>
              <w:spacing w:after="120"/>
            </w:pPr>
            <w:r>
              <w:t>____________________________________________________________________</w:t>
            </w:r>
          </w:p>
          <w:p w14:paraId="24E8F93A" w14:textId="77777777" w:rsidR="00BE3968" w:rsidRDefault="00CA6E70">
            <w:pPr>
              <w:pStyle w:val="CMRBodySmall"/>
              <w:spacing w:after="100"/>
            </w:pPr>
            <w:r>
              <w:t>Answer and check: ___________________________________________________</w:t>
            </w:r>
          </w:p>
        </w:tc>
      </w:tr>
    </w:tbl>
    <w:p w14:paraId="61E9D13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765889D" w14:textId="77777777">
        <w:tc>
          <w:tcPr>
            <w:tcW w:w="10036" w:type="dxa"/>
            <w:tcMar>
              <w:top w:w="70" w:type="dxa"/>
              <w:left w:w="140" w:type="dxa"/>
              <w:bottom w:w="85" w:type="dxa"/>
              <w:right w:w="140" w:type="dxa"/>
            </w:tcMar>
          </w:tcPr>
          <w:p w14:paraId="620CD604" w14:textId="77777777" w:rsidR="00BE3968" w:rsidRDefault="00BE3968"/>
          <w:p w14:paraId="217B54E3" w14:textId="77777777" w:rsidR="00BE3968" w:rsidRDefault="00CA6E70">
            <w:pPr>
              <w:pStyle w:val="CMRBodySmall"/>
            </w:pPr>
            <w:r>
              <w:rPr>
                <w:b/>
              </w:rPr>
              <w:t>PROBLEM S1-002</w:t>
            </w:r>
          </w:p>
          <w:p w14:paraId="13743E7E" w14:textId="77777777" w:rsidR="00BE3968" w:rsidRDefault="00CA6E70">
            <w:pPr>
              <w:spacing w:after="140"/>
            </w:pPr>
            <w:r>
              <w:t>At the checkout, the cashier rings up laundry soap for $11.00 and paper towels for $14.00. What does Felicia pay for the two items together?</w:t>
            </w:r>
          </w:p>
          <w:p w14:paraId="6D8E19D3" w14:textId="77777777" w:rsidR="00BE3968" w:rsidRDefault="00CA6E70">
            <w:pPr>
              <w:pStyle w:val="CMRBodySmall"/>
              <w:spacing w:after="40"/>
            </w:pPr>
            <w:r>
              <w:rPr>
                <w:b/>
              </w:rPr>
              <w:t>STEP 1 — WHAT DO THEY WANT?</w:t>
            </w:r>
          </w:p>
          <w:p w14:paraId="7F819A60" w14:textId="77777777" w:rsidR="00BE3968" w:rsidRDefault="00CA6E70">
            <w:pPr>
              <w:pStyle w:val="CMRBodySmall"/>
              <w:spacing w:after="20"/>
            </w:pPr>
            <w:r>
              <w:t>○ A. The price of the more expensive item.</w:t>
            </w:r>
          </w:p>
          <w:p w14:paraId="2A0C5647" w14:textId="77777777" w:rsidR="00BE3968" w:rsidRDefault="00CA6E70">
            <w:pPr>
              <w:pStyle w:val="CMRBodySmall"/>
              <w:spacing w:after="80"/>
            </w:pPr>
            <w:r>
              <w:t>○ B. The full cost of everything bought.</w:t>
            </w:r>
          </w:p>
          <w:p w14:paraId="3656AFF2" w14:textId="77777777" w:rsidR="00BE3968" w:rsidRDefault="00CA6E70">
            <w:pPr>
              <w:pStyle w:val="CMRBodySmall"/>
              <w:spacing w:after="40"/>
            </w:pPr>
            <w:r>
              <w:rPr>
                <w:b/>
              </w:rPr>
              <w:t>STEP 2 — WHAT DO I KNOW?</w:t>
            </w:r>
          </w:p>
          <w:p w14:paraId="36A89BB3" w14:textId="77777777" w:rsidR="00BE3968" w:rsidRDefault="00CA6E70">
            <w:pPr>
              <w:pStyle w:val="CMRBodySmall"/>
              <w:spacing w:after="40"/>
            </w:pPr>
            <w:r>
              <w:t>Cost of laundry soap: ____________________</w:t>
            </w:r>
          </w:p>
          <w:p w14:paraId="7D69F21F" w14:textId="77777777" w:rsidR="00BE3968" w:rsidRDefault="00CA6E70">
            <w:pPr>
              <w:pStyle w:val="CMRBodySmall"/>
              <w:spacing w:after="40"/>
            </w:pPr>
            <w:r>
              <w:t>Cost of paper towels: ____________________</w:t>
            </w:r>
          </w:p>
          <w:p w14:paraId="647A9621" w14:textId="77777777" w:rsidR="00BE3968" w:rsidRDefault="00CA6E70">
            <w:pPr>
              <w:pStyle w:val="CMRBodySmall"/>
              <w:spacing w:after="40"/>
            </w:pPr>
            <w:r>
              <w:rPr>
                <w:b/>
              </w:rPr>
              <w:t>STEP 3 — HOW DO I FIND IT?</w:t>
            </w:r>
          </w:p>
          <w:p w14:paraId="4DDE6E64" w14:textId="77777777" w:rsidR="00BE3968" w:rsidRDefault="00CA6E70">
            <w:pPr>
              <w:pStyle w:val="CMRBodySmall"/>
              <w:spacing w:after="20"/>
            </w:pPr>
            <w:r>
              <w:t>○ A. Combine the prices to find one total.</w:t>
            </w:r>
          </w:p>
          <w:p w14:paraId="693DDC93" w14:textId="77777777" w:rsidR="00BE3968" w:rsidRDefault="00CA6E70">
            <w:pPr>
              <w:pStyle w:val="CMRBodySmall"/>
            </w:pPr>
            <w:r>
              <w:t>○ B. Use only the larger price.</w:t>
            </w:r>
          </w:p>
          <w:p w14:paraId="0543E2F9" w14:textId="77777777" w:rsidR="00BE3968" w:rsidRDefault="00CA6E70">
            <w:pPr>
              <w:pStyle w:val="CMRBodySmall"/>
              <w:spacing w:after="120"/>
            </w:pPr>
            <w:r>
              <w:t>My math: ____________________________________________________________</w:t>
            </w:r>
          </w:p>
          <w:p w14:paraId="18672FB2" w14:textId="77777777" w:rsidR="00BE3968" w:rsidRDefault="00CA6E70">
            <w:pPr>
              <w:pStyle w:val="CMRBodySmall"/>
              <w:spacing w:after="120"/>
            </w:pPr>
            <w:r>
              <w:t>____________________________________________________________________</w:t>
            </w:r>
          </w:p>
          <w:p w14:paraId="499D6CD8" w14:textId="77777777" w:rsidR="00BE3968" w:rsidRDefault="00CA6E70">
            <w:pPr>
              <w:pStyle w:val="CMRBodySmall"/>
              <w:spacing w:after="100"/>
            </w:pPr>
            <w:r>
              <w:t>Answer and check: ___________________________________________________</w:t>
            </w:r>
          </w:p>
        </w:tc>
      </w:tr>
    </w:tbl>
    <w:p w14:paraId="4D36C953" w14:textId="77777777" w:rsidR="00BE3968" w:rsidRDefault="00CA6E70">
      <w:r>
        <w:br w:type="page"/>
      </w:r>
    </w:p>
    <w:p w14:paraId="49D64A45" w14:textId="77777777" w:rsidR="00BE3968" w:rsidRDefault="00CA6E70">
      <w:pPr>
        <w:pStyle w:val="CMRSmallLabel"/>
        <w:spacing w:after="60"/>
      </w:pPr>
      <w:r>
        <w:rPr>
          <w:b w:val="0"/>
        </w:rPr>
        <w:lastRenderedPageBreak/>
        <w:t>SECTION 1  |  TOPIC 01  |  PRACTICE PAGE 2/5</w:t>
      </w:r>
    </w:p>
    <w:p w14:paraId="3CEC2018" w14:textId="77777777" w:rsidR="00BE3968" w:rsidRDefault="00CA6E70">
      <w:pPr>
        <w:pStyle w:val="CMRPageTitle"/>
        <w:spacing w:after="60"/>
      </w:pPr>
      <w:r>
        <w:rPr>
          <w:b w:val="0"/>
        </w:rPr>
        <w:t>Grocery totals</w:t>
      </w:r>
    </w:p>
    <w:p w14:paraId="4998093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3625485" w14:textId="77777777">
        <w:tc>
          <w:tcPr>
            <w:tcW w:w="10036" w:type="dxa"/>
            <w:shd w:val="clear" w:color="auto" w:fill="F5F8F9"/>
            <w:tcMar>
              <w:top w:w="70" w:type="dxa"/>
              <w:left w:w="140" w:type="dxa"/>
              <w:bottom w:w="85" w:type="dxa"/>
              <w:right w:w="140" w:type="dxa"/>
            </w:tcMar>
          </w:tcPr>
          <w:p w14:paraId="68A579C9" w14:textId="77777777" w:rsidR="00BE3968" w:rsidRDefault="00BE3968"/>
          <w:p w14:paraId="2F3DFDD2" w14:textId="77777777" w:rsidR="00BE3968" w:rsidRDefault="00CA6E70">
            <w:pPr>
              <w:pStyle w:val="CMRBodySmall"/>
            </w:pPr>
            <w:r>
              <w:rPr>
                <w:b/>
              </w:rPr>
              <w:t>PROBLEM S1-003</w:t>
            </w:r>
          </w:p>
          <w:p w14:paraId="783F270B" w14:textId="77777777" w:rsidR="00BE3968" w:rsidRDefault="00CA6E70">
            <w:pPr>
              <w:spacing w:after="140"/>
            </w:pPr>
            <w:r>
              <w:t>Monica picks up two things at the store: pens for $7.00 and notebooks for $19.00. Altogether, how much do the two items cost?</w:t>
            </w:r>
          </w:p>
          <w:p w14:paraId="29C9D552" w14:textId="77777777" w:rsidR="00BE3968" w:rsidRDefault="00CA6E70">
            <w:pPr>
              <w:pStyle w:val="CMRBodySmall"/>
              <w:spacing w:after="40"/>
            </w:pPr>
            <w:r>
              <w:rPr>
                <w:b/>
              </w:rPr>
              <w:t>STEP 1 — WHAT DO THEY WANT?</w:t>
            </w:r>
          </w:p>
          <w:p w14:paraId="3F097C3D" w14:textId="77777777" w:rsidR="00BE3968" w:rsidRDefault="00CA6E70">
            <w:pPr>
              <w:pStyle w:val="CMRBodySmall"/>
              <w:spacing w:after="20"/>
            </w:pPr>
            <w:r>
              <w:t>○ A. How much money is left after shopping.</w:t>
            </w:r>
          </w:p>
          <w:p w14:paraId="69EFF4A4" w14:textId="77777777" w:rsidR="00BE3968" w:rsidRDefault="00CA6E70">
            <w:pPr>
              <w:pStyle w:val="CMRBodySmall"/>
              <w:spacing w:after="80"/>
            </w:pPr>
            <w:r>
              <w:t>○ B. What the two items cost when combined.</w:t>
            </w:r>
          </w:p>
          <w:p w14:paraId="35893888" w14:textId="77777777" w:rsidR="00BE3968" w:rsidRDefault="00CA6E70">
            <w:pPr>
              <w:pStyle w:val="CMRBodySmall"/>
              <w:spacing w:after="40"/>
            </w:pPr>
            <w:r>
              <w:rPr>
                <w:b/>
              </w:rPr>
              <w:t>STEP 2 — WHAT DO I KNOW?</w:t>
            </w:r>
          </w:p>
          <w:p w14:paraId="6C4A8408" w14:textId="77777777" w:rsidR="00BE3968" w:rsidRDefault="00CA6E70">
            <w:pPr>
              <w:pStyle w:val="CMRBodySmall"/>
              <w:spacing w:after="40"/>
            </w:pPr>
            <w:r>
              <w:t>Cost of notebooks: ____________________</w:t>
            </w:r>
          </w:p>
          <w:p w14:paraId="01B823D1" w14:textId="77777777" w:rsidR="00BE3968" w:rsidRDefault="00CA6E70">
            <w:pPr>
              <w:pStyle w:val="CMRBodySmall"/>
              <w:spacing w:after="40"/>
            </w:pPr>
            <w:r>
              <w:t>Cost of pens: ____________________</w:t>
            </w:r>
          </w:p>
          <w:p w14:paraId="1042B49D" w14:textId="77777777" w:rsidR="00BE3968" w:rsidRDefault="00CA6E70">
            <w:pPr>
              <w:pStyle w:val="CMRBodySmall"/>
              <w:spacing w:after="40"/>
            </w:pPr>
            <w:r>
              <w:rPr>
                <w:b/>
              </w:rPr>
              <w:t>STEP 3 — HOW DO I FIND IT?</w:t>
            </w:r>
          </w:p>
          <w:p w14:paraId="6A179A8A" w14:textId="77777777" w:rsidR="00BE3968" w:rsidRDefault="00CA6E70">
            <w:pPr>
              <w:pStyle w:val="CMRBodySmall"/>
              <w:spacing w:after="20"/>
            </w:pPr>
            <w:r>
              <w:t>○ A. Subtract the smaller price from the larger price.</w:t>
            </w:r>
          </w:p>
          <w:p w14:paraId="2690971F" w14:textId="77777777" w:rsidR="00BE3968" w:rsidRDefault="00CA6E70">
            <w:pPr>
              <w:pStyle w:val="CMRBodySmall"/>
            </w:pPr>
            <w:r>
              <w:t>○ B. Add the two prices.</w:t>
            </w:r>
          </w:p>
          <w:p w14:paraId="140244D3" w14:textId="77777777" w:rsidR="00BE3968" w:rsidRDefault="00CA6E70">
            <w:pPr>
              <w:pStyle w:val="CMRBodySmall"/>
              <w:spacing w:after="120"/>
            </w:pPr>
            <w:r>
              <w:t>My math: ____________________________________________________________</w:t>
            </w:r>
          </w:p>
          <w:p w14:paraId="36170DD9" w14:textId="77777777" w:rsidR="00BE3968" w:rsidRDefault="00CA6E70">
            <w:pPr>
              <w:pStyle w:val="CMRBodySmall"/>
              <w:spacing w:after="120"/>
            </w:pPr>
            <w:r>
              <w:t>____________________________________________________________________</w:t>
            </w:r>
          </w:p>
          <w:p w14:paraId="2D7B0457" w14:textId="77777777" w:rsidR="00BE3968" w:rsidRDefault="00CA6E70">
            <w:pPr>
              <w:pStyle w:val="CMRBodySmall"/>
              <w:spacing w:after="100"/>
            </w:pPr>
            <w:r>
              <w:t>Answer and check: ___________________________________________________</w:t>
            </w:r>
          </w:p>
        </w:tc>
      </w:tr>
    </w:tbl>
    <w:p w14:paraId="4E51672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7CB7D58" w14:textId="77777777">
        <w:tc>
          <w:tcPr>
            <w:tcW w:w="10036" w:type="dxa"/>
            <w:tcMar>
              <w:top w:w="70" w:type="dxa"/>
              <w:left w:w="140" w:type="dxa"/>
              <w:bottom w:w="85" w:type="dxa"/>
              <w:right w:w="140" w:type="dxa"/>
            </w:tcMar>
          </w:tcPr>
          <w:p w14:paraId="23EE3DA6" w14:textId="77777777" w:rsidR="00BE3968" w:rsidRDefault="00BE3968"/>
          <w:p w14:paraId="05BFC8EC" w14:textId="77777777" w:rsidR="00BE3968" w:rsidRDefault="00CA6E70">
            <w:pPr>
              <w:pStyle w:val="CMRBodySmall"/>
            </w:pPr>
            <w:r>
              <w:rPr>
                <w:b/>
              </w:rPr>
              <w:t>PROBLEM S1-004</w:t>
            </w:r>
          </w:p>
          <w:p w14:paraId="298BC161" w14:textId="77777777" w:rsidR="00BE3968" w:rsidRDefault="00CA6E70">
            <w:pPr>
              <w:spacing w:after="140"/>
            </w:pPr>
            <w:r>
              <w:t>Rosa buys bread for $17.00 and milk for $13.00. How much does Rosa spend in all?</w:t>
            </w:r>
          </w:p>
          <w:p w14:paraId="71867031" w14:textId="77777777" w:rsidR="00BE3968" w:rsidRDefault="00CA6E70">
            <w:pPr>
              <w:pStyle w:val="CMRBodySmall"/>
              <w:spacing w:after="40"/>
            </w:pPr>
            <w:r>
              <w:rPr>
                <w:b/>
              </w:rPr>
              <w:t>STEP 1 — WHAT DO THEY WANT?</w:t>
            </w:r>
          </w:p>
          <w:p w14:paraId="4D8AEC5B" w14:textId="77777777" w:rsidR="00BE3968" w:rsidRDefault="00CA6E70">
            <w:pPr>
              <w:pStyle w:val="CMRBodySmall"/>
              <w:spacing w:after="20"/>
            </w:pPr>
            <w:r>
              <w:t>○ A. The amount paid for both items together.</w:t>
            </w:r>
          </w:p>
          <w:p w14:paraId="659A2FE7" w14:textId="77777777" w:rsidR="00BE3968" w:rsidRDefault="00CA6E70">
            <w:pPr>
              <w:pStyle w:val="CMRBodySmall"/>
              <w:spacing w:after="80"/>
            </w:pPr>
            <w:r>
              <w:t>○ B. How much more one item costs than the other.</w:t>
            </w:r>
          </w:p>
          <w:p w14:paraId="672CB0BE" w14:textId="77777777" w:rsidR="00BE3968" w:rsidRDefault="00CA6E70">
            <w:pPr>
              <w:pStyle w:val="CMRBodySmall"/>
              <w:spacing w:after="40"/>
            </w:pPr>
            <w:r>
              <w:rPr>
                <w:b/>
              </w:rPr>
              <w:t>STEP 2 — WHAT DO I KNOW?</w:t>
            </w:r>
          </w:p>
          <w:p w14:paraId="38856495" w14:textId="77777777" w:rsidR="00BE3968" w:rsidRDefault="00CA6E70">
            <w:pPr>
              <w:pStyle w:val="CMRBodySmall"/>
              <w:spacing w:after="40"/>
            </w:pPr>
            <w:r>
              <w:t>Cost of bread: ____________________</w:t>
            </w:r>
          </w:p>
          <w:p w14:paraId="70706FC2" w14:textId="77777777" w:rsidR="00BE3968" w:rsidRDefault="00CA6E70">
            <w:pPr>
              <w:pStyle w:val="CMRBodySmall"/>
              <w:spacing w:after="40"/>
            </w:pPr>
            <w:r>
              <w:t>Cost of milk: ____________________</w:t>
            </w:r>
          </w:p>
          <w:p w14:paraId="247C5832" w14:textId="77777777" w:rsidR="00BE3968" w:rsidRDefault="00CA6E70">
            <w:pPr>
              <w:pStyle w:val="CMRBodySmall"/>
              <w:spacing w:after="40"/>
            </w:pPr>
            <w:r>
              <w:rPr>
                <w:b/>
              </w:rPr>
              <w:t>STEP 3 — HOW DO I FIND IT?</w:t>
            </w:r>
          </w:p>
          <w:p w14:paraId="51502D3C" w14:textId="77777777" w:rsidR="00BE3968" w:rsidRDefault="00CA6E70">
            <w:pPr>
              <w:pStyle w:val="CMRBodySmall"/>
              <w:spacing w:after="20"/>
            </w:pPr>
            <w:r>
              <w:t>○ A. Use only the larger price.</w:t>
            </w:r>
          </w:p>
          <w:p w14:paraId="0BE4440C" w14:textId="77777777" w:rsidR="00BE3968" w:rsidRDefault="00CA6E70">
            <w:pPr>
              <w:pStyle w:val="CMRBodySmall"/>
            </w:pPr>
            <w:r>
              <w:t>○ B. Combine the prices to find one total.</w:t>
            </w:r>
          </w:p>
          <w:p w14:paraId="4F132D64" w14:textId="77777777" w:rsidR="00BE3968" w:rsidRDefault="00CA6E70">
            <w:pPr>
              <w:pStyle w:val="CMRBodySmall"/>
              <w:spacing w:after="120"/>
            </w:pPr>
            <w:r>
              <w:t>My math: ____________________________________________________________</w:t>
            </w:r>
          </w:p>
          <w:p w14:paraId="2DC1358A" w14:textId="77777777" w:rsidR="00BE3968" w:rsidRDefault="00CA6E70">
            <w:pPr>
              <w:pStyle w:val="CMRBodySmall"/>
              <w:spacing w:after="120"/>
            </w:pPr>
            <w:r>
              <w:t>____________________________________________________________________</w:t>
            </w:r>
          </w:p>
          <w:p w14:paraId="682FAB4C" w14:textId="77777777" w:rsidR="00BE3968" w:rsidRDefault="00CA6E70">
            <w:pPr>
              <w:pStyle w:val="CMRBodySmall"/>
              <w:spacing w:after="100"/>
            </w:pPr>
            <w:r>
              <w:t>Answer and check: ___________________________________________________</w:t>
            </w:r>
          </w:p>
        </w:tc>
      </w:tr>
    </w:tbl>
    <w:p w14:paraId="249460AD" w14:textId="77777777" w:rsidR="00BE3968" w:rsidRDefault="00CA6E70">
      <w:r>
        <w:br w:type="page"/>
      </w:r>
    </w:p>
    <w:p w14:paraId="6B4DA02A" w14:textId="77777777" w:rsidR="00BE3968" w:rsidRDefault="00CA6E70">
      <w:pPr>
        <w:pStyle w:val="CMRSmallLabel"/>
        <w:spacing w:after="60"/>
      </w:pPr>
      <w:r>
        <w:rPr>
          <w:b w:val="0"/>
        </w:rPr>
        <w:lastRenderedPageBreak/>
        <w:t>SECTION 1  |  TOPIC 01  |  PRACTICE PAGE 3/5</w:t>
      </w:r>
    </w:p>
    <w:p w14:paraId="1C066ADD" w14:textId="77777777" w:rsidR="00BE3968" w:rsidRDefault="00CA6E70">
      <w:pPr>
        <w:pStyle w:val="CMRPageTitle"/>
        <w:spacing w:after="60"/>
      </w:pPr>
      <w:r>
        <w:rPr>
          <w:b w:val="0"/>
        </w:rPr>
        <w:t>Grocery totals</w:t>
      </w:r>
    </w:p>
    <w:p w14:paraId="3D3E60A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58AAF79" w14:textId="77777777">
        <w:tc>
          <w:tcPr>
            <w:tcW w:w="10036" w:type="dxa"/>
            <w:shd w:val="clear" w:color="auto" w:fill="F5F8F9"/>
            <w:tcMar>
              <w:top w:w="70" w:type="dxa"/>
              <w:left w:w="140" w:type="dxa"/>
              <w:bottom w:w="85" w:type="dxa"/>
              <w:right w:w="140" w:type="dxa"/>
            </w:tcMar>
          </w:tcPr>
          <w:p w14:paraId="1D0E9B45" w14:textId="77777777" w:rsidR="00BE3968" w:rsidRDefault="00BE3968"/>
          <w:p w14:paraId="54676D2C" w14:textId="77777777" w:rsidR="00BE3968" w:rsidRDefault="00CA6E70">
            <w:pPr>
              <w:pStyle w:val="CMRBodySmall"/>
            </w:pPr>
            <w:r>
              <w:rPr>
                <w:b/>
              </w:rPr>
              <w:t>PROBLEM S1-005</w:t>
            </w:r>
          </w:p>
          <w:p w14:paraId="1ED41949" w14:textId="77777777" w:rsidR="00BE3968" w:rsidRDefault="00CA6E70">
            <w:pPr>
              <w:spacing w:after="140"/>
            </w:pPr>
            <w:r>
              <w:t>At the checkout, the cashier rings up rice for $21.00 and vegetables for $16.00. What does Jasmine pay for the two items together?</w:t>
            </w:r>
          </w:p>
          <w:p w14:paraId="49DAD95D" w14:textId="77777777" w:rsidR="00BE3968" w:rsidRDefault="00CA6E70">
            <w:pPr>
              <w:pStyle w:val="CMRBodySmall"/>
              <w:spacing w:after="40"/>
            </w:pPr>
            <w:r>
              <w:rPr>
                <w:b/>
              </w:rPr>
              <w:t>STEP 1 — WHAT DO THEY WANT?</w:t>
            </w:r>
          </w:p>
          <w:p w14:paraId="6BD1A870" w14:textId="77777777" w:rsidR="00BE3968" w:rsidRDefault="00CA6E70">
            <w:pPr>
              <w:pStyle w:val="CMRBodySmall"/>
              <w:spacing w:after="20"/>
            </w:pPr>
            <w:r>
              <w:t>○ A. The price of the more expensive item.</w:t>
            </w:r>
          </w:p>
          <w:p w14:paraId="6537C0DA" w14:textId="77777777" w:rsidR="00BE3968" w:rsidRDefault="00CA6E70">
            <w:pPr>
              <w:pStyle w:val="CMRBodySmall"/>
              <w:spacing w:after="80"/>
            </w:pPr>
            <w:r>
              <w:t>○ B. The full cost of everything bought.</w:t>
            </w:r>
          </w:p>
          <w:p w14:paraId="26EE6841" w14:textId="77777777" w:rsidR="00BE3968" w:rsidRDefault="00CA6E70">
            <w:pPr>
              <w:pStyle w:val="CMRBodySmall"/>
              <w:spacing w:after="40"/>
            </w:pPr>
            <w:r>
              <w:rPr>
                <w:b/>
              </w:rPr>
              <w:t>STEP 2 — WHAT DO I KNOW?</w:t>
            </w:r>
          </w:p>
          <w:p w14:paraId="23223F29" w14:textId="77777777" w:rsidR="00BE3968" w:rsidRDefault="00CA6E70">
            <w:pPr>
              <w:pStyle w:val="CMRBodySmall"/>
              <w:spacing w:after="40"/>
            </w:pPr>
            <w:r>
              <w:t>Cost of rice: ____________________</w:t>
            </w:r>
          </w:p>
          <w:p w14:paraId="73DDCE8D" w14:textId="77777777" w:rsidR="00BE3968" w:rsidRDefault="00CA6E70">
            <w:pPr>
              <w:pStyle w:val="CMRBodySmall"/>
              <w:spacing w:after="40"/>
            </w:pPr>
            <w:r>
              <w:t>Cost of vegetables: ____________________</w:t>
            </w:r>
          </w:p>
          <w:p w14:paraId="1F49DC14" w14:textId="77777777" w:rsidR="00BE3968" w:rsidRDefault="00CA6E70">
            <w:pPr>
              <w:pStyle w:val="CMRBodySmall"/>
              <w:spacing w:after="40"/>
            </w:pPr>
            <w:r>
              <w:rPr>
                <w:b/>
              </w:rPr>
              <w:t>STEP 3 — HOW DO I FIND IT?</w:t>
            </w:r>
          </w:p>
          <w:p w14:paraId="6F8CB19F" w14:textId="77777777" w:rsidR="00BE3968" w:rsidRDefault="00CA6E70">
            <w:pPr>
              <w:pStyle w:val="CMRBodySmall"/>
              <w:spacing w:after="20"/>
            </w:pPr>
            <w:r>
              <w:t>○ A. Add the two prices.</w:t>
            </w:r>
          </w:p>
          <w:p w14:paraId="0387101C" w14:textId="77777777" w:rsidR="00BE3968" w:rsidRDefault="00CA6E70">
            <w:pPr>
              <w:pStyle w:val="CMRBodySmall"/>
            </w:pPr>
            <w:r>
              <w:t>○ B. Subtract the smaller price from the larger price.</w:t>
            </w:r>
          </w:p>
          <w:p w14:paraId="6F81B2A6" w14:textId="77777777" w:rsidR="00BE3968" w:rsidRDefault="00CA6E70">
            <w:pPr>
              <w:pStyle w:val="CMRBodySmall"/>
              <w:spacing w:after="120"/>
            </w:pPr>
            <w:r>
              <w:t>My math: ____________________________________________________________</w:t>
            </w:r>
          </w:p>
          <w:p w14:paraId="5DAF7826" w14:textId="77777777" w:rsidR="00BE3968" w:rsidRDefault="00CA6E70">
            <w:pPr>
              <w:pStyle w:val="CMRBodySmall"/>
              <w:spacing w:after="120"/>
            </w:pPr>
            <w:r>
              <w:t>____________________________________________________________________</w:t>
            </w:r>
          </w:p>
          <w:p w14:paraId="2FA12EBC" w14:textId="77777777" w:rsidR="00BE3968" w:rsidRDefault="00CA6E70">
            <w:pPr>
              <w:pStyle w:val="CMRBodySmall"/>
              <w:spacing w:after="100"/>
            </w:pPr>
            <w:r>
              <w:t>Answer and check: ___________________________________________________</w:t>
            </w:r>
          </w:p>
        </w:tc>
      </w:tr>
    </w:tbl>
    <w:p w14:paraId="447A923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A991AC5" w14:textId="77777777">
        <w:tc>
          <w:tcPr>
            <w:tcW w:w="10036" w:type="dxa"/>
            <w:tcMar>
              <w:top w:w="70" w:type="dxa"/>
              <w:left w:w="140" w:type="dxa"/>
              <w:bottom w:w="85" w:type="dxa"/>
              <w:right w:w="140" w:type="dxa"/>
            </w:tcMar>
          </w:tcPr>
          <w:p w14:paraId="2D4933D5" w14:textId="77777777" w:rsidR="00BE3968" w:rsidRDefault="00BE3968"/>
          <w:p w14:paraId="6C564E04" w14:textId="77777777" w:rsidR="00BE3968" w:rsidRDefault="00CA6E70">
            <w:pPr>
              <w:pStyle w:val="CMRBodySmall"/>
            </w:pPr>
            <w:r>
              <w:rPr>
                <w:b/>
              </w:rPr>
              <w:t>PROBLEM S1-006</w:t>
            </w:r>
          </w:p>
          <w:p w14:paraId="45FBCEE9" w14:textId="77777777" w:rsidR="00BE3968" w:rsidRDefault="00CA6E70">
            <w:pPr>
              <w:spacing w:after="140"/>
            </w:pPr>
            <w:r>
              <w:t>Anthony picks up two things at the store: paper towels for $7.00 and laundry soap for $23.00. Altogether, how much do the two items cost?</w:t>
            </w:r>
          </w:p>
          <w:p w14:paraId="683DAA5E" w14:textId="77777777" w:rsidR="00BE3968" w:rsidRDefault="00CA6E70">
            <w:pPr>
              <w:pStyle w:val="CMRBodySmall"/>
              <w:spacing w:after="40"/>
            </w:pPr>
            <w:r>
              <w:rPr>
                <w:b/>
              </w:rPr>
              <w:t>STEP 1 — WHAT DO THEY WANT?</w:t>
            </w:r>
          </w:p>
          <w:p w14:paraId="20BDBD4E" w14:textId="77777777" w:rsidR="00BE3968" w:rsidRDefault="00CA6E70">
            <w:pPr>
              <w:pStyle w:val="CMRBodySmall"/>
              <w:spacing w:after="20"/>
            </w:pPr>
            <w:r>
              <w:t>○ A. What the two items cost when combined.</w:t>
            </w:r>
          </w:p>
          <w:p w14:paraId="2A14150E" w14:textId="77777777" w:rsidR="00BE3968" w:rsidRDefault="00CA6E70">
            <w:pPr>
              <w:pStyle w:val="CMRBodySmall"/>
              <w:spacing w:after="80"/>
            </w:pPr>
            <w:r>
              <w:t>○ B. How much money is left after shopping.</w:t>
            </w:r>
          </w:p>
          <w:p w14:paraId="5F788B02" w14:textId="77777777" w:rsidR="00BE3968" w:rsidRDefault="00CA6E70">
            <w:pPr>
              <w:pStyle w:val="CMRBodySmall"/>
              <w:spacing w:after="40"/>
            </w:pPr>
            <w:r>
              <w:rPr>
                <w:b/>
              </w:rPr>
              <w:t>STEP 2 — WHAT DO I KNOW?</w:t>
            </w:r>
          </w:p>
          <w:p w14:paraId="2E79AC29" w14:textId="77777777" w:rsidR="00BE3968" w:rsidRDefault="00CA6E70">
            <w:pPr>
              <w:pStyle w:val="CMRBodySmall"/>
              <w:spacing w:after="40"/>
            </w:pPr>
            <w:r>
              <w:t>Cost of laundry soap: ____________________</w:t>
            </w:r>
          </w:p>
          <w:p w14:paraId="0CCE71F8" w14:textId="77777777" w:rsidR="00BE3968" w:rsidRDefault="00CA6E70">
            <w:pPr>
              <w:pStyle w:val="CMRBodySmall"/>
              <w:spacing w:after="40"/>
            </w:pPr>
            <w:r>
              <w:t>Cost of paper towels: ____________________</w:t>
            </w:r>
          </w:p>
          <w:p w14:paraId="66F6FF19" w14:textId="77777777" w:rsidR="00BE3968" w:rsidRDefault="00CA6E70">
            <w:pPr>
              <w:pStyle w:val="CMRBodySmall"/>
              <w:spacing w:after="40"/>
            </w:pPr>
            <w:r>
              <w:rPr>
                <w:b/>
              </w:rPr>
              <w:t>STEP 3 — HOW DO I FIND IT?</w:t>
            </w:r>
          </w:p>
          <w:p w14:paraId="2CA55147" w14:textId="77777777" w:rsidR="00BE3968" w:rsidRDefault="00CA6E70">
            <w:pPr>
              <w:pStyle w:val="CMRBodySmall"/>
              <w:spacing w:after="20"/>
            </w:pPr>
            <w:r>
              <w:t>○ A. Combine the prices to find one total.</w:t>
            </w:r>
          </w:p>
          <w:p w14:paraId="5D2BD98C" w14:textId="77777777" w:rsidR="00BE3968" w:rsidRDefault="00CA6E70">
            <w:pPr>
              <w:pStyle w:val="CMRBodySmall"/>
            </w:pPr>
            <w:r>
              <w:t>○ B. Use only the larger price.</w:t>
            </w:r>
          </w:p>
          <w:p w14:paraId="7645B802" w14:textId="77777777" w:rsidR="00BE3968" w:rsidRDefault="00CA6E70">
            <w:pPr>
              <w:pStyle w:val="CMRBodySmall"/>
              <w:spacing w:after="120"/>
            </w:pPr>
            <w:r>
              <w:t>My math: ____________________________________________________________</w:t>
            </w:r>
          </w:p>
          <w:p w14:paraId="6BB110FF" w14:textId="77777777" w:rsidR="00BE3968" w:rsidRDefault="00CA6E70">
            <w:pPr>
              <w:pStyle w:val="CMRBodySmall"/>
              <w:spacing w:after="120"/>
            </w:pPr>
            <w:r>
              <w:t>____________________________________________________________________</w:t>
            </w:r>
          </w:p>
          <w:p w14:paraId="02E5F29D" w14:textId="77777777" w:rsidR="00BE3968" w:rsidRDefault="00CA6E70">
            <w:pPr>
              <w:pStyle w:val="CMRBodySmall"/>
              <w:spacing w:after="100"/>
            </w:pPr>
            <w:r>
              <w:t>Answer and check: ___________________________________________________</w:t>
            </w:r>
          </w:p>
        </w:tc>
      </w:tr>
    </w:tbl>
    <w:p w14:paraId="6EA4D813" w14:textId="77777777" w:rsidR="00BE3968" w:rsidRDefault="00CA6E70">
      <w:r>
        <w:br w:type="page"/>
      </w:r>
    </w:p>
    <w:p w14:paraId="45023FF2" w14:textId="77777777" w:rsidR="00BE3968" w:rsidRDefault="00CA6E70">
      <w:pPr>
        <w:pStyle w:val="CMRSmallLabel"/>
        <w:spacing w:after="60"/>
      </w:pPr>
      <w:r>
        <w:rPr>
          <w:b w:val="0"/>
        </w:rPr>
        <w:lastRenderedPageBreak/>
        <w:t>SECTION 1  |  TOPIC 01  |  PRACTICE PAGE 4/5</w:t>
      </w:r>
    </w:p>
    <w:p w14:paraId="025C0840" w14:textId="77777777" w:rsidR="00BE3968" w:rsidRDefault="00CA6E70">
      <w:pPr>
        <w:pStyle w:val="CMRPageTitle"/>
        <w:spacing w:after="60"/>
      </w:pPr>
      <w:r>
        <w:rPr>
          <w:b w:val="0"/>
        </w:rPr>
        <w:t>Grocery totals</w:t>
      </w:r>
    </w:p>
    <w:p w14:paraId="1FB530D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F21B6FE" w14:textId="77777777">
        <w:tc>
          <w:tcPr>
            <w:tcW w:w="10036" w:type="dxa"/>
            <w:shd w:val="clear" w:color="auto" w:fill="F5F8F9"/>
            <w:tcMar>
              <w:top w:w="70" w:type="dxa"/>
              <w:left w:w="140" w:type="dxa"/>
              <w:bottom w:w="85" w:type="dxa"/>
              <w:right w:w="140" w:type="dxa"/>
            </w:tcMar>
          </w:tcPr>
          <w:p w14:paraId="051FFE7B" w14:textId="77777777" w:rsidR="00BE3968" w:rsidRDefault="00BE3968"/>
          <w:p w14:paraId="377272A6" w14:textId="77777777" w:rsidR="00BE3968" w:rsidRDefault="00CA6E70">
            <w:pPr>
              <w:pStyle w:val="CMRBodySmall"/>
            </w:pPr>
            <w:r>
              <w:rPr>
                <w:b/>
              </w:rPr>
              <w:t>PROBLEM S1-007</w:t>
            </w:r>
          </w:p>
          <w:p w14:paraId="3CA52C76" w14:textId="77777777" w:rsidR="00BE3968" w:rsidRDefault="00CA6E70">
            <w:pPr>
              <w:spacing w:after="140"/>
            </w:pPr>
            <w:r>
              <w:t>Joseph buys notebooks for $10.00 and pens for $5.00. How much does Joseph spend in all?</w:t>
            </w:r>
          </w:p>
          <w:p w14:paraId="27A782C3" w14:textId="77777777" w:rsidR="00BE3968" w:rsidRDefault="00CA6E70">
            <w:pPr>
              <w:pStyle w:val="CMRBodySmall"/>
              <w:spacing w:after="40"/>
            </w:pPr>
            <w:r>
              <w:rPr>
                <w:b/>
              </w:rPr>
              <w:t>STEP 1 — WHAT DO THEY WANT?</w:t>
            </w:r>
          </w:p>
          <w:p w14:paraId="605028C9" w14:textId="77777777" w:rsidR="00BE3968" w:rsidRDefault="00CA6E70">
            <w:pPr>
              <w:pStyle w:val="CMRBodySmall"/>
              <w:spacing w:after="20"/>
            </w:pPr>
            <w:r>
              <w:t>○ A. The amount paid for both items together.</w:t>
            </w:r>
          </w:p>
          <w:p w14:paraId="7E399ED4" w14:textId="77777777" w:rsidR="00BE3968" w:rsidRDefault="00CA6E70">
            <w:pPr>
              <w:pStyle w:val="CMRBodySmall"/>
              <w:spacing w:after="80"/>
            </w:pPr>
            <w:r>
              <w:t>○ B. How much more one item costs than the other.</w:t>
            </w:r>
          </w:p>
          <w:p w14:paraId="038F15DE" w14:textId="77777777" w:rsidR="00BE3968" w:rsidRDefault="00CA6E70">
            <w:pPr>
              <w:pStyle w:val="CMRBodySmall"/>
              <w:spacing w:after="40"/>
            </w:pPr>
            <w:r>
              <w:rPr>
                <w:b/>
              </w:rPr>
              <w:t>STEP 2 — WHAT DO I KNOW?</w:t>
            </w:r>
          </w:p>
          <w:p w14:paraId="23469A07" w14:textId="77777777" w:rsidR="00BE3968" w:rsidRDefault="00CA6E70">
            <w:pPr>
              <w:pStyle w:val="CMRBodySmall"/>
              <w:spacing w:after="40"/>
            </w:pPr>
            <w:r>
              <w:t>Cost of notebooks: ____________________</w:t>
            </w:r>
          </w:p>
          <w:p w14:paraId="668FB0BE" w14:textId="77777777" w:rsidR="00BE3968" w:rsidRDefault="00CA6E70">
            <w:pPr>
              <w:pStyle w:val="CMRBodySmall"/>
              <w:spacing w:after="40"/>
            </w:pPr>
            <w:r>
              <w:t>Cost of pens: ____________________</w:t>
            </w:r>
          </w:p>
          <w:p w14:paraId="317C5DB0" w14:textId="77777777" w:rsidR="00BE3968" w:rsidRDefault="00CA6E70">
            <w:pPr>
              <w:pStyle w:val="CMRBodySmall"/>
              <w:spacing w:after="40"/>
            </w:pPr>
            <w:r>
              <w:rPr>
                <w:b/>
              </w:rPr>
              <w:t>STEP 3 — HOW DO I FIND IT?</w:t>
            </w:r>
          </w:p>
          <w:p w14:paraId="0B22FBA9" w14:textId="77777777" w:rsidR="00BE3968" w:rsidRDefault="00CA6E70">
            <w:pPr>
              <w:pStyle w:val="CMRBodySmall"/>
              <w:spacing w:after="20"/>
            </w:pPr>
            <w:r>
              <w:t>○ A. Subtract the smaller price from the larger price.</w:t>
            </w:r>
          </w:p>
          <w:p w14:paraId="581D4A40" w14:textId="77777777" w:rsidR="00BE3968" w:rsidRDefault="00CA6E70">
            <w:pPr>
              <w:pStyle w:val="CMRBodySmall"/>
            </w:pPr>
            <w:r>
              <w:t>○ B. Add the two prices.</w:t>
            </w:r>
          </w:p>
          <w:p w14:paraId="76B65A81" w14:textId="77777777" w:rsidR="00BE3968" w:rsidRDefault="00CA6E70">
            <w:pPr>
              <w:pStyle w:val="CMRBodySmall"/>
              <w:spacing w:after="120"/>
            </w:pPr>
            <w:r>
              <w:t>My math: ____________________________________________________________</w:t>
            </w:r>
          </w:p>
          <w:p w14:paraId="4CBAFE39" w14:textId="77777777" w:rsidR="00BE3968" w:rsidRDefault="00CA6E70">
            <w:pPr>
              <w:pStyle w:val="CMRBodySmall"/>
              <w:spacing w:after="120"/>
            </w:pPr>
            <w:r>
              <w:t>____________________________________________________________________</w:t>
            </w:r>
          </w:p>
          <w:p w14:paraId="3CB7B82F" w14:textId="77777777" w:rsidR="00BE3968" w:rsidRDefault="00CA6E70">
            <w:pPr>
              <w:pStyle w:val="CMRBodySmall"/>
              <w:spacing w:after="100"/>
            </w:pPr>
            <w:r>
              <w:t>Answer and check: ___________________________________________________</w:t>
            </w:r>
          </w:p>
        </w:tc>
      </w:tr>
    </w:tbl>
    <w:p w14:paraId="7B7618E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54101C2" w14:textId="77777777">
        <w:tc>
          <w:tcPr>
            <w:tcW w:w="10036" w:type="dxa"/>
            <w:tcMar>
              <w:top w:w="70" w:type="dxa"/>
              <w:left w:w="140" w:type="dxa"/>
              <w:bottom w:w="85" w:type="dxa"/>
              <w:right w:w="140" w:type="dxa"/>
            </w:tcMar>
          </w:tcPr>
          <w:p w14:paraId="7CA5F54F" w14:textId="77777777" w:rsidR="00BE3968" w:rsidRDefault="00BE3968"/>
          <w:p w14:paraId="05C0DC1A" w14:textId="77777777" w:rsidR="00BE3968" w:rsidRDefault="00CA6E70">
            <w:pPr>
              <w:pStyle w:val="CMRBodySmall"/>
            </w:pPr>
            <w:r>
              <w:rPr>
                <w:b/>
              </w:rPr>
              <w:t>PROBLEM S1-008</w:t>
            </w:r>
          </w:p>
          <w:p w14:paraId="52C8836C" w14:textId="77777777" w:rsidR="00BE3968" w:rsidRDefault="00CA6E70">
            <w:pPr>
              <w:spacing w:after="140"/>
            </w:pPr>
            <w:r>
              <w:t>At the checkout, the cashier rings up bread for $20.00 and milk for $12.00. What does Angela pay for the two items together?</w:t>
            </w:r>
          </w:p>
          <w:p w14:paraId="7166A5FD" w14:textId="77777777" w:rsidR="00BE3968" w:rsidRDefault="00CA6E70">
            <w:pPr>
              <w:pStyle w:val="CMRBodySmall"/>
              <w:spacing w:after="40"/>
            </w:pPr>
            <w:r>
              <w:rPr>
                <w:b/>
              </w:rPr>
              <w:t>STEP 1 — WHAT DO THEY WANT?</w:t>
            </w:r>
          </w:p>
          <w:p w14:paraId="09FAE05C" w14:textId="77777777" w:rsidR="00BE3968" w:rsidRDefault="00CA6E70">
            <w:pPr>
              <w:pStyle w:val="CMRBodySmall"/>
              <w:spacing w:after="20"/>
            </w:pPr>
            <w:r>
              <w:t>○ A. The price of the more expensive item.</w:t>
            </w:r>
          </w:p>
          <w:p w14:paraId="787DF03A" w14:textId="77777777" w:rsidR="00BE3968" w:rsidRDefault="00CA6E70">
            <w:pPr>
              <w:pStyle w:val="CMRBodySmall"/>
              <w:spacing w:after="80"/>
            </w:pPr>
            <w:r>
              <w:t>○ B. The full cost of everything bought.</w:t>
            </w:r>
          </w:p>
          <w:p w14:paraId="1275D3DD" w14:textId="77777777" w:rsidR="00BE3968" w:rsidRDefault="00CA6E70">
            <w:pPr>
              <w:pStyle w:val="CMRBodySmall"/>
              <w:spacing w:after="40"/>
            </w:pPr>
            <w:r>
              <w:rPr>
                <w:b/>
              </w:rPr>
              <w:t>STEP 2 — WHAT DO I KNOW?</w:t>
            </w:r>
          </w:p>
          <w:p w14:paraId="4D4D8340" w14:textId="77777777" w:rsidR="00BE3968" w:rsidRDefault="00CA6E70">
            <w:pPr>
              <w:pStyle w:val="CMRBodySmall"/>
              <w:spacing w:after="40"/>
            </w:pPr>
            <w:r>
              <w:t>Cost of bread: ____________________</w:t>
            </w:r>
          </w:p>
          <w:p w14:paraId="31B11068" w14:textId="77777777" w:rsidR="00BE3968" w:rsidRDefault="00CA6E70">
            <w:pPr>
              <w:pStyle w:val="CMRBodySmall"/>
              <w:spacing w:after="40"/>
            </w:pPr>
            <w:r>
              <w:t>Cost of milk: ____________________</w:t>
            </w:r>
          </w:p>
          <w:p w14:paraId="70CF3DAB" w14:textId="77777777" w:rsidR="00BE3968" w:rsidRDefault="00CA6E70">
            <w:pPr>
              <w:pStyle w:val="CMRBodySmall"/>
              <w:spacing w:after="40"/>
            </w:pPr>
            <w:r>
              <w:rPr>
                <w:b/>
              </w:rPr>
              <w:t>STEP 3 — HOW DO I FIND IT?</w:t>
            </w:r>
          </w:p>
          <w:p w14:paraId="597DCBCB" w14:textId="77777777" w:rsidR="00BE3968" w:rsidRDefault="00CA6E70">
            <w:pPr>
              <w:pStyle w:val="CMRBodySmall"/>
              <w:spacing w:after="20"/>
            </w:pPr>
            <w:r>
              <w:t>○ A. Combine the prices to find one total.</w:t>
            </w:r>
          </w:p>
          <w:p w14:paraId="4A00228E" w14:textId="77777777" w:rsidR="00BE3968" w:rsidRDefault="00CA6E70">
            <w:pPr>
              <w:pStyle w:val="CMRBodySmall"/>
            </w:pPr>
            <w:r>
              <w:t>○ B. Use only the larger price.</w:t>
            </w:r>
          </w:p>
          <w:p w14:paraId="023A8C70" w14:textId="77777777" w:rsidR="00BE3968" w:rsidRDefault="00CA6E70">
            <w:pPr>
              <w:pStyle w:val="CMRBodySmall"/>
              <w:spacing w:after="120"/>
            </w:pPr>
            <w:r>
              <w:t>My math: ____________________________________________________________</w:t>
            </w:r>
          </w:p>
          <w:p w14:paraId="1B2A58EA" w14:textId="77777777" w:rsidR="00BE3968" w:rsidRDefault="00CA6E70">
            <w:pPr>
              <w:pStyle w:val="CMRBodySmall"/>
              <w:spacing w:after="120"/>
            </w:pPr>
            <w:r>
              <w:t>____________________________________________________________________</w:t>
            </w:r>
          </w:p>
          <w:p w14:paraId="42A1D3A4" w14:textId="77777777" w:rsidR="00BE3968" w:rsidRDefault="00CA6E70">
            <w:pPr>
              <w:pStyle w:val="CMRBodySmall"/>
              <w:spacing w:after="100"/>
            </w:pPr>
            <w:r>
              <w:t>Answer and check: ___________________________________________________</w:t>
            </w:r>
          </w:p>
        </w:tc>
      </w:tr>
    </w:tbl>
    <w:p w14:paraId="39ED5EBF" w14:textId="77777777" w:rsidR="00BE3968" w:rsidRDefault="00CA6E70">
      <w:r>
        <w:br w:type="page"/>
      </w:r>
    </w:p>
    <w:p w14:paraId="6258951C" w14:textId="77777777" w:rsidR="00BE3968" w:rsidRDefault="00CA6E70">
      <w:pPr>
        <w:pStyle w:val="CMRSmallLabel"/>
        <w:spacing w:after="60"/>
      </w:pPr>
      <w:r>
        <w:rPr>
          <w:b w:val="0"/>
        </w:rPr>
        <w:lastRenderedPageBreak/>
        <w:t>SECTION 1  |  TOPIC 01  |  PRACTICE PAGE 5/5</w:t>
      </w:r>
    </w:p>
    <w:p w14:paraId="7B5D3733" w14:textId="77777777" w:rsidR="00BE3968" w:rsidRDefault="00CA6E70">
      <w:pPr>
        <w:pStyle w:val="CMRPageTitle"/>
        <w:spacing w:after="60"/>
      </w:pPr>
      <w:r>
        <w:rPr>
          <w:b w:val="0"/>
        </w:rPr>
        <w:t>Grocery totals</w:t>
      </w:r>
    </w:p>
    <w:p w14:paraId="421B8C2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333A451" w14:textId="77777777">
        <w:tc>
          <w:tcPr>
            <w:tcW w:w="10036" w:type="dxa"/>
            <w:shd w:val="clear" w:color="auto" w:fill="F5F8F9"/>
            <w:tcMar>
              <w:top w:w="70" w:type="dxa"/>
              <w:left w:w="140" w:type="dxa"/>
              <w:bottom w:w="85" w:type="dxa"/>
              <w:right w:w="140" w:type="dxa"/>
            </w:tcMar>
          </w:tcPr>
          <w:p w14:paraId="35DD5C83" w14:textId="77777777" w:rsidR="00BE3968" w:rsidRDefault="00BE3968"/>
          <w:p w14:paraId="0832CFFB" w14:textId="77777777" w:rsidR="00BE3968" w:rsidRDefault="00CA6E70">
            <w:pPr>
              <w:pStyle w:val="CMRBodySmall"/>
            </w:pPr>
            <w:r>
              <w:rPr>
                <w:b/>
              </w:rPr>
              <w:t>PROBLEM S1-009</w:t>
            </w:r>
          </w:p>
          <w:p w14:paraId="2061811D" w14:textId="77777777" w:rsidR="00BE3968" w:rsidRDefault="00CA6E70">
            <w:pPr>
              <w:spacing w:after="140"/>
            </w:pPr>
            <w:r>
              <w:t>Carlos picks up two things at the store: vegetables for $12.00 and rice for $5.00. Altogether, how much do the two items cost?</w:t>
            </w:r>
          </w:p>
          <w:p w14:paraId="57A30076" w14:textId="77777777" w:rsidR="00BE3968" w:rsidRDefault="00CA6E70">
            <w:pPr>
              <w:pStyle w:val="CMRBodySmall"/>
              <w:spacing w:after="40"/>
            </w:pPr>
            <w:r>
              <w:rPr>
                <w:b/>
              </w:rPr>
              <w:t>STEP 1 — WHAT DO THEY WANT?</w:t>
            </w:r>
          </w:p>
          <w:p w14:paraId="2355A149" w14:textId="77777777" w:rsidR="00BE3968" w:rsidRDefault="00CA6E70">
            <w:pPr>
              <w:pStyle w:val="CMRBodySmall"/>
              <w:spacing w:after="20"/>
            </w:pPr>
            <w:r>
              <w:t>○ A. What the two items cost when combined.</w:t>
            </w:r>
          </w:p>
          <w:p w14:paraId="27192F02" w14:textId="77777777" w:rsidR="00BE3968" w:rsidRDefault="00CA6E70">
            <w:pPr>
              <w:pStyle w:val="CMRBodySmall"/>
              <w:spacing w:after="80"/>
            </w:pPr>
            <w:r>
              <w:t>○ B. How much money is left after shopping.</w:t>
            </w:r>
          </w:p>
          <w:p w14:paraId="0C2D3021" w14:textId="77777777" w:rsidR="00BE3968" w:rsidRDefault="00CA6E70">
            <w:pPr>
              <w:pStyle w:val="CMRBodySmall"/>
              <w:spacing w:after="40"/>
            </w:pPr>
            <w:r>
              <w:rPr>
                <w:b/>
              </w:rPr>
              <w:t>STEP 2 — WHAT DO I KNOW?</w:t>
            </w:r>
          </w:p>
          <w:p w14:paraId="3C9C11A5" w14:textId="77777777" w:rsidR="00BE3968" w:rsidRDefault="00CA6E70">
            <w:pPr>
              <w:pStyle w:val="CMRBodySmall"/>
              <w:spacing w:after="40"/>
            </w:pPr>
            <w:r>
              <w:t>Cost of rice: ____________________</w:t>
            </w:r>
          </w:p>
          <w:p w14:paraId="4A5DAE7F" w14:textId="77777777" w:rsidR="00BE3968" w:rsidRDefault="00CA6E70">
            <w:pPr>
              <w:pStyle w:val="CMRBodySmall"/>
              <w:spacing w:after="40"/>
            </w:pPr>
            <w:r>
              <w:t>Cost of vegetables: ____________________</w:t>
            </w:r>
          </w:p>
          <w:p w14:paraId="06FC29E3" w14:textId="77777777" w:rsidR="00BE3968" w:rsidRDefault="00CA6E70">
            <w:pPr>
              <w:pStyle w:val="CMRBodySmall"/>
              <w:spacing w:after="40"/>
            </w:pPr>
            <w:r>
              <w:rPr>
                <w:b/>
              </w:rPr>
              <w:t>STEP 3 — HOW DO I FIND IT?</w:t>
            </w:r>
          </w:p>
          <w:p w14:paraId="12DFA496" w14:textId="77777777" w:rsidR="00BE3968" w:rsidRDefault="00CA6E70">
            <w:pPr>
              <w:pStyle w:val="CMRBodySmall"/>
              <w:spacing w:after="20"/>
            </w:pPr>
            <w:r>
              <w:t>○ A. Add the two prices.</w:t>
            </w:r>
          </w:p>
          <w:p w14:paraId="28B9CE08" w14:textId="77777777" w:rsidR="00BE3968" w:rsidRDefault="00CA6E70">
            <w:pPr>
              <w:pStyle w:val="CMRBodySmall"/>
            </w:pPr>
            <w:r>
              <w:t>○ B. Subtract the smaller price from the larger price.</w:t>
            </w:r>
          </w:p>
          <w:p w14:paraId="7B21E3F1" w14:textId="77777777" w:rsidR="00BE3968" w:rsidRDefault="00CA6E70">
            <w:pPr>
              <w:pStyle w:val="CMRBodySmall"/>
              <w:spacing w:after="120"/>
            </w:pPr>
            <w:r>
              <w:t>My math: ____________________________________________________________</w:t>
            </w:r>
          </w:p>
          <w:p w14:paraId="5E3288FD" w14:textId="77777777" w:rsidR="00BE3968" w:rsidRDefault="00CA6E70">
            <w:pPr>
              <w:pStyle w:val="CMRBodySmall"/>
              <w:spacing w:after="120"/>
            </w:pPr>
            <w:r>
              <w:t>____________________________________________________________________</w:t>
            </w:r>
          </w:p>
          <w:p w14:paraId="53BE363D" w14:textId="77777777" w:rsidR="00BE3968" w:rsidRDefault="00CA6E70">
            <w:pPr>
              <w:pStyle w:val="CMRBodySmall"/>
              <w:spacing w:after="100"/>
            </w:pPr>
            <w:r>
              <w:t>Answer and check: ___________________________________________________</w:t>
            </w:r>
          </w:p>
        </w:tc>
      </w:tr>
    </w:tbl>
    <w:p w14:paraId="2F338F5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641504B" w14:textId="77777777">
        <w:tc>
          <w:tcPr>
            <w:tcW w:w="10036" w:type="dxa"/>
            <w:tcMar>
              <w:top w:w="70" w:type="dxa"/>
              <w:left w:w="140" w:type="dxa"/>
              <w:bottom w:w="85" w:type="dxa"/>
              <w:right w:w="140" w:type="dxa"/>
            </w:tcMar>
          </w:tcPr>
          <w:p w14:paraId="680DF2BC" w14:textId="77777777" w:rsidR="00BE3968" w:rsidRDefault="00BE3968"/>
          <w:p w14:paraId="7A260E1B" w14:textId="77777777" w:rsidR="00BE3968" w:rsidRDefault="00CA6E70">
            <w:pPr>
              <w:pStyle w:val="CMRBodySmall"/>
            </w:pPr>
            <w:r>
              <w:rPr>
                <w:b/>
              </w:rPr>
              <w:t>PROBLEM S1-010</w:t>
            </w:r>
          </w:p>
          <w:p w14:paraId="20F80CA9" w14:textId="77777777" w:rsidR="00BE3968" w:rsidRDefault="00CA6E70">
            <w:pPr>
              <w:spacing w:after="140"/>
            </w:pPr>
            <w:r>
              <w:t>Nicole buys laundry soap for $18.00 and paper towels for $9.00. How much does Nicole spend in all?</w:t>
            </w:r>
          </w:p>
          <w:p w14:paraId="670A63C4" w14:textId="77777777" w:rsidR="00BE3968" w:rsidRDefault="00CA6E70">
            <w:pPr>
              <w:pStyle w:val="CMRBodySmall"/>
              <w:spacing w:after="40"/>
            </w:pPr>
            <w:r>
              <w:rPr>
                <w:b/>
              </w:rPr>
              <w:t>STEP 1 — WHAT DO THEY WANT?</w:t>
            </w:r>
          </w:p>
          <w:p w14:paraId="14A25522" w14:textId="77777777" w:rsidR="00BE3968" w:rsidRDefault="00CA6E70">
            <w:pPr>
              <w:pStyle w:val="CMRBodySmall"/>
              <w:spacing w:after="20"/>
            </w:pPr>
            <w:r>
              <w:t>○ A. How much more one item costs than the other.</w:t>
            </w:r>
          </w:p>
          <w:p w14:paraId="32A8C7A7" w14:textId="77777777" w:rsidR="00BE3968" w:rsidRDefault="00CA6E70">
            <w:pPr>
              <w:pStyle w:val="CMRBodySmall"/>
              <w:spacing w:after="80"/>
            </w:pPr>
            <w:r>
              <w:t>○ B. The amount paid for both items together.</w:t>
            </w:r>
          </w:p>
          <w:p w14:paraId="10002464" w14:textId="77777777" w:rsidR="00BE3968" w:rsidRDefault="00CA6E70">
            <w:pPr>
              <w:pStyle w:val="CMRBodySmall"/>
              <w:spacing w:after="40"/>
            </w:pPr>
            <w:r>
              <w:rPr>
                <w:b/>
              </w:rPr>
              <w:t>STEP 2 — WHAT DO I KNOW?</w:t>
            </w:r>
          </w:p>
          <w:p w14:paraId="7080D82F" w14:textId="77777777" w:rsidR="00BE3968" w:rsidRDefault="00CA6E70">
            <w:pPr>
              <w:pStyle w:val="CMRBodySmall"/>
              <w:spacing w:after="40"/>
            </w:pPr>
            <w:r>
              <w:t>Cost of laundry soap: ____________________</w:t>
            </w:r>
          </w:p>
          <w:p w14:paraId="19F26455" w14:textId="77777777" w:rsidR="00BE3968" w:rsidRDefault="00CA6E70">
            <w:pPr>
              <w:pStyle w:val="CMRBodySmall"/>
              <w:spacing w:after="40"/>
            </w:pPr>
            <w:r>
              <w:t>Cost of paper towels: ____________________</w:t>
            </w:r>
          </w:p>
          <w:p w14:paraId="02FFE208" w14:textId="77777777" w:rsidR="00BE3968" w:rsidRDefault="00CA6E70">
            <w:pPr>
              <w:pStyle w:val="CMRBodySmall"/>
              <w:spacing w:after="40"/>
            </w:pPr>
            <w:r>
              <w:rPr>
                <w:b/>
              </w:rPr>
              <w:t>STEP 3 — HOW DO I FIND IT?</w:t>
            </w:r>
          </w:p>
          <w:p w14:paraId="2D8EF585" w14:textId="77777777" w:rsidR="00BE3968" w:rsidRDefault="00CA6E70">
            <w:pPr>
              <w:pStyle w:val="CMRBodySmall"/>
              <w:spacing w:after="20"/>
            </w:pPr>
            <w:r>
              <w:t>○ A. Use only the larger price.</w:t>
            </w:r>
          </w:p>
          <w:p w14:paraId="606DB407" w14:textId="77777777" w:rsidR="00BE3968" w:rsidRDefault="00CA6E70">
            <w:pPr>
              <w:pStyle w:val="CMRBodySmall"/>
            </w:pPr>
            <w:r>
              <w:t>○ B. Combine the prices to find one total.</w:t>
            </w:r>
          </w:p>
          <w:p w14:paraId="6BA050AC" w14:textId="77777777" w:rsidR="00BE3968" w:rsidRDefault="00CA6E70">
            <w:pPr>
              <w:pStyle w:val="CMRBodySmall"/>
              <w:spacing w:after="120"/>
            </w:pPr>
            <w:r>
              <w:t>My math: ____________________________________________________________</w:t>
            </w:r>
          </w:p>
          <w:p w14:paraId="0043D86A" w14:textId="77777777" w:rsidR="00BE3968" w:rsidRDefault="00CA6E70">
            <w:pPr>
              <w:pStyle w:val="CMRBodySmall"/>
              <w:spacing w:after="120"/>
            </w:pPr>
            <w:r>
              <w:t>____________________________________________________________________</w:t>
            </w:r>
          </w:p>
          <w:p w14:paraId="45D20CC9" w14:textId="77777777" w:rsidR="00BE3968" w:rsidRDefault="00CA6E70">
            <w:pPr>
              <w:pStyle w:val="CMRBodySmall"/>
              <w:spacing w:after="100"/>
            </w:pPr>
            <w:r>
              <w:t>Answer and check: ___________________________________________________</w:t>
            </w:r>
          </w:p>
        </w:tc>
      </w:tr>
    </w:tbl>
    <w:p w14:paraId="32B203DF" w14:textId="77777777" w:rsidR="00BE3968" w:rsidRDefault="00CA6E70">
      <w:r>
        <w:br w:type="page"/>
      </w:r>
    </w:p>
    <w:p w14:paraId="724B4572" w14:textId="77777777" w:rsidR="00BE3968" w:rsidRDefault="00CA6E70">
      <w:pPr>
        <w:pStyle w:val="CMRSmallLabel"/>
        <w:spacing w:after="60"/>
      </w:pPr>
      <w:r>
        <w:rPr>
          <w:b w:val="0"/>
        </w:rPr>
        <w:lastRenderedPageBreak/>
        <w:t>SECTION 1  |  TOPIC 02  |  PRACTICE PAGE 1/5</w:t>
      </w:r>
    </w:p>
    <w:p w14:paraId="4CB41289" w14:textId="77777777" w:rsidR="00BE3968" w:rsidRDefault="00CA6E70">
      <w:pPr>
        <w:pStyle w:val="CMRPageTitle"/>
        <w:spacing w:after="60"/>
      </w:pPr>
      <w:r>
        <w:rPr>
          <w:b w:val="0"/>
        </w:rPr>
        <w:t>Money remaining</w:t>
      </w:r>
    </w:p>
    <w:p w14:paraId="3337EFCE" w14:textId="77777777" w:rsidR="00BE3968" w:rsidRDefault="00CA6E70">
      <w:pPr>
        <w:pStyle w:val="CMRBodySmall"/>
        <w:spacing w:after="100"/>
      </w:pPr>
      <w:r>
        <w:t>Remember: Start with an amount, use part of it, and find what remains.</w:t>
      </w:r>
    </w:p>
    <w:tbl>
      <w:tblPr>
        <w:tblW w:w="0" w:type="auto"/>
        <w:tblLayout w:type="fixed"/>
        <w:tblLook w:val="04A0" w:firstRow="1" w:lastRow="0" w:firstColumn="1" w:lastColumn="0" w:noHBand="0" w:noVBand="1"/>
      </w:tblPr>
      <w:tblGrid>
        <w:gridCol w:w="10036"/>
      </w:tblGrid>
      <w:tr w:rsidR="00BE3968" w14:paraId="57E33411" w14:textId="77777777">
        <w:tc>
          <w:tcPr>
            <w:tcW w:w="10036" w:type="dxa"/>
            <w:shd w:val="clear" w:color="auto" w:fill="F5F8F9"/>
            <w:tcMar>
              <w:top w:w="70" w:type="dxa"/>
              <w:left w:w="140" w:type="dxa"/>
              <w:bottom w:w="85" w:type="dxa"/>
              <w:right w:w="140" w:type="dxa"/>
            </w:tcMar>
          </w:tcPr>
          <w:p w14:paraId="03F78A1B" w14:textId="77777777" w:rsidR="00BE3968" w:rsidRDefault="00BE3968"/>
          <w:p w14:paraId="4A79E03C" w14:textId="77777777" w:rsidR="00BE3968" w:rsidRDefault="00CA6E70">
            <w:pPr>
              <w:pStyle w:val="CMRBodySmall"/>
            </w:pPr>
            <w:r>
              <w:rPr>
                <w:b/>
              </w:rPr>
              <w:t>PROBLEM S1-011</w:t>
            </w:r>
          </w:p>
          <w:p w14:paraId="409C4101" w14:textId="77777777" w:rsidR="00BE3968" w:rsidRDefault="00CA6E70">
            <w:pPr>
              <w:spacing w:after="140"/>
            </w:pPr>
            <w:r>
              <w:t>Grace sets aside $99.00 for the week. Then Grace spends $21.00 on a bus pass. How much of the set-aside money does Grace still have?</w:t>
            </w:r>
          </w:p>
          <w:p w14:paraId="457689B9" w14:textId="77777777" w:rsidR="00BE3968" w:rsidRDefault="00CA6E70">
            <w:pPr>
              <w:pStyle w:val="CMRBodySmall"/>
              <w:spacing w:after="40"/>
            </w:pPr>
            <w:r>
              <w:rPr>
                <w:b/>
              </w:rPr>
              <w:t>STEP 1 — WHAT DO THEY WANT?</w:t>
            </w:r>
          </w:p>
          <w:p w14:paraId="6F8E472F" w14:textId="77777777" w:rsidR="00BE3968" w:rsidRDefault="00CA6E70">
            <w:pPr>
              <w:pStyle w:val="CMRBodySmall"/>
              <w:spacing w:after="20"/>
            </w:pPr>
            <w:r>
              <w:t>○ A. The amount spent on a bus pass.</w:t>
            </w:r>
          </w:p>
          <w:p w14:paraId="404DD321" w14:textId="77777777" w:rsidR="00BE3968" w:rsidRDefault="00CA6E70">
            <w:pPr>
              <w:pStyle w:val="CMRBodySmall"/>
              <w:spacing w:after="80"/>
            </w:pPr>
            <w:r>
              <w:t>○ B. The money still left after the purchase.</w:t>
            </w:r>
          </w:p>
          <w:p w14:paraId="04A978FA" w14:textId="77777777" w:rsidR="00BE3968" w:rsidRDefault="00CA6E70">
            <w:pPr>
              <w:pStyle w:val="CMRBodySmall"/>
              <w:spacing w:after="40"/>
            </w:pPr>
            <w:r>
              <w:rPr>
                <w:b/>
              </w:rPr>
              <w:t>STEP 2 — WHAT DO I KNOW?</w:t>
            </w:r>
          </w:p>
          <w:p w14:paraId="7492B614" w14:textId="77777777" w:rsidR="00BE3968" w:rsidRDefault="00CA6E70">
            <w:pPr>
              <w:pStyle w:val="CMRBodySmall"/>
              <w:spacing w:after="40"/>
            </w:pPr>
            <w:r>
              <w:t>Money at the start: ____________________</w:t>
            </w:r>
          </w:p>
          <w:p w14:paraId="3B60245D" w14:textId="77777777" w:rsidR="00BE3968" w:rsidRDefault="00CA6E70">
            <w:pPr>
              <w:pStyle w:val="CMRBodySmall"/>
              <w:spacing w:after="40"/>
            </w:pPr>
            <w:r>
              <w:t>Amount spent: ____________________</w:t>
            </w:r>
          </w:p>
          <w:p w14:paraId="725FCA71" w14:textId="77777777" w:rsidR="00BE3968" w:rsidRDefault="00CA6E70">
            <w:pPr>
              <w:pStyle w:val="CMRBodySmall"/>
              <w:spacing w:after="40"/>
            </w:pPr>
            <w:r>
              <w:rPr>
                <w:b/>
              </w:rPr>
              <w:t>STEP 3 — HOW DO I FIND IT?</w:t>
            </w:r>
          </w:p>
          <w:p w14:paraId="5FE635E7" w14:textId="77777777" w:rsidR="00BE3968" w:rsidRDefault="00CA6E70">
            <w:pPr>
              <w:pStyle w:val="CMRBodySmall"/>
              <w:spacing w:after="20"/>
            </w:pPr>
            <w:r>
              <w:t>○ A. Add the amount spent to the starting money.</w:t>
            </w:r>
          </w:p>
          <w:p w14:paraId="1DAECBA4" w14:textId="77777777" w:rsidR="00BE3968" w:rsidRDefault="00CA6E70">
            <w:pPr>
              <w:pStyle w:val="CMRBodySmall"/>
            </w:pPr>
            <w:r>
              <w:t>○ B. Subtract the amount spent from the starting money.</w:t>
            </w:r>
          </w:p>
          <w:p w14:paraId="55C71B8F" w14:textId="77777777" w:rsidR="00BE3968" w:rsidRDefault="00CA6E70">
            <w:pPr>
              <w:pStyle w:val="CMRBodySmall"/>
              <w:spacing w:after="120"/>
            </w:pPr>
            <w:r>
              <w:t>My math: ____________________________________________________________</w:t>
            </w:r>
          </w:p>
          <w:p w14:paraId="527913A4" w14:textId="77777777" w:rsidR="00BE3968" w:rsidRDefault="00CA6E70">
            <w:pPr>
              <w:pStyle w:val="CMRBodySmall"/>
              <w:spacing w:after="120"/>
            </w:pPr>
            <w:r>
              <w:t>____________________________________________________________________</w:t>
            </w:r>
          </w:p>
          <w:p w14:paraId="09F35A7D" w14:textId="77777777" w:rsidR="00BE3968" w:rsidRDefault="00CA6E70">
            <w:pPr>
              <w:pStyle w:val="CMRBodySmall"/>
              <w:spacing w:after="100"/>
            </w:pPr>
            <w:r>
              <w:t>Answer and check: ___________________________________________________</w:t>
            </w:r>
          </w:p>
        </w:tc>
      </w:tr>
    </w:tbl>
    <w:p w14:paraId="4251550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5A301C4" w14:textId="77777777">
        <w:tc>
          <w:tcPr>
            <w:tcW w:w="10036" w:type="dxa"/>
            <w:tcMar>
              <w:top w:w="70" w:type="dxa"/>
              <w:left w:w="140" w:type="dxa"/>
              <w:bottom w:w="85" w:type="dxa"/>
              <w:right w:w="140" w:type="dxa"/>
            </w:tcMar>
          </w:tcPr>
          <w:p w14:paraId="4537DA1D" w14:textId="77777777" w:rsidR="00BE3968" w:rsidRDefault="00BE3968"/>
          <w:p w14:paraId="0AB76BF2" w14:textId="77777777" w:rsidR="00BE3968" w:rsidRDefault="00CA6E70">
            <w:pPr>
              <w:pStyle w:val="CMRBodySmall"/>
            </w:pPr>
            <w:r>
              <w:rPr>
                <w:b/>
              </w:rPr>
              <w:t>PROBLEM S1-012</w:t>
            </w:r>
          </w:p>
          <w:p w14:paraId="39B4DB7C" w14:textId="77777777" w:rsidR="00BE3968" w:rsidRDefault="00CA6E70">
            <w:pPr>
              <w:spacing w:after="140"/>
            </w:pPr>
            <w:r>
              <w:t>Daniel spends $16.00 on work shoes. Before that purchase, Daniel had $60.00 set aside. How much of the set-aside money remains?</w:t>
            </w:r>
          </w:p>
          <w:p w14:paraId="6A550334" w14:textId="77777777" w:rsidR="00BE3968" w:rsidRDefault="00CA6E70">
            <w:pPr>
              <w:pStyle w:val="CMRBodySmall"/>
              <w:spacing w:after="40"/>
            </w:pPr>
            <w:r>
              <w:rPr>
                <w:b/>
              </w:rPr>
              <w:t>STEP 1 — WHAT DO THEY WANT?</w:t>
            </w:r>
          </w:p>
          <w:p w14:paraId="5A68D5F4" w14:textId="77777777" w:rsidR="00BE3968" w:rsidRDefault="00CA6E70">
            <w:pPr>
              <w:pStyle w:val="CMRBodySmall"/>
              <w:spacing w:after="20"/>
            </w:pPr>
            <w:r>
              <w:t>○ A. How much money there was at the start.</w:t>
            </w:r>
          </w:p>
          <w:p w14:paraId="02E4D958" w14:textId="77777777" w:rsidR="00BE3968" w:rsidRDefault="00CA6E70">
            <w:pPr>
              <w:pStyle w:val="CMRBodySmall"/>
              <w:spacing w:after="80"/>
            </w:pPr>
            <w:r>
              <w:t>○ B. How much remains of the set-aside money.</w:t>
            </w:r>
          </w:p>
          <w:p w14:paraId="2072C76F" w14:textId="77777777" w:rsidR="00BE3968" w:rsidRDefault="00CA6E70">
            <w:pPr>
              <w:pStyle w:val="CMRBodySmall"/>
              <w:spacing w:after="40"/>
            </w:pPr>
            <w:r>
              <w:rPr>
                <w:b/>
              </w:rPr>
              <w:t>STEP 2 — WHAT DO I KNOW?</w:t>
            </w:r>
          </w:p>
          <w:p w14:paraId="6E59A538" w14:textId="77777777" w:rsidR="00BE3968" w:rsidRDefault="00CA6E70">
            <w:pPr>
              <w:pStyle w:val="CMRBodySmall"/>
              <w:spacing w:after="40"/>
            </w:pPr>
            <w:r>
              <w:t>Money at the start: ____________________</w:t>
            </w:r>
          </w:p>
          <w:p w14:paraId="00245985" w14:textId="77777777" w:rsidR="00BE3968" w:rsidRDefault="00CA6E70">
            <w:pPr>
              <w:pStyle w:val="CMRBodySmall"/>
              <w:spacing w:after="40"/>
            </w:pPr>
            <w:r>
              <w:t>Amount spent: ____________________</w:t>
            </w:r>
          </w:p>
          <w:p w14:paraId="0D8B06AE" w14:textId="77777777" w:rsidR="00BE3968" w:rsidRDefault="00CA6E70">
            <w:pPr>
              <w:pStyle w:val="CMRBodySmall"/>
              <w:spacing w:after="40"/>
            </w:pPr>
            <w:r>
              <w:rPr>
                <w:b/>
              </w:rPr>
              <w:t>STEP 3 — HOW DO I FIND IT?</w:t>
            </w:r>
          </w:p>
          <w:p w14:paraId="298C0001" w14:textId="77777777" w:rsidR="00BE3968" w:rsidRDefault="00CA6E70">
            <w:pPr>
              <w:pStyle w:val="CMRBodySmall"/>
              <w:spacing w:after="20"/>
            </w:pPr>
            <w:r>
              <w:t>○ A. Use the amount spent as the answer.</w:t>
            </w:r>
          </w:p>
          <w:p w14:paraId="7AE8F072" w14:textId="77777777" w:rsidR="00BE3968" w:rsidRDefault="00CA6E70">
            <w:pPr>
              <w:pStyle w:val="CMRBodySmall"/>
            </w:pPr>
            <w:r>
              <w:t>○ B. Take the spending away from the starting money.</w:t>
            </w:r>
          </w:p>
          <w:p w14:paraId="555D3FC5" w14:textId="77777777" w:rsidR="00BE3968" w:rsidRDefault="00CA6E70">
            <w:pPr>
              <w:pStyle w:val="CMRBodySmall"/>
              <w:spacing w:after="120"/>
            </w:pPr>
            <w:r>
              <w:t>My math: ____________________________________________________________</w:t>
            </w:r>
          </w:p>
          <w:p w14:paraId="75645A3B" w14:textId="77777777" w:rsidR="00BE3968" w:rsidRDefault="00CA6E70">
            <w:pPr>
              <w:pStyle w:val="CMRBodySmall"/>
              <w:spacing w:after="120"/>
            </w:pPr>
            <w:r>
              <w:t>____________________________________________________________________</w:t>
            </w:r>
          </w:p>
          <w:p w14:paraId="25E67854" w14:textId="77777777" w:rsidR="00BE3968" w:rsidRDefault="00CA6E70">
            <w:pPr>
              <w:pStyle w:val="CMRBodySmall"/>
              <w:spacing w:after="100"/>
            </w:pPr>
            <w:r>
              <w:t>Answer and check: ___________________________________________________</w:t>
            </w:r>
          </w:p>
        </w:tc>
      </w:tr>
    </w:tbl>
    <w:p w14:paraId="2987681D" w14:textId="77777777" w:rsidR="00BE3968" w:rsidRDefault="00CA6E70">
      <w:r>
        <w:br w:type="page"/>
      </w:r>
    </w:p>
    <w:p w14:paraId="4AB1E4F2" w14:textId="77777777" w:rsidR="00BE3968" w:rsidRDefault="00CA6E70">
      <w:pPr>
        <w:pStyle w:val="CMRSmallLabel"/>
        <w:spacing w:after="60"/>
      </w:pPr>
      <w:r>
        <w:rPr>
          <w:b w:val="0"/>
        </w:rPr>
        <w:lastRenderedPageBreak/>
        <w:t>SECTION 1  |  TOPIC 02  |  PRACTICE PAGE 2/5</w:t>
      </w:r>
    </w:p>
    <w:p w14:paraId="25A8EB89" w14:textId="77777777" w:rsidR="00BE3968" w:rsidRDefault="00CA6E70">
      <w:pPr>
        <w:pStyle w:val="CMRPageTitle"/>
        <w:spacing w:after="60"/>
      </w:pPr>
      <w:r>
        <w:rPr>
          <w:b w:val="0"/>
        </w:rPr>
        <w:t>Money remaining</w:t>
      </w:r>
    </w:p>
    <w:p w14:paraId="5C60B58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6C9CD84" w14:textId="77777777">
        <w:tc>
          <w:tcPr>
            <w:tcW w:w="10036" w:type="dxa"/>
            <w:shd w:val="clear" w:color="auto" w:fill="F5F8F9"/>
            <w:tcMar>
              <w:top w:w="70" w:type="dxa"/>
              <w:left w:w="140" w:type="dxa"/>
              <w:bottom w:w="85" w:type="dxa"/>
              <w:right w:w="140" w:type="dxa"/>
            </w:tcMar>
          </w:tcPr>
          <w:p w14:paraId="0520857D" w14:textId="77777777" w:rsidR="00BE3968" w:rsidRDefault="00BE3968"/>
          <w:p w14:paraId="4BADBB8A" w14:textId="77777777" w:rsidR="00BE3968" w:rsidRDefault="00CA6E70">
            <w:pPr>
              <w:pStyle w:val="CMRBodySmall"/>
            </w:pPr>
            <w:r>
              <w:rPr>
                <w:b/>
              </w:rPr>
              <w:t>PROBLEM S1-013</w:t>
            </w:r>
          </w:p>
          <w:p w14:paraId="630080A3" w14:textId="77777777" w:rsidR="00BE3968" w:rsidRDefault="00CA6E70">
            <w:pPr>
              <w:spacing w:after="140"/>
            </w:pPr>
            <w:r>
              <w:t>Marcus keeps $81.00 in an envelope for expenses. Marcus takes out $22.00 to pay for household supplies. How much is still in the envelope?</w:t>
            </w:r>
          </w:p>
          <w:p w14:paraId="2553CF73" w14:textId="77777777" w:rsidR="00BE3968" w:rsidRDefault="00CA6E70">
            <w:pPr>
              <w:pStyle w:val="CMRBodySmall"/>
              <w:spacing w:after="40"/>
            </w:pPr>
            <w:r>
              <w:rPr>
                <w:b/>
              </w:rPr>
              <w:t>STEP 1 — WHAT DO THEY WANT?</w:t>
            </w:r>
          </w:p>
          <w:p w14:paraId="1B4A2747" w14:textId="77777777" w:rsidR="00BE3968" w:rsidRDefault="00CA6E70">
            <w:pPr>
              <w:pStyle w:val="CMRBodySmall"/>
              <w:spacing w:after="20"/>
            </w:pPr>
            <w:r>
              <w:t>○ A. The amount left over.</w:t>
            </w:r>
          </w:p>
          <w:p w14:paraId="06D180A0" w14:textId="77777777" w:rsidR="00BE3968" w:rsidRDefault="00CA6E70">
            <w:pPr>
              <w:pStyle w:val="CMRBodySmall"/>
              <w:spacing w:after="80"/>
            </w:pPr>
            <w:r>
              <w:t>○ B. The starting money and the purchase added together.</w:t>
            </w:r>
          </w:p>
          <w:p w14:paraId="2E402596" w14:textId="77777777" w:rsidR="00BE3968" w:rsidRDefault="00CA6E70">
            <w:pPr>
              <w:pStyle w:val="CMRBodySmall"/>
              <w:spacing w:after="40"/>
            </w:pPr>
            <w:r>
              <w:rPr>
                <w:b/>
              </w:rPr>
              <w:t>STEP 2 — WHAT DO I KNOW?</w:t>
            </w:r>
          </w:p>
          <w:p w14:paraId="6DEEAC74" w14:textId="77777777" w:rsidR="00BE3968" w:rsidRDefault="00CA6E70">
            <w:pPr>
              <w:pStyle w:val="CMRBodySmall"/>
              <w:spacing w:after="40"/>
            </w:pPr>
            <w:r>
              <w:t>Money at the start: ____________________</w:t>
            </w:r>
          </w:p>
          <w:p w14:paraId="785ACA7C" w14:textId="77777777" w:rsidR="00BE3968" w:rsidRDefault="00CA6E70">
            <w:pPr>
              <w:pStyle w:val="CMRBodySmall"/>
              <w:spacing w:after="40"/>
            </w:pPr>
            <w:r>
              <w:t>Amount spent: ____________________</w:t>
            </w:r>
          </w:p>
          <w:p w14:paraId="4E16EA10" w14:textId="77777777" w:rsidR="00BE3968" w:rsidRDefault="00CA6E70">
            <w:pPr>
              <w:pStyle w:val="CMRBodySmall"/>
              <w:spacing w:after="40"/>
            </w:pPr>
            <w:r>
              <w:rPr>
                <w:b/>
              </w:rPr>
              <w:t>STEP 3 — HOW DO I FIND IT?</w:t>
            </w:r>
          </w:p>
          <w:p w14:paraId="601E3AC2" w14:textId="77777777" w:rsidR="00BE3968" w:rsidRDefault="00CA6E70">
            <w:pPr>
              <w:pStyle w:val="CMRBodySmall"/>
              <w:spacing w:after="20"/>
            </w:pPr>
            <w:r>
              <w:t>○ A. Subtract the amount spent from the starting money.</w:t>
            </w:r>
          </w:p>
          <w:p w14:paraId="02C1013E" w14:textId="77777777" w:rsidR="00BE3968" w:rsidRDefault="00CA6E70">
            <w:pPr>
              <w:pStyle w:val="CMRBodySmall"/>
            </w:pPr>
            <w:r>
              <w:t>○ B. Add the amount spent to the starting money.</w:t>
            </w:r>
          </w:p>
          <w:p w14:paraId="4159560E" w14:textId="77777777" w:rsidR="00BE3968" w:rsidRDefault="00CA6E70">
            <w:pPr>
              <w:pStyle w:val="CMRBodySmall"/>
              <w:spacing w:after="120"/>
            </w:pPr>
            <w:r>
              <w:t>My math: ____________________________________________________________</w:t>
            </w:r>
          </w:p>
          <w:p w14:paraId="1B472936" w14:textId="77777777" w:rsidR="00BE3968" w:rsidRDefault="00CA6E70">
            <w:pPr>
              <w:pStyle w:val="CMRBodySmall"/>
              <w:spacing w:after="120"/>
            </w:pPr>
            <w:r>
              <w:t>____________________________________________________________________</w:t>
            </w:r>
          </w:p>
          <w:p w14:paraId="1404CA19" w14:textId="77777777" w:rsidR="00BE3968" w:rsidRDefault="00CA6E70">
            <w:pPr>
              <w:pStyle w:val="CMRBodySmall"/>
              <w:spacing w:after="100"/>
            </w:pPr>
            <w:r>
              <w:t>Answer and check: ___________________________________________________</w:t>
            </w:r>
          </w:p>
        </w:tc>
      </w:tr>
    </w:tbl>
    <w:p w14:paraId="56DE0FC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34CB174" w14:textId="77777777">
        <w:tc>
          <w:tcPr>
            <w:tcW w:w="10036" w:type="dxa"/>
            <w:tcMar>
              <w:top w:w="70" w:type="dxa"/>
              <w:left w:w="140" w:type="dxa"/>
              <w:bottom w:w="85" w:type="dxa"/>
              <w:right w:w="140" w:type="dxa"/>
            </w:tcMar>
          </w:tcPr>
          <w:p w14:paraId="2010226E" w14:textId="77777777" w:rsidR="00BE3968" w:rsidRDefault="00BE3968"/>
          <w:p w14:paraId="2605A756" w14:textId="77777777" w:rsidR="00BE3968" w:rsidRDefault="00CA6E70">
            <w:pPr>
              <w:pStyle w:val="CMRBodySmall"/>
            </w:pPr>
            <w:r>
              <w:rPr>
                <w:b/>
              </w:rPr>
              <w:t>PROBLEM S1-014</w:t>
            </w:r>
          </w:p>
          <w:p w14:paraId="41F14BC2" w14:textId="77777777" w:rsidR="00BE3968" w:rsidRDefault="00CA6E70">
            <w:pPr>
              <w:spacing w:after="140"/>
            </w:pPr>
            <w:r>
              <w:t>Linda sets aside $93.00 for the week. Then Linda spends $16.00 on groceries. How much of the set-aside money does Linda still have?</w:t>
            </w:r>
          </w:p>
          <w:p w14:paraId="60F4302F" w14:textId="77777777" w:rsidR="00BE3968" w:rsidRDefault="00CA6E70">
            <w:pPr>
              <w:pStyle w:val="CMRBodySmall"/>
              <w:spacing w:after="40"/>
            </w:pPr>
            <w:r>
              <w:rPr>
                <w:b/>
              </w:rPr>
              <w:t>STEP 1 — WHAT DO THEY WANT?</w:t>
            </w:r>
          </w:p>
          <w:p w14:paraId="12E96BB2" w14:textId="77777777" w:rsidR="00BE3968" w:rsidRDefault="00CA6E70">
            <w:pPr>
              <w:pStyle w:val="CMRBodySmall"/>
              <w:spacing w:after="20"/>
            </w:pPr>
            <w:r>
              <w:t>○ A. The amount spent on groceries.</w:t>
            </w:r>
          </w:p>
          <w:p w14:paraId="1FD53F5E" w14:textId="77777777" w:rsidR="00BE3968" w:rsidRDefault="00CA6E70">
            <w:pPr>
              <w:pStyle w:val="CMRBodySmall"/>
              <w:spacing w:after="80"/>
            </w:pPr>
            <w:r>
              <w:t>○ B. The money still left after the purchase.</w:t>
            </w:r>
          </w:p>
          <w:p w14:paraId="52ECB95C" w14:textId="77777777" w:rsidR="00BE3968" w:rsidRDefault="00CA6E70">
            <w:pPr>
              <w:pStyle w:val="CMRBodySmall"/>
              <w:spacing w:after="40"/>
            </w:pPr>
            <w:r>
              <w:rPr>
                <w:b/>
              </w:rPr>
              <w:t>STEP 2 — WHAT DO I KNOW?</w:t>
            </w:r>
          </w:p>
          <w:p w14:paraId="5E8FF1CF" w14:textId="77777777" w:rsidR="00BE3968" w:rsidRDefault="00CA6E70">
            <w:pPr>
              <w:pStyle w:val="CMRBodySmall"/>
              <w:spacing w:after="40"/>
            </w:pPr>
            <w:r>
              <w:t>Money at the start: ____________________</w:t>
            </w:r>
          </w:p>
          <w:p w14:paraId="533C87E9" w14:textId="77777777" w:rsidR="00BE3968" w:rsidRDefault="00CA6E70">
            <w:pPr>
              <w:pStyle w:val="CMRBodySmall"/>
              <w:spacing w:after="40"/>
            </w:pPr>
            <w:r>
              <w:t>Amount spent: ____________________</w:t>
            </w:r>
          </w:p>
          <w:p w14:paraId="5436DD32" w14:textId="77777777" w:rsidR="00BE3968" w:rsidRDefault="00CA6E70">
            <w:pPr>
              <w:pStyle w:val="CMRBodySmall"/>
              <w:spacing w:after="40"/>
            </w:pPr>
            <w:r>
              <w:rPr>
                <w:b/>
              </w:rPr>
              <w:t>STEP 3 — HOW DO I FIND IT?</w:t>
            </w:r>
          </w:p>
          <w:p w14:paraId="57D0A20D" w14:textId="77777777" w:rsidR="00BE3968" w:rsidRDefault="00CA6E70">
            <w:pPr>
              <w:pStyle w:val="CMRBodySmall"/>
              <w:spacing w:after="20"/>
            </w:pPr>
            <w:r>
              <w:t>○ A. Take the spending away from the starting money.</w:t>
            </w:r>
          </w:p>
          <w:p w14:paraId="79E5B339" w14:textId="77777777" w:rsidR="00BE3968" w:rsidRDefault="00CA6E70">
            <w:pPr>
              <w:pStyle w:val="CMRBodySmall"/>
            </w:pPr>
            <w:r>
              <w:t>○ B. Use the amount spent as the answer.</w:t>
            </w:r>
          </w:p>
          <w:p w14:paraId="7C197E20" w14:textId="77777777" w:rsidR="00BE3968" w:rsidRDefault="00CA6E70">
            <w:pPr>
              <w:pStyle w:val="CMRBodySmall"/>
              <w:spacing w:after="120"/>
            </w:pPr>
            <w:r>
              <w:t>My math: ____________________________________________________________</w:t>
            </w:r>
          </w:p>
          <w:p w14:paraId="79088B88" w14:textId="77777777" w:rsidR="00BE3968" w:rsidRDefault="00CA6E70">
            <w:pPr>
              <w:pStyle w:val="CMRBodySmall"/>
              <w:spacing w:after="120"/>
            </w:pPr>
            <w:r>
              <w:t>____________________________________________________________________</w:t>
            </w:r>
          </w:p>
          <w:p w14:paraId="57DDCEA0" w14:textId="77777777" w:rsidR="00BE3968" w:rsidRDefault="00CA6E70">
            <w:pPr>
              <w:pStyle w:val="CMRBodySmall"/>
              <w:spacing w:after="100"/>
            </w:pPr>
            <w:r>
              <w:t>Answer and check: ___________________________________________________</w:t>
            </w:r>
          </w:p>
        </w:tc>
      </w:tr>
    </w:tbl>
    <w:p w14:paraId="6040AD78" w14:textId="77777777" w:rsidR="00BE3968" w:rsidRDefault="00CA6E70">
      <w:r>
        <w:br w:type="page"/>
      </w:r>
    </w:p>
    <w:p w14:paraId="2C4BB806" w14:textId="77777777" w:rsidR="00BE3968" w:rsidRDefault="00CA6E70">
      <w:pPr>
        <w:pStyle w:val="CMRSmallLabel"/>
        <w:spacing w:after="60"/>
      </w:pPr>
      <w:r>
        <w:rPr>
          <w:b w:val="0"/>
        </w:rPr>
        <w:lastRenderedPageBreak/>
        <w:t>SECTION 1  |  TOPIC 02  |  PRACTICE PAGE 3/5</w:t>
      </w:r>
    </w:p>
    <w:p w14:paraId="6FDF9971" w14:textId="77777777" w:rsidR="00BE3968" w:rsidRDefault="00CA6E70">
      <w:pPr>
        <w:pStyle w:val="CMRPageTitle"/>
        <w:spacing w:after="60"/>
      </w:pPr>
      <w:r>
        <w:rPr>
          <w:b w:val="0"/>
        </w:rPr>
        <w:t>Money remaining</w:t>
      </w:r>
    </w:p>
    <w:p w14:paraId="700E670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7CC30FD" w14:textId="77777777">
        <w:tc>
          <w:tcPr>
            <w:tcW w:w="10036" w:type="dxa"/>
            <w:shd w:val="clear" w:color="auto" w:fill="F5F8F9"/>
            <w:tcMar>
              <w:top w:w="70" w:type="dxa"/>
              <w:left w:w="140" w:type="dxa"/>
              <w:bottom w:w="85" w:type="dxa"/>
              <w:right w:w="140" w:type="dxa"/>
            </w:tcMar>
          </w:tcPr>
          <w:p w14:paraId="739375CB" w14:textId="77777777" w:rsidR="00BE3968" w:rsidRDefault="00BE3968"/>
          <w:p w14:paraId="7B1AEF7E" w14:textId="77777777" w:rsidR="00BE3968" w:rsidRDefault="00CA6E70">
            <w:pPr>
              <w:pStyle w:val="CMRBodySmall"/>
            </w:pPr>
            <w:r>
              <w:rPr>
                <w:b/>
              </w:rPr>
              <w:t>PROBLEM S1-015</w:t>
            </w:r>
          </w:p>
          <w:p w14:paraId="5362B3A0" w14:textId="77777777" w:rsidR="00BE3968" w:rsidRDefault="00CA6E70">
            <w:pPr>
              <w:spacing w:after="140"/>
            </w:pPr>
            <w:r>
              <w:t>Carmen spends $19.00 on a bus pass. Before that purchase, Carmen had $41.00 set aside. How much of the set-aside money remains?</w:t>
            </w:r>
          </w:p>
          <w:p w14:paraId="0C91EEE6" w14:textId="77777777" w:rsidR="00BE3968" w:rsidRDefault="00CA6E70">
            <w:pPr>
              <w:pStyle w:val="CMRBodySmall"/>
              <w:spacing w:after="40"/>
            </w:pPr>
            <w:r>
              <w:rPr>
                <w:b/>
              </w:rPr>
              <w:t>STEP 1 — WHAT DO THEY WANT?</w:t>
            </w:r>
          </w:p>
          <w:p w14:paraId="5586A500" w14:textId="77777777" w:rsidR="00BE3968" w:rsidRDefault="00CA6E70">
            <w:pPr>
              <w:pStyle w:val="CMRBodySmall"/>
              <w:spacing w:after="20"/>
            </w:pPr>
            <w:r>
              <w:t>○ A. How much remains of the set-aside money.</w:t>
            </w:r>
          </w:p>
          <w:p w14:paraId="2974DABA" w14:textId="77777777" w:rsidR="00BE3968" w:rsidRDefault="00CA6E70">
            <w:pPr>
              <w:pStyle w:val="CMRBodySmall"/>
              <w:spacing w:after="80"/>
            </w:pPr>
            <w:r>
              <w:t>○ B. How much money there was at the start.</w:t>
            </w:r>
          </w:p>
          <w:p w14:paraId="02F7D05D" w14:textId="77777777" w:rsidR="00BE3968" w:rsidRDefault="00CA6E70">
            <w:pPr>
              <w:pStyle w:val="CMRBodySmall"/>
              <w:spacing w:after="40"/>
            </w:pPr>
            <w:r>
              <w:rPr>
                <w:b/>
              </w:rPr>
              <w:t>STEP 2 — WHAT DO I KNOW?</w:t>
            </w:r>
          </w:p>
          <w:p w14:paraId="78013B80" w14:textId="77777777" w:rsidR="00BE3968" w:rsidRDefault="00CA6E70">
            <w:pPr>
              <w:pStyle w:val="CMRBodySmall"/>
              <w:spacing w:after="40"/>
            </w:pPr>
            <w:r>
              <w:t>Money at the start: ____________________</w:t>
            </w:r>
          </w:p>
          <w:p w14:paraId="625494C9" w14:textId="77777777" w:rsidR="00BE3968" w:rsidRDefault="00CA6E70">
            <w:pPr>
              <w:pStyle w:val="CMRBodySmall"/>
              <w:spacing w:after="40"/>
            </w:pPr>
            <w:r>
              <w:t>Amount spent: ____________________</w:t>
            </w:r>
          </w:p>
          <w:p w14:paraId="61DCDA87" w14:textId="77777777" w:rsidR="00BE3968" w:rsidRDefault="00CA6E70">
            <w:pPr>
              <w:pStyle w:val="CMRBodySmall"/>
              <w:spacing w:after="40"/>
            </w:pPr>
            <w:r>
              <w:rPr>
                <w:b/>
              </w:rPr>
              <w:t>STEP 3 — HOW DO I FIND IT?</w:t>
            </w:r>
          </w:p>
          <w:p w14:paraId="70B86261" w14:textId="77777777" w:rsidR="00BE3968" w:rsidRDefault="00CA6E70">
            <w:pPr>
              <w:pStyle w:val="CMRBodySmall"/>
              <w:spacing w:after="20"/>
            </w:pPr>
            <w:r>
              <w:t>○ A. Add the amount spent to the starting money.</w:t>
            </w:r>
          </w:p>
          <w:p w14:paraId="6CA30E4F" w14:textId="77777777" w:rsidR="00BE3968" w:rsidRDefault="00CA6E70">
            <w:pPr>
              <w:pStyle w:val="CMRBodySmall"/>
            </w:pPr>
            <w:r>
              <w:t>○ B. Subtract the amount spent from the starting money.</w:t>
            </w:r>
          </w:p>
          <w:p w14:paraId="4668DC44" w14:textId="77777777" w:rsidR="00BE3968" w:rsidRDefault="00CA6E70">
            <w:pPr>
              <w:pStyle w:val="CMRBodySmall"/>
              <w:spacing w:after="120"/>
            </w:pPr>
            <w:r>
              <w:t>My math: ____________________________________________________________</w:t>
            </w:r>
          </w:p>
          <w:p w14:paraId="3FD70860" w14:textId="77777777" w:rsidR="00BE3968" w:rsidRDefault="00CA6E70">
            <w:pPr>
              <w:pStyle w:val="CMRBodySmall"/>
              <w:spacing w:after="120"/>
            </w:pPr>
            <w:r>
              <w:t>____________________________________________________________________</w:t>
            </w:r>
          </w:p>
          <w:p w14:paraId="37692564" w14:textId="77777777" w:rsidR="00BE3968" w:rsidRDefault="00CA6E70">
            <w:pPr>
              <w:pStyle w:val="CMRBodySmall"/>
              <w:spacing w:after="100"/>
            </w:pPr>
            <w:r>
              <w:t>Answer and check: ___________________________________________________</w:t>
            </w:r>
          </w:p>
        </w:tc>
      </w:tr>
    </w:tbl>
    <w:p w14:paraId="4F80349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3927492" w14:textId="77777777">
        <w:tc>
          <w:tcPr>
            <w:tcW w:w="10036" w:type="dxa"/>
            <w:tcMar>
              <w:top w:w="70" w:type="dxa"/>
              <w:left w:w="140" w:type="dxa"/>
              <w:bottom w:w="85" w:type="dxa"/>
              <w:right w:w="140" w:type="dxa"/>
            </w:tcMar>
          </w:tcPr>
          <w:p w14:paraId="046DBD01" w14:textId="77777777" w:rsidR="00BE3968" w:rsidRDefault="00BE3968"/>
          <w:p w14:paraId="00F87B6D" w14:textId="77777777" w:rsidR="00BE3968" w:rsidRDefault="00CA6E70">
            <w:pPr>
              <w:pStyle w:val="CMRBodySmall"/>
            </w:pPr>
            <w:r>
              <w:rPr>
                <w:b/>
              </w:rPr>
              <w:t>PROBLEM S1-016</w:t>
            </w:r>
          </w:p>
          <w:p w14:paraId="57A3B094" w14:textId="77777777" w:rsidR="00BE3968" w:rsidRDefault="00CA6E70">
            <w:pPr>
              <w:spacing w:after="140"/>
            </w:pPr>
            <w:r>
              <w:t>David keeps $55.00 in an envelope for expenses. David takes out $18.00 to pay for work shoes. How much is still in the envelope?</w:t>
            </w:r>
          </w:p>
          <w:p w14:paraId="3DBA0F82" w14:textId="77777777" w:rsidR="00BE3968" w:rsidRDefault="00CA6E70">
            <w:pPr>
              <w:pStyle w:val="CMRBodySmall"/>
              <w:spacing w:after="40"/>
            </w:pPr>
            <w:r>
              <w:rPr>
                <w:b/>
              </w:rPr>
              <w:t>STEP 1 — WHAT DO THEY WANT?</w:t>
            </w:r>
          </w:p>
          <w:p w14:paraId="25F1C931" w14:textId="77777777" w:rsidR="00BE3968" w:rsidRDefault="00CA6E70">
            <w:pPr>
              <w:pStyle w:val="CMRBodySmall"/>
              <w:spacing w:after="20"/>
            </w:pPr>
            <w:r>
              <w:t>○ A. The amount left over.</w:t>
            </w:r>
          </w:p>
          <w:p w14:paraId="47C023E8" w14:textId="77777777" w:rsidR="00BE3968" w:rsidRDefault="00CA6E70">
            <w:pPr>
              <w:pStyle w:val="CMRBodySmall"/>
              <w:spacing w:after="80"/>
            </w:pPr>
            <w:r>
              <w:t>○ B. The starting money and the purchase added together.</w:t>
            </w:r>
          </w:p>
          <w:p w14:paraId="312E6395" w14:textId="77777777" w:rsidR="00BE3968" w:rsidRDefault="00CA6E70">
            <w:pPr>
              <w:pStyle w:val="CMRBodySmall"/>
              <w:spacing w:after="40"/>
            </w:pPr>
            <w:r>
              <w:rPr>
                <w:b/>
              </w:rPr>
              <w:t>STEP 2 — WHAT DO I KNOW?</w:t>
            </w:r>
          </w:p>
          <w:p w14:paraId="5BAF1EF9" w14:textId="77777777" w:rsidR="00BE3968" w:rsidRDefault="00CA6E70">
            <w:pPr>
              <w:pStyle w:val="CMRBodySmall"/>
              <w:spacing w:after="40"/>
            </w:pPr>
            <w:r>
              <w:t>Money at the start: ____________________</w:t>
            </w:r>
          </w:p>
          <w:p w14:paraId="68441A1C" w14:textId="77777777" w:rsidR="00BE3968" w:rsidRDefault="00CA6E70">
            <w:pPr>
              <w:pStyle w:val="CMRBodySmall"/>
              <w:spacing w:after="40"/>
            </w:pPr>
            <w:r>
              <w:t>Amount spent: ____________________</w:t>
            </w:r>
          </w:p>
          <w:p w14:paraId="17AA9458" w14:textId="77777777" w:rsidR="00BE3968" w:rsidRDefault="00CA6E70">
            <w:pPr>
              <w:pStyle w:val="CMRBodySmall"/>
              <w:spacing w:after="40"/>
            </w:pPr>
            <w:r>
              <w:rPr>
                <w:b/>
              </w:rPr>
              <w:t>STEP 3 — HOW DO I FIND IT?</w:t>
            </w:r>
          </w:p>
          <w:p w14:paraId="0609A43A" w14:textId="77777777" w:rsidR="00BE3968" w:rsidRDefault="00CA6E70">
            <w:pPr>
              <w:pStyle w:val="CMRBodySmall"/>
              <w:spacing w:after="20"/>
            </w:pPr>
            <w:r>
              <w:t>○ A. Take the spending away from the starting money.</w:t>
            </w:r>
          </w:p>
          <w:p w14:paraId="3AEDF7A6" w14:textId="77777777" w:rsidR="00BE3968" w:rsidRDefault="00CA6E70">
            <w:pPr>
              <w:pStyle w:val="CMRBodySmall"/>
            </w:pPr>
            <w:r>
              <w:t>○ B. Use the amount spent as the answer.</w:t>
            </w:r>
          </w:p>
          <w:p w14:paraId="56426615" w14:textId="77777777" w:rsidR="00BE3968" w:rsidRDefault="00CA6E70">
            <w:pPr>
              <w:pStyle w:val="CMRBodySmall"/>
              <w:spacing w:after="120"/>
            </w:pPr>
            <w:r>
              <w:t>My math: ____________________________________________________________</w:t>
            </w:r>
          </w:p>
          <w:p w14:paraId="4C53181B" w14:textId="77777777" w:rsidR="00BE3968" w:rsidRDefault="00CA6E70">
            <w:pPr>
              <w:pStyle w:val="CMRBodySmall"/>
              <w:spacing w:after="120"/>
            </w:pPr>
            <w:r>
              <w:t>____________________________________________________________________</w:t>
            </w:r>
          </w:p>
          <w:p w14:paraId="2AD0B3E7" w14:textId="77777777" w:rsidR="00BE3968" w:rsidRDefault="00CA6E70">
            <w:pPr>
              <w:pStyle w:val="CMRBodySmall"/>
              <w:spacing w:after="100"/>
            </w:pPr>
            <w:r>
              <w:t>Answer and check: ___________________________________________________</w:t>
            </w:r>
          </w:p>
        </w:tc>
      </w:tr>
    </w:tbl>
    <w:p w14:paraId="448EBBBD" w14:textId="77777777" w:rsidR="00BE3968" w:rsidRDefault="00CA6E70">
      <w:r>
        <w:br w:type="page"/>
      </w:r>
    </w:p>
    <w:p w14:paraId="32C50C11" w14:textId="77777777" w:rsidR="00BE3968" w:rsidRDefault="00CA6E70">
      <w:pPr>
        <w:pStyle w:val="CMRSmallLabel"/>
        <w:spacing w:after="60"/>
      </w:pPr>
      <w:r>
        <w:rPr>
          <w:b w:val="0"/>
        </w:rPr>
        <w:lastRenderedPageBreak/>
        <w:t>SECTION 1  |  TOPIC 02  |  PRACTICE PAGE 4/5</w:t>
      </w:r>
    </w:p>
    <w:p w14:paraId="4C6CA9D0" w14:textId="77777777" w:rsidR="00BE3968" w:rsidRDefault="00CA6E70">
      <w:pPr>
        <w:pStyle w:val="CMRPageTitle"/>
        <w:spacing w:after="60"/>
      </w:pPr>
      <w:r>
        <w:rPr>
          <w:b w:val="0"/>
        </w:rPr>
        <w:t>Money remaining</w:t>
      </w:r>
    </w:p>
    <w:p w14:paraId="7FBB6EE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6C9BC4F" w14:textId="77777777">
        <w:tc>
          <w:tcPr>
            <w:tcW w:w="10036" w:type="dxa"/>
            <w:shd w:val="clear" w:color="auto" w:fill="F5F8F9"/>
            <w:tcMar>
              <w:top w:w="70" w:type="dxa"/>
              <w:left w:w="140" w:type="dxa"/>
              <w:bottom w:w="85" w:type="dxa"/>
              <w:right w:w="140" w:type="dxa"/>
            </w:tcMar>
          </w:tcPr>
          <w:p w14:paraId="549A3B54" w14:textId="77777777" w:rsidR="00BE3968" w:rsidRDefault="00BE3968"/>
          <w:p w14:paraId="3BE2F456" w14:textId="77777777" w:rsidR="00BE3968" w:rsidRDefault="00CA6E70">
            <w:pPr>
              <w:pStyle w:val="CMRBodySmall"/>
            </w:pPr>
            <w:r>
              <w:rPr>
                <w:b/>
              </w:rPr>
              <w:t>PROBLEM S1-017</w:t>
            </w:r>
          </w:p>
          <w:p w14:paraId="0CC45386" w14:textId="77777777" w:rsidR="00BE3968" w:rsidRDefault="00CA6E70">
            <w:pPr>
              <w:spacing w:after="140"/>
            </w:pPr>
            <w:r>
              <w:t>Tanya sets aside $91.00 for the week. Then Tanya spends $16.00 on household supplies. How much of the set-aside money does Tanya still have?</w:t>
            </w:r>
          </w:p>
          <w:p w14:paraId="62C4EBB5" w14:textId="77777777" w:rsidR="00BE3968" w:rsidRDefault="00CA6E70">
            <w:pPr>
              <w:pStyle w:val="CMRBodySmall"/>
              <w:spacing w:after="40"/>
            </w:pPr>
            <w:r>
              <w:rPr>
                <w:b/>
              </w:rPr>
              <w:t>STEP 1 — WHAT DO THEY WANT?</w:t>
            </w:r>
          </w:p>
          <w:p w14:paraId="37936927" w14:textId="77777777" w:rsidR="00BE3968" w:rsidRDefault="00CA6E70">
            <w:pPr>
              <w:pStyle w:val="CMRBodySmall"/>
              <w:spacing w:after="20"/>
            </w:pPr>
            <w:r>
              <w:t>○ A. The amount spent on household supplies.</w:t>
            </w:r>
          </w:p>
          <w:p w14:paraId="2D35D450" w14:textId="77777777" w:rsidR="00BE3968" w:rsidRDefault="00CA6E70">
            <w:pPr>
              <w:pStyle w:val="CMRBodySmall"/>
              <w:spacing w:after="80"/>
            </w:pPr>
            <w:r>
              <w:t>○ B. The money still left after the purchase.</w:t>
            </w:r>
          </w:p>
          <w:p w14:paraId="051EBE0F" w14:textId="77777777" w:rsidR="00BE3968" w:rsidRDefault="00CA6E70">
            <w:pPr>
              <w:pStyle w:val="CMRBodySmall"/>
              <w:spacing w:after="40"/>
            </w:pPr>
            <w:r>
              <w:rPr>
                <w:b/>
              </w:rPr>
              <w:t>STEP 2 — WHAT DO I KNOW?</w:t>
            </w:r>
          </w:p>
          <w:p w14:paraId="076DF362" w14:textId="77777777" w:rsidR="00BE3968" w:rsidRDefault="00CA6E70">
            <w:pPr>
              <w:pStyle w:val="CMRBodySmall"/>
              <w:spacing w:after="40"/>
            </w:pPr>
            <w:r>
              <w:t>Money at the start: ____________________</w:t>
            </w:r>
          </w:p>
          <w:p w14:paraId="201EB758" w14:textId="77777777" w:rsidR="00BE3968" w:rsidRDefault="00CA6E70">
            <w:pPr>
              <w:pStyle w:val="CMRBodySmall"/>
              <w:spacing w:after="40"/>
            </w:pPr>
            <w:r>
              <w:t>Amount spent: ____________________</w:t>
            </w:r>
          </w:p>
          <w:p w14:paraId="556C5C0C" w14:textId="77777777" w:rsidR="00BE3968" w:rsidRDefault="00CA6E70">
            <w:pPr>
              <w:pStyle w:val="CMRBodySmall"/>
              <w:spacing w:after="40"/>
            </w:pPr>
            <w:r>
              <w:rPr>
                <w:b/>
              </w:rPr>
              <w:t>STEP 3 — HOW DO I FIND IT?</w:t>
            </w:r>
          </w:p>
          <w:p w14:paraId="3914113A" w14:textId="77777777" w:rsidR="00BE3968" w:rsidRDefault="00CA6E70">
            <w:pPr>
              <w:pStyle w:val="CMRBodySmall"/>
              <w:spacing w:after="20"/>
            </w:pPr>
            <w:r>
              <w:t>○ A. Subtract the amount spent from the starting money.</w:t>
            </w:r>
          </w:p>
          <w:p w14:paraId="51E5A1E1" w14:textId="77777777" w:rsidR="00BE3968" w:rsidRDefault="00CA6E70">
            <w:pPr>
              <w:pStyle w:val="CMRBodySmall"/>
            </w:pPr>
            <w:r>
              <w:t>○ B. Add the amount spent to the starting money.</w:t>
            </w:r>
          </w:p>
          <w:p w14:paraId="71801D56" w14:textId="77777777" w:rsidR="00BE3968" w:rsidRDefault="00CA6E70">
            <w:pPr>
              <w:pStyle w:val="CMRBodySmall"/>
              <w:spacing w:after="120"/>
            </w:pPr>
            <w:r>
              <w:t>My math: ____________________________________________________________</w:t>
            </w:r>
          </w:p>
          <w:p w14:paraId="5AF25BF5" w14:textId="77777777" w:rsidR="00BE3968" w:rsidRDefault="00CA6E70">
            <w:pPr>
              <w:pStyle w:val="CMRBodySmall"/>
              <w:spacing w:after="120"/>
            </w:pPr>
            <w:r>
              <w:t>____________________________________________________________________</w:t>
            </w:r>
          </w:p>
          <w:p w14:paraId="1EBEBF9D" w14:textId="77777777" w:rsidR="00BE3968" w:rsidRDefault="00CA6E70">
            <w:pPr>
              <w:pStyle w:val="CMRBodySmall"/>
              <w:spacing w:after="100"/>
            </w:pPr>
            <w:r>
              <w:t>Answer and check: ___________________________________________________</w:t>
            </w:r>
          </w:p>
        </w:tc>
      </w:tr>
    </w:tbl>
    <w:p w14:paraId="5449E71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094D7AC" w14:textId="77777777">
        <w:tc>
          <w:tcPr>
            <w:tcW w:w="10036" w:type="dxa"/>
            <w:tcMar>
              <w:top w:w="70" w:type="dxa"/>
              <w:left w:w="140" w:type="dxa"/>
              <w:bottom w:w="85" w:type="dxa"/>
              <w:right w:w="140" w:type="dxa"/>
            </w:tcMar>
          </w:tcPr>
          <w:p w14:paraId="3233F0CB" w14:textId="77777777" w:rsidR="00BE3968" w:rsidRDefault="00BE3968"/>
          <w:p w14:paraId="0DA96A80" w14:textId="77777777" w:rsidR="00BE3968" w:rsidRDefault="00CA6E70">
            <w:pPr>
              <w:pStyle w:val="CMRBodySmall"/>
            </w:pPr>
            <w:r>
              <w:rPr>
                <w:b/>
              </w:rPr>
              <w:t>PROBLEM S1-018</w:t>
            </w:r>
          </w:p>
          <w:p w14:paraId="3767604E" w14:textId="77777777" w:rsidR="00BE3968" w:rsidRDefault="00CA6E70">
            <w:pPr>
              <w:spacing w:after="140"/>
            </w:pPr>
            <w:r>
              <w:t>Kevin spends $14.00 on groceries. Before that purchase, Kevin had $62.00 set aside. How much of the set-aside money remains?</w:t>
            </w:r>
          </w:p>
          <w:p w14:paraId="13E665D5" w14:textId="77777777" w:rsidR="00BE3968" w:rsidRDefault="00CA6E70">
            <w:pPr>
              <w:pStyle w:val="CMRBodySmall"/>
              <w:spacing w:after="40"/>
            </w:pPr>
            <w:r>
              <w:rPr>
                <w:b/>
              </w:rPr>
              <w:t>STEP 1 — WHAT DO THEY WANT?</w:t>
            </w:r>
          </w:p>
          <w:p w14:paraId="08DD5986" w14:textId="77777777" w:rsidR="00BE3968" w:rsidRDefault="00CA6E70">
            <w:pPr>
              <w:pStyle w:val="CMRBodySmall"/>
              <w:spacing w:after="20"/>
            </w:pPr>
            <w:r>
              <w:t>○ A. How much remains of the set-aside money.</w:t>
            </w:r>
          </w:p>
          <w:p w14:paraId="2EC0258C" w14:textId="77777777" w:rsidR="00BE3968" w:rsidRDefault="00CA6E70">
            <w:pPr>
              <w:pStyle w:val="CMRBodySmall"/>
              <w:spacing w:after="80"/>
            </w:pPr>
            <w:r>
              <w:t>○ B. How much money there was at the start.</w:t>
            </w:r>
          </w:p>
          <w:p w14:paraId="1C6D4AB9" w14:textId="77777777" w:rsidR="00BE3968" w:rsidRDefault="00CA6E70">
            <w:pPr>
              <w:pStyle w:val="CMRBodySmall"/>
              <w:spacing w:after="40"/>
            </w:pPr>
            <w:r>
              <w:rPr>
                <w:b/>
              </w:rPr>
              <w:t>STEP 2 — WHAT DO I KNOW?</w:t>
            </w:r>
          </w:p>
          <w:p w14:paraId="27D84D09" w14:textId="77777777" w:rsidR="00BE3968" w:rsidRDefault="00CA6E70">
            <w:pPr>
              <w:pStyle w:val="CMRBodySmall"/>
              <w:spacing w:after="40"/>
            </w:pPr>
            <w:r>
              <w:t>Money at the start: ____________________</w:t>
            </w:r>
          </w:p>
          <w:p w14:paraId="30102418" w14:textId="77777777" w:rsidR="00BE3968" w:rsidRDefault="00CA6E70">
            <w:pPr>
              <w:pStyle w:val="CMRBodySmall"/>
              <w:spacing w:after="40"/>
            </w:pPr>
            <w:r>
              <w:t>Amount spent: ____________________</w:t>
            </w:r>
          </w:p>
          <w:p w14:paraId="76456DAE" w14:textId="77777777" w:rsidR="00BE3968" w:rsidRDefault="00CA6E70">
            <w:pPr>
              <w:pStyle w:val="CMRBodySmall"/>
              <w:spacing w:after="40"/>
            </w:pPr>
            <w:r>
              <w:rPr>
                <w:b/>
              </w:rPr>
              <w:t>STEP 3 — HOW DO I FIND IT?</w:t>
            </w:r>
          </w:p>
          <w:p w14:paraId="608D988E" w14:textId="77777777" w:rsidR="00BE3968" w:rsidRDefault="00CA6E70">
            <w:pPr>
              <w:pStyle w:val="CMRBodySmall"/>
              <w:spacing w:after="20"/>
            </w:pPr>
            <w:r>
              <w:t>○ A. Use the amount spent as the answer.</w:t>
            </w:r>
          </w:p>
          <w:p w14:paraId="3322729A" w14:textId="77777777" w:rsidR="00BE3968" w:rsidRDefault="00CA6E70">
            <w:pPr>
              <w:pStyle w:val="CMRBodySmall"/>
            </w:pPr>
            <w:r>
              <w:t>○ B. Take the spending away from the starting money.</w:t>
            </w:r>
          </w:p>
          <w:p w14:paraId="4B9350D1" w14:textId="77777777" w:rsidR="00BE3968" w:rsidRDefault="00CA6E70">
            <w:pPr>
              <w:pStyle w:val="CMRBodySmall"/>
              <w:spacing w:after="120"/>
            </w:pPr>
            <w:r>
              <w:t>My math: ____________________________________________________________</w:t>
            </w:r>
          </w:p>
          <w:p w14:paraId="6D9037B7" w14:textId="77777777" w:rsidR="00BE3968" w:rsidRDefault="00CA6E70">
            <w:pPr>
              <w:pStyle w:val="CMRBodySmall"/>
              <w:spacing w:after="120"/>
            </w:pPr>
            <w:r>
              <w:t>____________________________________________________________________</w:t>
            </w:r>
          </w:p>
          <w:p w14:paraId="50B666DC" w14:textId="77777777" w:rsidR="00BE3968" w:rsidRDefault="00CA6E70">
            <w:pPr>
              <w:pStyle w:val="CMRBodySmall"/>
              <w:spacing w:after="100"/>
            </w:pPr>
            <w:r>
              <w:t>Answer and check: ___________________________________________________</w:t>
            </w:r>
          </w:p>
        </w:tc>
      </w:tr>
    </w:tbl>
    <w:p w14:paraId="69229B7A" w14:textId="77777777" w:rsidR="00BE3968" w:rsidRDefault="00CA6E70">
      <w:r>
        <w:br w:type="page"/>
      </w:r>
    </w:p>
    <w:p w14:paraId="6FB387C9" w14:textId="77777777" w:rsidR="00BE3968" w:rsidRDefault="00CA6E70">
      <w:pPr>
        <w:pStyle w:val="CMRSmallLabel"/>
        <w:spacing w:after="60"/>
      </w:pPr>
      <w:r>
        <w:rPr>
          <w:b w:val="0"/>
        </w:rPr>
        <w:lastRenderedPageBreak/>
        <w:t>SECTION 1  |  TOPIC 02  |  PRACTICE PAGE 5/5</w:t>
      </w:r>
    </w:p>
    <w:p w14:paraId="556D27F9" w14:textId="77777777" w:rsidR="00BE3968" w:rsidRDefault="00CA6E70">
      <w:pPr>
        <w:pStyle w:val="CMRPageTitle"/>
        <w:spacing w:after="60"/>
      </w:pPr>
      <w:r>
        <w:rPr>
          <w:b w:val="0"/>
        </w:rPr>
        <w:t>Money remaining</w:t>
      </w:r>
    </w:p>
    <w:p w14:paraId="57A3625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B5C7978" w14:textId="77777777">
        <w:tc>
          <w:tcPr>
            <w:tcW w:w="10036" w:type="dxa"/>
            <w:shd w:val="clear" w:color="auto" w:fill="F5F8F9"/>
            <w:tcMar>
              <w:top w:w="70" w:type="dxa"/>
              <w:left w:w="140" w:type="dxa"/>
              <w:bottom w:w="85" w:type="dxa"/>
              <w:right w:w="140" w:type="dxa"/>
            </w:tcMar>
          </w:tcPr>
          <w:p w14:paraId="32003FC8" w14:textId="77777777" w:rsidR="00BE3968" w:rsidRDefault="00BE3968"/>
          <w:p w14:paraId="4E9B9A85" w14:textId="77777777" w:rsidR="00BE3968" w:rsidRDefault="00CA6E70">
            <w:pPr>
              <w:pStyle w:val="CMRBodySmall"/>
            </w:pPr>
            <w:r>
              <w:rPr>
                <w:b/>
              </w:rPr>
              <w:t>PROBLEM S1-019</w:t>
            </w:r>
          </w:p>
          <w:p w14:paraId="4283C95E" w14:textId="77777777" w:rsidR="00BE3968" w:rsidRDefault="00CA6E70">
            <w:pPr>
              <w:spacing w:after="140"/>
            </w:pPr>
            <w:r>
              <w:t>Sharon keeps $83.00 in an envelope for expenses. Sharon takes out $8.00 to pay for a bus pass. How much is still in the envelope?</w:t>
            </w:r>
          </w:p>
          <w:p w14:paraId="54D0E7F3" w14:textId="77777777" w:rsidR="00BE3968" w:rsidRDefault="00CA6E70">
            <w:pPr>
              <w:pStyle w:val="CMRBodySmall"/>
              <w:spacing w:after="40"/>
            </w:pPr>
            <w:r>
              <w:rPr>
                <w:b/>
              </w:rPr>
              <w:t>STEP 1 — WHAT DO THEY WANT?</w:t>
            </w:r>
          </w:p>
          <w:p w14:paraId="6D5F3615" w14:textId="77777777" w:rsidR="00BE3968" w:rsidRDefault="00CA6E70">
            <w:pPr>
              <w:pStyle w:val="CMRBodySmall"/>
              <w:spacing w:after="20"/>
            </w:pPr>
            <w:r>
              <w:t>○ A. The starting money and the purchase added together.</w:t>
            </w:r>
          </w:p>
          <w:p w14:paraId="78AAB78A" w14:textId="77777777" w:rsidR="00BE3968" w:rsidRDefault="00CA6E70">
            <w:pPr>
              <w:pStyle w:val="CMRBodySmall"/>
              <w:spacing w:after="80"/>
            </w:pPr>
            <w:r>
              <w:t>○ B. The amount left over.</w:t>
            </w:r>
          </w:p>
          <w:p w14:paraId="48502956" w14:textId="77777777" w:rsidR="00BE3968" w:rsidRDefault="00CA6E70">
            <w:pPr>
              <w:pStyle w:val="CMRBodySmall"/>
              <w:spacing w:after="40"/>
            </w:pPr>
            <w:r>
              <w:rPr>
                <w:b/>
              </w:rPr>
              <w:t>STEP 2 — WHAT DO I KNOW?</w:t>
            </w:r>
          </w:p>
          <w:p w14:paraId="464E99FD" w14:textId="77777777" w:rsidR="00BE3968" w:rsidRDefault="00CA6E70">
            <w:pPr>
              <w:pStyle w:val="CMRBodySmall"/>
              <w:spacing w:after="40"/>
            </w:pPr>
            <w:r>
              <w:t>Money at the start: ____________________</w:t>
            </w:r>
          </w:p>
          <w:p w14:paraId="50765F44" w14:textId="77777777" w:rsidR="00BE3968" w:rsidRDefault="00CA6E70">
            <w:pPr>
              <w:pStyle w:val="CMRBodySmall"/>
              <w:spacing w:after="40"/>
            </w:pPr>
            <w:r>
              <w:t>Amount spent: ____________________</w:t>
            </w:r>
          </w:p>
          <w:p w14:paraId="6831A42B" w14:textId="77777777" w:rsidR="00BE3968" w:rsidRDefault="00CA6E70">
            <w:pPr>
              <w:pStyle w:val="CMRBodySmall"/>
              <w:spacing w:after="40"/>
            </w:pPr>
            <w:r>
              <w:rPr>
                <w:b/>
              </w:rPr>
              <w:t>STEP 3 — HOW DO I FIND IT?</w:t>
            </w:r>
          </w:p>
          <w:p w14:paraId="5373F81C" w14:textId="77777777" w:rsidR="00BE3968" w:rsidRDefault="00CA6E70">
            <w:pPr>
              <w:pStyle w:val="CMRBodySmall"/>
              <w:spacing w:after="20"/>
            </w:pPr>
            <w:r>
              <w:t>○ A. Add the amount spent to the starting money.</w:t>
            </w:r>
          </w:p>
          <w:p w14:paraId="230238FE" w14:textId="77777777" w:rsidR="00BE3968" w:rsidRDefault="00CA6E70">
            <w:pPr>
              <w:pStyle w:val="CMRBodySmall"/>
            </w:pPr>
            <w:r>
              <w:t>○ B. Subtract the amount spent from the starting money.</w:t>
            </w:r>
          </w:p>
          <w:p w14:paraId="2751348D" w14:textId="77777777" w:rsidR="00BE3968" w:rsidRDefault="00CA6E70">
            <w:pPr>
              <w:pStyle w:val="CMRBodySmall"/>
              <w:spacing w:after="120"/>
            </w:pPr>
            <w:r>
              <w:t>My math: ____________________________________________________________</w:t>
            </w:r>
          </w:p>
          <w:p w14:paraId="7159DB9D" w14:textId="77777777" w:rsidR="00BE3968" w:rsidRDefault="00CA6E70">
            <w:pPr>
              <w:pStyle w:val="CMRBodySmall"/>
              <w:spacing w:after="120"/>
            </w:pPr>
            <w:r>
              <w:t>____________________________________________________________________</w:t>
            </w:r>
          </w:p>
          <w:p w14:paraId="1F4B0070" w14:textId="77777777" w:rsidR="00BE3968" w:rsidRDefault="00CA6E70">
            <w:pPr>
              <w:pStyle w:val="CMRBodySmall"/>
              <w:spacing w:after="100"/>
            </w:pPr>
            <w:r>
              <w:t>Answer and check: ___________________________________________________</w:t>
            </w:r>
          </w:p>
        </w:tc>
      </w:tr>
    </w:tbl>
    <w:p w14:paraId="45ACAD9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081F359" w14:textId="77777777">
        <w:tc>
          <w:tcPr>
            <w:tcW w:w="10036" w:type="dxa"/>
            <w:tcMar>
              <w:top w:w="70" w:type="dxa"/>
              <w:left w:w="140" w:type="dxa"/>
              <w:bottom w:w="85" w:type="dxa"/>
              <w:right w:w="140" w:type="dxa"/>
            </w:tcMar>
          </w:tcPr>
          <w:p w14:paraId="0C8C27CA" w14:textId="77777777" w:rsidR="00BE3968" w:rsidRDefault="00BE3968"/>
          <w:p w14:paraId="77DF311E" w14:textId="77777777" w:rsidR="00BE3968" w:rsidRDefault="00CA6E70">
            <w:pPr>
              <w:pStyle w:val="CMRBodySmall"/>
            </w:pPr>
            <w:r>
              <w:rPr>
                <w:b/>
              </w:rPr>
              <w:t>PROBLEM S1-020</w:t>
            </w:r>
          </w:p>
          <w:p w14:paraId="486C49B4" w14:textId="77777777" w:rsidR="00BE3968" w:rsidRDefault="00CA6E70">
            <w:pPr>
              <w:spacing w:after="140"/>
            </w:pPr>
            <w:r>
              <w:t>Andre sets aside $86.00 for the week. Then Andre spends $10.00 on work shoes. How much of the set-aside money does Andre still have?</w:t>
            </w:r>
          </w:p>
          <w:p w14:paraId="7D545754" w14:textId="77777777" w:rsidR="00BE3968" w:rsidRDefault="00CA6E70">
            <w:pPr>
              <w:pStyle w:val="CMRBodySmall"/>
              <w:spacing w:after="40"/>
            </w:pPr>
            <w:r>
              <w:rPr>
                <w:b/>
              </w:rPr>
              <w:t>STEP 1 — WHAT DO THEY WANT?</w:t>
            </w:r>
          </w:p>
          <w:p w14:paraId="27A722A9" w14:textId="77777777" w:rsidR="00BE3968" w:rsidRDefault="00CA6E70">
            <w:pPr>
              <w:pStyle w:val="CMRBodySmall"/>
              <w:spacing w:after="20"/>
            </w:pPr>
            <w:r>
              <w:t>○ A. The money still left after the purchase.</w:t>
            </w:r>
          </w:p>
          <w:p w14:paraId="51E96BA9" w14:textId="77777777" w:rsidR="00BE3968" w:rsidRDefault="00CA6E70">
            <w:pPr>
              <w:pStyle w:val="CMRBodySmall"/>
              <w:spacing w:after="80"/>
            </w:pPr>
            <w:r>
              <w:t>○ B. The amount spent on work shoes.</w:t>
            </w:r>
          </w:p>
          <w:p w14:paraId="02D40A11" w14:textId="77777777" w:rsidR="00BE3968" w:rsidRDefault="00CA6E70">
            <w:pPr>
              <w:pStyle w:val="CMRBodySmall"/>
              <w:spacing w:after="40"/>
            </w:pPr>
            <w:r>
              <w:rPr>
                <w:b/>
              </w:rPr>
              <w:t>STEP 2 — WHAT DO I KNOW?</w:t>
            </w:r>
          </w:p>
          <w:p w14:paraId="1B92CF39" w14:textId="77777777" w:rsidR="00BE3968" w:rsidRDefault="00CA6E70">
            <w:pPr>
              <w:pStyle w:val="CMRBodySmall"/>
              <w:spacing w:after="40"/>
            </w:pPr>
            <w:r>
              <w:t>Money at the start: ____________________</w:t>
            </w:r>
          </w:p>
          <w:p w14:paraId="6A247527" w14:textId="77777777" w:rsidR="00BE3968" w:rsidRDefault="00CA6E70">
            <w:pPr>
              <w:pStyle w:val="CMRBodySmall"/>
              <w:spacing w:after="40"/>
            </w:pPr>
            <w:r>
              <w:t>Amount spent: ____________________</w:t>
            </w:r>
          </w:p>
          <w:p w14:paraId="13AF59E6" w14:textId="77777777" w:rsidR="00BE3968" w:rsidRDefault="00CA6E70">
            <w:pPr>
              <w:pStyle w:val="CMRBodySmall"/>
              <w:spacing w:after="40"/>
            </w:pPr>
            <w:r>
              <w:rPr>
                <w:b/>
              </w:rPr>
              <w:t>STEP 3 — HOW DO I FIND IT?</w:t>
            </w:r>
          </w:p>
          <w:p w14:paraId="49188247" w14:textId="77777777" w:rsidR="00BE3968" w:rsidRDefault="00CA6E70">
            <w:pPr>
              <w:pStyle w:val="CMRBodySmall"/>
              <w:spacing w:after="20"/>
            </w:pPr>
            <w:r>
              <w:t>○ A. Take the spending away from the starting money.</w:t>
            </w:r>
          </w:p>
          <w:p w14:paraId="4C4AC0B3" w14:textId="77777777" w:rsidR="00BE3968" w:rsidRDefault="00CA6E70">
            <w:pPr>
              <w:pStyle w:val="CMRBodySmall"/>
            </w:pPr>
            <w:r>
              <w:t>○ B. Use the amount spent as the answer.</w:t>
            </w:r>
          </w:p>
          <w:p w14:paraId="6ACF63DF" w14:textId="77777777" w:rsidR="00BE3968" w:rsidRDefault="00CA6E70">
            <w:pPr>
              <w:pStyle w:val="CMRBodySmall"/>
              <w:spacing w:after="120"/>
            </w:pPr>
            <w:r>
              <w:t>My math: ____________________________________________________________</w:t>
            </w:r>
          </w:p>
          <w:p w14:paraId="313761D7" w14:textId="77777777" w:rsidR="00BE3968" w:rsidRDefault="00CA6E70">
            <w:pPr>
              <w:pStyle w:val="CMRBodySmall"/>
              <w:spacing w:after="120"/>
            </w:pPr>
            <w:r>
              <w:t>____________________________________________________________________</w:t>
            </w:r>
          </w:p>
          <w:p w14:paraId="34B14A73" w14:textId="77777777" w:rsidR="00BE3968" w:rsidRDefault="00CA6E70">
            <w:pPr>
              <w:pStyle w:val="CMRBodySmall"/>
              <w:spacing w:after="100"/>
            </w:pPr>
            <w:r>
              <w:t>Answer and check: ___________________________________________________</w:t>
            </w:r>
          </w:p>
        </w:tc>
      </w:tr>
    </w:tbl>
    <w:p w14:paraId="64616171" w14:textId="77777777" w:rsidR="00BE3968" w:rsidRDefault="00CA6E70">
      <w:r>
        <w:br w:type="page"/>
      </w:r>
    </w:p>
    <w:p w14:paraId="06E40A2A" w14:textId="77777777" w:rsidR="00BE3968" w:rsidRDefault="00CA6E70">
      <w:pPr>
        <w:pStyle w:val="CMRSmallLabel"/>
        <w:spacing w:after="60"/>
      </w:pPr>
      <w:r>
        <w:rPr>
          <w:b w:val="0"/>
        </w:rPr>
        <w:lastRenderedPageBreak/>
        <w:t>SECTION 1  |  TOPIC 03  |  PRACTICE PAGE 1/5</w:t>
      </w:r>
    </w:p>
    <w:p w14:paraId="7566A620" w14:textId="77777777" w:rsidR="00BE3968" w:rsidRDefault="00CA6E70">
      <w:pPr>
        <w:pStyle w:val="CMRPageTitle"/>
        <w:spacing w:after="60"/>
      </w:pPr>
      <w:r>
        <w:rPr>
          <w:b w:val="0"/>
        </w:rPr>
        <w:t>Comparing prices</w:t>
      </w:r>
    </w:p>
    <w:p w14:paraId="7E0014A7" w14:textId="77777777" w:rsidR="00BE3968" w:rsidRDefault="00CA6E70">
      <w:pPr>
        <w:pStyle w:val="CMRBodySmall"/>
        <w:spacing w:after="100"/>
      </w:pPr>
      <w:r>
        <w:t>Remember: Find how much greater or smaller one amount is.</w:t>
      </w:r>
    </w:p>
    <w:tbl>
      <w:tblPr>
        <w:tblW w:w="0" w:type="auto"/>
        <w:tblLayout w:type="fixed"/>
        <w:tblLook w:val="04A0" w:firstRow="1" w:lastRow="0" w:firstColumn="1" w:lastColumn="0" w:noHBand="0" w:noVBand="1"/>
      </w:tblPr>
      <w:tblGrid>
        <w:gridCol w:w="10036"/>
      </w:tblGrid>
      <w:tr w:rsidR="00BE3968" w14:paraId="516951A1" w14:textId="77777777">
        <w:tc>
          <w:tcPr>
            <w:tcW w:w="10036" w:type="dxa"/>
            <w:shd w:val="clear" w:color="auto" w:fill="F5F8F9"/>
            <w:tcMar>
              <w:top w:w="70" w:type="dxa"/>
              <w:left w:w="140" w:type="dxa"/>
              <w:bottom w:w="85" w:type="dxa"/>
              <w:right w:w="140" w:type="dxa"/>
            </w:tcMar>
          </w:tcPr>
          <w:p w14:paraId="642554C2" w14:textId="77777777" w:rsidR="00BE3968" w:rsidRDefault="00BE3968"/>
          <w:p w14:paraId="07318DB1" w14:textId="77777777" w:rsidR="00BE3968" w:rsidRDefault="00CA6E70">
            <w:pPr>
              <w:pStyle w:val="CMRBodySmall"/>
            </w:pPr>
            <w:r>
              <w:rPr>
                <w:b/>
              </w:rPr>
              <w:t>PROBLEM S1-021</w:t>
            </w:r>
          </w:p>
          <w:p w14:paraId="13157268" w14:textId="77777777" w:rsidR="00BE3968" w:rsidRDefault="00CA6E70">
            <w:pPr>
              <w:spacing w:after="140"/>
            </w:pPr>
            <w:r>
              <w:t>At a store, one pair of work boots costs $31.00. A second pair costs $44.00. How much more does the second pair cost?</w:t>
            </w:r>
          </w:p>
          <w:p w14:paraId="38D2AE9D" w14:textId="77777777" w:rsidR="00BE3968" w:rsidRDefault="00CA6E70">
            <w:pPr>
              <w:pStyle w:val="CMRBodySmall"/>
              <w:spacing w:after="40"/>
            </w:pPr>
            <w:r>
              <w:rPr>
                <w:b/>
              </w:rPr>
              <w:t>STEP 1 — WHAT DO THEY WANT?</w:t>
            </w:r>
          </w:p>
          <w:p w14:paraId="058184AC" w14:textId="77777777" w:rsidR="00BE3968" w:rsidRDefault="00CA6E70">
            <w:pPr>
              <w:pStyle w:val="CMRBodySmall"/>
              <w:spacing w:after="20"/>
            </w:pPr>
            <w:r>
              <w:t>○ A. The price of the more expensive item.</w:t>
            </w:r>
          </w:p>
          <w:p w14:paraId="54CB6079" w14:textId="77777777" w:rsidR="00BE3968" w:rsidRDefault="00CA6E70">
            <w:pPr>
              <w:pStyle w:val="CMRBodySmall"/>
              <w:spacing w:after="80"/>
            </w:pPr>
            <w:r>
              <w:t>○ B. How far apart the two prices are.</w:t>
            </w:r>
          </w:p>
          <w:p w14:paraId="1940DF52" w14:textId="77777777" w:rsidR="00BE3968" w:rsidRDefault="00CA6E70">
            <w:pPr>
              <w:pStyle w:val="CMRBodySmall"/>
              <w:spacing w:after="40"/>
            </w:pPr>
            <w:r>
              <w:rPr>
                <w:b/>
              </w:rPr>
              <w:t>STEP 2 — WHAT DO I KNOW?</w:t>
            </w:r>
          </w:p>
          <w:p w14:paraId="68C40CB3" w14:textId="77777777" w:rsidR="00BE3968" w:rsidRDefault="00CA6E70">
            <w:pPr>
              <w:pStyle w:val="CMRBodySmall"/>
              <w:spacing w:after="40"/>
            </w:pPr>
            <w:r>
              <w:t>Lower price: ____________________</w:t>
            </w:r>
          </w:p>
          <w:p w14:paraId="44282CE8" w14:textId="77777777" w:rsidR="00BE3968" w:rsidRDefault="00CA6E70">
            <w:pPr>
              <w:pStyle w:val="CMRBodySmall"/>
              <w:spacing w:after="40"/>
            </w:pPr>
            <w:r>
              <w:t>Higher price: ____________________</w:t>
            </w:r>
          </w:p>
          <w:p w14:paraId="544FA01D" w14:textId="77777777" w:rsidR="00BE3968" w:rsidRDefault="00CA6E70">
            <w:pPr>
              <w:pStyle w:val="CMRBodySmall"/>
              <w:spacing w:after="40"/>
            </w:pPr>
            <w:r>
              <w:rPr>
                <w:b/>
              </w:rPr>
              <w:t>STEP 3 — HOW DO I FIND IT?</w:t>
            </w:r>
          </w:p>
          <w:p w14:paraId="0DBE5E97" w14:textId="77777777" w:rsidR="00BE3968" w:rsidRDefault="00CA6E70">
            <w:pPr>
              <w:pStyle w:val="CMRBodySmall"/>
              <w:spacing w:after="20"/>
            </w:pPr>
            <w:r>
              <w:t>○ A. Subtract the lower price from the higher price.</w:t>
            </w:r>
          </w:p>
          <w:p w14:paraId="5B3F8977" w14:textId="77777777" w:rsidR="00BE3968" w:rsidRDefault="00CA6E70">
            <w:pPr>
              <w:pStyle w:val="CMRBodySmall"/>
            </w:pPr>
            <w:r>
              <w:t>○ B. Add the two prices.</w:t>
            </w:r>
          </w:p>
          <w:p w14:paraId="2F89866E" w14:textId="77777777" w:rsidR="00BE3968" w:rsidRDefault="00CA6E70">
            <w:pPr>
              <w:pStyle w:val="CMRBodySmall"/>
              <w:spacing w:after="120"/>
            </w:pPr>
            <w:r>
              <w:t>My math: ____________________________________________________________</w:t>
            </w:r>
          </w:p>
          <w:p w14:paraId="49F6E887" w14:textId="77777777" w:rsidR="00BE3968" w:rsidRDefault="00CA6E70">
            <w:pPr>
              <w:pStyle w:val="CMRBodySmall"/>
              <w:spacing w:after="120"/>
            </w:pPr>
            <w:r>
              <w:t>____________________________________________________________________</w:t>
            </w:r>
          </w:p>
          <w:p w14:paraId="20435039" w14:textId="77777777" w:rsidR="00BE3968" w:rsidRDefault="00CA6E70">
            <w:pPr>
              <w:pStyle w:val="CMRBodySmall"/>
              <w:spacing w:after="100"/>
            </w:pPr>
            <w:r>
              <w:t>Answer and check: ___________________________________________________</w:t>
            </w:r>
          </w:p>
        </w:tc>
      </w:tr>
    </w:tbl>
    <w:p w14:paraId="506D6CC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9CD4E92" w14:textId="77777777">
        <w:tc>
          <w:tcPr>
            <w:tcW w:w="10036" w:type="dxa"/>
            <w:tcMar>
              <w:top w:w="70" w:type="dxa"/>
              <w:left w:w="140" w:type="dxa"/>
              <w:bottom w:w="85" w:type="dxa"/>
              <w:right w:w="140" w:type="dxa"/>
            </w:tcMar>
          </w:tcPr>
          <w:p w14:paraId="10F3A9C0" w14:textId="77777777" w:rsidR="00BE3968" w:rsidRDefault="00BE3968"/>
          <w:p w14:paraId="6EC3E3D8" w14:textId="77777777" w:rsidR="00BE3968" w:rsidRDefault="00CA6E70">
            <w:pPr>
              <w:pStyle w:val="CMRBodySmall"/>
            </w:pPr>
            <w:r>
              <w:rPr>
                <w:b/>
              </w:rPr>
              <w:t>PROBLEM S1-022</w:t>
            </w:r>
          </w:p>
          <w:p w14:paraId="6C08BF0A" w14:textId="77777777" w:rsidR="00BE3968" w:rsidRDefault="00CA6E70">
            <w:pPr>
              <w:spacing w:after="140"/>
            </w:pPr>
            <w:r>
              <w:t>A basic phone case is $22.00. A heavy-duty phone case is $31.00. Kevin wants to know the difference in price between the two cases. What is it?</w:t>
            </w:r>
          </w:p>
          <w:p w14:paraId="2695E04A" w14:textId="77777777" w:rsidR="00BE3968" w:rsidRDefault="00CA6E70">
            <w:pPr>
              <w:pStyle w:val="CMRBodySmall"/>
              <w:spacing w:after="40"/>
            </w:pPr>
            <w:r>
              <w:rPr>
                <w:b/>
              </w:rPr>
              <w:t>STEP 1 — WHAT DO THEY WANT?</w:t>
            </w:r>
          </w:p>
          <w:p w14:paraId="5ECA41E2" w14:textId="77777777" w:rsidR="00BE3968" w:rsidRDefault="00CA6E70">
            <w:pPr>
              <w:pStyle w:val="CMRBodySmall"/>
              <w:spacing w:after="20"/>
            </w:pPr>
            <w:r>
              <w:t>○ A. The difference between the two prices.</w:t>
            </w:r>
          </w:p>
          <w:p w14:paraId="104E747D" w14:textId="77777777" w:rsidR="00BE3968" w:rsidRDefault="00CA6E70">
            <w:pPr>
              <w:pStyle w:val="CMRBodySmall"/>
              <w:spacing w:after="80"/>
            </w:pPr>
            <w:r>
              <w:t>○ B. What the two items cost together.</w:t>
            </w:r>
          </w:p>
          <w:p w14:paraId="2CD79CC7" w14:textId="77777777" w:rsidR="00BE3968" w:rsidRDefault="00CA6E70">
            <w:pPr>
              <w:pStyle w:val="CMRBodySmall"/>
              <w:spacing w:after="40"/>
            </w:pPr>
            <w:r>
              <w:rPr>
                <w:b/>
              </w:rPr>
              <w:t>STEP 2 — WHAT DO I KNOW?</w:t>
            </w:r>
          </w:p>
          <w:p w14:paraId="66A64F10" w14:textId="77777777" w:rsidR="00BE3968" w:rsidRDefault="00CA6E70">
            <w:pPr>
              <w:pStyle w:val="CMRBodySmall"/>
              <w:spacing w:after="40"/>
            </w:pPr>
            <w:r>
              <w:t>Lower price: ____________________</w:t>
            </w:r>
          </w:p>
          <w:p w14:paraId="153411AD" w14:textId="77777777" w:rsidR="00BE3968" w:rsidRDefault="00CA6E70">
            <w:pPr>
              <w:pStyle w:val="CMRBodySmall"/>
              <w:spacing w:after="40"/>
            </w:pPr>
            <w:r>
              <w:t>Higher price: ____________________</w:t>
            </w:r>
          </w:p>
          <w:p w14:paraId="0996CCCD" w14:textId="77777777" w:rsidR="00BE3968" w:rsidRDefault="00CA6E70">
            <w:pPr>
              <w:pStyle w:val="CMRBodySmall"/>
              <w:spacing w:after="40"/>
            </w:pPr>
            <w:r>
              <w:rPr>
                <w:b/>
              </w:rPr>
              <w:t>STEP 3 — HOW DO I FIND IT?</w:t>
            </w:r>
          </w:p>
          <w:p w14:paraId="793B9BBA" w14:textId="77777777" w:rsidR="00BE3968" w:rsidRDefault="00CA6E70">
            <w:pPr>
              <w:pStyle w:val="CMRBodySmall"/>
              <w:spacing w:after="20"/>
            </w:pPr>
            <w:r>
              <w:t>○ A. Find the difference by subtracting.</w:t>
            </w:r>
          </w:p>
          <w:p w14:paraId="7ED224CE" w14:textId="77777777" w:rsidR="00BE3968" w:rsidRDefault="00CA6E70">
            <w:pPr>
              <w:pStyle w:val="CMRBodySmall"/>
            </w:pPr>
            <w:r>
              <w:t>○ B. Use only the higher price.</w:t>
            </w:r>
          </w:p>
          <w:p w14:paraId="5EDAE4F3" w14:textId="77777777" w:rsidR="00BE3968" w:rsidRDefault="00CA6E70">
            <w:pPr>
              <w:pStyle w:val="CMRBodySmall"/>
              <w:spacing w:after="120"/>
            </w:pPr>
            <w:r>
              <w:t>My math: ____________________________________________________________</w:t>
            </w:r>
          </w:p>
          <w:p w14:paraId="0E8E30B2" w14:textId="77777777" w:rsidR="00BE3968" w:rsidRDefault="00CA6E70">
            <w:pPr>
              <w:pStyle w:val="CMRBodySmall"/>
              <w:spacing w:after="120"/>
            </w:pPr>
            <w:r>
              <w:t>____________________________________________________________________</w:t>
            </w:r>
          </w:p>
          <w:p w14:paraId="7FEEDE26" w14:textId="77777777" w:rsidR="00BE3968" w:rsidRDefault="00CA6E70">
            <w:pPr>
              <w:pStyle w:val="CMRBodySmall"/>
              <w:spacing w:after="100"/>
            </w:pPr>
            <w:r>
              <w:t>Answer and check: ___________________________________________________</w:t>
            </w:r>
          </w:p>
        </w:tc>
      </w:tr>
    </w:tbl>
    <w:p w14:paraId="244BE6C5" w14:textId="77777777" w:rsidR="00BE3968" w:rsidRDefault="00CA6E70">
      <w:r>
        <w:br w:type="page"/>
      </w:r>
    </w:p>
    <w:p w14:paraId="0EE0E218" w14:textId="77777777" w:rsidR="00BE3968" w:rsidRDefault="00CA6E70">
      <w:pPr>
        <w:pStyle w:val="CMRSmallLabel"/>
        <w:spacing w:after="60"/>
      </w:pPr>
      <w:r>
        <w:rPr>
          <w:b w:val="0"/>
        </w:rPr>
        <w:lastRenderedPageBreak/>
        <w:t>SECTION 1  |  TOPIC 03  |  PRACTICE PAGE 2/5</w:t>
      </w:r>
    </w:p>
    <w:p w14:paraId="644E73FB" w14:textId="77777777" w:rsidR="00BE3968" w:rsidRDefault="00CA6E70">
      <w:pPr>
        <w:pStyle w:val="CMRPageTitle"/>
        <w:spacing w:after="60"/>
      </w:pPr>
      <w:r>
        <w:rPr>
          <w:b w:val="0"/>
        </w:rPr>
        <w:t>Comparing prices</w:t>
      </w:r>
    </w:p>
    <w:p w14:paraId="30C4460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2522163" w14:textId="77777777">
        <w:tc>
          <w:tcPr>
            <w:tcW w:w="10036" w:type="dxa"/>
            <w:shd w:val="clear" w:color="auto" w:fill="F5F8F9"/>
            <w:tcMar>
              <w:top w:w="70" w:type="dxa"/>
              <w:left w:w="140" w:type="dxa"/>
              <w:bottom w:w="85" w:type="dxa"/>
              <w:right w:w="140" w:type="dxa"/>
            </w:tcMar>
          </w:tcPr>
          <w:p w14:paraId="74BFD003" w14:textId="77777777" w:rsidR="00BE3968" w:rsidRDefault="00BE3968"/>
          <w:p w14:paraId="7D9BEFE2" w14:textId="77777777" w:rsidR="00BE3968" w:rsidRDefault="00CA6E70">
            <w:pPr>
              <w:pStyle w:val="CMRBodySmall"/>
            </w:pPr>
            <w:r>
              <w:rPr>
                <w:b/>
              </w:rPr>
              <w:t>PROBLEM S1-023</w:t>
            </w:r>
          </w:p>
          <w:p w14:paraId="624EA769" w14:textId="77777777" w:rsidR="00BE3968" w:rsidRDefault="00CA6E70">
            <w:pPr>
              <w:spacing w:after="140"/>
            </w:pPr>
            <w:r>
              <w:t>Patricia compares two backpacks. The blue one is $27.00 and the gray one is $22.00. How much cheaper is the gray backpack?</w:t>
            </w:r>
          </w:p>
          <w:p w14:paraId="7E796026" w14:textId="77777777" w:rsidR="00BE3968" w:rsidRDefault="00CA6E70">
            <w:pPr>
              <w:pStyle w:val="CMRBodySmall"/>
              <w:spacing w:after="40"/>
            </w:pPr>
            <w:r>
              <w:rPr>
                <w:b/>
              </w:rPr>
              <w:t>STEP 1 — WHAT DO THEY WANT?</w:t>
            </w:r>
          </w:p>
          <w:p w14:paraId="116A9F6C" w14:textId="77777777" w:rsidR="00BE3968" w:rsidRDefault="00CA6E70">
            <w:pPr>
              <w:pStyle w:val="CMRBodySmall"/>
              <w:spacing w:after="20"/>
            </w:pPr>
            <w:r>
              <w:t>○ A. The price of the cheaper item.</w:t>
            </w:r>
          </w:p>
          <w:p w14:paraId="4272B166" w14:textId="77777777" w:rsidR="00BE3968" w:rsidRDefault="00CA6E70">
            <w:pPr>
              <w:pStyle w:val="CMRBodySmall"/>
              <w:spacing w:after="80"/>
            </w:pPr>
            <w:r>
              <w:t>○ B. How much less one item costs than the other.</w:t>
            </w:r>
          </w:p>
          <w:p w14:paraId="450C749D" w14:textId="77777777" w:rsidR="00BE3968" w:rsidRDefault="00CA6E70">
            <w:pPr>
              <w:pStyle w:val="CMRBodySmall"/>
              <w:spacing w:after="40"/>
            </w:pPr>
            <w:r>
              <w:rPr>
                <w:b/>
              </w:rPr>
              <w:t>STEP 2 — WHAT DO I KNOW?</w:t>
            </w:r>
          </w:p>
          <w:p w14:paraId="09E28DB8" w14:textId="77777777" w:rsidR="00BE3968" w:rsidRDefault="00CA6E70">
            <w:pPr>
              <w:pStyle w:val="CMRBodySmall"/>
              <w:spacing w:after="40"/>
            </w:pPr>
            <w:r>
              <w:t>Lower price: ____________________</w:t>
            </w:r>
          </w:p>
          <w:p w14:paraId="536387C9" w14:textId="77777777" w:rsidR="00BE3968" w:rsidRDefault="00CA6E70">
            <w:pPr>
              <w:pStyle w:val="CMRBodySmall"/>
              <w:spacing w:after="40"/>
            </w:pPr>
            <w:r>
              <w:t>Higher price: ____________________</w:t>
            </w:r>
          </w:p>
          <w:p w14:paraId="2C5D0FD9" w14:textId="77777777" w:rsidR="00BE3968" w:rsidRDefault="00CA6E70">
            <w:pPr>
              <w:pStyle w:val="CMRBodySmall"/>
              <w:spacing w:after="40"/>
            </w:pPr>
            <w:r>
              <w:rPr>
                <w:b/>
              </w:rPr>
              <w:t>STEP 3 — HOW DO I FIND IT?</w:t>
            </w:r>
          </w:p>
          <w:p w14:paraId="0935CBE8" w14:textId="77777777" w:rsidR="00BE3968" w:rsidRDefault="00CA6E70">
            <w:pPr>
              <w:pStyle w:val="CMRBodySmall"/>
              <w:spacing w:after="20"/>
            </w:pPr>
            <w:r>
              <w:t>○ A. Add the two prices.</w:t>
            </w:r>
          </w:p>
          <w:p w14:paraId="6FDC2F1D" w14:textId="77777777" w:rsidR="00BE3968" w:rsidRDefault="00CA6E70">
            <w:pPr>
              <w:pStyle w:val="CMRBodySmall"/>
            </w:pPr>
            <w:r>
              <w:t>○ B. Subtract the lower price from the higher price.</w:t>
            </w:r>
          </w:p>
          <w:p w14:paraId="6D084F56" w14:textId="77777777" w:rsidR="00BE3968" w:rsidRDefault="00CA6E70">
            <w:pPr>
              <w:pStyle w:val="CMRBodySmall"/>
              <w:spacing w:after="120"/>
            </w:pPr>
            <w:r>
              <w:t>My math: ____________________________________________________________</w:t>
            </w:r>
          </w:p>
          <w:p w14:paraId="72D89458" w14:textId="77777777" w:rsidR="00BE3968" w:rsidRDefault="00CA6E70">
            <w:pPr>
              <w:pStyle w:val="CMRBodySmall"/>
              <w:spacing w:after="120"/>
            </w:pPr>
            <w:r>
              <w:t>____________________________________________________________________</w:t>
            </w:r>
          </w:p>
          <w:p w14:paraId="79BFE8C7" w14:textId="77777777" w:rsidR="00BE3968" w:rsidRDefault="00CA6E70">
            <w:pPr>
              <w:pStyle w:val="CMRBodySmall"/>
              <w:spacing w:after="100"/>
            </w:pPr>
            <w:r>
              <w:t>Answer and check: ___________________________________________________</w:t>
            </w:r>
          </w:p>
        </w:tc>
      </w:tr>
    </w:tbl>
    <w:p w14:paraId="33D7BFF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AEBA4D3" w14:textId="77777777">
        <w:tc>
          <w:tcPr>
            <w:tcW w:w="10036" w:type="dxa"/>
            <w:tcMar>
              <w:top w:w="70" w:type="dxa"/>
              <w:left w:w="140" w:type="dxa"/>
              <w:bottom w:w="85" w:type="dxa"/>
              <w:right w:w="140" w:type="dxa"/>
            </w:tcMar>
          </w:tcPr>
          <w:p w14:paraId="76ED0B66" w14:textId="77777777" w:rsidR="00BE3968" w:rsidRDefault="00BE3968"/>
          <w:p w14:paraId="7EDB349F" w14:textId="77777777" w:rsidR="00BE3968" w:rsidRDefault="00CA6E70">
            <w:pPr>
              <w:pStyle w:val="CMRBodySmall"/>
            </w:pPr>
            <w:r>
              <w:rPr>
                <w:b/>
              </w:rPr>
              <w:t>PROBLEM S1-024</w:t>
            </w:r>
          </w:p>
          <w:p w14:paraId="3A7EBF9B" w14:textId="77777777" w:rsidR="00BE3968" w:rsidRDefault="00CA6E70">
            <w:pPr>
              <w:spacing w:after="140"/>
            </w:pPr>
            <w:r>
              <w:t>At a store, one pair of work boots costs $27.00. A second pair costs $46.00. How much more does the second pair cost?</w:t>
            </w:r>
          </w:p>
          <w:p w14:paraId="2B89834A" w14:textId="77777777" w:rsidR="00BE3968" w:rsidRDefault="00CA6E70">
            <w:pPr>
              <w:pStyle w:val="CMRBodySmall"/>
              <w:spacing w:after="40"/>
            </w:pPr>
            <w:r>
              <w:rPr>
                <w:b/>
              </w:rPr>
              <w:t>STEP 1 — WHAT DO THEY WANT?</w:t>
            </w:r>
          </w:p>
          <w:p w14:paraId="557E6986" w14:textId="77777777" w:rsidR="00BE3968" w:rsidRDefault="00CA6E70">
            <w:pPr>
              <w:pStyle w:val="CMRBodySmall"/>
              <w:spacing w:after="20"/>
            </w:pPr>
            <w:r>
              <w:t>○ A. How far apart the two prices are.</w:t>
            </w:r>
          </w:p>
          <w:p w14:paraId="6DA329FF" w14:textId="77777777" w:rsidR="00BE3968" w:rsidRDefault="00CA6E70">
            <w:pPr>
              <w:pStyle w:val="CMRBodySmall"/>
              <w:spacing w:after="80"/>
            </w:pPr>
            <w:r>
              <w:t>○ B. The price of the more expensive item.</w:t>
            </w:r>
          </w:p>
          <w:p w14:paraId="278F0031" w14:textId="77777777" w:rsidR="00BE3968" w:rsidRDefault="00CA6E70">
            <w:pPr>
              <w:pStyle w:val="CMRBodySmall"/>
              <w:spacing w:after="40"/>
            </w:pPr>
            <w:r>
              <w:rPr>
                <w:b/>
              </w:rPr>
              <w:t>STEP 2 — WHAT DO I KNOW?</w:t>
            </w:r>
          </w:p>
          <w:p w14:paraId="340728A6" w14:textId="77777777" w:rsidR="00BE3968" w:rsidRDefault="00CA6E70">
            <w:pPr>
              <w:pStyle w:val="CMRBodySmall"/>
              <w:spacing w:after="40"/>
            </w:pPr>
            <w:r>
              <w:t>Lower price: ____________________</w:t>
            </w:r>
          </w:p>
          <w:p w14:paraId="11AF41C6" w14:textId="77777777" w:rsidR="00BE3968" w:rsidRDefault="00CA6E70">
            <w:pPr>
              <w:pStyle w:val="CMRBodySmall"/>
              <w:spacing w:after="40"/>
            </w:pPr>
            <w:r>
              <w:t>Higher price: ____________________</w:t>
            </w:r>
          </w:p>
          <w:p w14:paraId="0B7AF7C3" w14:textId="77777777" w:rsidR="00BE3968" w:rsidRDefault="00CA6E70">
            <w:pPr>
              <w:pStyle w:val="CMRBodySmall"/>
              <w:spacing w:after="40"/>
            </w:pPr>
            <w:r>
              <w:rPr>
                <w:b/>
              </w:rPr>
              <w:t>STEP 3 — HOW DO I FIND IT?</w:t>
            </w:r>
          </w:p>
          <w:p w14:paraId="077FBB7A" w14:textId="77777777" w:rsidR="00BE3968" w:rsidRDefault="00CA6E70">
            <w:pPr>
              <w:pStyle w:val="CMRBodySmall"/>
              <w:spacing w:after="20"/>
            </w:pPr>
            <w:r>
              <w:t>○ A. Find the difference by subtracting.</w:t>
            </w:r>
          </w:p>
          <w:p w14:paraId="4A47DD4F" w14:textId="77777777" w:rsidR="00BE3968" w:rsidRDefault="00CA6E70">
            <w:pPr>
              <w:pStyle w:val="CMRBodySmall"/>
            </w:pPr>
            <w:r>
              <w:t>○ B. Use only the higher price.</w:t>
            </w:r>
          </w:p>
          <w:p w14:paraId="4201FD0F" w14:textId="77777777" w:rsidR="00BE3968" w:rsidRDefault="00CA6E70">
            <w:pPr>
              <w:pStyle w:val="CMRBodySmall"/>
              <w:spacing w:after="120"/>
            </w:pPr>
            <w:r>
              <w:t>My math: ____________________________________________________________</w:t>
            </w:r>
          </w:p>
          <w:p w14:paraId="61560EBA" w14:textId="77777777" w:rsidR="00BE3968" w:rsidRDefault="00CA6E70">
            <w:pPr>
              <w:pStyle w:val="CMRBodySmall"/>
              <w:spacing w:after="120"/>
            </w:pPr>
            <w:r>
              <w:t>____________________________________________________________________</w:t>
            </w:r>
          </w:p>
          <w:p w14:paraId="3D7FCD16" w14:textId="77777777" w:rsidR="00BE3968" w:rsidRDefault="00CA6E70">
            <w:pPr>
              <w:pStyle w:val="CMRBodySmall"/>
              <w:spacing w:after="100"/>
            </w:pPr>
            <w:r>
              <w:t>Answer and check: ___________________________________________________</w:t>
            </w:r>
          </w:p>
        </w:tc>
      </w:tr>
    </w:tbl>
    <w:p w14:paraId="6D1F18B4" w14:textId="77777777" w:rsidR="00BE3968" w:rsidRDefault="00CA6E70">
      <w:r>
        <w:br w:type="page"/>
      </w:r>
    </w:p>
    <w:p w14:paraId="5D039A83" w14:textId="77777777" w:rsidR="00BE3968" w:rsidRDefault="00CA6E70">
      <w:pPr>
        <w:pStyle w:val="CMRSmallLabel"/>
        <w:spacing w:after="60"/>
      </w:pPr>
      <w:r>
        <w:rPr>
          <w:b w:val="0"/>
        </w:rPr>
        <w:lastRenderedPageBreak/>
        <w:t>SECTION 1  |  TOPIC 03  |  PRACTICE PAGE 3/5</w:t>
      </w:r>
    </w:p>
    <w:p w14:paraId="6E4B8DCC" w14:textId="77777777" w:rsidR="00BE3968" w:rsidRDefault="00CA6E70">
      <w:pPr>
        <w:pStyle w:val="CMRPageTitle"/>
        <w:spacing w:after="60"/>
      </w:pPr>
      <w:r>
        <w:rPr>
          <w:b w:val="0"/>
        </w:rPr>
        <w:t>Comparing prices</w:t>
      </w:r>
    </w:p>
    <w:p w14:paraId="638BAEC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C10E94A" w14:textId="77777777">
        <w:tc>
          <w:tcPr>
            <w:tcW w:w="10036" w:type="dxa"/>
            <w:shd w:val="clear" w:color="auto" w:fill="F5F8F9"/>
            <w:tcMar>
              <w:top w:w="70" w:type="dxa"/>
              <w:left w:w="140" w:type="dxa"/>
              <w:bottom w:w="85" w:type="dxa"/>
              <w:right w:w="140" w:type="dxa"/>
            </w:tcMar>
          </w:tcPr>
          <w:p w14:paraId="00BC5F29" w14:textId="77777777" w:rsidR="00BE3968" w:rsidRDefault="00BE3968"/>
          <w:p w14:paraId="559B6616" w14:textId="77777777" w:rsidR="00BE3968" w:rsidRDefault="00CA6E70">
            <w:pPr>
              <w:pStyle w:val="CMRBodySmall"/>
            </w:pPr>
            <w:r>
              <w:rPr>
                <w:b/>
              </w:rPr>
              <w:t>PROBLEM S1-025</w:t>
            </w:r>
          </w:p>
          <w:p w14:paraId="45A82AB1" w14:textId="77777777" w:rsidR="00BE3968" w:rsidRDefault="00CA6E70">
            <w:pPr>
              <w:spacing w:after="140"/>
            </w:pPr>
            <w:r>
              <w:t>A basic phone case is $19.00. A heavy-duty phone case is $32.00. Denise wants to know the difference in price between the two cases. What is it?</w:t>
            </w:r>
          </w:p>
          <w:p w14:paraId="5F7A9F4A" w14:textId="77777777" w:rsidR="00BE3968" w:rsidRDefault="00CA6E70">
            <w:pPr>
              <w:pStyle w:val="CMRBodySmall"/>
              <w:spacing w:after="40"/>
            </w:pPr>
            <w:r>
              <w:rPr>
                <w:b/>
              </w:rPr>
              <w:t>STEP 1 — WHAT DO THEY WANT?</w:t>
            </w:r>
          </w:p>
          <w:p w14:paraId="7E3DD5A9" w14:textId="77777777" w:rsidR="00BE3968" w:rsidRDefault="00CA6E70">
            <w:pPr>
              <w:pStyle w:val="CMRBodySmall"/>
              <w:spacing w:after="20"/>
            </w:pPr>
            <w:r>
              <w:t>○ A. The difference between the two prices.</w:t>
            </w:r>
          </w:p>
          <w:p w14:paraId="253AB74C" w14:textId="77777777" w:rsidR="00BE3968" w:rsidRDefault="00CA6E70">
            <w:pPr>
              <w:pStyle w:val="CMRBodySmall"/>
              <w:spacing w:after="80"/>
            </w:pPr>
            <w:r>
              <w:t>○ B. What the two items cost together.</w:t>
            </w:r>
          </w:p>
          <w:p w14:paraId="58969EAC" w14:textId="77777777" w:rsidR="00BE3968" w:rsidRDefault="00CA6E70">
            <w:pPr>
              <w:pStyle w:val="CMRBodySmall"/>
              <w:spacing w:after="40"/>
            </w:pPr>
            <w:r>
              <w:rPr>
                <w:b/>
              </w:rPr>
              <w:t>STEP 2 — WHAT DO I KNOW?</w:t>
            </w:r>
          </w:p>
          <w:p w14:paraId="255211F0" w14:textId="77777777" w:rsidR="00BE3968" w:rsidRDefault="00CA6E70">
            <w:pPr>
              <w:pStyle w:val="CMRBodySmall"/>
              <w:spacing w:after="40"/>
            </w:pPr>
            <w:r>
              <w:t>Lower price: ____________________</w:t>
            </w:r>
          </w:p>
          <w:p w14:paraId="5886FBC7" w14:textId="77777777" w:rsidR="00BE3968" w:rsidRDefault="00CA6E70">
            <w:pPr>
              <w:pStyle w:val="CMRBodySmall"/>
              <w:spacing w:after="40"/>
            </w:pPr>
            <w:r>
              <w:t>Higher price: ____________________</w:t>
            </w:r>
          </w:p>
          <w:p w14:paraId="4D75E818" w14:textId="77777777" w:rsidR="00BE3968" w:rsidRDefault="00CA6E70">
            <w:pPr>
              <w:pStyle w:val="CMRBodySmall"/>
              <w:spacing w:after="40"/>
            </w:pPr>
            <w:r>
              <w:rPr>
                <w:b/>
              </w:rPr>
              <w:t>STEP 3 — HOW DO I FIND IT?</w:t>
            </w:r>
          </w:p>
          <w:p w14:paraId="3F55C2A7" w14:textId="77777777" w:rsidR="00BE3968" w:rsidRDefault="00CA6E70">
            <w:pPr>
              <w:pStyle w:val="CMRBodySmall"/>
              <w:spacing w:after="20"/>
            </w:pPr>
            <w:r>
              <w:t>○ A. Subtract the lower price from the higher price.</w:t>
            </w:r>
          </w:p>
          <w:p w14:paraId="581943A7" w14:textId="77777777" w:rsidR="00BE3968" w:rsidRDefault="00CA6E70">
            <w:pPr>
              <w:pStyle w:val="CMRBodySmall"/>
            </w:pPr>
            <w:r>
              <w:t>○ B. Add the two prices.</w:t>
            </w:r>
          </w:p>
          <w:p w14:paraId="5C454657" w14:textId="77777777" w:rsidR="00BE3968" w:rsidRDefault="00CA6E70">
            <w:pPr>
              <w:pStyle w:val="CMRBodySmall"/>
              <w:spacing w:after="120"/>
            </w:pPr>
            <w:r>
              <w:t>My math: ____________________________________________________________</w:t>
            </w:r>
          </w:p>
          <w:p w14:paraId="68A86E4A" w14:textId="77777777" w:rsidR="00BE3968" w:rsidRDefault="00CA6E70">
            <w:pPr>
              <w:pStyle w:val="CMRBodySmall"/>
              <w:spacing w:after="120"/>
            </w:pPr>
            <w:r>
              <w:t>____________________________________________________________________</w:t>
            </w:r>
          </w:p>
          <w:p w14:paraId="209C024C" w14:textId="77777777" w:rsidR="00BE3968" w:rsidRDefault="00CA6E70">
            <w:pPr>
              <w:pStyle w:val="CMRBodySmall"/>
              <w:spacing w:after="100"/>
            </w:pPr>
            <w:r>
              <w:t>Answer and check: ___________________________________________________</w:t>
            </w:r>
          </w:p>
        </w:tc>
      </w:tr>
    </w:tbl>
    <w:p w14:paraId="4FD280E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91DDE8C" w14:textId="77777777">
        <w:tc>
          <w:tcPr>
            <w:tcW w:w="10036" w:type="dxa"/>
            <w:tcMar>
              <w:top w:w="70" w:type="dxa"/>
              <w:left w:w="140" w:type="dxa"/>
              <w:bottom w:w="85" w:type="dxa"/>
              <w:right w:w="140" w:type="dxa"/>
            </w:tcMar>
          </w:tcPr>
          <w:p w14:paraId="59A78FD5" w14:textId="77777777" w:rsidR="00BE3968" w:rsidRDefault="00BE3968"/>
          <w:p w14:paraId="0C45B287" w14:textId="77777777" w:rsidR="00BE3968" w:rsidRDefault="00CA6E70">
            <w:pPr>
              <w:pStyle w:val="CMRBodySmall"/>
            </w:pPr>
            <w:r>
              <w:rPr>
                <w:b/>
              </w:rPr>
              <w:t>PROBLEM S1-026</w:t>
            </w:r>
          </w:p>
          <w:p w14:paraId="68DE97D8" w14:textId="77777777" w:rsidR="00BE3968" w:rsidRDefault="00CA6E70">
            <w:pPr>
              <w:spacing w:after="140"/>
            </w:pPr>
            <w:r>
              <w:t>Kevin compares two backpacks. The blue one is $35.00 and the gray one is $28.00. How much cheaper is the gray backpack?</w:t>
            </w:r>
          </w:p>
          <w:p w14:paraId="3E741927" w14:textId="77777777" w:rsidR="00BE3968" w:rsidRDefault="00CA6E70">
            <w:pPr>
              <w:pStyle w:val="CMRBodySmall"/>
              <w:spacing w:after="40"/>
            </w:pPr>
            <w:r>
              <w:rPr>
                <w:b/>
              </w:rPr>
              <w:t>STEP 1 — WHAT DO THEY WANT?</w:t>
            </w:r>
          </w:p>
          <w:p w14:paraId="06F5C54A" w14:textId="77777777" w:rsidR="00BE3968" w:rsidRDefault="00CA6E70">
            <w:pPr>
              <w:pStyle w:val="CMRBodySmall"/>
              <w:spacing w:after="20"/>
            </w:pPr>
            <w:r>
              <w:t>○ A. The price of the cheaper item.</w:t>
            </w:r>
          </w:p>
          <w:p w14:paraId="1D9E4C60" w14:textId="77777777" w:rsidR="00BE3968" w:rsidRDefault="00CA6E70">
            <w:pPr>
              <w:pStyle w:val="CMRBodySmall"/>
              <w:spacing w:after="80"/>
            </w:pPr>
            <w:r>
              <w:t>○ B. How much less one item costs than the other.</w:t>
            </w:r>
          </w:p>
          <w:p w14:paraId="5CE4C3F5" w14:textId="77777777" w:rsidR="00BE3968" w:rsidRDefault="00CA6E70">
            <w:pPr>
              <w:pStyle w:val="CMRBodySmall"/>
              <w:spacing w:after="40"/>
            </w:pPr>
            <w:r>
              <w:rPr>
                <w:b/>
              </w:rPr>
              <w:t>STEP 2 — WHAT DO I KNOW?</w:t>
            </w:r>
          </w:p>
          <w:p w14:paraId="4F3E79FA" w14:textId="77777777" w:rsidR="00BE3968" w:rsidRDefault="00CA6E70">
            <w:pPr>
              <w:pStyle w:val="CMRBodySmall"/>
              <w:spacing w:after="40"/>
            </w:pPr>
            <w:r>
              <w:t>Lower price: ____________________</w:t>
            </w:r>
          </w:p>
          <w:p w14:paraId="2ADA3BD8" w14:textId="77777777" w:rsidR="00BE3968" w:rsidRDefault="00CA6E70">
            <w:pPr>
              <w:pStyle w:val="CMRBodySmall"/>
              <w:spacing w:after="40"/>
            </w:pPr>
            <w:r>
              <w:t>Higher price: ____________________</w:t>
            </w:r>
          </w:p>
          <w:p w14:paraId="1136A703" w14:textId="77777777" w:rsidR="00BE3968" w:rsidRDefault="00CA6E70">
            <w:pPr>
              <w:pStyle w:val="CMRBodySmall"/>
              <w:spacing w:after="40"/>
            </w:pPr>
            <w:r>
              <w:rPr>
                <w:b/>
              </w:rPr>
              <w:t>STEP 3 — HOW DO I FIND IT?</w:t>
            </w:r>
          </w:p>
          <w:p w14:paraId="78B1D3E3" w14:textId="77777777" w:rsidR="00BE3968" w:rsidRDefault="00CA6E70">
            <w:pPr>
              <w:pStyle w:val="CMRBodySmall"/>
              <w:spacing w:after="20"/>
            </w:pPr>
            <w:r>
              <w:t>○ A. Use only the higher price.</w:t>
            </w:r>
          </w:p>
          <w:p w14:paraId="591A9556" w14:textId="77777777" w:rsidR="00BE3968" w:rsidRDefault="00CA6E70">
            <w:pPr>
              <w:pStyle w:val="CMRBodySmall"/>
            </w:pPr>
            <w:r>
              <w:t>○ B. Find the difference by subtracting.</w:t>
            </w:r>
          </w:p>
          <w:p w14:paraId="6BDFF768" w14:textId="77777777" w:rsidR="00BE3968" w:rsidRDefault="00CA6E70">
            <w:pPr>
              <w:pStyle w:val="CMRBodySmall"/>
              <w:spacing w:after="120"/>
            </w:pPr>
            <w:r>
              <w:t>My math: ____________________________________________________________</w:t>
            </w:r>
          </w:p>
          <w:p w14:paraId="0A233198" w14:textId="77777777" w:rsidR="00BE3968" w:rsidRDefault="00CA6E70">
            <w:pPr>
              <w:pStyle w:val="CMRBodySmall"/>
              <w:spacing w:after="120"/>
            </w:pPr>
            <w:r>
              <w:t>____________________________________________________________________</w:t>
            </w:r>
          </w:p>
          <w:p w14:paraId="03323B69" w14:textId="77777777" w:rsidR="00BE3968" w:rsidRDefault="00CA6E70">
            <w:pPr>
              <w:pStyle w:val="CMRBodySmall"/>
              <w:spacing w:after="100"/>
            </w:pPr>
            <w:r>
              <w:t>Answer and check: ___________________________________________________</w:t>
            </w:r>
          </w:p>
        </w:tc>
      </w:tr>
    </w:tbl>
    <w:p w14:paraId="49EF6B91" w14:textId="77777777" w:rsidR="00BE3968" w:rsidRDefault="00CA6E70">
      <w:r>
        <w:br w:type="page"/>
      </w:r>
    </w:p>
    <w:p w14:paraId="00FE67D5" w14:textId="77777777" w:rsidR="00BE3968" w:rsidRDefault="00CA6E70">
      <w:pPr>
        <w:pStyle w:val="CMRSmallLabel"/>
        <w:spacing w:after="60"/>
      </w:pPr>
      <w:r>
        <w:rPr>
          <w:b w:val="0"/>
        </w:rPr>
        <w:lastRenderedPageBreak/>
        <w:t>SECTION 1  |  TOPIC 03  |  PRACTICE PAGE 4/5</w:t>
      </w:r>
    </w:p>
    <w:p w14:paraId="3AE1F4CD" w14:textId="77777777" w:rsidR="00BE3968" w:rsidRDefault="00CA6E70">
      <w:pPr>
        <w:pStyle w:val="CMRPageTitle"/>
        <w:spacing w:after="60"/>
      </w:pPr>
      <w:r>
        <w:rPr>
          <w:b w:val="0"/>
        </w:rPr>
        <w:t>Comparing prices</w:t>
      </w:r>
    </w:p>
    <w:p w14:paraId="09792C9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51278E8" w14:textId="77777777">
        <w:tc>
          <w:tcPr>
            <w:tcW w:w="10036" w:type="dxa"/>
            <w:shd w:val="clear" w:color="auto" w:fill="F5F8F9"/>
            <w:tcMar>
              <w:top w:w="70" w:type="dxa"/>
              <w:left w:w="140" w:type="dxa"/>
              <w:bottom w:w="85" w:type="dxa"/>
              <w:right w:w="140" w:type="dxa"/>
            </w:tcMar>
          </w:tcPr>
          <w:p w14:paraId="08AFC904" w14:textId="77777777" w:rsidR="00BE3968" w:rsidRDefault="00BE3968"/>
          <w:p w14:paraId="5ABF481D" w14:textId="77777777" w:rsidR="00BE3968" w:rsidRDefault="00CA6E70">
            <w:pPr>
              <w:pStyle w:val="CMRBodySmall"/>
            </w:pPr>
            <w:r>
              <w:rPr>
                <w:b/>
              </w:rPr>
              <w:t>PROBLEM S1-027</w:t>
            </w:r>
          </w:p>
          <w:p w14:paraId="773E5A12" w14:textId="77777777" w:rsidR="00BE3968" w:rsidRDefault="00CA6E70">
            <w:pPr>
              <w:spacing w:after="140"/>
            </w:pPr>
            <w:r>
              <w:t>At a store, one pair of work boots costs $14.00. A second pair costs $21.00. How much more does the second pair cost?</w:t>
            </w:r>
          </w:p>
          <w:p w14:paraId="2E126711" w14:textId="77777777" w:rsidR="00BE3968" w:rsidRDefault="00CA6E70">
            <w:pPr>
              <w:pStyle w:val="CMRBodySmall"/>
              <w:spacing w:after="40"/>
            </w:pPr>
            <w:r>
              <w:rPr>
                <w:b/>
              </w:rPr>
              <w:t>STEP 1 — WHAT DO THEY WANT?</w:t>
            </w:r>
          </w:p>
          <w:p w14:paraId="1308BAD7" w14:textId="77777777" w:rsidR="00BE3968" w:rsidRDefault="00CA6E70">
            <w:pPr>
              <w:pStyle w:val="CMRBodySmall"/>
              <w:spacing w:after="20"/>
            </w:pPr>
            <w:r>
              <w:t>○ A. How far apart the two prices are.</w:t>
            </w:r>
          </w:p>
          <w:p w14:paraId="50F47E68" w14:textId="77777777" w:rsidR="00BE3968" w:rsidRDefault="00CA6E70">
            <w:pPr>
              <w:pStyle w:val="CMRBodySmall"/>
              <w:spacing w:after="80"/>
            </w:pPr>
            <w:r>
              <w:t>○ B. The price of the more expensive item.</w:t>
            </w:r>
          </w:p>
          <w:p w14:paraId="4EA22D61" w14:textId="77777777" w:rsidR="00BE3968" w:rsidRDefault="00CA6E70">
            <w:pPr>
              <w:pStyle w:val="CMRBodySmall"/>
              <w:spacing w:after="40"/>
            </w:pPr>
            <w:r>
              <w:rPr>
                <w:b/>
              </w:rPr>
              <w:t>STEP 2 — WHAT DO I KNOW?</w:t>
            </w:r>
          </w:p>
          <w:p w14:paraId="3EB3B4A9" w14:textId="77777777" w:rsidR="00BE3968" w:rsidRDefault="00CA6E70">
            <w:pPr>
              <w:pStyle w:val="CMRBodySmall"/>
              <w:spacing w:after="40"/>
            </w:pPr>
            <w:r>
              <w:t>Lower price: ____________________</w:t>
            </w:r>
          </w:p>
          <w:p w14:paraId="0F2689BE" w14:textId="77777777" w:rsidR="00BE3968" w:rsidRDefault="00CA6E70">
            <w:pPr>
              <w:pStyle w:val="CMRBodySmall"/>
              <w:spacing w:after="40"/>
            </w:pPr>
            <w:r>
              <w:t>Higher price: ____________________</w:t>
            </w:r>
          </w:p>
          <w:p w14:paraId="547F0966" w14:textId="77777777" w:rsidR="00BE3968" w:rsidRDefault="00CA6E70">
            <w:pPr>
              <w:pStyle w:val="CMRBodySmall"/>
              <w:spacing w:after="40"/>
            </w:pPr>
            <w:r>
              <w:rPr>
                <w:b/>
              </w:rPr>
              <w:t>STEP 3 — HOW DO I FIND IT?</w:t>
            </w:r>
          </w:p>
          <w:p w14:paraId="289883EB" w14:textId="77777777" w:rsidR="00BE3968" w:rsidRDefault="00CA6E70">
            <w:pPr>
              <w:pStyle w:val="CMRBodySmall"/>
              <w:spacing w:after="20"/>
            </w:pPr>
            <w:r>
              <w:t>○ A. Add the two prices.</w:t>
            </w:r>
          </w:p>
          <w:p w14:paraId="7E099D7E" w14:textId="77777777" w:rsidR="00BE3968" w:rsidRDefault="00CA6E70">
            <w:pPr>
              <w:pStyle w:val="CMRBodySmall"/>
            </w:pPr>
            <w:r>
              <w:t>○ B. Subtract the lower price from the higher price.</w:t>
            </w:r>
          </w:p>
          <w:p w14:paraId="51EBE3C8" w14:textId="77777777" w:rsidR="00BE3968" w:rsidRDefault="00CA6E70">
            <w:pPr>
              <w:pStyle w:val="CMRBodySmall"/>
              <w:spacing w:after="120"/>
            </w:pPr>
            <w:r>
              <w:t>My math: ____________________________________________________________</w:t>
            </w:r>
          </w:p>
          <w:p w14:paraId="618E56FB" w14:textId="77777777" w:rsidR="00BE3968" w:rsidRDefault="00CA6E70">
            <w:pPr>
              <w:pStyle w:val="CMRBodySmall"/>
              <w:spacing w:after="120"/>
            </w:pPr>
            <w:r>
              <w:t>____________________________________________________________________</w:t>
            </w:r>
          </w:p>
          <w:p w14:paraId="2CABC788" w14:textId="77777777" w:rsidR="00BE3968" w:rsidRDefault="00CA6E70">
            <w:pPr>
              <w:pStyle w:val="CMRBodySmall"/>
              <w:spacing w:after="100"/>
            </w:pPr>
            <w:r>
              <w:t>Answer and check: ___________________________________________________</w:t>
            </w:r>
          </w:p>
        </w:tc>
      </w:tr>
    </w:tbl>
    <w:p w14:paraId="40B5479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415F02C" w14:textId="77777777">
        <w:tc>
          <w:tcPr>
            <w:tcW w:w="10036" w:type="dxa"/>
            <w:tcMar>
              <w:top w:w="70" w:type="dxa"/>
              <w:left w:w="140" w:type="dxa"/>
              <w:bottom w:w="85" w:type="dxa"/>
              <w:right w:w="140" w:type="dxa"/>
            </w:tcMar>
          </w:tcPr>
          <w:p w14:paraId="0587D6CE" w14:textId="77777777" w:rsidR="00BE3968" w:rsidRDefault="00BE3968"/>
          <w:p w14:paraId="47484EBD" w14:textId="77777777" w:rsidR="00BE3968" w:rsidRDefault="00CA6E70">
            <w:pPr>
              <w:pStyle w:val="CMRBodySmall"/>
            </w:pPr>
            <w:r>
              <w:rPr>
                <w:b/>
              </w:rPr>
              <w:t>PROBLEM S1-028</w:t>
            </w:r>
          </w:p>
          <w:p w14:paraId="3C018173" w14:textId="77777777" w:rsidR="00BE3968" w:rsidRDefault="00CA6E70">
            <w:pPr>
              <w:spacing w:after="140"/>
            </w:pPr>
            <w:r>
              <w:t>A basic phone case is $17.00. A heavy-duty phone case is $24.00. Andre wants to know the difference in price between the two cases. What is it?</w:t>
            </w:r>
          </w:p>
          <w:p w14:paraId="20CFFBFC" w14:textId="77777777" w:rsidR="00BE3968" w:rsidRDefault="00CA6E70">
            <w:pPr>
              <w:pStyle w:val="CMRBodySmall"/>
              <w:spacing w:after="40"/>
            </w:pPr>
            <w:r>
              <w:rPr>
                <w:b/>
              </w:rPr>
              <w:t>STEP 1 — WHAT DO THEY WANT?</w:t>
            </w:r>
          </w:p>
          <w:p w14:paraId="6602B8E7" w14:textId="77777777" w:rsidR="00BE3968" w:rsidRDefault="00CA6E70">
            <w:pPr>
              <w:pStyle w:val="CMRBodySmall"/>
              <w:spacing w:after="20"/>
            </w:pPr>
            <w:r>
              <w:t>○ A. What the two items cost together.</w:t>
            </w:r>
          </w:p>
          <w:p w14:paraId="117C6544" w14:textId="77777777" w:rsidR="00BE3968" w:rsidRDefault="00CA6E70">
            <w:pPr>
              <w:pStyle w:val="CMRBodySmall"/>
              <w:spacing w:after="80"/>
            </w:pPr>
            <w:r>
              <w:t>○ B. The difference between the two prices.</w:t>
            </w:r>
          </w:p>
          <w:p w14:paraId="6C459208" w14:textId="77777777" w:rsidR="00BE3968" w:rsidRDefault="00CA6E70">
            <w:pPr>
              <w:pStyle w:val="CMRBodySmall"/>
              <w:spacing w:after="40"/>
            </w:pPr>
            <w:r>
              <w:rPr>
                <w:b/>
              </w:rPr>
              <w:t>STEP 2 — WHAT DO I KNOW?</w:t>
            </w:r>
          </w:p>
          <w:p w14:paraId="44001CD1" w14:textId="77777777" w:rsidR="00BE3968" w:rsidRDefault="00CA6E70">
            <w:pPr>
              <w:pStyle w:val="CMRBodySmall"/>
              <w:spacing w:after="40"/>
            </w:pPr>
            <w:r>
              <w:t>Lower price: ____________________</w:t>
            </w:r>
          </w:p>
          <w:p w14:paraId="535E4495" w14:textId="77777777" w:rsidR="00BE3968" w:rsidRDefault="00CA6E70">
            <w:pPr>
              <w:pStyle w:val="CMRBodySmall"/>
              <w:spacing w:after="40"/>
            </w:pPr>
            <w:r>
              <w:t>Higher price: ____________________</w:t>
            </w:r>
          </w:p>
          <w:p w14:paraId="6279ECFB" w14:textId="77777777" w:rsidR="00BE3968" w:rsidRDefault="00CA6E70">
            <w:pPr>
              <w:pStyle w:val="CMRBodySmall"/>
              <w:spacing w:after="40"/>
            </w:pPr>
            <w:r>
              <w:rPr>
                <w:b/>
              </w:rPr>
              <w:t>STEP 3 — HOW DO I FIND IT?</w:t>
            </w:r>
          </w:p>
          <w:p w14:paraId="7A8545C0" w14:textId="77777777" w:rsidR="00BE3968" w:rsidRDefault="00CA6E70">
            <w:pPr>
              <w:pStyle w:val="CMRBodySmall"/>
              <w:spacing w:after="20"/>
            </w:pPr>
            <w:r>
              <w:t>○ A. Find the difference by subtracting.</w:t>
            </w:r>
          </w:p>
          <w:p w14:paraId="65D1DE85" w14:textId="77777777" w:rsidR="00BE3968" w:rsidRDefault="00CA6E70">
            <w:pPr>
              <w:pStyle w:val="CMRBodySmall"/>
            </w:pPr>
            <w:r>
              <w:t>○ B. Use only the higher price.</w:t>
            </w:r>
          </w:p>
          <w:p w14:paraId="3F527340" w14:textId="77777777" w:rsidR="00BE3968" w:rsidRDefault="00CA6E70">
            <w:pPr>
              <w:pStyle w:val="CMRBodySmall"/>
              <w:spacing w:after="120"/>
            </w:pPr>
            <w:r>
              <w:t>My math: ____________________________________________________________</w:t>
            </w:r>
          </w:p>
          <w:p w14:paraId="591C3D68" w14:textId="77777777" w:rsidR="00BE3968" w:rsidRDefault="00CA6E70">
            <w:pPr>
              <w:pStyle w:val="CMRBodySmall"/>
              <w:spacing w:after="120"/>
            </w:pPr>
            <w:r>
              <w:t>____________________________________________________________________</w:t>
            </w:r>
          </w:p>
          <w:p w14:paraId="2B6CB2D9" w14:textId="77777777" w:rsidR="00BE3968" w:rsidRDefault="00CA6E70">
            <w:pPr>
              <w:pStyle w:val="CMRBodySmall"/>
              <w:spacing w:after="100"/>
            </w:pPr>
            <w:r>
              <w:t>Answer and check: ___________________________________________________</w:t>
            </w:r>
          </w:p>
        </w:tc>
      </w:tr>
    </w:tbl>
    <w:p w14:paraId="58AB8A72" w14:textId="77777777" w:rsidR="00BE3968" w:rsidRDefault="00CA6E70">
      <w:r>
        <w:br w:type="page"/>
      </w:r>
    </w:p>
    <w:p w14:paraId="47EB15AC" w14:textId="77777777" w:rsidR="00BE3968" w:rsidRDefault="00CA6E70">
      <w:pPr>
        <w:pStyle w:val="CMRSmallLabel"/>
        <w:spacing w:after="60"/>
      </w:pPr>
      <w:r>
        <w:rPr>
          <w:b w:val="0"/>
        </w:rPr>
        <w:lastRenderedPageBreak/>
        <w:t>SECTION 1  |  TOPIC 03  |  PRACTICE PAGE 5/5</w:t>
      </w:r>
    </w:p>
    <w:p w14:paraId="20AB54A8" w14:textId="77777777" w:rsidR="00BE3968" w:rsidRDefault="00CA6E70">
      <w:pPr>
        <w:pStyle w:val="CMRPageTitle"/>
        <w:spacing w:after="60"/>
      </w:pPr>
      <w:r>
        <w:rPr>
          <w:b w:val="0"/>
        </w:rPr>
        <w:t>Comparing prices</w:t>
      </w:r>
    </w:p>
    <w:p w14:paraId="67DB7D7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CF71391" w14:textId="77777777">
        <w:tc>
          <w:tcPr>
            <w:tcW w:w="10036" w:type="dxa"/>
            <w:shd w:val="clear" w:color="auto" w:fill="F5F8F9"/>
            <w:tcMar>
              <w:top w:w="70" w:type="dxa"/>
              <w:left w:w="140" w:type="dxa"/>
              <w:bottom w:w="85" w:type="dxa"/>
              <w:right w:w="140" w:type="dxa"/>
            </w:tcMar>
          </w:tcPr>
          <w:p w14:paraId="6A68D5D5" w14:textId="77777777" w:rsidR="00BE3968" w:rsidRDefault="00BE3968"/>
          <w:p w14:paraId="52E02E89" w14:textId="77777777" w:rsidR="00BE3968" w:rsidRDefault="00CA6E70">
            <w:pPr>
              <w:pStyle w:val="CMRBodySmall"/>
            </w:pPr>
            <w:r>
              <w:rPr>
                <w:b/>
              </w:rPr>
              <w:t>PROBLEM S1-029</w:t>
            </w:r>
          </w:p>
          <w:p w14:paraId="7D6615A8" w14:textId="77777777" w:rsidR="00BE3968" w:rsidRDefault="00CA6E70">
            <w:pPr>
              <w:spacing w:after="140"/>
            </w:pPr>
            <w:r>
              <w:t>Denise compares two backpacks. The blue one is $30.00 and the gray one is $16.00. How much cheaper is the gray backpack?</w:t>
            </w:r>
          </w:p>
          <w:p w14:paraId="5059D0B5" w14:textId="77777777" w:rsidR="00BE3968" w:rsidRDefault="00CA6E70">
            <w:pPr>
              <w:pStyle w:val="CMRBodySmall"/>
              <w:spacing w:after="40"/>
            </w:pPr>
            <w:r>
              <w:rPr>
                <w:b/>
              </w:rPr>
              <w:t>STEP 1 — WHAT DO THEY WANT?</w:t>
            </w:r>
          </w:p>
          <w:p w14:paraId="20A88134" w14:textId="77777777" w:rsidR="00BE3968" w:rsidRDefault="00CA6E70">
            <w:pPr>
              <w:pStyle w:val="CMRBodySmall"/>
              <w:spacing w:after="20"/>
            </w:pPr>
            <w:r>
              <w:t>○ A. How much less one item costs than the other.</w:t>
            </w:r>
          </w:p>
          <w:p w14:paraId="7B716C5F" w14:textId="77777777" w:rsidR="00BE3968" w:rsidRDefault="00CA6E70">
            <w:pPr>
              <w:pStyle w:val="CMRBodySmall"/>
              <w:spacing w:after="80"/>
            </w:pPr>
            <w:r>
              <w:t>○ B. The price of the cheaper item.</w:t>
            </w:r>
          </w:p>
          <w:p w14:paraId="49577977" w14:textId="77777777" w:rsidR="00BE3968" w:rsidRDefault="00CA6E70">
            <w:pPr>
              <w:pStyle w:val="CMRBodySmall"/>
              <w:spacing w:after="40"/>
            </w:pPr>
            <w:r>
              <w:rPr>
                <w:b/>
              </w:rPr>
              <w:t>STEP 2 — WHAT DO I KNOW?</w:t>
            </w:r>
          </w:p>
          <w:p w14:paraId="3BDB94EF" w14:textId="77777777" w:rsidR="00BE3968" w:rsidRDefault="00CA6E70">
            <w:pPr>
              <w:pStyle w:val="CMRBodySmall"/>
              <w:spacing w:after="40"/>
            </w:pPr>
            <w:r>
              <w:t>Lower price: ____________________</w:t>
            </w:r>
          </w:p>
          <w:p w14:paraId="71ED7255" w14:textId="77777777" w:rsidR="00BE3968" w:rsidRDefault="00CA6E70">
            <w:pPr>
              <w:pStyle w:val="CMRBodySmall"/>
              <w:spacing w:after="40"/>
            </w:pPr>
            <w:r>
              <w:t>Higher price: ____________________</w:t>
            </w:r>
          </w:p>
          <w:p w14:paraId="3D481B18" w14:textId="77777777" w:rsidR="00BE3968" w:rsidRDefault="00CA6E70">
            <w:pPr>
              <w:pStyle w:val="CMRBodySmall"/>
              <w:spacing w:after="40"/>
            </w:pPr>
            <w:r>
              <w:rPr>
                <w:b/>
              </w:rPr>
              <w:t>STEP 3 — HOW DO I FIND IT?</w:t>
            </w:r>
          </w:p>
          <w:p w14:paraId="12443712" w14:textId="77777777" w:rsidR="00BE3968" w:rsidRDefault="00CA6E70">
            <w:pPr>
              <w:pStyle w:val="CMRBodySmall"/>
              <w:spacing w:after="20"/>
            </w:pPr>
            <w:r>
              <w:t>○ A. Add the two prices.</w:t>
            </w:r>
          </w:p>
          <w:p w14:paraId="5E016EBA" w14:textId="77777777" w:rsidR="00BE3968" w:rsidRDefault="00CA6E70">
            <w:pPr>
              <w:pStyle w:val="CMRBodySmall"/>
            </w:pPr>
            <w:r>
              <w:t>○ B. Subtract the lower price from the higher price.</w:t>
            </w:r>
          </w:p>
          <w:p w14:paraId="7801B075" w14:textId="77777777" w:rsidR="00BE3968" w:rsidRDefault="00CA6E70">
            <w:pPr>
              <w:pStyle w:val="CMRBodySmall"/>
              <w:spacing w:after="120"/>
            </w:pPr>
            <w:r>
              <w:t>My math: ____________________________________________________________</w:t>
            </w:r>
          </w:p>
          <w:p w14:paraId="73DB5F01" w14:textId="77777777" w:rsidR="00BE3968" w:rsidRDefault="00CA6E70">
            <w:pPr>
              <w:pStyle w:val="CMRBodySmall"/>
              <w:spacing w:after="120"/>
            </w:pPr>
            <w:r>
              <w:t>____________________________________________________________________</w:t>
            </w:r>
          </w:p>
          <w:p w14:paraId="41D895C9" w14:textId="77777777" w:rsidR="00BE3968" w:rsidRDefault="00CA6E70">
            <w:pPr>
              <w:pStyle w:val="CMRBodySmall"/>
              <w:spacing w:after="100"/>
            </w:pPr>
            <w:r>
              <w:t>Answer and check: ___________________________________________________</w:t>
            </w:r>
          </w:p>
        </w:tc>
      </w:tr>
    </w:tbl>
    <w:p w14:paraId="1DB6697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56E2BA0" w14:textId="77777777">
        <w:tc>
          <w:tcPr>
            <w:tcW w:w="10036" w:type="dxa"/>
            <w:tcMar>
              <w:top w:w="70" w:type="dxa"/>
              <w:left w:w="140" w:type="dxa"/>
              <w:bottom w:w="85" w:type="dxa"/>
              <w:right w:w="140" w:type="dxa"/>
            </w:tcMar>
          </w:tcPr>
          <w:p w14:paraId="79F887CA" w14:textId="77777777" w:rsidR="00BE3968" w:rsidRDefault="00BE3968"/>
          <w:p w14:paraId="4E7E4BDD" w14:textId="77777777" w:rsidR="00BE3968" w:rsidRDefault="00CA6E70">
            <w:pPr>
              <w:pStyle w:val="CMRBodySmall"/>
            </w:pPr>
            <w:r>
              <w:rPr>
                <w:b/>
              </w:rPr>
              <w:t>PROBLEM S1-030</w:t>
            </w:r>
          </w:p>
          <w:p w14:paraId="5E31444F" w14:textId="77777777" w:rsidR="00BE3968" w:rsidRDefault="00CA6E70">
            <w:pPr>
              <w:spacing w:after="140"/>
            </w:pPr>
            <w:r>
              <w:t>At a store, one pair of work boots costs $15.00. A second pair costs $21.00. How much more does the second pair cost?</w:t>
            </w:r>
          </w:p>
          <w:p w14:paraId="2316818A" w14:textId="77777777" w:rsidR="00BE3968" w:rsidRDefault="00CA6E70">
            <w:pPr>
              <w:pStyle w:val="CMRBodySmall"/>
              <w:spacing w:after="40"/>
            </w:pPr>
            <w:r>
              <w:rPr>
                <w:b/>
              </w:rPr>
              <w:t>STEP 1 — WHAT DO THEY WANT?</w:t>
            </w:r>
          </w:p>
          <w:p w14:paraId="317441C2" w14:textId="77777777" w:rsidR="00BE3968" w:rsidRDefault="00CA6E70">
            <w:pPr>
              <w:pStyle w:val="CMRBodySmall"/>
              <w:spacing w:after="20"/>
            </w:pPr>
            <w:r>
              <w:t>○ A. The price of the more expensive item.</w:t>
            </w:r>
          </w:p>
          <w:p w14:paraId="540B72E9" w14:textId="77777777" w:rsidR="00BE3968" w:rsidRDefault="00CA6E70">
            <w:pPr>
              <w:pStyle w:val="CMRBodySmall"/>
              <w:spacing w:after="80"/>
            </w:pPr>
            <w:r>
              <w:t>○ B. How far apart the two prices are.</w:t>
            </w:r>
          </w:p>
          <w:p w14:paraId="564440C4" w14:textId="77777777" w:rsidR="00BE3968" w:rsidRDefault="00CA6E70">
            <w:pPr>
              <w:pStyle w:val="CMRBodySmall"/>
              <w:spacing w:after="40"/>
            </w:pPr>
            <w:r>
              <w:rPr>
                <w:b/>
              </w:rPr>
              <w:t>STEP 2 — WHAT DO I KNOW?</w:t>
            </w:r>
          </w:p>
          <w:p w14:paraId="13757D2B" w14:textId="77777777" w:rsidR="00BE3968" w:rsidRDefault="00CA6E70">
            <w:pPr>
              <w:pStyle w:val="CMRBodySmall"/>
              <w:spacing w:after="40"/>
            </w:pPr>
            <w:r>
              <w:t>Lower price: ____________________</w:t>
            </w:r>
          </w:p>
          <w:p w14:paraId="1D4F858F" w14:textId="77777777" w:rsidR="00BE3968" w:rsidRDefault="00CA6E70">
            <w:pPr>
              <w:pStyle w:val="CMRBodySmall"/>
              <w:spacing w:after="40"/>
            </w:pPr>
            <w:r>
              <w:t>Higher price: ____________________</w:t>
            </w:r>
          </w:p>
          <w:p w14:paraId="0EC37580" w14:textId="77777777" w:rsidR="00BE3968" w:rsidRDefault="00CA6E70">
            <w:pPr>
              <w:pStyle w:val="CMRBodySmall"/>
              <w:spacing w:after="40"/>
            </w:pPr>
            <w:r>
              <w:rPr>
                <w:b/>
              </w:rPr>
              <w:t>STEP 3 — HOW DO I FIND IT?</w:t>
            </w:r>
          </w:p>
          <w:p w14:paraId="7B7F6BF7" w14:textId="77777777" w:rsidR="00BE3968" w:rsidRDefault="00CA6E70">
            <w:pPr>
              <w:pStyle w:val="CMRBodySmall"/>
              <w:spacing w:after="20"/>
            </w:pPr>
            <w:r>
              <w:t>○ A. Use only the higher price.</w:t>
            </w:r>
          </w:p>
          <w:p w14:paraId="625DD2F9" w14:textId="77777777" w:rsidR="00BE3968" w:rsidRDefault="00CA6E70">
            <w:pPr>
              <w:pStyle w:val="CMRBodySmall"/>
            </w:pPr>
            <w:r>
              <w:t>○ B. Find the difference by subtracting.</w:t>
            </w:r>
          </w:p>
          <w:p w14:paraId="44737831" w14:textId="77777777" w:rsidR="00BE3968" w:rsidRDefault="00CA6E70">
            <w:pPr>
              <w:pStyle w:val="CMRBodySmall"/>
              <w:spacing w:after="120"/>
            </w:pPr>
            <w:r>
              <w:t>My math: ____________________________________________________________</w:t>
            </w:r>
          </w:p>
          <w:p w14:paraId="1CD6D28F" w14:textId="77777777" w:rsidR="00BE3968" w:rsidRDefault="00CA6E70">
            <w:pPr>
              <w:pStyle w:val="CMRBodySmall"/>
              <w:spacing w:after="120"/>
            </w:pPr>
            <w:r>
              <w:t>____________________________________________________________________</w:t>
            </w:r>
          </w:p>
          <w:p w14:paraId="78587ADB" w14:textId="77777777" w:rsidR="00BE3968" w:rsidRDefault="00CA6E70">
            <w:pPr>
              <w:pStyle w:val="CMRBodySmall"/>
              <w:spacing w:after="100"/>
            </w:pPr>
            <w:r>
              <w:t>Answer and check: ___________________________________________________</w:t>
            </w:r>
          </w:p>
        </w:tc>
      </w:tr>
    </w:tbl>
    <w:p w14:paraId="1E8C93EF" w14:textId="77777777" w:rsidR="00BE3968" w:rsidRDefault="00CA6E70">
      <w:r>
        <w:br w:type="page"/>
      </w:r>
    </w:p>
    <w:p w14:paraId="12140694" w14:textId="77777777" w:rsidR="00BE3968" w:rsidRDefault="00CA6E70">
      <w:pPr>
        <w:pStyle w:val="CMRSmallLabel"/>
        <w:spacing w:after="60"/>
      </w:pPr>
      <w:r>
        <w:rPr>
          <w:b w:val="0"/>
        </w:rPr>
        <w:lastRenderedPageBreak/>
        <w:t>SECTION 1  |  TOPIC 04  |  PRACTICE PAGE 1/5</w:t>
      </w:r>
    </w:p>
    <w:p w14:paraId="254D0B92" w14:textId="77777777" w:rsidR="00BE3968" w:rsidRDefault="00CA6E70">
      <w:pPr>
        <w:pStyle w:val="CMRPageTitle"/>
        <w:spacing w:after="60"/>
      </w:pPr>
      <w:r>
        <w:rPr>
          <w:b w:val="0"/>
        </w:rPr>
        <w:t>Reaching a goal</w:t>
      </w:r>
    </w:p>
    <w:p w14:paraId="17C1B589" w14:textId="77777777" w:rsidR="00BE3968" w:rsidRDefault="00CA6E70">
      <w:pPr>
        <w:pStyle w:val="CMRBodySmall"/>
        <w:spacing w:after="100"/>
      </w:pPr>
      <w:r>
        <w:t>Remember: Know a target and what is already completed; find what is still needed.</w:t>
      </w:r>
    </w:p>
    <w:tbl>
      <w:tblPr>
        <w:tblW w:w="0" w:type="auto"/>
        <w:tblLayout w:type="fixed"/>
        <w:tblLook w:val="04A0" w:firstRow="1" w:lastRow="0" w:firstColumn="1" w:lastColumn="0" w:noHBand="0" w:noVBand="1"/>
      </w:tblPr>
      <w:tblGrid>
        <w:gridCol w:w="10036"/>
      </w:tblGrid>
      <w:tr w:rsidR="00BE3968" w14:paraId="68DB424A" w14:textId="77777777">
        <w:tc>
          <w:tcPr>
            <w:tcW w:w="10036" w:type="dxa"/>
            <w:shd w:val="clear" w:color="auto" w:fill="F5F8F9"/>
            <w:tcMar>
              <w:top w:w="70" w:type="dxa"/>
              <w:left w:w="140" w:type="dxa"/>
              <w:bottom w:w="85" w:type="dxa"/>
              <w:right w:w="140" w:type="dxa"/>
            </w:tcMar>
          </w:tcPr>
          <w:p w14:paraId="7D5E05E8" w14:textId="77777777" w:rsidR="00BE3968" w:rsidRDefault="00BE3968"/>
          <w:p w14:paraId="1B159DE1" w14:textId="77777777" w:rsidR="00BE3968" w:rsidRDefault="00CA6E70">
            <w:pPr>
              <w:pStyle w:val="CMRBodySmall"/>
            </w:pPr>
            <w:r>
              <w:rPr>
                <w:b/>
              </w:rPr>
              <w:t>PROBLEM S1-031</w:t>
            </w:r>
          </w:p>
          <w:p w14:paraId="27567950" w14:textId="77777777" w:rsidR="00BE3968" w:rsidRDefault="00CA6E70">
            <w:pPr>
              <w:spacing w:after="140"/>
            </w:pPr>
            <w:r>
              <w:t>Anthony wants to collect 62 canned foods for a neighborhood food drive. Anthony already has 39 cans. How many more cans are needed to reach the goal?</w:t>
            </w:r>
          </w:p>
          <w:p w14:paraId="3B78AADC" w14:textId="77777777" w:rsidR="00BE3968" w:rsidRDefault="00CA6E70">
            <w:pPr>
              <w:pStyle w:val="CMRBodySmall"/>
              <w:spacing w:after="40"/>
            </w:pPr>
            <w:r>
              <w:rPr>
                <w:b/>
              </w:rPr>
              <w:t>STEP 1 — WHAT DO THEY WANT?</w:t>
            </w:r>
          </w:p>
          <w:p w14:paraId="1F3F87A0" w14:textId="77777777" w:rsidR="00BE3968" w:rsidRDefault="00CA6E70">
            <w:pPr>
              <w:pStyle w:val="CMRBodySmall"/>
              <w:spacing w:after="20"/>
            </w:pPr>
            <w:r>
              <w:t>○ A. How many more are still needed.</w:t>
            </w:r>
          </w:p>
          <w:p w14:paraId="6342C676" w14:textId="77777777" w:rsidR="00BE3968" w:rsidRDefault="00CA6E70">
            <w:pPr>
              <w:pStyle w:val="CMRBodySmall"/>
              <w:spacing w:after="80"/>
            </w:pPr>
            <w:r>
              <w:t>○ B. How many have been collected so far.</w:t>
            </w:r>
          </w:p>
          <w:p w14:paraId="13C485B2" w14:textId="77777777" w:rsidR="00BE3968" w:rsidRDefault="00CA6E70">
            <w:pPr>
              <w:pStyle w:val="CMRBodySmall"/>
              <w:spacing w:after="40"/>
            </w:pPr>
            <w:r>
              <w:rPr>
                <w:b/>
              </w:rPr>
              <w:t>STEP 2 — WHAT DO I KNOW?</w:t>
            </w:r>
          </w:p>
          <w:p w14:paraId="7549B58F" w14:textId="77777777" w:rsidR="00BE3968" w:rsidRDefault="00CA6E70">
            <w:pPr>
              <w:pStyle w:val="CMRBodySmall"/>
              <w:spacing w:after="40"/>
            </w:pPr>
            <w:r>
              <w:t>Goal: ____________________</w:t>
            </w:r>
          </w:p>
          <w:p w14:paraId="27C71C1F" w14:textId="77777777" w:rsidR="00BE3968" w:rsidRDefault="00CA6E70">
            <w:pPr>
              <w:pStyle w:val="CMRBodySmall"/>
              <w:spacing w:after="40"/>
            </w:pPr>
            <w:r>
              <w:t>Already have: ____________________</w:t>
            </w:r>
          </w:p>
          <w:p w14:paraId="1C8E9DC4" w14:textId="77777777" w:rsidR="00BE3968" w:rsidRDefault="00CA6E70">
            <w:pPr>
              <w:pStyle w:val="CMRBodySmall"/>
              <w:spacing w:after="40"/>
            </w:pPr>
            <w:r>
              <w:rPr>
                <w:b/>
              </w:rPr>
              <w:t>STEP 3 — HOW DO I FIND IT?</w:t>
            </w:r>
          </w:p>
          <w:p w14:paraId="26472D24" w14:textId="77777777" w:rsidR="00BE3968" w:rsidRDefault="00CA6E70">
            <w:pPr>
              <w:pStyle w:val="CMRBodySmall"/>
              <w:spacing w:after="20"/>
            </w:pPr>
            <w:r>
              <w:t>○ A. Add the goal and the amount already there.</w:t>
            </w:r>
          </w:p>
          <w:p w14:paraId="139B75C1" w14:textId="77777777" w:rsidR="00BE3968" w:rsidRDefault="00CA6E70">
            <w:pPr>
              <w:pStyle w:val="CMRBodySmall"/>
            </w:pPr>
            <w:r>
              <w:t>○ B. Find the missing part: goal minus what is already there.</w:t>
            </w:r>
          </w:p>
          <w:p w14:paraId="4E011F04" w14:textId="77777777" w:rsidR="00BE3968" w:rsidRDefault="00CA6E70">
            <w:pPr>
              <w:pStyle w:val="CMRBodySmall"/>
              <w:spacing w:after="120"/>
            </w:pPr>
            <w:r>
              <w:t>My math: ____________________________________________________________</w:t>
            </w:r>
          </w:p>
          <w:p w14:paraId="1C0FB53F" w14:textId="77777777" w:rsidR="00BE3968" w:rsidRDefault="00CA6E70">
            <w:pPr>
              <w:pStyle w:val="CMRBodySmall"/>
              <w:spacing w:after="120"/>
            </w:pPr>
            <w:r>
              <w:t>____________________________________________________________________</w:t>
            </w:r>
          </w:p>
          <w:p w14:paraId="21A8EEBB" w14:textId="77777777" w:rsidR="00BE3968" w:rsidRDefault="00CA6E70">
            <w:pPr>
              <w:pStyle w:val="CMRBodySmall"/>
              <w:spacing w:after="100"/>
            </w:pPr>
            <w:r>
              <w:t>Answer and check: ___________________________________________________</w:t>
            </w:r>
          </w:p>
        </w:tc>
      </w:tr>
    </w:tbl>
    <w:p w14:paraId="3E8B003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ACADF12" w14:textId="77777777">
        <w:tc>
          <w:tcPr>
            <w:tcW w:w="10036" w:type="dxa"/>
            <w:tcMar>
              <w:top w:w="70" w:type="dxa"/>
              <w:left w:w="140" w:type="dxa"/>
              <w:bottom w:w="85" w:type="dxa"/>
              <w:right w:w="140" w:type="dxa"/>
            </w:tcMar>
          </w:tcPr>
          <w:p w14:paraId="759487C2" w14:textId="77777777" w:rsidR="00BE3968" w:rsidRDefault="00BE3968"/>
          <w:p w14:paraId="5E2923BF" w14:textId="77777777" w:rsidR="00BE3968" w:rsidRDefault="00CA6E70">
            <w:pPr>
              <w:pStyle w:val="CMRBodySmall"/>
            </w:pPr>
            <w:r>
              <w:rPr>
                <w:b/>
              </w:rPr>
              <w:t>PROBLEM S1-032</w:t>
            </w:r>
          </w:p>
          <w:p w14:paraId="6B4D4368" w14:textId="77777777" w:rsidR="00BE3968" w:rsidRDefault="00CA6E70">
            <w:pPr>
              <w:spacing w:after="140"/>
            </w:pPr>
            <w:r>
              <w:t>A youth program hopes to sign up 70 volunteers. So far, 21 people have signed up. Joseph is in charge of sign-ups. How many more volunteers does the program need?</w:t>
            </w:r>
          </w:p>
          <w:p w14:paraId="0E1FD1A3" w14:textId="77777777" w:rsidR="00BE3968" w:rsidRDefault="00CA6E70">
            <w:pPr>
              <w:pStyle w:val="CMRBodySmall"/>
              <w:spacing w:after="40"/>
            </w:pPr>
            <w:r>
              <w:rPr>
                <w:b/>
              </w:rPr>
              <w:t>STEP 1 — WHAT DO THEY WANT?</w:t>
            </w:r>
          </w:p>
          <w:p w14:paraId="75BA2092" w14:textId="77777777" w:rsidR="00BE3968" w:rsidRDefault="00CA6E70">
            <w:pPr>
              <w:pStyle w:val="CMRBodySmall"/>
              <w:spacing w:after="20"/>
            </w:pPr>
            <w:r>
              <w:t>○ A. The goal and the amount collected added together.</w:t>
            </w:r>
          </w:p>
          <w:p w14:paraId="00807063" w14:textId="77777777" w:rsidR="00BE3968" w:rsidRDefault="00CA6E70">
            <w:pPr>
              <w:pStyle w:val="CMRBodySmall"/>
              <w:spacing w:after="80"/>
            </w:pPr>
            <w:r>
              <w:t>○ B. The amount still missing from the goal.</w:t>
            </w:r>
          </w:p>
          <w:p w14:paraId="5A643671" w14:textId="77777777" w:rsidR="00BE3968" w:rsidRDefault="00CA6E70">
            <w:pPr>
              <w:pStyle w:val="CMRBodySmall"/>
              <w:spacing w:after="40"/>
            </w:pPr>
            <w:r>
              <w:rPr>
                <w:b/>
              </w:rPr>
              <w:t>STEP 2 — WHAT DO I KNOW?</w:t>
            </w:r>
          </w:p>
          <w:p w14:paraId="51897AE5" w14:textId="77777777" w:rsidR="00BE3968" w:rsidRDefault="00CA6E70">
            <w:pPr>
              <w:pStyle w:val="CMRBodySmall"/>
              <w:spacing w:after="40"/>
            </w:pPr>
            <w:r>
              <w:t>Goal: ____________________</w:t>
            </w:r>
          </w:p>
          <w:p w14:paraId="223C9370" w14:textId="77777777" w:rsidR="00BE3968" w:rsidRDefault="00CA6E70">
            <w:pPr>
              <w:pStyle w:val="CMRBodySmall"/>
              <w:spacing w:after="40"/>
            </w:pPr>
            <w:r>
              <w:t>Already have: ____________________</w:t>
            </w:r>
          </w:p>
          <w:p w14:paraId="08F0E6EA" w14:textId="77777777" w:rsidR="00BE3968" w:rsidRDefault="00CA6E70">
            <w:pPr>
              <w:pStyle w:val="CMRBodySmall"/>
              <w:spacing w:after="40"/>
            </w:pPr>
            <w:r>
              <w:rPr>
                <w:b/>
              </w:rPr>
              <w:t>STEP 3 — HOW DO I FIND IT?</w:t>
            </w:r>
          </w:p>
          <w:p w14:paraId="1CD74D77" w14:textId="77777777" w:rsidR="00BE3968" w:rsidRDefault="00CA6E70">
            <w:pPr>
              <w:pStyle w:val="CMRBodySmall"/>
              <w:spacing w:after="20"/>
            </w:pPr>
            <w:r>
              <w:t>○ A. Subtract the amount already collected from the goal.</w:t>
            </w:r>
          </w:p>
          <w:p w14:paraId="0AC39963" w14:textId="77777777" w:rsidR="00BE3968" w:rsidRDefault="00CA6E70">
            <w:pPr>
              <w:pStyle w:val="CMRBodySmall"/>
            </w:pPr>
            <w:r>
              <w:t>○ B. Divide the goal by the amount collected.</w:t>
            </w:r>
          </w:p>
          <w:p w14:paraId="0CE02590" w14:textId="77777777" w:rsidR="00BE3968" w:rsidRDefault="00CA6E70">
            <w:pPr>
              <w:pStyle w:val="CMRBodySmall"/>
              <w:spacing w:after="120"/>
            </w:pPr>
            <w:r>
              <w:t>My math: ____________________________________________________________</w:t>
            </w:r>
          </w:p>
          <w:p w14:paraId="0E0DBA71" w14:textId="77777777" w:rsidR="00BE3968" w:rsidRDefault="00CA6E70">
            <w:pPr>
              <w:pStyle w:val="CMRBodySmall"/>
              <w:spacing w:after="120"/>
            </w:pPr>
            <w:r>
              <w:t>____________________________________________________________________</w:t>
            </w:r>
          </w:p>
          <w:p w14:paraId="3FB62C36" w14:textId="77777777" w:rsidR="00BE3968" w:rsidRDefault="00CA6E70">
            <w:pPr>
              <w:pStyle w:val="CMRBodySmall"/>
              <w:spacing w:after="100"/>
            </w:pPr>
            <w:r>
              <w:t>Answer and check: ___________________________________________________</w:t>
            </w:r>
          </w:p>
        </w:tc>
      </w:tr>
    </w:tbl>
    <w:p w14:paraId="63DC8C01" w14:textId="77777777" w:rsidR="00BE3968" w:rsidRDefault="00CA6E70">
      <w:r>
        <w:br w:type="page"/>
      </w:r>
    </w:p>
    <w:p w14:paraId="1EF3F3BB" w14:textId="77777777" w:rsidR="00BE3968" w:rsidRDefault="00CA6E70">
      <w:pPr>
        <w:pStyle w:val="CMRSmallLabel"/>
        <w:spacing w:after="60"/>
      </w:pPr>
      <w:r>
        <w:rPr>
          <w:b w:val="0"/>
        </w:rPr>
        <w:lastRenderedPageBreak/>
        <w:t>SECTION 1  |  TOPIC 04  |  PRACTICE PAGE 2/5</w:t>
      </w:r>
    </w:p>
    <w:p w14:paraId="0FDA1FF5" w14:textId="77777777" w:rsidR="00BE3968" w:rsidRDefault="00CA6E70">
      <w:pPr>
        <w:pStyle w:val="CMRPageTitle"/>
        <w:spacing w:after="60"/>
      </w:pPr>
      <w:r>
        <w:rPr>
          <w:b w:val="0"/>
        </w:rPr>
        <w:t>Reaching a goal</w:t>
      </w:r>
    </w:p>
    <w:p w14:paraId="3E08B75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3650F97" w14:textId="77777777">
        <w:tc>
          <w:tcPr>
            <w:tcW w:w="10036" w:type="dxa"/>
            <w:shd w:val="clear" w:color="auto" w:fill="F5F8F9"/>
            <w:tcMar>
              <w:top w:w="70" w:type="dxa"/>
              <w:left w:w="140" w:type="dxa"/>
              <w:bottom w:w="85" w:type="dxa"/>
              <w:right w:w="140" w:type="dxa"/>
            </w:tcMar>
          </w:tcPr>
          <w:p w14:paraId="6F6F8848" w14:textId="77777777" w:rsidR="00BE3968" w:rsidRDefault="00BE3968"/>
          <w:p w14:paraId="24CC2B04" w14:textId="77777777" w:rsidR="00BE3968" w:rsidRDefault="00CA6E70">
            <w:pPr>
              <w:pStyle w:val="CMRBodySmall"/>
            </w:pPr>
            <w:r>
              <w:rPr>
                <w:b/>
              </w:rPr>
              <w:t>PROBLEM S1-033</w:t>
            </w:r>
          </w:p>
          <w:p w14:paraId="479B11D8" w14:textId="77777777" w:rsidR="00BE3968" w:rsidRDefault="00CA6E70">
            <w:pPr>
              <w:spacing w:after="140"/>
            </w:pPr>
            <w:r>
              <w:t>Angela is collecting winter coats. The goal is 63 coats, and 18 coats have come in. How many coats are still missing?</w:t>
            </w:r>
          </w:p>
          <w:p w14:paraId="230859B2" w14:textId="77777777" w:rsidR="00BE3968" w:rsidRDefault="00CA6E70">
            <w:pPr>
              <w:pStyle w:val="CMRBodySmall"/>
              <w:spacing w:after="40"/>
            </w:pPr>
            <w:r>
              <w:rPr>
                <w:b/>
              </w:rPr>
              <w:t>STEP 1 — WHAT DO THEY WANT?</w:t>
            </w:r>
          </w:p>
          <w:p w14:paraId="1265CD6B" w14:textId="77777777" w:rsidR="00BE3968" w:rsidRDefault="00CA6E70">
            <w:pPr>
              <w:pStyle w:val="CMRBodySmall"/>
              <w:spacing w:after="20"/>
            </w:pPr>
            <w:r>
              <w:t>○ A. How far short of the goal they are now.</w:t>
            </w:r>
          </w:p>
          <w:p w14:paraId="66864DD9" w14:textId="77777777" w:rsidR="00BE3968" w:rsidRDefault="00CA6E70">
            <w:pPr>
              <w:pStyle w:val="CMRBodySmall"/>
              <w:spacing w:after="80"/>
            </w:pPr>
            <w:r>
              <w:t>○ B. The goal amount.</w:t>
            </w:r>
          </w:p>
          <w:p w14:paraId="49655EB7" w14:textId="77777777" w:rsidR="00BE3968" w:rsidRDefault="00CA6E70">
            <w:pPr>
              <w:pStyle w:val="CMRBodySmall"/>
              <w:spacing w:after="40"/>
            </w:pPr>
            <w:r>
              <w:rPr>
                <w:b/>
              </w:rPr>
              <w:t>STEP 2 — WHAT DO I KNOW?</w:t>
            </w:r>
          </w:p>
          <w:p w14:paraId="50EF6700" w14:textId="77777777" w:rsidR="00BE3968" w:rsidRDefault="00CA6E70">
            <w:pPr>
              <w:pStyle w:val="CMRBodySmall"/>
              <w:spacing w:after="40"/>
            </w:pPr>
            <w:r>
              <w:t>Goal: ____________________</w:t>
            </w:r>
          </w:p>
          <w:p w14:paraId="0B4F40A6" w14:textId="77777777" w:rsidR="00BE3968" w:rsidRDefault="00CA6E70">
            <w:pPr>
              <w:pStyle w:val="CMRBodySmall"/>
              <w:spacing w:after="40"/>
            </w:pPr>
            <w:r>
              <w:t>Already have: ____________________</w:t>
            </w:r>
          </w:p>
          <w:p w14:paraId="7A6FC504" w14:textId="77777777" w:rsidR="00BE3968" w:rsidRDefault="00CA6E70">
            <w:pPr>
              <w:pStyle w:val="CMRBodySmall"/>
              <w:spacing w:after="40"/>
            </w:pPr>
            <w:r>
              <w:rPr>
                <w:b/>
              </w:rPr>
              <w:t>STEP 3 — HOW DO I FIND IT?</w:t>
            </w:r>
          </w:p>
          <w:p w14:paraId="2CE62ACF" w14:textId="77777777" w:rsidR="00BE3968" w:rsidRDefault="00CA6E70">
            <w:pPr>
              <w:pStyle w:val="CMRBodySmall"/>
              <w:spacing w:after="20"/>
            </w:pPr>
            <w:r>
              <w:t>○ A. Find the missing part: goal minus what is already there.</w:t>
            </w:r>
          </w:p>
          <w:p w14:paraId="15050086" w14:textId="77777777" w:rsidR="00BE3968" w:rsidRDefault="00CA6E70">
            <w:pPr>
              <w:pStyle w:val="CMRBodySmall"/>
            </w:pPr>
            <w:r>
              <w:t>○ B. Add the goal and the amount already there.</w:t>
            </w:r>
          </w:p>
          <w:p w14:paraId="7BF1C66E" w14:textId="77777777" w:rsidR="00BE3968" w:rsidRDefault="00CA6E70">
            <w:pPr>
              <w:pStyle w:val="CMRBodySmall"/>
              <w:spacing w:after="120"/>
            </w:pPr>
            <w:r>
              <w:t>My math: ____________________________________________________________</w:t>
            </w:r>
          </w:p>
          <w:p w14:paraId="05565B2E" w14:textId="77777777" w:rsidR="00BE3968" w:rsidRDefault="00CA6E70">
            <w:pPr>
              <w:pStyle w:val="CMRBodySmall"/>
              <w:spacing w:after="120"/>
            </w:pPr>
            <w:r>
              <w:t>____________________________________________________________________</w:t>
            </w:r>
          </w:p>
          <w:p w14:paraId="5CF4B8DE" w14:textId="77777777" w:rsidR="00BE3968" w:rsidRDefault="00CA6E70">
            <w:pPr>
              <w:pStyle w:val="CMRBodySmall"/>
              <w:spacing w:after="100"/>
            </w:pPr>
            <w:r>
              <w:t>Answer and check: ___________________________________________________</w:t>
            </w:r>
          </w:p>
        </w:tc>
      </w:tr>
    </w:tbl>
    <w:p w14:paraId="4713DFC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DBA4D33" w14:textId="77777777">
        <w:tc>
          <w:tcPr>
            <w:tcW w:w="10036" w:type="dxa"/>
            <w:tcMar>
              <w:top w:w="70" w:type="dxa"/>
              <w:left w:w="140" w:type="dxa"/>
              <w:bottom w:w="85" w:type="dxa"/>
              <w:right w:w="140" w:type="dxa"/>
            </w:tcMar>
          </w:tcPr>
          <w:p w14:paraId="607BEF64" w14:textId="77777777" w:rsidR="00BE3968" w:rsidRDefault="00BE3968"/>
          <w:p w14:paraId="0D9BA7F9" w14:textId="77777777" w:rsidR="00BE3968" w:rsidRDefault="00CA6E70">
            <w:pPr>
              <w:pStyle w:val="CMRBodySmall"/>
            </w:pPr>
            <w:r>
              <w:rPr>
                <w:b/>
              </w:rPr>
              <w:t>PROBLEM S1-034</w:t>
            </w:r>
          </w:p>
          <w:p w14:paraId="2787AA5D" w14:textId="77777777" w:rsidR="00BE3968" w:rsidRDefault="00CA6E70">
            <w:pPr>
              <w:spacing w:after="140"/>
            </w:pPr>
            <w:r>
              <w:t>Carlos wants to collect 59 canned foods for a neighborhood food drive. Carlos already has 45 cans. How many more cans are needed to reach the goal?</w:t>
            </w:r>
          </w:p>
          <w:p w14:paraId="1A9F8063" w14:textId="77777777" w:rsidR="00BE3968" w:rsidRDefault="00CA6E70">
            <w:pPr>
              <w:pStyle w:val="CMRBodySmall"/>
              <w:spacing w:after="40"/>
            </w:pPr>
            <w:r>
              <w:rPr>
                <w:b/>
              </w:rPr>
              <w:t>STEP 1 — WHAT DO THEY WANT?</w:t>
            </w:r>
          </w:p>
          <w:p w14:paraId="740D1E31" w14:textId="77777777" w:rsidR="00BE3968" w:rsidRDefault="00CA6E70">
            <w:pPr>
              <w:pStyle w:val="CMRBodySmall"/>
              <w:spacing w:after="20"/>
            </w:pPr>
            <w:r>
              <w:t>○ A. How many more are still needed.</w:t>
            </w:r>
          </w:p>
          <w:p w14:paraId="364C41E6" w14:textId="77777777" w:rsidR="00BE3968" w:rsidRDefault="00CA6E70">
            <w:pPr>
              <w:pStyle w:val="CMRBodySmall"/>
              <w:spacing w:after="80"/>
            </w:pPr>
            <w:r>
              <w:t>○ B. How many have been collected so far.</w:t>
            </w:r>
          </w:p>
          <w:p w14:paraId="2688F763" w14:textId="77777777" w:rsidR="00BE3968" w:rsidRDefault="00CA6E70">
            <w:pPr>
              <w:pStyle w:val="CMRBodySmall"/>
              <w:spacing w:after="40"/>
            </w:pPr>
            <w:r>
              <w:rPr>
                <w:b/>
              </w:rPr>
              <w:t>STEP 2 — WHAT DO I KNOW?</w:t>
            </w:r>
          </w:p>
          <w:p w14:paraId="6F875AD7" w14:textId="77777777" w:rsidR="00BE3968" w:rsidRDefault="00CA6E70">
            <w:pPr>
              <w:pStyle w:val="CMRBodySmall"/>
              <w:spacing w:after="40"/>
            </w:pPr>
            <w:r>
              <w:t>Goal: ____________________</w:t>
            </w:r>
          </w:p>
          <w:p w14:paraId="36B4EE0E" w14:textId="77777777" w:rsidR="00BE3968" w:rsidRDefault="00CA6E70">
            <w:pPr>
              <w:pStyle w:val="CMRBodySmall"/>
              <w:spacing w:after="40"/>
            </w:pPr>
            <w:r>
              <w:t>Already have: ____________________</w:t>
            </w:r>
          </w:p>
          <w:p w14:paraId="561D63FB" w14:textId="77777777" w:rsidR="00BE3968" w:rsidRDefault="00CA6E70">
            <w:pPr>
              <w:pStyle w:val="CMRBodySmall"/>
              <w:spacing w:after="40"/>
            </w:pPr>
            <w:r>
              <w:rPr>
                <w:b/>
              </w:rPr>
              <w:t>STEP 3 — HOW DO I FIND IT?</w:t>
            </w:r>
          </w:p>
          <w:p w14:paraId="4091664E" w14:textId="77777777" w:rsidR="00BE3968" w:rsidRDefault="00CA6E70">
            <w:pPr>
              <w:pStyle w:val="CMRBodySmall"/>
              <w:spacing w:after="20"/>
            </w:pPr>
            <w:r>
              <w:t>○ A. Divide the goal by the amount collected.</w:t>
            </w:r>
          </w:p>
          <w:p w14:paraId="250E9B2D" w14:textId="77777777" w:rsidR="00BE3968" w:rsidRDefault="00CA6E70">
            <w:pPr>
              <w:pStyle w:val="CMRBodySmall"/>
            </w:pPr>
            <w:r>
              <w:t>○ B. Subtract the amount already collected from the goal.</w:t>
            </w:r>
          </w:p>
          <w:p w14:paraId="3C63C2D9" w14:textId="77777777" w:rsidR="00BE3968" w:rsidRDefault="00CA6E70">
            <w:pPr>
              <w:pStyle w:val="CMRBodySmall"/>
              <w:spacing w:after="120"/>
            </w:pPr>
            <w:r>
              <w:t>My math: ____________________________________________________________</w:t>
            </w:r>
          </w:p>
          <w:p w14:paraId="5A36CCD5" w14:textId="77777777" w:rsidR="00BE3968" w:rsidRDefault="00CA6E70">
            <w:pPr>
              <w:pStyle w:val="CMRBodySmall"/>
              <w:spacing w:after="120"/>
            </w:pPr>
            <w:r>
              <w:t>____________________________________________________________________</w:t>
            </w:r>
          </w:p>
          <w:p w14:paraId="035CE498" w14:textId="77777777" w:rsidR="00BE3968" w:rsidRDefault="00CA6E70">
            <w:pPr>
              <w:pStyle w:val="CMRBodySmall"/>
              <w:spacing w:after="100"/>
            </w:pPr>
            <w:r>
              <w:t>Answer and check: ___________________________________________________</w:t>
            </w:r>
          </w:p>
        </w:tc>
      </w:tr>
    </w:tbl>
    <w:p w14:paraId="0F3056ED" w14:textId="77777777" w:rsidR="00BE3968" w:rsidRDefault="00CA6E70">
      <w:r>
        <w:br w:type="page"/>
      </w:r>
    </w:p>
    <w:p w14:paraId="4C837AD1" w14:textId="77777777" w:rsidR="00BE3968" w:rsidRDefault="00CA6E70">
      <w:pPr>
        <w:pStyle w:val="CMRSmallLabel"/>
        <w:spacing w:after="60"/>
      </w:pPr>
      <w:r>
        <w:rPr>
          <w:b w:val="0"/>
        </w:rPr>
        <w:lastRenderedPageBreak/>
        <w:t>SECTION 1  |  TOPIC 04  |  PRACTICE PAGE 3/5</w:t>
      </w:r>
    </w:p>
    <w:p w14:paraId="6B0B9105" w14:textId="77777777" w:rsidR="00BE3968" w:rsidRDefault="00CA6E70">
      <w:pPr>
        <w:pStyle w:val="CMRPageTitle"/>
        <w:spacing w:after="60"/>
      </w:pPr>
      <w:r>
        <w:rPr>
          <w:b w:val="0"/>
        </w:rPr>
        <w:t>Reaching a goal</w:t>
      </w:r>
    </w:p>
    <w:p w14:paraId="35C758A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11FEA15" w14:textId="77777777">
        <w:tc>
          <w:tcPr>
            <w:tcW w:w="10036" w:type="dxa"/>
            <w:shd w:val="clear" w:color="auto" w:fill="F5F8F9"/>
            <w:tcMar>
              <w:top w:w="70" w:type="dxa"/>
              <w:left w:w="140" w:type="dxa"/>
              <w:bottom w:w="85" w:type="dxa"/>
              <w:right w:w="140" w:type="dxa"/>
            </w:tcMar>
          </w:tcPr>
          <w:p w14:paraId="3BA04DBE" w14:textId="77777777" w:rsidR="00BE3968" w:rsidRDefault="00BE3968"/>
          <w:p w14:paraId="0FD3346A" w14:textId="77777777" w:rsidR="00BE3968" w:rsidRDefault="00CA6E70">
            <w:pPr>
              <w:pStyle w:val="CMRBodySmall"/>
            </w:pPr>
            <w:r>
              <w:rPr>
                <w:b/>
              </w:rPr>
              <w:t>PROBLEM S1-035</w:t>
            </w:r>
          </w:p>
          <w:p w14:paraId="348E7770" w14:textId="77777777" w:rsidR="00BE3968" w:rsidRDefault="00CA6E70">
            <w:pPr>
              <w:spacing w:after="140"/>
            </w:pPr>
            <w:r>
              <w:t>A youth program hopes to sign up 27 volunteers. So far, 18 people have signed up. Nicole is in charge of sign-ups. How many more volunteers does the program need?</w:t>
            </w:r>
          </w:p>
          <w:p w14:paraId="5888CE9D" w14:textId="77777777" w:rsidR="00BE3968" w:rsidRDefault="00CA6E70">
            <w:pPr>
              <w:pStyle w:val="CMRBodySmall"/>
              <w:spacing w:after="40"/>
            </w:pPr>
            <w:r>
              <w:rPr>
                <w:b/>
              </w:rPr>
              <w:t>STEP 1 — WHAT DO THEY WANT?</w:t>
            </w:r>
          </w:p>
          <w:p w14:paraId="136B4F74" w14:textId="77777777" w:rsidR="00BE3968" w:rsidRDefault="00CA6E70">
            <w:pPr>
              <w:pStyle w:val="CMRBodySmall"/>
              <w:spacing w:after="20"/>
            </w:pPr>
            <w:r>
              <w:t>○ A. The goal and the amount collected added together.</w:t>
            </w:r>
          </w:p>
          <w:p w14:paraId="16D3D6A1" w14:textId="77777777" w:rsidR="00BE3968" w:rsidRDefault="00CA6E70">
            <w:pPr>
              <w:pStyle w:val="CMRBodySmall"/>
              <w:spacing w:after="80"/>
            </w:pPr>
            <w:r>
              <w:t>○ B. The amount still missing from the goal.</w:t>
            </w:r>
          </w:p>
          <w:p w14:paraId="57DDAEE3" w14:textId="77777777" w:rsidR="00BE3968" w:rsidRDefault="00CA6E70">
            <w:pPr>
              <w:pStyle w:val="CMRBodySmall"/>
              <w:spacing w:after="40"/>
            </w:pPr>
            <w:r>
              <w:rPr>
                <w:b/>
              </w:rPr>
              <w:t>STEP 2 — WHAT DO I KNOW?</w:t>
            </w:r>
          </w:p>
          <w:p w14:paraId="6E8B107B" w14:textId="77777777" w:rsidR="00BE3968" w:rsidRDefault="00CA6E70">
            <w:pPr>
              <w:pStyle w:val="CMRBodySmall"/>
              <w:spacing w:after="40"/>
            </w:pPr>
            <w:r>
              <w:t>Goal: ____________________</w:t>
            </w:r>
          </w:p>
          <w:p w14:paraId="68042C9A" w14:textId="77777777" w:rsidR="00BE3968" w:rsidRDefault="00CA6E70">
            <w:pPr>
              <w:pStyle w:val="CMRBodySmall"/>
              <w:spacing w:after="40"/>
            </w:pPr>
            <w:r>
              <w:t>Already have: ____________________</w:t>
            </w:r>
          </w:p>
          <w:p w14:paraId="032FFBC5" w14:textId="77777777" w:rsidR="00BE3968" w:rsidRDefault="00CA6E70">
            <w:pPr>
              <w:pStyle w:val="CMRBodySmall"/>
              <w:spacing w:after="40"/>
            </w:pPr>
            <w:r>
              <w:rPr>
                <w:b/>
              </w:rPr>
              <w:t>STEP 3 — HOW DO I FIND IT?</w:t>
            </w:r>
          </w:p>
          <w:p w14:paraId="62DA76A7" w14:textId="77777777" w:rsidR="00BE3968" w:rsidRDefault="00CA6E70">
            <w:pPr>
              <w:pStyle w:val="CMRBodySmall"/>
              <w:spacing w:after="20"/>
            </w:pPr>
            <w:r>
              <w:t>○ A. Add the goal and the amount already there.</w:t>
            </w:r>
          </w:p>
          <w:p w14:paraId="7206C673" w14:textId="77777777" w:rsidR="00BE3968" w:rsidRDefault="00CA6E70">
            <w:pPr>
              <w:pStyle w:val="CMRBodySmall"/>
            </w:pPr>
            <w:r>
              <w:t>○ B. Find the missing part: goal minus what is already there.</w:t>
            </w:r>
          </w:p>
          <w:p w14:paraId="08F81C32" w14:textId="77777777" w:rsidR="00BE3968" w:rsidRDefault="00CA6E70">
            <w:pPr>
              <w:pStyle w:val="CMRBodySmall"/>
              <w:spacing w:after="120"/>
            </w:pPr>
            <w:r>
              <w:t>My math: ____________________________________________________________</w:t>
            </w:r>
          </w:p>
          <w:p w14:paraId="315E6BBA" w14:textId="77777777" w:rsidR="00BE3968" w:rsidRDefault="00CA6E70">
            <w:pPr>
              <w:pStyle w:val="CMRBodySmall"/>
              <w:spacing w:after="120"/>
            </w:pPr>
            <w:r>
              <w:t>____________________________________________________________________</w:t>
            </w:r>
          </w:p>
          <w:p w14:paraId="0E5795F1" w14:textId="77777777" w:rsidR="00BE3968" w:rsidRDefault="00CA6E70">
            <w:pPr>
              <w:pStyle w:val="CMRBodySmall"/>
              <w:spacing w:after="100"/>
            </w:pPr>
            <w:r>
              <w:t>Answer and check: ___________________________________________________</w:t>
            </w:r>
          </w:p>
        </w:tc>
      </w:tr>
    </w:tbl>
    <w:p w14:paraId="506415E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2C4ACC2" w14:textId="77777777">
        <w:tc>
          <w:tcPr>
            <w:tcW w:w="10036" w:type="dxa"/>
            <w:tcMar>
              <w:top w:w="70" w:type="dxa"/>
              <w:left w:w="140" w:type="dxa"/>
              <w:bottom w:w="85" w:type="dxa"/>
              <w:right w:w="140" w:type="dxa"/>
            </w:tcMar>
          </w:tcPr>
          <w:p w14:paraId="2AA9E6F6" w14:textId="77777777" w:rsidR="00BE3968" w:rsidRDefault="00BE3968"/>
          <w:p w14:paraId="530E383E" w14:textId="77777777" w:rsidR="00BE3968" w:rsidRDefault="00CA6E70">
            <w:pPr>
              <w:pStyle w:val="CMRBodySmall"/>
            </w:pPr>
            <w:r>
              <w:rPr>
                <w:b/>
              </w:rPr>
              <w:t>PROBLEM S1-036</w:t>
            </w:r>
          </w:p>
          <w:p w14:paraId="63908A4C" w14:textId="77777777" w:rsidR="00BE3968" w:rsidRDefault="00CA6E70">
            <w:pPr>
              <w:spacing w:after="140"/>
            </w:pPr>
            <w:r>
              <w:t>Luis is collecting winter coats. The goal is 47 coats, and 13 coats have come in. How many coats are still missing?</w:t>
            </w:r>
          </w:p>
          <w:p w14:paraId="3B167567" w14:textId="77777777" w:rsidR="00BE3968" w:rsidRDefault="00CA6E70">
            <w:pPr>
              <w:pStyle w:val="CMRBodySmall"/>
              <w:spacing w:after="40"/>
            </w:pPr>
            <w:r>
              <w:rPr>
                <w:b/>
              </w:rPr>
              <w:t>STEP 1 — WHAT DO THEY WANT?</w:t>
            </w:r>
          </w:p>
          <w:p w14:paraId="67A2CA8E" w14:textId="77777777" w:rsidR="00BE3968" w:rsidRDefault="00CA6E70">
            <w:pPr>
              <w:pStyle w:val="CMRBodySmall"/>
              <w:spacing w:after="20"/>
            </w:pPr>
            <w:r>
              <w:t>○ A. How far short of the goal they are now.</w:t>
            </w:r>
          </w:p>
          <w:p w14:paraId="6B419721" w14:textId="77777777" w:rsidR="00BE3968" w:rsidRDefault="00CA6E70">
            <w:pPr>
              <w:pStyle w:val="CMRBodySmall"/>
              <w:spacing w:after="80"/>
            </w:pPr>
            <w:r>
              <w:t>○ B. The goal amount.</w:t>
            </w:r>
          </w:p>
          <w:p w14:paraId="4E4FBC42" w14:textId="77777777" w:rsidR="00BE3968" w:rsidRDefault="00CA6E70">
            <w:pPr>
              <w:pStyle w:val="CMRBodySmall"/>
              <w:spacing w:after="40"/>
            </w:pPr>
            <w:r>
              <w:rPr>
                <w:b/>
              </w:rPr>
              <w:t>STEP 2 — WHAT DO I KNOW?</w:t>
            </w:r>
          </w:p>
          <w:p w14:paraId="63F5FFC6" w14:textId="77777777" w:rsidR="00BE3968" w:rsidRDefault="00CA6E70">
            <w:pPr>
              <w:pStyle w:val="CMRBodySmall"/>
              <w:spacing w:after="40"/>
            </w:pPr>
            <w:r>
              <w:t>Goal: ____________________</w:t>
            </w:r>
          </w:p>
          <w:p w14:paraId="6F6239ED" w14:textId="77777777" w:rsidR="00BE3968" w:rsidRDefault="00CA6E70">
            <w:pPr>
              <w:pStyle w:val="CMRBodySmall"/>
              <w:spacing w:after="40"/>
            </w:pPr>
            <w:r>
              <w:t>Already have: ____________________</w:t>
            </w:r>
          </w:p>
          <w:p w14:paraId="265521A0" w14:textId="77777777" w:rsidR="00BE3968" w:rsidRDefault="00CA6E70">
            <w:pPr>
              <w:pStyle w:val="CMRBodySmall"/>
              <w:spacing w:after="40"/>
            </w:pPr>
            <w:r>
              <w:rPr>
                <w:b/>
              </w:rPr>
              <w:t>STEP 3 — HOW DO I FIND IT?</w:t>
            </w:r>
          </w:p>
          <w:p w14:paraId="2AF7B997" w14:textId="77777777" w:rsidR="00BE3968" w:rsidRDefault="00CA6E70">
            <w:pPr>
              <w:pStyle w:val="CMRBodySmall"/>
              <w:spacing w:after="20"/>
            </w:pPr>
            <w:r>
              <w:t>○ A. Subtract the amount already collected from the goal.</w:t>
            </w:r>
          </w:p>
          <w:p w14:paraId="7C978DC0" w14:textId="77777777" w:rsidR="00BE3968" w:rsidRDefault="00CA6E70">
            <w:pPr>
              <w:pStyle w:val="CMRBodySmall"/>
            </w:pPr>
            <w:r>
              <w:t>○ B. Divide the goal by the amount collected.</w:t>
            </w:r>
          </w:p>
          <w:p w14:paraId="5D25EBEB" w14:textId="77777777" w:rsidR="00BE3968" w:rsidRDefault="00CA6E70">
            <w:pPr>
              <w:pStyle w:val="CMRBodySmall"/>
              <w:spacing w:after="120"/>
            </w:pPr>
            <w:r>
              <w:t>My math: ____________________________________________________________</w:t>
            </w:r>
          </w:p>
          <w:p w14:paraId="12D8893D" w14:textId="77777777" w:rsidR="00BE3968" w:rsidRDefault="00CA6E70">
            <w:pPr>
              <w:pStyle w:val="CMRBodySmall"/>
              <w:spacing w:after="120"/>
            </w:pPr>
            <w:r>
              <w:t>____________________________________________________________________</w:t>
            </w:r>
          </w:p>
          <w:p w14:paraId="1815AE19" w14:textId="77777777" w:rsidR="00BE3968" w:rsidRDefault="00CA6E70">
            <w:pPr>
              <w:pStyle w:val="CMRBodySmall"/>
              <w:spacing w:after="100"/>
            </w:pPr>
            <w:r>
              <w:t>Answer and check: ___________________________________________________</w:t>
            </w:r>
          </w:p>
        </w:tc>
      </w:tr>
    </w:tbl>
    <w:p w14:paraId="1E244062" w14:textId="77777777" w:rsidR="00BE3968" w:rsidRDefault="00CA6E70">
      <w:r>
        <w:br w:type="page"/>
      </w:r>
    </w:p>
    <w:p w14:paraId="6FC6A207" w14:textId="77777777" w:rsidR="00BE3968" w:rsidRDefault="00CA6E70">
      <w:pPr>
        <w:pStyle w:val="CMRSmallLabel"/>
        <w:spacing w:after="60"/>
      </w:pPr>
      <w:r>
        <w:rPr>
          <w:b w:val="0"/>
        </w:rPr>
        <w:lastRenderedPageBreak/>
        <w:t>SECTION 1  |  TOPIC 04  |  PRACTICE PAGE 4/5</w:t>
      </w:r>
    </w:p>
    <w:p w14:paraId="3242C9C0" w14:textId="77777777" w:rsidR="00BE3968" w:rsidRDefault="00CA6E70">
      <w:pPr>
        <w:pStyle w:val="CMRPageTitle"/>
        <w:spacing w:after="60"/>
      </w:pPr>
      <w:r>
        <w:rPr>
          <w:b w:val="0"/>
        </w:rPr>
        <w:t>Reaching a goal</w:t>
      </w:r>
    </w:p>
    <w:p w14:paraId="4742911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7813AEF" w14:textId="77777777">
        <w:tc>
          <w:tcPr>
            <w:tcW w:w="10036" w:type="dxa"/>
            <w:shd w:val="clear" w:color="auto" w:fill="F5F8F9"/>
            <w:tcMar>
              <w:top w:w="70" w:type="dxa"/>
              <w:left w:w="140" w:type="dxa"/>
              <w:bottom w:w="85" w:type="dxa"/>
              <w:right w:w="140" w:type="dxa"/>
            </w:tcMar>
          </w:tcPr>
          <w:p w14:paraId="5FC5A827" w14:textId="77777777" w:rsidR="00BE3968" w:rsidRDefault="00BE3968"/>
          <w:p w14:paraId="3CD0B6DC" w14:textId="77777777" w:rsidR="00BE3968" w:rsidRDefault="00CA6E70">
            <w:pPr>
              <w:pStyle w:val="CMRBodySmall"/>
            </w:pPr>
            <w:r>
              <w:rPr>
                <w:b/>
              </w:rPr>
              <w:t>PROBLEM S1-037</w:t>
            </w:r>
          </w:p>
          <w:p w14:paraId="2E03F5D5" w14:textId="77777777" w:rsidR="00BE3968" w:rsidRDefault="00CA6E70">
            <w:pPr>
              <w:spacing w:after="140"/>
            </w:pPr>
            <w:r>
              <w:t>Grace wants to collect 62 canned foods for a neighborhood food drive. Grace already has 44 cans. How many more cans are needed to reach the goal?</w:t>
            </w:r>
          </w:p>
          <w:p w14:paraId="68FAB309" w14:textId="77777777" w:rsidR="00BE3968" w:rsidRDefault="00CA6E70">
            <w:pPr>
              <w:pStyle w:val="CMRBodySmall"/>
              <w:spacing w:after="40"/>
            </w:pPr>
            <w:r>
              <w:rPr>
                <w:b/>
              </w:rPr>
              <w:t>STEP 1 — WHAT DO THEY WANT?</w:t>
            </w:r>
          </w:p>
          <w:p w14:paraId="74B3451F" w14:textId="77777777" w:rsidR="00BE3968" w:rsidRDefault="00CA6E70">
            <w:pPr>
              <w:pStyle w:val="CMRBodySmall"/>
              <w:spacing w:after="20"/>
            </w:pPr>
            <w:r>
              <w:t>○ A. How many have been collected so far.</w:t>
            </w:r>
          </w:p>
          <w:p w14:paraId="1C6FA2D6" w14:textId="77777777" w:rsidR="00BE3968" w:rsidRDefault="00CA6E70">
            <w:pPr>
              <w:pStyle w:val="CMRBodySmall"/>
              <w:spacing w:after="80"/>
            </w:pPr>
            <w:r>
              <w:t>○ B. How many more are still needed.</w:t>
            </w:r>
          </w:p>
          <w:p w14:paraId="01C6A6DD" w14:textId="77777777" w:rsidR="00BE3968" w:rsidRDefault="00CA6E70">
            <w:pPr>
              <w:pStyle w:val="CMRBodySmall"/>
              <w:spacing w:after="40"/>
            </w:pPr>
            <w:r>
              <w:rPr>
                <w:b/>
              </w:rPr>
              <w:t>STEP 2 — WHAT DO I KNOW?</w:t>
            </w:r>
          </w:p>
          <w:p w14:paraId="3CFC2BD3" w14:textId="77777777" w:rsidR="00BE3968" w:rsidRDefault="00CA6E70">
            <w:pPr>
              <w:pStyle w:val="CMRBodySmall"/>
              <w:spacing w:after="40"/>
            </w:pPr>
            <w:r>
              <w:t>Goal: ____________________</w:t>
            </w:r>
          </w:p>
          <w:p w14:paraId="312A18B2" w14:textId="77777777" w:rsidR="00BE3968" w:rsidRDefault="00CA6E70">
            <w:pPr>
              <w:pStyle w:val="CMRBodySmall"/>
              <w:spacing w:after="40"/>
            </w:pPr>
            <w:r>
              <w:t>Already have: ____________________</w:t>
            </w:r>
          </w:p>
          <w:p w14:paraId="37022361" w14:textId="77777777" w:rsidR="00BE3968" w:rsidRDefault="00CA6E70">
            <w:pPr>
              <w:pStyle w:val="CMRBodySmall"/>
              <w:spacing w:after="40"/>
            </w:pPr>
            <w:r>
              <w:rPr>
                <w:b/>
              </w:rPr>
              <w:t>STEP 3 — HOW DO I FIND IT?</w:t>
            </w:r>
          </w:p>
          <w:p w14:paraId="68141B59" w14:textId="77777777" w:rsidR="00BE3968" w:rsidRDefault="00CA6E70">
            <w:pPr>
              <w:pStyle w:val="CMRBodySmall"/>
              <w:spacing w:after="20"/>
            </w:pPr>
            <w:r>
              <w:t>○ A. Add the goal and the amount already there.</w:t>
            </w:r>
          </w:p>
          <w:p w14:paraId="666A20BD" w14:textId="77777777" w:rsidR="00BE3968" w:rsidRDefault="00CA6E70">
            <w:pPr>
              <w:pStyle w:val="CMRBodySmall"/>
            </w:pPr>
            <w:r>
              <w:t>○ B. Find the missing part: goal minus what is already there.</w:t>
            </w:r>
          </w:p>
          <w:p w14:paraId="1076D2B9" w14:textId="77777777" w:rsidR="00BE3968" w:rsidRDefault="00CA6E70">
            <w:pPr>
              <w:pStyle w:val="CMRBodySmall"/>
              <w:spacing w:after="120"/>
            </w:pPr>
            <w:r>
              <w:t>My math: ____________________________________________________________</w:t>
            </w:r>
          </w:p>
          <w:p w14:paraId="397EB170" w14:textId="77777777" w:rsidR="00BE3968" w:rsidRDefault="00CA6E70">
            <w:pPr>
              <w:pStyle w:val="CMRBodySmall"/>
              <w:spacing w:after="120"/>
            </w:pPr>
            <w:r>
              <w:t>____________________________________________________________________</w:t>
            </w:r>
          </w:p>
          <w:p w14:paraId="4C69F24C" w14:textId="77777777" w:rsidR="00BE3968" w:rsidRDefault="00CA6E70">
            <w:pPr>
              <w:pStyle w:val="CMRBodySmall"/>
              <w:spacing w:after="100"/>
            </w:pPr>
            <w:r>
              <w:t>Answer and check: ___________________________________________________</w:t>
            </w:r>
          </w:p>
        </w:tc>
      </w:tr>
    </w:tbl>
    <w:p w14:paraId="53BE96D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8272F3E" w14:textId="77777777">
        <w:tc>
          <w:tcPr>
            <w:tcW w:w="10036" w:type="dxa"/>
            <w:tcMar>
              <w:top w:w="70" w:type="dxa"/>
              <w:left w:w="140" w:type="dxa"/>
              <w:bottom w:w="85" w:type="dxa"/>
              <w:right w:w="140" w:type="dxa"/>
            </w:tcMar>
          </w:tcPr>
          <w:p w14:paraId="51ACF8BD" w14:textId="77777777" w:rsidR="00BE3968" w:rsidRDefault="00BE3968"/>
          <w:p w14:paraId="73CF4D90" w14:textId="77777777" w:rsidR="00BE3968" w:rsidRDefault="00CA6E70">
            <w:pPr>
              <w:pStyle w:val="CMRBodySmall"/>
            </w:pPr>
            <w:r>
              <w:rPr>
                <w:b/>
              </w:rPr>
              <w:t>PROBLEM S1-038</w:t>
            </w:r>
          </w:p>
          <w:p w14:paraId="72DF8485" w14:textId="77777777" w:rsidR="00BE3968" w:rsidRDefault="00CA6E70">
            <w:pPr>
              <w:spacing w:after="140"/>
            </w:pPr>
            <w:r>
              <w:t>A youth program hopes to sign up 46 volunteers. So far, 21 people have signed up. Daniel is in charge of sign-ups. How many more volunteers does the program need?</w:t>
            </w:r>
          </w:p>
          <w:p w14:paraId="03EBE239" w14:textId="77777777" w:rsidR="00BE3968" w:rsidRDefault="00CA6E70">
            <w:pPr>
              <w:pStyle w:val="CMRBodySmall"/>
              <w:spacing w:after="40"/>
            </w:pPr>
            <w:r>
              <w:rPr>
                <w:b/>
              </w:rPr>
              <w:t>STEP 1 — WHAT DO THEY WANT?</w:t>
            </w:r>
          </w:p>
          <w:p w14:paraId="0B525A96" w14:textId="77777777" w:rsidR="00BE3968" w:rsidRDefault="00CA6E70">
            <w:pPr>
              <w:pStyle w:val="CMRBodySmall"/>
              <w:spacing w:after="20"/>
            </w:pPr>
            <w:r>
              <w:t>○ A. The amount still missing from the goal.</w:t>
            </w:r>
          </w:p>
          <w:p w14:paraId="7169D09B" w14:textId="77777777" w:rsidR="00BE3968" w:rsidRDefault="00CA6E70">
            <w:pPr>
              <w:pStyle w:val="CMRBodySmall"/>
              <w:spacing w:after="80"/>
            </w:pPr>
            <w:r>
              <w:t>○ B. The goal and the amount collected added together.</w:t>
            </w:r>
          </w:p>
          <w:p w14:paraId="0374B948" w14:textId="77777777" w:rsidR="00BE3968" w:rsidRDefault="00CA6E70">
            <w:pPr>
              <w:pStyle w:val="CMRBodySmall"/>
              <w:spacing w:after="40"/>
            </w:pPr>
            <w:r>
              <w:rPr>
                <w:b/>
              </w:rPr>
              <w:t>STEP 2 — WHAT DO I KNOW?</w:t>
            </w:r>
          </w:p>
          <w:p w14:paraId="2FF4B315" w14:textId="77777777" w:rsidR="00BE3968" w:rsidRDefault="00CA6E70">
            <w:pPr>
              <w:pStyle w:val="CMRBodySmall"/>
              <w:spacing w:after="40"/>
            </w:pPr>
            <w:r>
              <w:t>Goal: ____________________</w:t>
            </w:r>
          </w:p>
          <w:p w14:paraId="598701BF" w14:textId="77777777" w:rsidR="00BE3968" w:rsidRDefault="00CA6E70">
            <w:pPr>
              <w:pStyle w:val="CMRBodySmall"/>
              <w:spacing w:after="40"/>
            </w:pPr>
            <w:r>
              <w:t>Already have: ____________________</w:t>
            </w:r>
          </w:p>
          <w:p w14:paraId="2B5AE36A" w14:textId="77777777" w:rsidR="00BE3968" w:rsidRDefault="00CA6E70">
            <w:pPr>
              <w:pStyle w:val="CMRBodySmall"/>
              <w:spacing w:after="40"/>
            </w:pPr>
            <w:r>
              <w:rPr>
                <w:b/>
              </w:rPr>
              <w:t>STEP 3 — HOW DO I FIND IT?</w:t>
            </w:r>
          </w:p>
          <w:p w14:paraId="58D329FB" w14:textId="77777777" w:rsidR="00BE3968" w:rsidRDefault="00CA6E70">
            <w:pPr>
              <w:pStyle w:val="CMRBodySmall"/>
              <w:spacing w:after="20"/>
            </w:pPr>
            <w:r>
              <w:t>○ A. Divide the goal by the amount collected.</w:t>
            </w:r>
          </w:p>
          <w:p w14:paraId="37FE5F2C" w14:textId="77777777" w:rsidR="00BE3968" w:rsidRDefault="00CA6E70">
            <w:pPr>
              <w:pStyle w:val="CMRBodySmall"/>
            </w:pPr>
            <w:r>
              <w:t>○ B. Subtract the amount already collected from the goal.</w:t>
            </w:r>
          </w:p>
          <w:p w14:paraId="3495DE6C" w14:textId="77777777" w:rsidR="00BE3968" w:rsidRDefault="00CA6E70">
            <w:pPr>
              <w:pStyle w:val="CMRBodySmall"/>
              <w:spacing w:after="120"/>
            </w:pPr>
            <w:r>
              <w:t>My math: ____________________________________________________________</w:t>
            </w:r>
          </w:p>
          <w:p w14:paraId="74829AFD" w14:textId="77777777" w:rsidR="00BE3968" w:rsidRDefault="00CA6E70">
            <w:pPr>
              <w:pStyle w:val="CMRBodySmall"/>
              <w:spacing w:after="120"/>
            </w:pPr>
            <w:r>
              <w:t>____________________________________________________________________</w:t>
            </w:r>
          </w:p>
          <w:p w14:paraId="5180E03C" w14:textId="77777777" w:rsidR="00BE3968" w:rsidRDefault="00CA6E70">
            <w:pPr>
              <w:pStyle w:val="CMRBodySmall"/>
              <w:spacing w:after="100"/>
            </w:pPr>
            <w:r>
              <w:t>Answer and check: ___________________________________________________</w:t>
            </w:r>
          </w:p>
        </w:tc>
      </w:tr>
    </w:tbl>
    <w:p w14:paraId="724C485E" w14:textId="77777777" w:rsidR="00BE3968" w:rsidRDefault="00CA6E70">
      <w:r>
        <w:br w:type="page"/>
      </w:r>
    </w:p>
    <w:p w14:paraId="73813F19" w14:textId="77777777" w:rsidR="00BE3968" w:rsidRDefault="00CA6E70">
      <w:pPr>
        <w:pStyle w:val="CMRSmallLabel"/>
        <w:spacing w:after="60"/>
      </w:pPr>
      <w:r>
        <w:rPr>
          <w:b w:val="0"/>
        </w:rPr>
        <w:lastRenderedPageBreak/>
        <w:t>SECTION 1  |  TOPIC 04  |  PRACTICE PAGE 5/5</w:t>
      </w:r>
    </w:p>
    <w:p w14:paraId="405E9326" w14:textId="77777777" w:rsidR="00BE3968" w:rsidRDefault="00CA6E70">
      <w:pPr>
        <w:pStyle w:val="CMRPageTitle"/>
        <w:spacing w:after="60"/>
      </w:pPr>
      <w:r>
        <w:rPr>
          <w:b w:val="0"/>
        </w:rPr>
        <w:t>Reaching a goal</w:t>
      </w:r>
    </w:p>
    <w:p w14:paraId="073FF66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5CD055B" w14:textId="77777777">
        <w:tc>
          <w:tcPr>
            <w:tcW w:w="10036" w:type="dxa"/>
            <w:shd w:val="clear" w:color="auto" w:fill="F5F8F9"/>
            <w:tcMar>
              <w:top w:w="70" w:type="dxa"/>
              <w:left w:w="140" w:type="dxa"/>
              <w:bottom w:w="85" w:type="dxa"/>
              <w:right w:w="140" w:type="dxa"/>
            </w:tcMar>
          </w:tcPr>
          <w:p w14:paraId="3BDC2F26" w14:textId="77777777" w:rsidR="00BE3968" w:rsidRDefault="00BE3968"/>
          <w:p w14:paraId="09098FF6" w14:textId="77777777" w:rsidR="00BE3968" w:rsidRDefault="00CA6E70">
            <w:pPr>
              <w:pStyle w:val="CMRBodySmall"/>
            </w:pPr>
            <w:r>
              <w:rPr>
                <w:b/>
              </w:rPr>
              <w:t>PROBLEM S1-039</w:t>
            </w:r>
          </w:p>
          <w:p w14:paraId="4EE48AF6" w14:textId="77777777" w:rsidR="00BE3968" w:rsidRDefault="00CA6E70">
            <w:pPr>
              <w:spacing w:after="140"/>
            </w:pPr>
            <w:r>
              <w:t>Marcus is collecting winter coats. The goal is 69 coats, and 21 coats have come in. How many coats are still missing?</w:t>
            </w:r>
          </w:p>
          <w:p w14:paraId="30B3DADB" w14:textId="77777777" w:rsidR="00BE3968" w:rsidRDefault="00CA6E70">
            <w:pPr>
              <w:pStyle w:val="CMRBodySmall"/>
              <w:spacing w:after="40"/>
            </w:pPr>
            <w:r>
              <w:rPr>
                <w:b/>
              </w:rPr>
              <w:t>STEP 1 — WHAT DO THEY WANT?</w:t>
            </w:r>
          </w:p>
          <w:p w14:paraId="7EDFD514" w14:textId="77777777" w:rsidR="00BE3968" w:rsidRDefault="00CA6E70">
            <w:pPr>
              <w:pStyle w:val="CMRBodySmall"/>
              <w:spacing w:after="20"/>
            </w:pPr>
            <w:r>
              <w:t>○ A. The goal amount.</w:t>
            </w:r>
          </w:p>
          <w:p w14:paraId="6BFE5214" w14:textId="77777777" w:rsidR="00BE3968" w:rsidRDefault="00CA6E70">
            <w:pPr>
              <w:pStyle w:val="CMRBodySmall"/>
              <w:spacing w:after="80"/>
            </w:pPr>
            <w:r>
              <w:t>○ B. How far short of the goal they are now.</w:t>
            </w:r>
          </w:p>
          <w:p w14:paraId="169FC62D" w14:textId="77777777" w:rsidR="00BE3968" w:rsidRDefault="00CA6E70">
            <w:pPr>
              <w:pStyle w:val="CMRBodySmall"/>
              <w:spacing w:after="40"/>
            </w:pPr>
            <w:r>
              <w:rPr>
                <w:b/>
              </w:rPr>
              <w:t>STEP 2 — WHAT DO I KNOW?</w:t>
            </w:r>
          </w:p>
          <w:p w14:paraId="0A825809" w14:textId="77777777" w:rsidR="00BE3968" w:rsidRDefault="00CA6E70">
            <w:pPr>
              <w:pStyle w:val="CMRBodySmall"/>
              <w:spacing w:after="40"/>
            </w:pPr>
            <w:r>
              <w:t>Goal: ____________________</w:t>
            </w:r>
          </w:p>
          <w:p w14:paraId="457800C6" w14:textId="77777777" w:rsidR="00BE3968" w:rsidRDefault="00CA6E70">
            <w:pPr>
              <w:pStyle w:val="CMRBodySmall"/>
              <w:spacing w:after="40"/>
            </w:pPr>
            <w:r>
              <w:t>Already have: ____________________</w:t>
            </w:r>
          </w:p>
          <w:p w14:paraId="27C28BEA" w14:textId="77777777" w:rsidR="00BE3968" w:rsidRDefault="00CA6E70">
            <w:pPr>
              <w:pStyle w:val="CMRBodySmall"/>
              <w:spacing w:after="40"/>
            </w:pPr>
            <w:r>
              <w:rPr>
                <w:b/>
              </w:rPr>
              <w:t>STEP 3 — HOW DO I FIND IT?</w:t>
            </w:r>
          </w:p>
          <w:p w14:paraId="6D7E5DA2" w14:textId="77777777" w:rsidR="00BE3968" w:rsidRDefault="00CA6E70">
            <w:pPr>
              <w:pStyle w:val="CMRBodySmall"/>
              <w:spacing w:after="20"/>
            </w:pPr>
            <w:r>
              <w:t>○ A. Find the missing part: goal minus what is already there.</w:t>
            </w:r>
          </w:p>
          <w:p w14:paraId="23DAF096" w14:textId="77777777" w:rsidR="00BE3968" w:rsidRDefault="00CA6E70">
            <w:pPr>
              <w:pStyle w:val="CMRBodySmall"/>
            </w:pPr>
            <w:r>
              <w:t>○ B. Add the goal and the amount already there.</w:t>
            </w:r>
          </w:p>
          <w:p w14:paraId="214C7127" w14:textId="77777777" w:rsidR="00BE3968" w:rsidRDefault="00CA6E70">
            <w:pPr>
              <w:pStyle w:val="CMRBodySmall"/>
              <w:spacing w:after="120"/>
            </w:pPr>
            <w:r>
              <w:t>My math: ____________________________________________________________</w:t>
            </w:r>
          </w:p>
          <w:p w14:paraId="0C9DA3A9" w14:textId="77777777" w:rsidR="00BE3968" w:rsidRDefault="00CA6E70">
            <w:pPr>
              <w:pStyle w:val="CMRBodySmall"/>
              <w:spacing w:after="120"/>
            </w:pPr>
            <w:r>
              <w:t>____________________________________________________________________</w:t>
            </w:r>
          </w:p>
          <w:p w14:paraId="169C509B" w14:textId="77777777" w:rsidR="00BE3968" w:rsidRDefault="00CA6E70">
            <w:pPr>
              <w:pStyle w:val="CMRBodySmall"/>
              <w:spacing w:after="100"/>
            </w:pPr>
            <w:r>
              <w:t>Answer and check: ___________________________________________________</w:t>
            </w:r>
          </w:p>
        </w:tc>
      </w:tr>
    </w:tbl>
    <w:p w14:paraId="25532CA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9961B77" w14:textId="77777777">
        <w:tc>
          <w:tcPr>
            <w:tcW w:w="10036" w:type="dxa"/>
            <w:tcMar>
              <w:top w:w="70" w:type="dxa"/>
              <w:left w:w="140" w:type="dxa"/>
              <w:bottom w:w="85" w:type="dxa"/>
              <w:right w:w="140" w:type="dxa"/>
            </w:tcMar>
          </w:tcPr>
          <w:p w14:paraId="02E3FBA7" w14:textId="77777777" w:rsidR="00BE3968" w:rsidRDefault="00BE3968"/>
          <w:p w14:paraId="7F39DD00" w14:textId="77777777" w:rsidR="00BE3968" w:rsidRDefault="00CA6E70">
            <w:pPr>
              <w:pStyle w:val="CMRBodySmall"/>
            </w:pPr>
            <w:r>
              <w:rPr>
                <w:b/>
              </w:rPr>
              <w:t>PROBLEM S1-040</w:t>
            </w:r>
          </w:p>
          <w:p w14:paraId="69E05710" w14:textId="77777777" w:rsidR="00BE3968" w:rsidRDefault="00CA6E70">
            <w:pPr>
              <w:spacing w:after="140"/>
            </w:pPr>
            <w:r>
              <w:t>Linda wants to collect 57 canned foods for a neighborhood food drive. Linda already has 29 cans. How many more cans are needed to reach the goal?</w:t>
            </w:r>
          </w:p>
          <w:p w14:paraId="5E7900B7" w14:textId="77777777" w:rsidR="00BE3968" w:rsidRDefault="00CA6E70">
            <w:pPr>
              <w:pStyle w:val="CMRBodySmall"/>
              <w:spacing w:after="40"/>
            </w:pPr>
            <w:r>
              <w:rPr>
                <w:b/>
              </w:rPr>
              <w:t>STEP 1 — WHAT DO THEY WANT?</w:t>
            </w:r>
          </w:p>
          <w:p w14:paraId="631D48A4" w14:textId="77777777" w:rsidR="00BE3968" w:rsidRDefault="00CA6E70">
            <w:pPr>
              <w:pStyle w:val="CMRBodySmall"/>
              <w:spacing w:after="20"/>
            </w:pPr>
            <w:r>
              <w:t>○ A. How many have been collected so far.</w:t>
            </w:r>
          </w:p>
          <w:p w14:paraId="7578A573" w14:textId="77777777" w:rsidR="00BE3968" w:rsidRDefault="00CA6E70">
            <w:pPr>
              <w:pStyle w:val="CMRBodySmall"/>
              <w:spacing w:after="80"/>
            </w:pPr>
            <w:r>
              <w:t>○ B. How many more are still needed.</w:t>
            </w:r>
          </w:p>
          <w:p w14:paraId="30701FDE" w14:textId="77777777" w:rsidR="00BE3968" w:rsidRDefault="00CA6E70">
            <w:pPr>
              <w:pStyle w:val="CMRBodySmall"/>
              <w:spacing w:after="40"/>
            </w:pPr>
            <w:r>
              <w:rPr>
                <w:b/>
              </w:rPr>
              <w:t>STEP 2 — WHAT DO I KNOW?</w:t>
            </w:r>
          </w:p>
          <w:p w14:paraId="5883617C" w14:textId="77777777" w:rsidR="00BE3968" w:rsidRDefault="00CA6E70">
            <w:pPr>
              <w:pStyle w:val="CMRBodySmall"/>
              <w:spacing w:after="40"/>
            </w:pPr>
            <w:r>
              <w:t>Goal: ____________________</w:t>
            </w:r>
          </w:p>
          <w:p w14:paraId="433FCA15" w14:textId="77777777" w:rsidR="00BE3968" w:rsidRDefault="00CA6E70">
            <w:pPr>
              <w:pStyle w:val="CMRBodySmall"/>
              <w:spacing w:after="40"/>
            </w:pPr>
            <w:r>
              <w:t>Already have: ____________________</w:t>
            </w:r>
          </w:p>
          <w:p w14:paraId="01386106" w14:textId="77777777" w:rsidR="00BE3968" w:rsidRDefault="00CA6E70">
            <w:pPr>
              <w:pStyle w:val="CMRBodySmall"/>
              <w:spacing w:after="40"/>
            </w:pPr>
            <w:r>
              <w:rPr>
                <w:b/>
              </w:rPr>
              <w:t>STEP 3 — HOW DO I FIND IT?</w:t>
            </w:r>
          </w:p>
          <w:p w14:paraId="6AEECB0A" w14:textId="77777777" w:rsidR="00BE3968" w:rsidRDefault="00CA6E70">
            <w:pPr>
              <w:pStyle w:val="CMRBodySmall"/>
              <w:spacing w:after="20"/>
            </w:pPr>
            <w:r>
              <w:t>○ A. Subtract the amount already collected from the goal.</w:t>
            </w:r>
          </w:p>
          <w:p w14:paraId="65F030BF" w14:textId="77777777" w:rsidR="00BE3968" w:rsidRDefault="00CA6E70">
            <w:pPr>
              <w:pStyle w:val="CMRBodySmall"/>
            </w:pPr>
            <w:r>
              <w:t>○ B. Divide the goal by the amount collected.</w:t>
            </w:r>
          </w:p>
          <w:p w14:paraId="4A8B0D57" w14:textId="77777777" w:rsidR="00BE3968" w:rsidRDefault="00CA6E70">
            <w:pPr>
              <w:pStyle w:val="CMRBodySmall"/>
              <w:spacing w:after="120"/>
            </w:pPr>
            <w:r>
              <w:t>My math: ____________________________________________________________</w:t>
            </w:r>
          </w:p>
          <w:p w14:paraId="538BA968" w14:textId="77777777" w:rsidR="00BE3968" w:rsidRDefault="00CA6E70">
            <w:pPr>
              <w:pStyle w:val="CMRBodySmall"/>
              <w:spacing w:after="120"/>
            </w:pPr>
            <w:r>
              <w:t>____________________________________________________________________</w:t>
            </w:r>
          </w:p>
          <w:p w14:paraId="2FEEDCB7" w14:textId="77777777" w:rsidR="00BE3968" w:rsidRDefault="00CA6E70">
            <w:pPr>
              <w:pStyle w:val="CMRBodySmall"/>
              <w:spacing w:after="100"/>
            </w:pPr>
            <w:r>
              <w:t>Answer and check: ___________________________________________________</w:t>
            </w:r>
          </w:p>
        </w:tc>
      </w:tr>
    </w:tbl>
    <w:p w14:paraId="0EA88CE9" w14:textId="77777777" w:rsidR="00BE3968" w:rsidRDefault="00CA6E70">
      <w:r>
        <w:br w:type="page"/>
      </w:r>
    </w:p>
    <w:p w14:paraId="733270AD" w14:textId="77777777" w:rsidR="00BE3968" w:rsidRDefault="00CA6E70">
      <w:pPr>
        <w:pStyle w:val="CMRSmallLabel"/>
        <w:spacing w:after="60"/>
      </w:pPr>
      <w:r>
        <w:rPr>
          <w:b w:val="0"/>
        </w:rPr>
        <w:lastRenderedPageBreak/>
        <w:t>SECTION 1  |  TOPIC 05  |  PRACTICE PAGE 1/5</w:t>
      </w:r>
    </w:p>
    <w:p w14:paraId="7119993A" w14:textId="77777777" w:rsidR="00BE3968" w:rsidRDefault="00CA6E70">
      <w:pPr>
        <w:pStyle w:val="CMRPageTitle"/>
        <w:spacing w:after="60"/>
      </w:pPr>
      <w:r>
        <w:rPr>
          <w:b w:val="0"/>
        </w:rPr>
        <w:t>Making change</w:t>
      </w:r>
    </w:p>
    <w:p w14:paraId="7E1833FD" w14:textId="77777777" w:rsidR="00BE3968" w:rsidRDefault="00CA6E70">
      <w:pPr>
        <w:pStyle w:val="CMRBodySmall"/>
        <w:spacing w:after="100"/>
      </w:pPr>
      <w:r>
        <w:t>Remember: Find what a customer should receive after paying.</w:t>
      </w:r>
    </w:p>
    <w:tbl>
      <w:tblPr>
        <w:tblW w:w="0" w:type="auto"/>
        <w:tblLayout w:type="fixed"/>
        <w:tblLook w:val="04A0" w:firstRow="1" w:lastRow="0" w:firstColumn="1" w:lastColumn="0" w:noHBand="0" w:noVBand="1"/>
      </w:tblPr>
      <w:tblGrid>
        <w:gridCol w:w="10036"/>
      </w:tblGrid>
      <w:tr w:rsidR="00BE3968" w14:paraId="6A75B252" w14:textId="77777777">
        <w:tc>
          <w:tcPr>
            <w:tcW w:w="10036" w:type="dxa"/>
            <w:shd w:val="clear" w:color="auto" w:fill="F5F8F9"/>
            <w:tcMar>
              <w:top w:w="70" w:type="dxa"/>
              <w:left w:w="140" w:type="dxa"/>
              <w:bottom w:w="85" w:type="dxa"/>
              <w:right w:w="140" w:type="dxa"/>
            </w:tcMar>
          </w:tcPr>
          <w:p w14:paraId="018F5CBC" w14:textId="77777777" w:rsidR="00BE3968" w:rsidRDefault="00BE3968"/>
          <w:p w14:paraId="73E55A75" w14:textId="77777777" w:rsidR="00BE3968" w:rsidRDefault="00CA6E70">
            <w:pPr>
              <w:pStyle w:val="CMRBodySmall"/>
            </w:pPr>
            <w:r>
              <w:rPr>
                <w:b/>
              </w:rPr>
              <w:t>PROBLEM S1-041</w:t>
            </w:r>
          </w:p>
          <w:p w14:paraId="40CC2341" w14:textId="77777777" w:rsidR="00BE3968" w:rsidRDefault="00CA6E70">
            <w:pPr>
              <w:spacing w:after="140"/>
            </w:pPr>
            <w:r>
              <w:t>David pays with a $10.00 bill for a purchase costing $4.75. How much change should the cashier give back?</w:t>
            </w:r>
          </w:p>
          <w:p w14:paraId="72715771" w14:textId="77777777" w:rsidR="00BE3968" w:rsidRDefault="00CA6E70">
            <w:pPr>
              <w:pStyle w:val="CMRBodySmall"/>
              <w:spacing w:after="40"/>
            </w:pPr>
            <w:r>
              <w:rPr>
                <w:b/>
              </w:rPr>
              <w:t>STEP 1 — WHAT DO THEY WANT?</w:t>
            </w:r>
          </w:p>
          <w:p w14:paraId="01347A4C" w14:textId="77777777" w:rsidR="00BE3968" w:rsidRDefault="00CA6E70">
            <w:pPr>
              <w:pStyle w:val="CMRBodySmall"/>
              <w:spacing w:after="20"/>
            </w:pPr>
            <w:r>
              <w:t>○ A. The amount handed to the cashier.</w:t>
            </w:r>
          </w:p>
          <w:p w14:paraId="55446CFB" w14:textId="77777777" w:rsidR="00BE3968" w:rsidRDefault="00CA6E70">
            <w:pPr>
              <w:pStyle w:val="CMRBodySmall"/>
              <w:spacing w:after="80"/>
            </w:pPr>
            <w:r>
              <w:t>○ B. The money the cashier gives back.</w:t>
            </w:r>
          </w:p>
          <w:p w14:paraId="3D15BBF1" w14:textId="77777777" w:rsidR="00BE3968" w:rsidRDefault="00CA6E70">
            <w:pPr>
              <w:pStyle w:val="CMRBodySmall"/>
              <w:spacing w:after="40"/>
            </w:pPr>
            <w:r>
              <w:rPr>
                <w:b/>
              </w:rPr>
              <w:t>STEP 2 — WHAT DO I KNOW?</w:t>
            </w:r>
          </w:p>
          <w:p w14:paraId="05D7DAEE" w14:textId="77777777" w:rsidR="00BE3968" w:rsidRDefault="00CA6E70">
            <w:pPr>
              <w:pStyle w:val="CMRBodySmall"/>
              <w:spacing w:after="40"/>
            </w:pPr>
            <w:r>
              <w:t>Amount paid: ____________________</w:t>
            </w:r>
          </w:p>
          <w:p w14:paraId="44F68FC9" w14:textId="77777777" w:rsidR="00BE3968" w:rsidRDefault="00CA6E70">
            <w:pPr>
              <w:pStyle w:val="CMRBodySmall"/>
              <w:spacing w:after="40"/>
            </w:pPr>
            <w:r>
              <w:t>Cost of purchase: ____________________</w:t>
            </w:r>
          </w:p>
          <w:p w14:paraId="41F6FC1E" w14:textId="77777777" w:rsidR="00BE3968" w:rsidRDefault="00CA6E70">
            <w:pPr>
              <w:pStyle w:val="CMRBodySmall"/>
              <w:spacing w:after="40"/>
            </w:pPr>
            <w:r>
              <w:rPr>
                <w:b/>
              </w:rPr>
              <w:t>STEP 3 — HOW DO I FIND IT?</w:t>
            </w:r>
          </w:p>
          <w:p w14:paraId="3B32EC88" w14:textId="77777777" w:rsidR="00BE3968" w:rsidRDefault="00CA6E70">
            <w:pPr>
              <w:pStyle w:val="CMRBodySmall"/>
              <w:spacing w:after="20"/>
            </w:pPr>
            <w:r>
              <w:t>○ A. Subtract the cost from the amount paid.</w:t>
            </w:r>
          </w:p>
          <w:p w14:paraId="2BA8EAE2" w14:textId="77777777" w:rsidR="00BE3968" w:rsidRDefault="00CA6E70">
            <w:pPr>
              <w:pStyle w:val="CMRBodySmall"/>
            </w:pPr>
            <w:r>
              <w:t>○ B. Add the cost to the amount paid.</w:t>
            </w:r>
          </w:p>
          <w:p w14:paraId="0A47B2E7" w14:textId="77777777" w:rsidR="00BE3968" w:rsidRDefault="00CA6E70">
            <w:pPr>
              <w:pStyle w:val="CMRBodySmall"/>
              <w:spacing w:after="120"/>
            </w:pPr>
            <w:r>
              <w:t>My math: ____________________________________________________________</w:t>
            </w:r>
          </w:p>
          <w:p w14:paraId="7BA6F060" w14:textId="77777777" w:rsidR="00BE3968" w:rsidRDefault="00CA6E70">
            <w:pPr>
              <w:pStyle w:val="CMRBodySmall"/>
              <w:spacing w:after="120"/>
            </w:pPr>
            <w:r>
              <w:t>____________________________________________________________________</w:t>
            </w:r>
          </w:p>
          <w:p w14:paraId="4E609660" w14:textId="77777777" w:rsidR="00BE3968" w:rsidRDefault="00CA6E70">
            <w:pPr>
              <w:pStyle w:val="CMRBodySmall"/>
              <w:spacing w:after="100"/>
            </w:pPr>
            <w:r>
              <w:t>Answer and check: ___________________________________________________</w:t>
            </w:r>
          </w:p>
        </w:tc>
      </w:tr>
    </w:tbl>
    <w:p w14:paraId="4046DEA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1B66EF7" w14:textId="77777777">
        <w:tc>
          <w:tcPr>
            <w:tcW w:w="10036" w:type="dxa"/>
            <w:tcMar>
              <w:top w:w="70" w:type="dxa"/>
              <w:left w:w="140" w:type="dxa"/>
              <w:bottom w:w="85" w:type="dxa"/>
              <w:right w:w="140" w:type="dxa"/>
            </w:tcMar>
          </w:tcPr>
          <w:p w14:paraId="79D7EDCD" w14:textId="77777777" w:rsidR="00BE3968" w:rsidRDefault="00BE3968"/>
          <w:p w14:paraId="6BCAC276" w14:textId="77777777" w:rsidR="00BE3968" w:rsidRDefault="00CA6E70">
            <w:pPr>
              <w:pStyle w:val="CMRBodySmall"/>
            </w:pPr>
            <w:r>
              <w:rPr>
                <w:b/>
              </w:rPr>
              <w:t>PROBLEM S1-042</w:t>
            </w:r>
          </w:p>
          <w:p w14:paraId="5C9325C5" w14:textId="77777777" w:rsidR="00BE3968" w:rsidRDefault="00CA6E70">
            <w:pPr>
              <w:spacing w:after="140"/>
            </w:pPr>
            <w:r>
              <w:t>Tanya’s lunch costs $5.25. Tanya hands the cashier a $50.00 bill. How much money should Tanya get back?</w:t>
            </w:r>
          </w:p>
          <w:p w14:paraId="141CEEFB" w14:textId="77777777" w:rsidR="00BE3968" w:rsidRDefault="00CA6E70">
            <w:pPr>
              <w:pStyle w:val="CMRBodySmall"/>
              <w:spacing w:after="40"/>
            </w:pPr>
            <w:r>
              <w:rPr>
                <w:b/>
              </w:rPr>
              <w:t>STEP 1 — WHAT DO THEY WANT?</w:t>
            </w:r>
          </w:p>
          <w:p w14:paraId="3508C2B0" w14:textId="77777777" w:rsidR="00BE3968" w:rsidRDefault="00CA6E70">
            <w:pPr>
              <w:pStyle w:val="CMRBodySmall"/>
              <w:spacing w:after="20"/>
            </w:pPr>
            <w:r>
              <w:t>○ A. The change owed to Tanya.</w:t>
            </w:r>
          </w:p>
          <w:p w14:paraId="2C21B9EC" w14:textId="77777777" w:rsidR="00BE3968" w:rsidRDefault="00CA6E70">
            <w:pPr>
              <w:pStyle w:val="CMRBodySmall"/>
              <w:spacing w:after="80"/>
            </w:pPr>
            <w:r>
              <w:t>○ B. The price of the purchase.</w:t>
            </w:r>
          </w:p>
          <w:p w14:paraId="24E6605D" w14:textId="77777777" w:rsidR="00BE3968" w:rsidRDefault="00CA6E70">
            <w:pPr>
              <w:pStyle w:val="CMRBodySmall"/>
              <w:spacing w:after="40"/>
            </w:pPr>
            <w:r>
              <w:rPr>
                <w:b/>
              </w:rPr>
              <w:t>STEP 2 — WHAT DO I KNOW?</w:t>
            </w:r>
          </w:p>
          <w:p w14:paraId="350B8A28" w14:textId="77777777" w:rsidR="00BE3968" w:rsidRDefault="00CA6E70">
            <w:pPr>
              <w:pStyle w:val="CMRBodySmall"/>
              <w:spacing w:after="40"/>
            </w:pPr>
            <w:r>
              <w:t>Amount paid: ____________________</w:t>
            </w:r>
          </w:p>
          <w:p w14:paraId="16BFE71E" w14:textId="77777777" w:rsidR="00BE3968" w:rsidRDefault="00CA6E70">
            <w:pPr>
              <w:pStyle w:val="CMRBodySmall"/>
              <w:spacing w:after="40"/>
            </w:pPr>
            <w:r>
              <w:t>Cost of purchase: ____________________</w:t>
            </w:r>
          </w:p>
          <w:p w14:paraId="5B12216B" w14:textId="77777777" w:rsidR="00BE3968" w:rsidRDefault="00CA6E70">
            <w:pPr>
              <w:pStyle w:val="CMRBodySmall"/>
              <w:spacing w:after="40"/>
            </w:pPr>
            <w:r>
              <w:rPr>
                <w:b/>
              </w:rPr>
              <w:t>STEP 3 — HOW DO I FIND IT?</w:t>
            </w:r>
          </w:p>
          <w:p w14:paraId="6198F690" w14:textId="77777777" w:rsidR="00BE3968" w:rsidRDefault="00CA6E70">
            <w:pPr>
              <w:pStyle w:val="CMRBodySmall"/>
              <w:spacing w:after="20"/>
            </w:pPr>
            <w:r>
              <w:t>○ A. Use the price as the change.</w:t>
            </w:r>
          </w:p>
          <w:p w14:paraId="4437D358" w14:textId="77777777" w:rsidR="00BE3968" w:rsidRDefault="00CA6E70">
            <w:pPr>
              <w:pStyle w:val="CMRBodySmall"/>
            </w:pPr>
            <w:r>
              <w:t>○ B. Take the price away from the bill.</w:t>
            </w:r>
          </w:p>
          <w:p w14:paraId="2CB3B96D" w14:textId="77777777" w:rsidR="00BE3968" w:rsidRDefault="00CA6E70">
            <w:pPr>
              <w:pStyle w:val="CMRBodySmall"/>
              <w:spacing w:after="120"/>
            </w:pPr>
            <w:r>
              <w:t>My math: ____________________________________________________________</w:t>
            </w:r>
          </w:p>
          <w:p w14:paraId="05DD5801" w14:textId="77777777" w:rsidR="00BE3968" w:rsidRDefault="00CA6E70">
            <w:pPr>
              <w:pStyle w:val="CMRBodySmall"/>
              <w:spacing w:after="120"/>
            </w:pPr>
            <w:r>
              <w:t>____________________________________________________________________</w:t>
            </w:r>
          </w:p>
          <w:p w14:paraId="1785C3D5" w14:textId="77777777" w:rsidR="00BE3968" w:rsidRDefault="00CA6E70">
            <w:pPr>
              <w:pStyle w:val="CMRBodySmall"/>
              <w:spacing w:after="100"/>
            </w:pPr>
            <w:r>
              <w:t>Answer and check: ___________________________________________________</w:t>
            </w:r>
          </w:p>
        </w:tc>
      </w:tr>
    </w:tbl>
    <w:p w14:paraId="4ECBB021" w14:textId="77777777" w:rsidR="00BE3968" w:rsidRDefault="00CA6E70">
      <w:r>
        <w:br w:type="page"/>
      </w:r>
    </w:p>
    <w:p w14:paraId="7730B6E2" w14:textId="77777777" w:rsidR="00BE3968" w:rsidRDefault="00CA6E70">
      <w:pPr>
        <w:pStyle w:val="CMRSmallLabel"/>
        <w:spacing w:after="60"/>
      </w:pPr>
      <w:r>
        <w:rPr>
          <w:b w:val="0"/>
        </w:rPr>
        <w:lastRenderedPageBreak/>
        <w:t>SECTION 1  |  TOPIC 05  |  PRACTICE PAGE 2/5</w:t>
      </w:r>
    </w:p>
    <w:p w14:paraId="22E4E53A" w14:textId="77777777" w:rsidR="00BE3968" w:rsidRDefault="00CA6E70">
      <w:pPr>
        <w:pStyle w:val="CMRPageTitle"/>
        <w:spacing w:after="60"/>
      </w:pPr>
      <w:r>
        <w:rPr>
          <w:b w:val="0"/>
        </w:rPr>
        <w:t>Making change</w:t>
      </w:r>
    </w:p>
    <w:p w14:paraId="423AB5E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22D301E" w14:textId="77777777">
        <w:tc>
          <w:tcPr>
            <w:tcW w:w="10036" w:type="dxa"/>
            <w:shd w:val="clear" w:color="auto" w:fill="F5F8F9"/>
            <w:tcMar>
              <w:top w:w="70" w:type="dxa"/>
              <w:left w:w="140" w:type="dxa"/>
              <w:bottom w:w="85" w:type="dxa"/>
              <w:right w:w="140" w:type="dxa"/>
            </w:tcMar>
          </w:tcPr>
          <w:p w14:paraId="6161B5A9" w14:textId="77777777" w:rsidR="00BE3968" w:rsidRDefault="00BE3968"/>
          <w:p w14:paraId="7C83048F" w14:textId="77777777" w:rsidR="00BE3968" w:rsidRDefault="00CA6E70">
            <w:pPr>
              <w:pStyle w:val="CMRBodySmall"/>
            </w:pPr>
            <w:r>
              <w:rPr>
                <w:b/>
              </w:rPr>
              <w:t>PROBLEM S1-043</w:t>
            </w:r>
          </w:p>
          <w:p w14:paraId="4952DEEE" w14:textId="77777777" w:rsidR="00BE3968" w:rsidRDefault="00CA6E70">
            <w:pPr>
              <w:spacing w:after="140"/>
            </w:pPr>
            <w:r>
              <w:t>A cashier rings up $4.25 for Kevin’s purchase. Kevin pays with a $20.00 bill. What is the correct change?</w:t>
            </w:r>
          </w:p>
          <w:p w14:paraId="0B3F2968" w14:textId="77777777" w:rsidR="00BE3968" w:rsidRDefault="00CA6E70">
            <w:pPr>
              <w:pStyle w:val="CMRBodySmall"/>
              <w:spacing w:after="40"/>
            </w:pPr>
            <w:r>
              <w:rPr>
                <w:b/>
              </w:rPr>
              <w:t>STEP 1 — WHAT DO THEY WANT?</w:t>
            </w:r>
          </w:p>
          <w:p w14:paraId="11241F33" w14:textId="77777777" w:rsidR="00BE3968" w:rsidRDefault="00CA6E70">
            <w:pPr>
              <w:pStyle w:val="CMRBodySmall"/>
              <w:spacing w:after="20"/>
            </w:pPr>
            <w:r>
              <w:t>○ A. How much Kevin should get back.</w:t>
            </w:r>
          </w:p>
          <w:p w14:paraId="31CDA5A5" w14:textId="77777777" w:rsidR="00BE3968" w:rsidRDefault="00CA6E70">
            <w:pPr>
              <w:pStyle w:val="CMRBodySmall"/>
              <w:spacing w:after="80"/>
            </w:pPr>
            <w:r>
              <w:t>○ B. The bill and the price added together.</w:t>
            </w:r>
          </w:p>
          <w:p w14:paraId="395874AC" w14:textId="77777777" w:rsidR="00BE3968" w:rsidRDefault="00CA6E70">
            <w:pPr>
              <w:pStyle w:val="CMRBodySmall"/>
              <w:spacing w:after="40"/>
            </w:pPr>
            <w:r>
              <w:rPr>
                <w:b/>
              </w:rPr>
              <w:t>STEP 2 — WHAT DO I KNOW?</w:t>
            </w:r>
          </w:p>
          <w:p w14:paraId="1180BA23" w14:textId="77777777" w:rsidR="00BE3968" w:rsidRDefault="00CA6E70">
            <w:pPr>
              <w:pStyle w:val="CMRBodySmall"/>
              <w:spacing w:after="40"/>
            </w:pPr>
            <w:r>
              <w:t>Amount paid: ____________________</w:t>
            </w:r>
          </w:p>
          <w:p w14:paraId="1271876A" w14:textId="77777777" w:rsidR="00BE3968" w:rsidRDefault="00CA6E70">
            <w:pPr>
              <w:pStyle w:val="CMRBodySmall"/>
              <w:spacing w:after="40"/>
            </w:pPr>
            <w:r>
              <w:t>Cost of purchase: ____________________</w:t>
            </w:r>
          </w:p>
          <w:p w14:paraId="2864B7EA" w14:textId="77777777" w:rsidR="00BE3968" w:rsidRDefault="00CA6E70">
            <w:pPr>
              <w:pStyle w:val="CMRBodySmall"/>
              <w:spacing w:after="40"/>
            </w:pPr>
            <w:r>
              <w:rPr>
                <w:b/>
              </w:rPr>
              <w:t>STEP 3 — HOW DO I FIND IT?</w:t>
            </w:r>
          </w:p>
          <w:p w14:paraId="3AF04DA5" w14:textId="77777777" w:rsidR="00BE3968" w:rsidRDefault="00CA6E70">
            <w:pPr>
              <w:pStyle w:val="CMRBodySmall"/>
              <w:spacing w:after="20"/>
            </w:pPr>
            <w:r>
              <w:t>○ A. Add the cost to the amount paid.</w:t>
            </w:r>
          </w:p>
          <w:p w14:paraId="2FDF9147" w14:textId="77777777" w:rsidR="00BE3968" w:rsidRDefault="00CA6E70">
            <w:pPr>
              <w:pStyle w:val="CMRBodySmall"/>
            </w:pPr>
            <w:r>
              <w:t>○ B. Subtract the cost from the amount paid.</w:t>
            </w:r>
          </w:p>
          <w:p w14:paraId="2ED51E92" w14:textId="77777777" w:rsidR="00BE3968" w:rsidRDefault="00CA6E70">
            <w:pPr>
              <w:pStyle w:val="CMRBodySmall"/>
              <w:spacing w:after="120"/>
            </w:pPr>
            <w:r>
              <w:t>My math: ____________________________________________________________</w:t>
            </w:r>
          </w:p>
          <w:p w14:paraId="41028F58" w14:textId="77777777" w:rsidR="00BE3968" w:rsidRDefault="00CA6E70">
            <w:pPr>
              <w:pStyle w:val="CMRBodySmall"/>
              <w:spacing w:after="120"/>
            </w:pPr>
            <w:r>
              <w:t>____________________________________________________________________</w:t>
            </w:r>
          </w:p>
          <w:p w14:paraId="1A4207AD" w14:textId="77777777" w:rsidR="00BE3968" w:rsidRDefault="00CA6E70">
            <w:pPr>
              <w:pStyle w:val="CMRBodySmall"/>
              <w:spacing w:after="100"/>
            </w:pPr>
            <w:r>
              <w:t>Answer and check: ___________________________________________________</w:t>
            </w:r>
          </w:p>
        </w:tc>
      </w:tr>
    </w:tbl>
    <w:p w14:paraId="4A9BD88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A16898B" w14:textId="77777777">
        <w:tc>
          <w:tcPr>
            <w:tcW w:w="10036" w:type="dxa"/>
            <w:tcMar>
              <w:top w:w="70" w:type="dxa"/>
              <w:left w:w="140" w:type="dxa"/>
              <w:bottom w:w="85" w:type="dxa"/>
              <w:right w:w="140" w:type="dxa"/>
            </w:tcMar>
          </w:tcPr>
          <w:p w14:paraId="57CF5131" w14:textId="77777777" w:rsidR="00BE3968" w:rsidRDefault="00BE3968"/>
          <w:p w14:paraId="476AB8F1" w14:textId="77777777" w:rsidR="00BE3968" w:rsidRDefault="00CA6E70">
            <w:pPr>
              <w:pStyle w:val="CMRBodySmall"/>
            </w:pPr>
            <w:r>
              <w:rPr>
                <w:b/>
              </w:rPr>
              <w:t>PROBLEM S1-044</w:t>
            </w:r>
          </w:p>
          <w:p w14:paraId="6445BDDB" w14:textId="77777777" w:rsidR="00BE3968" w:rsidRDefault="00CA6E70">
            <w:pPr>
              <w:spacing w:after="140"/>
            </w:pPr>
            <w:r>
              <w:t>Sharon pays with a $20.00 bill for a purchase costing $6.50. How much change should the cashier give back?</w:t>
            </w:r>
          </w:p>
          <w:p w14:paraId="62915F43" w14:textId="77777777" w:rsidR="00BE3968" w:rsidRDefault="00CA6E70">
            <w:pPr>
              <w:pStyle w:val="CMRBodySmall"/>
              <w:spacing w:after="40"/>
            </w:pPr>
            <w:r>
              <w:rPr>
                <w:b/>
              </w:rPr>
              <w:t>STEP 1 — WHAT DO THEY WANT?</w:t>
            </w:r>
          </w:p>
          <w:p w14:paraId="7E006BF9" w14:textId="77777777" w:rsidR="00BE3968" w:rsidRDefault="00CA6E70">
            <w:pPr>
              <w:pStyle w:val="CMRBodySmall"/>
              <w:spacing w:after="20"/>
            </w:pPr>
            <w:r>
              <w:t>○ A. The amount handed to the cashier.</w:t>
            </w:r>
          </w:p>
          <w:p w14:paraId="713B191A" w14:textId="77777777" w:rsidR="00BE3968" w:rsidRDefault="00CA6E70">
            <w:pPr>
              <w:pStyle w:val="CMRBodySmall"/>
              <w:spacing w:after="80"/>
            </w:pPr>
            <w:r>
              <w:t>○ B. The money the cashier gives back.</w:t>
            </w:r>
          </w:p>
          <w:p w14:paraId="033EFF26" w14:textId="77777777" w:rsidR="00BE3968" w:rsidRDefault="00CA6E70">
            <w:pPr>
              <w:pStyle w:val="CMRBodySmall"/>
              <w:spacing w:after="40"/>
            </w:pPr>
            <w:r>
              <w:rPr>
                <w:b/>
              </w:rPr>
              <w:t>STEP 2 — WHAT DO I KNOW?</w:t>
            </w:r>
          </w:p>
          <w:p w14:paraId="22CEFC4B" w14:textId="77777777" w:rsidR="00BE3968" w:rsidRDefault="00CA6E70">
            <w:pPr>
              <w:pStyle w:val="CMRBodySmall"/>
              <w:spacing w:after="40"/>
            </w:pPr>
            <w:r>
              <w:t>Amount paid: ____________________</w:t>
            </w:r>
          </w:p>
          <w:p w14:paraId="79B19885" w14:textId="77777777" w:rsidR="00BE3968" w:rsidRDefault="00CA6E70">
            <w:pPr>
              <w:pStyle w:val="CMRBodySmall"/>
              <w:spacing w:after="40"/>
            </w:pPr>
            <w:r>
              <w:t>Cost of purchase: ____________________</w:t>
            </w:r>
          </w:p>
          <w:p w14:paraId="2D351DE7" w14:textId="77777777" w:rsidR="00BE3968" w:rsidRDefault="00CA6E70">
            <w:pPr>
              <w:pStyle w:val="CMRBodySmall"/>
              <w:spacing w:after="40"/>
            </w:pPr>
            <w:r>
              <w:rPr>
                <w:b/>
              </w:rPr>
              <w:t>STEP 3 — HOW DO I FIND IT?</w:t>
            </w:r>
          </w:p>
          <w:p w14:paraId="69C8FCDC" w14:textId="77777777" w:rsidR="00BE3968" w:rsidRDefault="00CA6E70">
            <w:pPr>
              <w:pStyle w:val="CMRBodySmall"/>
              <w:spacing w:after="20"/>
            </w:pPr>
            <w:r>
              <w:t>○ A. Take the price away from the bill.</w:t>
            </w:r>
          </w:p>
          <w:p w14:paraId="5E996ADF" w14:textId="77777777" w:rsidR="00BE3968" w:rsidRDefault="00CA6E70">
            <w:pPr>
              <w:pStyle w:val="CMRBodySmall"/>
            </w:pPr>
            <w:r>
              <w:t>○ B. Use the price as the change.</w:t>
            </w:r>
          </w:p>
          <w:p w14:paraId="3EA5DCE1" w14:textId="77777777" w:rsidR="00BE3968" w:rsidRDefault="00CA6E70">
            <w:pPr>
              <w:pStyle w:val="CMRBodySmall"/>
              <w:spacing w:after="120"/>
            </w:pPr>
            <w:r>
              <w:t>My math: ____________________________________________________________</w:t>
            </w:r>
          </w:p>
          <w:p w14:paraId="7C1784D8" w14:textId="77777777" w:rsidR="00BE3968" w:rsidRDefault="00CA6E70">
            <w:pPr>
              <w:pStyle w:val="CMRBodySmall"/>
              <w:spacing w:after="120"/>
            </w:pPr>
            <w:r>
              <w:t>____________________________________________________________________</w:t>
            </w:r>
          </w:p>
          <w:p w14:paraId="2D503BE5" w14:textId="77777777" w:rsidR="00BE3968" w:rsidRDefault="00CA6E70">
            <w:pPr>
              <w:pStyle w:val="CMRBodySmall"/>
              <w:spacing w:after="100"/>
            </w:pPr>
            <w:r>
              <w:t>Answer and check: ___________________________________________________</w:t>
            </w:r>
          </w:p>
        </w:tc>
      </w:tr>
    </w:tbl>
    <w:p w14:paraId="4DA79307" w14:textId="77777777" w:rsidR="00BE3968" w:rsidRDefault="00CA6E70">
      <w:r>
        <w:br w:type="page"/>
      </w:r>
    </w:p>
    <w:p w14:paraId="30C0655C" w14:textId="77777777" w:rsidR="00BE3968" w:rsidRDefault="00CA6E70">
      <w:pPr>
        <w:pStyle w:val="CMRSmallLabel"/>
        <w:spacing w:after="60"/>
      </w:pPr>
      <w:r>
        <w:rPr>
          <w:b w:val="0"/>
        </w:rPr>
        <w:lastRenderedPageBreak/>
        <w:t>SECTION 1  |  TOPIC 05  |  PRACTICE PAGE 3/5</w:t>
      </w:r>
    </w:p>
    <w:p w14:paraId="5FFD50E3" w14:textId="77777777" w:rsidR="00BE3968" w:rsidRDefault="00CA6E70">
      <w:pPr>
        <w:pStyle w:val="CMRPageTitle"/>
        <w:spacing w:after="60"/>
      </w:pPr>
      <w:r>
        <w:rPr>
          <w:b w:val="0"/>
        </w:rPr>
        <w:t>Making change</w:t>
      </w:r>
    </w:p>
    <w:p w14:paraId="141505D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AC81A91" w14:textId="77777777">
        <w:tc>
          <w:tcPr>
            <w:tcW w:w="10036" w:type="dxa"/>
            <w:shd w:val="clear" w:color="auto" w:fill="F5F8F9"/>
            <w:tcMar>
              <w:top w:w="70" w:type="dxa"/>
              <w:left w:w="140" w:type="dxa"/>
              <w:bottom w:w="85" w:type="dxa"/>
              <w:right w:w="140" w:type="dxa"/>
            </w:tcMar>
          </w:tcPr>
          <w:p w14:paraId="058D8F67" w14:textId="77777777" w:rsidR="00BE3968" w:rsidRDefault="00BE3968"/>
          <w:p w14:paraId="22C31FC9" w14:textId="77777777" w:rsidR="00BE3968" w:rsidRDefault="00CA6E70">
            <w:pPr>
              <w:pStyle w:val="CMRBodySmall"/>
            </w:pPr>
            <w:r>
              <w:rPr>
                <w:b/>
              </w:rPr>
              <w:t>PROBLEM S1-045</w:t>
            </w:r>
          </w:p>
          <w:p w14:paraId="32A732CB" w14:textId="77777777" w:rsidR="00BE3968" w:rsidRDefault="00CA6E70">
            <w:pPr>
              <w:spacing w:after="140"/>
            </w:pPr>
            <w:r>
              <w:t>Andre’s lunch costs $4.50. Andre hands the cashier a $10.00 bill. How much money should Andre get back?</w:t>
            </w:r>
          </w:p>
          <w:p w14:paraId="5354683E" w14:textId="77777777" w:rsidR="00BE3968" w:rsidRDefault="00CA6E70">
            <w:pPr>
              <w:pStyle w:val="CMRBodySmall"/>
              <w:spacing w:after="40"/>
            </w:pPr>
            <w:r>
              <w:rPr>
                <w:b/>
              </w:rPr>
              <w:t>STEP 1 — WHAT DO THEY WANT?</w:t>
            </w:r>
          </w:p>
          <w:p w14:paraId="682FEBD6" w14:textId="77777777" w:rsidR="00BE3968" w:rsidRDefault="00CA6E70">
            <w:pPr>
              <w:pStyle w:val="CMRBodySmall"/>
              <w:spacing w:after="20"/>
            </w:pPr>
            <w:r>
              <w:t>○ A. The change owed to Andre.</w:t>
            </w:r>
          </w:p>
          <w:p w14:paraId="11775E5E" w14:textId="77777777" w:rsidR="00BE3968" w:rsidRDefault="00CA6E70">
            <w:pPr>
              <w:pStyle w:val="CMRBodySmall"/>
              <w:spacing w:after="80"/>
            </w:pPr>
            <w:r>
              <w:t>○ B. The price of the purchase.</w:t>
            </w:r>
          </w:p>
          <w:p w14:paraId="2B6BE5A9" w14:textId="77777777" w:rsidR="00BE3968" w:rsidRDefault="00CA6E70">
            <w:pPr>
              <w:pStyle w:val="CMRBodySmall"/>
              <w:spacing w:after="40"/>
            </w:pPr>
            <w:r>
              <w:rPr>
                <w:b/>
              </w:rPr>
              <w:t>STEP 2 — WHAT DO I KNOW?</w:t>
            </w:r>
          </w:p>
          <w:p w14:paraId="65564FFF" w14:textId="77777777" w:rsidR="00BE3968" w:rsidRDefault="00CA6E70">
            <w:pPr>
              <w:pStyle w:val="CMRBodySmall"/>
              <w:spacing w:after="40"/>
            </w:pPr>
            <w:r>
              <w:t>Amount paid: ____________________</w:t>
            </w:r>
          </w:p>
          <w:p w14:paraId="3B47CE0B" w14:textId="77777777" w:rsidR="00BE3968" w:rsidRDefault="00CA6E70">
            <w:pPr>
              <w:pStyle w:val="CMRBodySmall"/>
              <w:spacing w:after="40"/>
            </w:pPr>
            <w:r>
              <w:t>Cost of purchase: ____________________</w:t>
            </w:r>
          </w:p>
          <w:p w14:paraId="4CB83EC2" w14:textId="77777777" w:rsidR="00BE3968" w:rsidRDefault="00CA6E70">
            <w:pPr>
              <w:pStyle w:val="CMRBodySmall"/>
              <w:spacing w:after="40"/>
            </w:pPr>
            <w:r>
              <w:rPr>
                <w:b/>
              </w:rPr>
              <w:t>STEP 3 — HOW DO I FIND IT?</w:t>
            </w:r>
          </w:p>
          <w:p w14:paraId="534C6C3F" w14:textId="77777777" w:rsidR="00BE3968" w:rsidRDefault="00CA6E70">
            <w:pPr>
              <w:pStyle w:val="CMRBodySmall"/>
              <w:spacing w:after="20"/>
            </w:pPr>
            <w:r>
              <w:t>○ A. Add the cost to the amount paid.</w:t>
            </w:r>
          </w:p>
          <w:p w14:paraId="35E18993" w14:textId="77777777" w:rsidR="00BE3968" w:rsidRDefault="00CA6E70">
            <w:pPr>
              <w:pStyle w:val="CMRBodySmall"/>
            </w:pPr>
            <w:r>
              <w:t>○ B. Subtract the cost from the amount paid.</w:t>
            </w:r>
          </w:p>
          <w:p w14:paraId="28679A54" w14:textId="77777777" w:rsidR="00BE3968" w:rsidRDefault="00CA6E70">
            <w:pPr>
              <w:pStyle w:val="CMRBodySmall"/>
              <w:spacing w:after="120"/>
            </w:pPr>
            <w:r>
              <w:t>My math: ____________________________________________________________</w:t>
            </w:r>
          </w:p>
          <w:p w14:paraId="29985EC3" w14:textId="77777777" w:rsidR="00BE3968" w:rsidRDefault="00CA6E70">
            <w:pPr>
              <w:pStyle w:val="CMRBodySmall"/>
              <w:spacing w:after="120"/>
            </w:pPr>
            <w:r>
              <w:t>____________________________________________________________________</w:t>
            </w:r>
          </w:p>
          <w:p w14:paraId="557814F0" w14:textId="77777777" w:rsidR="00BE3968" w:rsidRDefault="00CA6E70">
            <w:pPr>
              <w:pStyle w:val="CMRBodySmall"/>
              <w:spacing w:after="100"/>
            </w:pPr>
            <w:r>
              <w:t>Answer and check: ___________________________________________________</w:t>
            </w:r>
          </w:p>
        </w:tc>
      </w:tr>
    </w:tbl>
    <w:p w14:paraId="69B035A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7CCAA38" w14:textId="77777777">
        <w:tc>
          <w:tcPr>
            <w:tcW w:w="10036" w:type="dxa"/>
            <w:tcMar>
              <w:top w:w="70" w:type="dxa"/>
              <w:left w:w="140" w:type="dxa"/>
              <w:bottom w:w="85" w:type="dxa"/>
              <w:right w:w="140" w:type="dxa"/>
            </w:tcMar>
          </w:tcPr>
          <w:p w14:paraId="2806D648" w14:textId="77777777" w:rsidR="00BE3968" w:rsidRDefault="00BE3968"/>
          <w:p w14:paraId="29574BBE" w14:textId="77777777" w:rsidR="00BE3968" w:rsidRDefault="00CA6E70">
            <w:pPr>
              <w:pStyle w:val="CMRBodySmall"/>
            </w:pPr>
            <w:r>
              <w:rPr>
                <w:b/>
              </w:rPr>
              <w:t>PROBLEM S1-046</w:t>
            </w:r>
          </w:p>
          <w:p w14:paraId="15018BB9" w14:textId="77777777" w:rsidR="00BE3968" w:rsidRDefault="00CA6E70">
            <w:pPr>
              <w:spacing w:after="140"/>
            </w:pPr>
            <w:r>
              <w:t>A cashier rings up $5.00 for Patricia’s purchase. Patricia pays with a $10.00 bill. What is the correct change?</w:t>
            </w:r>
          </w:p>
          <w:p w14:paraId="7759E78F" w14:textId="77777777" w:rsidR="00BE3968" w:rsidRDefault="00CA6E70">
            <w:pPr>
              <w:pStyle w:val="CMRBodySmall"/>
              <w:spacing w:after="40"/>
            </w:pPr>
            <w:r>
              <w:rPr>
                <w:b/>
              </w:rPr>
              <w:t>STEP 1 — WHAT DO THEY WANT?</w:t>
            </w:r>
          </w:p>
          <w:p w14:paraId="4F15515C" w14:textId="77777777" w:rsidR="00BE3968" w:rsidRDefault="00CA6E70">
            <w:pPr>
              <w:pStyle w:val="CMRBodySmall"/>
              <w:spacing w:after="20"/>
            </w:pPr>
            <w:r>
              <w:t>○ A. The bill and the price added together.</w:t>
            </w:r>
          </w:p>
          <w:p w14:paraId="7FDF0C5C" w14:textId="77777777" w:rsidR="00BE3968" w:rsidRDefault="00CA6E70">
            <w:pPr>
              <w:pStyle w:val="CMRBodySmall"/>
              <w:spacing w:after="80"/>
            </w:pPr>
            <w:r>
              <w:t>○ B. How much Patricia should get back.</w:t>
            </w:r>
          </w:p>
          <w:p w14:paraId="2AEA32BD" w14:textId="77777777" w:rsidR="00BE3968" w:rsidRDefault="00CA6E70">
            <w:pPr>
              <w:pStyle w:val="CMRBodySmall"/>
              <w:spacing w:after="40"/>
            </w:pPr>
            <w:r>
              <w:rPr>
                <w:b/>
              </w:rPr>
              <w:t>STEP 2 — WHAT DO I KNOW?</w:t>
            </w:r>
          </w:p>
          <w:p w14:paraId="75A94650" w14:textId="77777777" w:rsidR="00BE3968" w:rsidRDefault="00CA6E70">
            <w:pPr>
              <w:pStyle w:val="CMRBodySmall"/>
              <w:spacing w:after="40"/>
            </w:pPr>
            <w:r>
              <w:t>Amount paid: ____________________</w:t>
            </w:r>
          </w:p>
          <w:p w14:paraId="79FB5A1A" w14:textId="77777777" w:rsidR="00BE3968" w:rsidRDefault="00CA6E70">
            <w:pPr>
              <w:pStyle w:val="CMRBodySmall"/>
              <w:spacing w:after="40"/>
            </w:pPr>
            <w:r>
              <w:t>Cost of purchase: ____________________</w:t>
            </w:r>
          </w:p>
          <w:p w14:paraId="3ABC9F24" w14:textId="77777777" w:rsidR="00BE3968" w:rsidRDefault="00CA6E70">
            <w:pPr>
              <w:pStyle w:val="CMRBodySmall"/>
              <w:spacing w:after="40"/>
            </w:pPr>
            <w:r>
              <w:rPr>
                <w:b/>
              </w:rPr>
              <w:t>STEP 3 — HOW DO I FIND IT?</w:t>
            </w:r>
          </w:p>
          <w:p w14:paraId="7132001E" w14:textId="77777777" w:rsidR="00BE3968" w:rsidRDefault="00CA6E70">
            <w:pPr>
              <w:pStyle w:val="CMRBodySmall"/>
              <w:spacing w:after="20"/>
            </w:pPr>
            <w:r>
              <w:t>○ A. Use the price as the change.</w:t>
            </w:r>
          </w:p>
          <w:p w14:paraId="263B6926" w14:textId="77777777" w:rsidR="00BE3968" w:rsidRDefault="00CA6E70">
            <w:pPr>
              <w:pStyle w:val="CMRBodySmall"/>
            </w:pPr>
            <w:r>
              <w:t>○ B. Take the price away from the bill.</w:t>
            </w:r>
          </w:p>
          <w:p w14:paraId="503DA029" w14:textId="77777777" w:rsidR="00BE3968" w:rsidRDefault="00CA6E70">
            <w:pPr>
              <w:pStyle w:val="CMRBodySmall"/>
              <w:spacing w:after="120"/>
            </w:pPr>
            <w:r>
              <w:t>My math: ____________________________________________________________</w:t>
            </w:r>
          </w:p>
          <w:p w14:paraId="67361810" w14:textId="77777777" w:rsidR="00BE3968" w:rsidRDefault="00CA6E70">
            <w:pPr>
              <w:pStyle w:val="CMRBodySmall"/>
              <w:spacing w:after="120"/>
            </w:pPr>
            <w:r>
              <w:t>____________________________________________________________________</w:t>
            </w:r>
          </w:p>
          <w:p w14:paraId="21460F7B" w14:textId="77777777" w:rsidR="00BE3968" w:rsidRDefault="00CA6E70">
            <w:pPr>
              <w:pStyle w:val="CMRBodySmall"/>
              <w:spacing w:after="100"/>
            </w:pPr>
            <w:r>
              <w:t>Answer and check: ___________________________________________________</w:t>
            </w:r>
          </w:p>
        </w:tc>
      </w:tr>
    </w:tbl>
    <w:p w14:paraId="21AAD33A" w14:textId="77777777" w:rsidR="00BE3968" w:rsidRDefault="00CA6E70">
      <w:r>
        <w:br w:type="page"/>
      </w:r>
    </w:p>
    <w:p w14:paraId="31762A58" w14:textId="77777777" w:rsidR="00BE3968" w:rsidRDefault="00CA6E70">
      <w:pPr>
        <w:pStyle w:val="CMRSmallLabel"/>
        <w:spacing w:after="60"/>
      </w:pPr>
      <w:r>
        <w:rPr>
          <w:b w:val="0"/>
        </w:rPr>
        <w:lastRenderedPageBreak/>
        <w:t>SECTION 1  |  TOPIC 05  |  PRACTICE PAGE 4/5</w:t>
      </w:r>
    </w:p>
    <w:p w14:paraId="1D433661" w14:textId="77777777" w:rsidR="00BE3968" w:rsidRDefault="00CA6E70">
      <w:pPr>
        <w:pStyle w:val="CMRPageTitle"/>
        <w:spacing w:after="60"/>
      </w:pPr>
      <w:r>
        <w:rPr>
          <w:b w:val="0"/>
        </w:rPr>
        <w:t>Making change</w:t>
      </w:r>
    </w:p>
    <w:p w14:paraId="3689FAD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B517331" w14:textId="77777777">
        <w:tc>
          <w:tcPr>
            <w:tcW w:w="10036" w:type="dxa"/>
            <w:shd w:val="clear" w:color="auto" w:fill="F5F8F9"/>
            <w:tcMar>
              <w:top w:w="70" w:type="dxa"/>
              <w:left w:w="140" w:type="dxa"/>
              <w:bottom w:w="85" w:type="dxa"/>
              <w:right w:w="140" w:type="dxa"/>
            </w:tcMar>
          </w:tcPr>
          <w:p w14:paraId="666998AB" w14:textId="77777777" w:rsidR="00BE3968" w:rsidRDefault="00BE3968"/>
          <w:p w14:paraId="7C12D4A6" w14:textId="77777777" w:rsidR="00BE3968" w:rsidRDefault="00CA6E70">
            <w:pPr>
              <w:pStyle w:val="CMRBodySmall"/>
            </w:pPr>
            <w:r>
              <w:rPr>
                <w:b/>
              </w:rPr>
              <w:t>PROBLEM S1-047</w:t>
            </w:r>
          </w:p>
          <w:p w14:paraId="7974E028" w14:textId="77777777" w:rsidR="00BE3968" w:rsidRDefault="00CA6E70">
            <w:pPr>
              <w:spacing w:after="140"/>
            </w:pPr>
            <w:r>
              <w:t>Elaine pays with a $20.00 bill for a purchase costing $13.50. How much change should the cashier give back?</w:t>
            </w:r>
          </w:p>
          <w:p w14:paraId="13C8687A" w14:textId="77777777" w:rsidR="00BE3968" w:rsidRDefault="00CA6E70">
            <w:pPr>
              <w:pStyle w:val="CMRBodySmall"/>
              <w:spacing w:after="40"/>
            </w:pPr>
            <w:r>
              <w:rPr>
                <w:b/>
              </w:rPr>
              <w:t>STEP 1 — WHAT DO THEY WANT?</w:t>
            </w:r>
          </w:p>
          <w:p w14:paraId="0A5CD33C" w14:textId="77777777" w:rsidR="00BE3968" w:rsidRDefault="00CA6E70">
            <w:pPr>
              <w:pStyle w:val="CMRBodySmall"/>
              <w:spacing w:after="20"/>
            </w:pPr>
            <w:r>
              <w:t>○ A. The money the cashier gives back.</w:t>
            </w:r>
          </w:p>
          <w:p w14:paraId="26206024" w14:textId="77777777" w:rsidR="00BE3968" w:rsidRDefault="00CA6E70">
            <w:pPr>
              <w:pStyle w:val="CMRBodySmall"/>
              <w:spacing w:after="80"/>
            </w:pPr>
            <w:r>
              <w:t>○ B. The amount handed to the cashier.</w:t>
            </w:r>
          </w:p>
          <w:p w14:paraId="43151986" w14:textId="77777777" w:rsidR="00BE3968" w:rsidRDefault="00CA6E70">
            <w:pPr>
              <w:pStyle w:val="CMRBodySmall"/>
              <w:spacing w:after="40"/>
            </w:pPr>
            <w:r>
              <w:rPr>
                <w:b/>
              </w:rPr>
              <w:t>STEP 2 — WHAT DO I KNOW?</w:t>
            </w:r>
          </w:p>
          <w:p w14:paraId="1B80F85B" w14:textId="77777777" w:rsidR="00BE3968" w:rsidRDefault="00CA6E70">
            <w:pPr>
              <w:pStyle w:val="CMRBodySmall"/>
              <w:spacing w:after="40"/>
            </w:pPr>
            <w:r>
              <w:t>Amount paid: ____________________</w:t>
            </w:r>
          </w:p>
          <w:p w14:paraId="3DC48A42" w14:textId="77777777" w:rsidR="00BE3968" w:rsidRDefault="00CA6E70">
            <w:pPr>
              <w:pStyle w:val="CMRBodySmall"/>
              <w:spacing w:after="40"/>
            </w:pPr>
            <w:r>
              <w:t>Cost of purchase: ____________________</w:t>
            </w:r>
          </w:p>
          <w:p w14:paraId="37F8DF97" w14:textId="77777777" w:rsidR="00BE3968" w:rsidRDefault="00CA6E70">
            <w:pPr>
              <w:pStyle w:val="CMRBodySmall"/>
              <w:spacing w:after="40"/>
            </w:pPr>
            <w:r>
              <w:rPr>
                <w:b/>
              </w:rPr>
              <w:t>STEP 3 — HOW DO I FIND IT?</w:t>
            </w:r>
          </w:p>
          <w:p w14:paraId="61A686FC" w14:textId="77777777" w:rsidR="00BE3968" w:rsidRDefault="00CA6E70">
            <w:pPr>
              <w:pStyle w:val="CMRBodySmall"/>
              <w:spacing w:after="20"/>
            </w:pPr>
            <w:r>
              <w:t>○ A. Subtract the cost from the amount paid.</w:t>
            </w:r>
          </w:p>
          <w:p w14:paraId="4C95574D" w14:textId="77777777" w:rsidR="00BE3968" w:rsidRDefault="00CA6E70">
            <w:pPr>
              <w:pStyle w:val="CMRBodySmall"/>
            </w:pPr>
            <w:r>
              <w:t>○ B. Add the cost to the amount paid.</w:t>
            </w:r>
          </w:p>
          <w:p w14:paraId="1842F214" w14:textId="77777777" w:rsidR="00BE3968" w:rsidRDefault="00CA6E70">
            <w:pPr>
              <w:pStyle w:val="CMRBodySmall"/>
              <w:spacing w:after="120"/>
            </w:pPr>
            <w:r>
              <w:t>My math: ____________________________________________________________</w:t>
            </w:r>
          </w:p>
          <w:p w14:paraId="5B4D9938" w14:textId="77777777" w:rsidR="00BE3968" w:rsidRDefault="00CA6E70">
            <w:pPr>
              <w:pStyle w:val="CMRBodySmall"/>
              <w:spacing w:after="120"/>
            </w:pPr>
            <w:r>
              <w:t>____________________________________________________________________</w:t>
            </w:r>
          </w:p>
          <w:p w14:paraId="4AFBDCC6" w14:textId="77777777" w:rsidR="00BE3968" w:rsidRDefault="00CA6E70">
            <w:pPr>
              <w:pStyle w:val="CMRBodySmall"/>
              <w:spacing w:after="100"/>
            </w:pPr>
            <w:r>
              <w:t>Answer and check: ___________________________________________________</w:t>
            </w:r>
          </w:p>
        </w:tc>
      </w:tr>
    </w:tbl>
    <w:p w14:paraId="3EBD01C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55C12EA" w14:textId="77777777">
        <w:tc>
          <w:tcPr>
            <w:tcW w:w="10036" w:type="dxa"/>
            <w:tcMar>
              <w:top w:w="70" w:type="dxa"/>
              <w:left w:w="140" w:type="dxa"/>
              <w:bottom w:w="85" w:type="dxa"/>
              <w:right w:w="140" w:type="dxa"/>
            </w:tcMar>
          </w:tcPr>
          <w:p w14:paraId="73FA2D78" w14:textId="77777777" w:rsidR="00BE3968" w:rsidRDefault="00BE3968"/>
          <w:p w14:paraId="5FAF504C" w14:textId="77777777" w:rsidR="00BE3968" w:rsidRDefault="00CA6E70">
            <w:pPr>
              <w:pStyle w:val="CMRBodySmall"/>
            </w:pPr>
            <w:r>
              <w:rPr>
                <w:b/>
              </w:rPr>
              <w:t>PROBLEM S1-048</w:t>
            </w:r>
          </w:p>
          <w:p w14:paraId="63A86F9D" w14:textId="77777777" w:rsidR="00BE3968" w:rsidRDefault="00CA6E70">
            <w:pPr>
              <w:spacing w:after="140"/>
            </w:pPr>
            <w:r>
              <w:t>Terry’s lunch costs $3.75. Terry hands the cashier a $10.00 bill. How much money should Terry get back?</w:t>
            </w:r>
          </w:p>
          <w:p w14:paraId="4FCECB7A" w14:textId="77777777" w:rsidR="00BE3968" w:rsidRDefault="00CA6E70">
            <w:pPr>
              <w:pStyle w:val="CMRBodySmall"/>
              <w:spacing w:after="40"/>
            </w:pPr>
            <w:r>
              <w:rPr>
                <w:b/>
              </w:rPr>
              <w:t>STEP 1 — WHAT DO THEY WANT?</w:t>
            </w:r>
          </w:p>
          <w:p w14:paraId="4B60E14F" w14:textId="77777777" w:rsidR="00BE3968" w:rsidRDefault="00CA6E70">
            <w:pPr>
              <w:pStyle w:val="CMRBodySmall"/>
              <w:spacing w:after="20"/>
            </w:pPr>
            <w:r>
              <w:t>○ A. The price of the purchase.</w:t>
            </w:r>
          </w:p>
          <w:p w14:paraId="5EB0734E" w14:textId="77777777" w:rsidR="00BE3968" w:rsidRDefault="00CA6E70">
            <w:pPr>
              <w:pStyle w:val="CMRBodySmall"/>
              <w:spacing w:after="80"/>
            </w:pPr>
            <w:r>
              <w:t>○ B. The change owed to Terry.</w:t>
            </w:r>
          </w:p>
          <w:p w14:paraId="32446ED9" w14:textId="77777777" w:rsidR="00BE3968" w:rsidRDefault="00CA6E70">
            <w:pPr>
              <w:pStyle w:val="CMRBodySmall"/>
              <w:spacing w:after="40"/>
            </w:pPr>
            <w:r>
              <w:rPr>
                <w:b/>
              </w:rPr>
              <w:t>STEP 2 — WHAT DO I KNOW?</w:t>
            </w:r>
          </w:p>
          <w:p w14:paraId="065D49CF" w14:textId="77777777" w:rsidR="00BE3968" w:rsidRDefault="00CA6E70">
            <w:pPr>
              <w:pStyle w:val="CMRBodySmall"/>
              <w:spacing w:after="40"/>
            </w:pPr>
            <w:r>
              <w:t>Amount paid: ____________________</w:t>
            </w:r>
          </w:p>
          <w:p w14:paraId="43E54EE9" w14:textId="77777777" w:rsidR="00BE3968" w:rsidRDefault="00CA6E70">
            <w:pPr>
              <w:pStyle w:val="CMRBodySmall"/>
              <w:spacing w:after="40"/>
            </w:pPr>
            <w:r>
              <w:t>Cost of purchase: ____________________</w:t>
            </w:r>
          </w:p>
          <w:p w14:paraId="4F1109C6" w14:textId="77777777" w:rsidR="00BE3968" w:rsidRDefault="00CA6E70">
            <w:pPr>
              <w:pStyle w:val="CMRBodySmall"/>
              <w:spacing w:after="40"/>
            </w:pPr>
            <w:r>
              <w:rPr>
                <w:b/>
              </w:rPr>
              <w:t>STEP 3 — HOW DO I FIND IT?</w:t>
            </w:r>
          </w:p>
          <w:p w14:paraId="5BB0D58F" w14:textId="77777777" w:rsidR="00BE3968" w:rsidRDefault="00CA6E70">
            <w:pPr>
              <w:pStyle w:val="CMRBodySmall"/>
              <w:spacing w:after="20"/>
            </w:pPr>
            <w:r>
              <w:t>○ A. Take the price away from the bill.</w:t>
            </w:r>
          </w:p>
          <w:p w14:paraId="29FDA69E" w14:textId="77777777" w:rsidR="00BE3968" w:rsidRDefault="00CA6E70">
            <w:pPr>
              <w:pStyle w:val="CMRBodySmall"/>
            </w:pPr>
            <w:r>
              <w:t>○ B. Use the price as the change.</w:t>
            </w:r>
          </w:p>
          <w:p w14:paraId="02EDC2CF" w14:textId="77777777" w:rsidR="00BE3968" w:rsidRDefault="00CA6E70">
            <w:pPr>
              <w:pStyle w:val="CMRBodySmall"/>
              <w:spacing w:after="120"/>
            </w:pPr>
            <w:r>
              <w:t>My math: ____________________________________________________________</w:t>
            </w:r>
          </w:p>
          <w:p w14:paraId="765736A5" w14:textId="77777777" w:rsidR="00BE3968" w:rsidRDefault="00CA6E70">
            <w:pPr>
              <w:pStyle w:val="CMRBodySmall"/>
              <w:spacing w:after="120"/>
            </w:pPr>
            <w:r>
              <w:t>____________________________________________________________________</w:t>
            </w:r>
          </w:p>
          <w:p w14:paraId="0AD841AC" w14:textId="77777777" w:rsidR="00BE3968" w:rsidRDefault="00CA6E70">
            <w:pPr>
              <w:pStyle w:val="CMRBodySmall"/>
              <w:spacing w:after="100"/>
            </w:pPr>
            <w:r>
              <w:t>Answer and check: ___________________________________________________</w:t>
            </w:r>
          </w:p>
        </w:tc>
      </w:tr>
    </w:tbl>
    <w:p w14:paraId="584E7405" w14:textId="77777777" w:rsidR="00BE3968" w:rsidRDefault="00CA6E70">
      <w:r>
        <w:br w:type="page"/>
      </w:r>
    </w:p>
    <w:p w14:paraId="54C5DBED" w14:textId="77777777" w:rsidR="00BE3968" w:rsidRDefault="00CA6E70">
      <w:pPr>
        <w:pStyle w:val="CMRSmallLabel"/>
        <w:spacing w:after="60"/>
      </w:pPr>
      <w:r>
        <w:rPr>
          <w:b w:val="0"/>
        </w:rPr>
        <w:lastRenderedPageBreak/>
        <w:t>SECTION 1  |  TOPIC 05  |  PRACTICE PAGE 5/5</w:t>
      </w:r>
    </w:p>
    <w:p w14:paraId="4592F375" w14:textId="77777777" w:rsidR="00BE3968" w:rsidRDefault="00CA6E70">
      <w:pPr>
        <w:pStyle w:val="CMRPageTitle"/>
        <w:spacing w:after="60"/>
      </w:pPr>
      <w:r>
        <w:rPr>
          <w:b w:val="0"/>
        </w:rPr>
        <w:t>Making change</w:t>
      </w:r>
    </w:p>
    <w:p w14:paraId="3192999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EA0327E" w14:textId="77777777">
        <w:tc>
          <w:tcPr>
            <w:tcW w:w="10036" w:type="dxa"/>
            <w:shd w:val="clear" w:color="auto" w:fill="F5F8F9"/>
            <w:tcMar>
              <w:top w:w="70" w:type="dxa"/>
              <w:left w:w="140" w:type="dxa"/>
              <w:bottom w:w="85" w:type="dxa"/>
              <w:right w:w="140" w:type="dxa"/>
            </w:tcMar>
          </w:tcPr>
          <w:p w14:paraId="601BC1CC" w14:textId="77777777" w:rsidR="00BE3968" w:rsidRDefault="00BE3968"/>
          <w:p w14:paraId="23E69DEE" w14:textId="77777777" w:rsidR="00BE3968" w:rsidRDefault="00CA6E70">
            <w:pPr>
              <w:pStyle w:val="CMRBodySmall"/>
            </w:pPr>
            <w:r>
              <w:rPr>
                <w:b/>
              </w:rPr>
              <w:t>PROBLEM S1-049</w:t>
            </w:r>
          </w:p>
          <w:p w14:paraId="61457FBC" w14:textId="77777777" w:rsidR="00BE3968" w:rsidRDefault="00CA6E70">
            <w:pPr>
              <w:spacing w:after="140"/>
            </w:pPr>
            <w:r>
              <w:t>A cashier rings up $6.25 for Rachel’s purchase. Rachel pays with a $10.00 bill. What is the correct change?</w:t>
            </w:r>
          </w:p>
          <w:p w14:paraId="42424C0D" w14:textId="77777777" w:rsidR="00BE3968" w:rsidRDefault="00CA6E70">
            <w:pPr>
              <w:pStyle w:val="CMRBodySmall"/>
              <w:spacing w:after="40"/>
            </w:pPr>
            <w:r>
              <w:rPr>
                <w:b/>
              </w:rPr>
              <w:t>STEP 1 — WHAT DO THEY WANT?</w:t>
            </w:r>
          </w:p>
          <w:p w14:paraId="046C7920" w14:textId="77777777" w:rsidR="00BE3968" w:rsidRDefault="00CA6E70">
            <w:pPr>
              <w:pStyle w:val="CMRBodySmall"/>
              <w:spacing w:after="20"/>
            </w:pPr>
            <w:r>
              <w:t>○ A. The bill and the price added together.</w:t>
            </w:r>
          </w:p>
          <w:p w14:paraId="506F7167" w14:textId="77777777" w:rsidR="00BE3968" w:rsidRDefault="00CA6E70">
            <w:pPr>
              <w:pStyle w:val="CMRBodySmall"/>
              <w:spacing w:after="80"/>
            </w:pPr>
            <w:r>
              <w:t>○ B. How much Rachel should get back.</w:t>
            </w:r>
          </w:p>
          <w:p w14:paraId="5E5E5FC5" w14:textId="77777777" w:rsidR="00BE3968" w:rsidRDefault="00CA6E70">
            <w:pPr>
              <w:pStyle w:val="CMRBodySmall"/>
              <w:spacing w:after="40"/>
            </w:pPr>
            <w:r>
              <w:rPr>
                <w:b/>
              </w:rPr>
              <w:t>STEP 2 — WHAT DO I KNOW?</w:t>
            </w:r>
          </w:p>
          <w:p w14:paraId="658D0339" w14:textId="77777777" w:rsidR="00BE3968" w:rsidRDefault="00CA6E70">
            <w:pPr>
              <w:pStyle w:val="CMRBodySmall"/>
              <w:spacing w:after="40"/>
            </w:pPr>
            <w:r>
              <w:t>Amount paid: ____________________</w:t>
            </w:r>
          </w:p>
          <w:p w14:paraId="6DC188CE" w14:textId="77777777" w:rsidR="00BE3968" w:rsidRDefault="00CA6E70">
            <w:pPr>
              <w:pStyle w:val="CMRBodySmall"/>
              <w:spacing w:after="40"/>
            </w:pPr>
            <w:r>
              <w:t>Cost of purchase: ____________________</w:t>
            </w:r>
          </w:p>
          <w:p w14:paraId="34AA44A4" w14:textId="77777777" w:rsidR="00BE3968" w:rsidRDefault="00CA6E70">
            <w:pPr>
              <w:pStyle w:val="CMRBodySmall"/>
              <w:spacing w:after="40"/>
            </w:pPr>
            <w:r>
              <w:rPr>
                <w:b/>
              </w:rPr>
              <w:t>STEP 3 — HOW DO I FIND IT?</w:t>
            </w:r>
          </w:p>
          <w:p w14:paraId="03182086" w14:textId="77777777" w:rsidR="00BE3968" w:rsidRDefault="00CA6E70">
            <w:pPr>
              <w:pStyle w:val="CMRBodySmall"/>
              <w:spacing w:after="20"/>
            </w:pPr>
            <w:r>
              <w:t>○ A. Add the cost to the amount paid.</w:t>
            </w:r>
          </w:p>
          <w:p w14:paraId="4FA45918" w14:textId="77777777" w:rsidR="00BE3968" w:rsidRDefault="00CA6E70">
            <w:pPr>
              <w:pStyle w:val="CMRBodySmall"/>
            </w:pPr>
            <w:r>
              <w:t>○ B. Subtract the cost from the amount paid.</w:t>
            </w:r>
          </w:p>
          <w:p w14:paraId="6EFAD233" w14:textId="77777777" w:rsidR="00BE3968" w:rsidRDefault="00CA6E70">
            <w:pPr>
              <w:pStyle w:val="CMRBodySmall"/>
              <w:spacing w:after="120"/>
            </w:pPr>
            <w:r>
              <w:t>My math: ____________________________________________________________</w:t>
            </w:r>
          </w:p>
          <w:p w14:paraId="275ECF43" w14:textId="77777777" w:rsidR="00BE3968" w:rsidRDefault="00CA6E70">
            <w:pPr>
              <w:pStyle w:val="CMRBodySmall"/>
              <w:spacing w:after="120"/>
            </w:pPr>
            <w:r>
              <w:t>____________________________________________________________________</w:t>
            </w:r>
          </w:p>
          <w:p w14:paraId="7B4203FE" w14:textId="77777777" w:rsidR="00BE3968" w:rsidRDefault="00CA6E70">
            <w:pPr>
              <w:pStyle w:val="CMRBodySmall"/>
              <w:spacing w:after="100"/>
            </w:pPr>
            <w:r>
              <w:t>Answer and check: ___________________________________________________</w:t>
            </w:r>
          </w:p>
        </w:tc>
      </w:tr>
    </w:tbl>
    <w:p w14:paraId="52BDD22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26E4F59" w14:textId="77777777">
        <w:tc>
          <w:tcPr>
            <w:tcW w:w="10036" w:type="dxa"/>
            <w:tcMar>
              <w:top w:w="70" w:type="dxa"/>
              <w:left w:w="140" w:type="dxa"/>
              <w:bottom w:w="85" w:type="dxa"/>
              <w:right w:w="140" w:type="dxa"/>
            </w:tcMar>
          </w:tcPr>
          <w:p w14:paraId="57332B55" w14:textId="77777777" w:rsidR="00BE3968" w:rsidRDefault="00BE3968"/>
          <w:p w14:paraId="61123292" w14:textId="77777777" w:rsidR="00BE3968" w:rsidRDefault="00CA6E70">
            <w:pPr>
              <w:pStyle w:val="CMRBodySmall"/>
            </w:pPr>
            <w:r>
              <w:rPr>
                <w:b/>
              </w:rPr>
              <w:t>PROBLEM S1-050</w:t>
            </w:r>
          </w:p>
          <w:p w14:paraId="122AEAF3" w14:textId="77777777" w:rsidR="00BE3968" w:rsidRDefault="00CA6E70">
            <w:pPr>
              <w:spacing w:after="140"/>
            </w:pPr>
            <w:r>
              <w:t>Maria pays with a $10.00 bill for a purchase costing $3.50. How much change should the cashier give back?</w:t>
            </w:r>
          </w:p>
          <w:p w14:paraId="138432F0" w14:textId="77777777" w:rsidR="00BE3968" w:rsidRDefault="00CA6E70">
            <w:pPr>
              <w:pStyle w:val="CMRBodySmall"/>
              <w:spacing w:after="40"/>
            </w:pPr>
            <w:r>
              <w:rPr>
                <w:b/>
              </w:rPr>
              <w:t>STEP 1 — WHAT DO THEY WANT?</w:t>
            </w:r>
          </w:p>
          <w:p w14:paraId="51A2DFAD" w14:textId="77777777" w:rsidR="00BE3968" w:rsidRDefault="00CA6E70">
            <w:pPr>
              <w:pStyle w:val="CMRBodySmall"/>
              <w:spacing w:after="20"/>
            </w:pPr>
            <w:r>
              <w:t>○ A. The money the cashier gives back.</w:t>
            </w:r>
          </w:p>
          <w:p w14:paraId="706BDC6B" w14:textId="77777777" w:rsidR="00BE3968" w:rsidRDefault="00CA6E70">
            <w:pPr>
              <w:pStyle w:val="CMRBodySmall"/>
              <w:spacing w:after="80"/>
            </w:pPr>
            <w:r>
              <w:t>○ B. The amount handed to the cashier.</w:t>
            </w:r>
          </w:p>
          <w:p w14:paraId="74F3D646" w14:textId="77777777" w:rsidR="00BE3968" w:rsidRDefault="00CA6E70">
            <w:pPr>
              <w:pStyle w:val="CMRBodySmall"/>
              <w:spacing w:after="40"/>
            </w:pPr>
            <w:r>
              <w:rPr>
                <w:b/>
              </w:rPr>
              <w:t>STEP 2 — WHAT DO I KNOW?</w:t>
            </w:r>
          </w:p>
          <w:p w14:paraId="497040BA" w14:textId="77777777" w:rsidR="00BE3968" w:rsidRDefault="00CA6E70">
            <w:pPr>
              <w:pStyle w:val="CMRBodySmall"/>
              <w:spacing w:after="40"/>
            </w:pPr>
            <w:r>
              <w:t>Amount paid: ____________________</w:t>
            </w:r>
          </w:p>
          <w:p w14:paraId="726FFECD" w14:textId="77777777" w:rsidR="00BE3968" w:rsidRDefault="00CA6E70">
            <w:pPr>
              <w:pStyle w:val="CMRBodySmall"/>
              <w:spacing w:after="40"/>
            </w:pPr>
            <w:r>
              <w:t>Cost of purchase: ____________________</w:t>
            </w:r>
          </w:p>
          <w:p w14:paraId="4D8EF981" w14:textId="77777777" w:rsidR="00BE3968" w:rsidRDefault="00CA6E70">
            <w:pPr>
              <w:pStyle w:val="CMRBodySmall"/>
              <w:spacing w:after="40"/>
            </w:pPr>
            <w:r>
              <w:rPr>
                <w:b/>
              </w:rPr>
              <w:t>STEP 3 — HOW DO I FIND IT?</w:t>
            </w:r>
          </w:p>
          <w:p w14:paraId="0106AD99" w14:textId="77777777" w:rsidR="00BE3968" w:rsidRDefault="00CA6E70">
            <w:pPr>
              <w:pStyle w:val="CMRBodySmall"/>
              <w:spacing w:after="20"/>
            </w:pPr>
            <w:r>
              <w:t>○ A. Take the price away from the bill.</w:t>
            </w:r>
          </w:p>
          <w:p w14:paraId="783E70FD" w14:textId="77777777" w:rsidR="00BE3968" w:rsidRDefault="00CA6E70">
            <w:pPr>
              <w:pStyle w:val="CMRBodySmall"/>
            </w:pPr>
            <w:r>
              <w:t>○ B. Use the price as the change.</w:t>
            </w:r>
          </w:p>
          <w:p w14:paraId="0E8192C6" w14:textId="77777777" w:rsidR="00BE3968" w:rsidRDefault="00CA6E70">
            <w:pPr>
              <w:pStyle w:val="CMRBodySmall"/>
              <w:spacing w:after="120"/>
            </w:pPr>
            <w:r>
              <w:t>My math: ____________________________________________________________</w:t>
            </w:r>
          </w:p>
          <w:p w14:paraId="1BE8747F" w14:textId="77777777" w:rsidR="00BE3968" w:rsidRDefault="00CA6E70">
            <w:pPr>
              <w:pStyle w:val="CMRBodySmall"/>
              <w:spacing w:after="120"/>
            </w:pPr>
            <w:r>
              <w:t>____________________________________________________________________</w:t>
            </w:r>
          </w:p>
          <w:p w14:paraId="3FC9F950" w14:textId="77777777" w:rsidR="00BE3968" w:rsidRDefault="00CA6E70">
            <w:pPr>
              <w:pStyle w:val="CMRBodySmall"/>
              <w:spacing w:after="100"/>
            </w:pPr>
            <w:r>
              <w:t>Answer and check: ___________________________________________________</w:t>
            </w:r>
          </w:p>
        </w:tc>
      </w:tr>
    </w:tbl>
    <w:p w14:paraId="1CE6E8A5" w14:textId="77777777" w:rsidR="00BE3968" w:rsidRDefault="00CA6E70">
      <w:r>
        <w:br w:type="page"/>
      </w:r>
    </w:p>
    <w:p w14:paraId="6177B737" w14:textId="77777777" w:rsidR="00BE3968" w:rsidRDefault="00CA6E70">
      <w:pPr>
        <w:pStyle w:val="CMRSmallLabel"/>
        <w:spacing w:after="60"/>
      </w:pPr>
      <w:r>
        <w:rPr>
          <w:b w:val="0"/>
        </w:rPr>
        <w:lastRenderedPageBreak/>
        <w:t>SECTION 1  |  TOPIC 06  |  PRACTICE PAGE 1/5</w:t>
      </w:r>
    </w:p>
    <w:p w14:paraId="48BC9870" w14:textId="77777777" w:rsidR="00BE3968" w:rsidRDefault="00CA6E70">
      <w:pPr>
        <w:pStyle w:val="CMRPageTitle"/>
        <w:spacing w:after="60"/>
      </w:pPr>
      <w:r>
        <w:rPr>
          <w:b w:val="0"/>
        </w:rPr>
        <w:t>Buying equal groups</w:t>
      </w:r>
    </w:p>
    <w:p w14:paraId="0630EA44" w14:textId="77777777" w:rsidR="00BE3968" w:rsidRDefault="00CA6E70">
      <w:pPr>
        <w:pStyle w:val="CMRBodySmall"/>
        <w:spacing w:after="100"/>
      </w:pPr>
      <w:r>
        <w:t>Remember: Identify equal groups and find the total number of items or dollars.</w:t>
      </w:r>
    </w:p>
    <w:tbl>
      <w:tblPr>
        <w:tblW w:w="0" w:type="auto"/>
        <w:tblLayout w:type="fixed"/>
        <w:tblLook w:val="04A0" w:firstRow="1" w:lastRow="0" w:firstColumn="1" w:lastColumn="0" w:noHBand="0" w:noVBand="1"/>
      </w:tblPr>
      <w:tblGrid>
        <w:gridCol w:w="10036"/>
      </w:tblGrid>
      <w:tr w:rsidR="00BE3968" w14:paraId="65DF90C6" w14:textId="77777777">
        <w:tc>
          <w:tcPr>
            <w:tcW w:w="10036" w:type="dxa"/>
            <w:shd w:val="clear" w:color="auto" w:fill="F5F8F9"/>
            <w:tcMar>
              <w:top w:w="70" w:type="dxa"/>
              <w:left w:w="140" w:type="dxa"/>
              <w:bottom w:w="85" w:type="dxa"/>
              <w:right w:w="140" w:type="dxa"/>
            </w:tcMar>
          </w:tcPr>
          <w:p w14:paraId="1D97E38F" w14:textId="77777777" w:rsidR="00BE3968" w:rsidRDefault="00BE3968"/>
          <w:p w14:paraId="6701A8E8" w14:textId="77777777" w:rsidR="00BE3968" w:rsidRDefault="00CA6E70">
            <w:pPr>
              <w:pStyle w:val="CMRBodySmall"/>
            </w:pPr>
            <w:r>
              <w:rPr>
                <w:b/>
              </w:rPr>
              <w:t>PROBLEM S1-051</w:t>
            </w:r>
          </w:p>
          <w:p w14:paraId="45B9C2D1" w14:textId="77777777" w:rsidR="00BE3968" w:rsidRDefault="00CA6E70">
            <w:pPr>
              <w:spacing w:after="140"/>
            </w:pPr>
            <w:r>
              <w:t>Denise sets out 10 work gloves for each of 3 volunteer teams. How many work gloves does Denise need in all?</w:t>
            </w:r>
          </w:p>
          <w:p w14:paraId="0273B368" w14:textId="77777777" w:rsidR="00BE3968" w:rsidRDefault="00CA6E70">
            <w:pPr>
              <w:pStyle w:val="CMRBodySmall"/>
              <w:spacing w:after="40"/>
            </w:pPr>
            <w:r>
              <w:rPr>
                <w:b/>
              </w:rPr>
              <w:t>STEP 1 — WHAT DO THEY WANT?</w:t>
            </w:r>
          </w:p>
          <w:p w14:paraId="2BB64A57" w14:textId="77777777" w:rsidR="00BE3968" w:rsidRDefault="00CA6E70">
            <w:pPr>
              <w:pStyle w:val="CMRBodySmall"/>
              <w:spacing w:after="20"/>
            </w:pPr>
            <w:r>
              <w:t>○ A. The total number of work gloves needed.</w:t>
            </w:r>
          </w:p>
          <w:p w14:paraId="0B4EAFDF" w14:textId="77777777" w:rsidR="00BE3968" w:rsidRDefault="00CA6E70">
            <w:pPr>
              <w:pStyle w:val="CMRBodySmall"/>
              <w:spacing w:after="80"/>
            </w:pPr>
            <w:r>
              <w:t>○ B. The number of work gloves for one volunteer team.</w:t>
            </w:r>
          </w:p>
          <w:p w14:paraId="64BDB455" w14:textId="77777777" w:rsidR="00BE3968" w:rsidRDefault="00CA6E70">
            <w:pPr>
              <w:pStyle w:val="CMRBodySmall"/>
              <w:spacing w:after="40"/>
            </w:pPr>
            <w:r>
              <w:rPr>
                <w:b/>
              </w:rPr>
              <w:t>STEP 2 — WHAT DO I KNOW?</w:t>
            </w:r>
          </w:p>
          <w:p w14:paraId="5CBC152B" w14:textId="77777777" w:rsidR="00BE3968" w:rsidRDefault="00CA6E70">
            <w:pPr>
              <w:pStyle w:val="CMRBodySmall"/>
              <w:spacing w:after="40"/>
            </w:pPr>
            <w:r>
              <w:t>Number of volunteer teams: ____________________</w:t>
            </w:r>
          </w:p>
          <w:p w14:paraId="3684E8DD" w14:textId="77777777" w:rsidR="00BE3968" w:rsidRDefault="00CA6E70">
            <w:pPr>
              <w:pStyle w:val="CMRBodySmall"/>
              <w:spacing w:after="40"/>
            </w:pPr>
            <w:r>
              <w:t>Work gloves for each one: ____________________</w:t>
            </w:r>
          </w:p>
          <w:p w14:paraId="23E642C0" w14:textId="77777777" w:rsidR="00BE3968" w:rsidRDefault="00CA6E70">
            <w:pPr>
              <w:pStyle w:val="CMRBodySmall"/>
              <w:spacing w:after="40"/>
            </w:pPr>
            <w:r>
              <w:rPr>
                <w:b/>
              </w:rPr>
              <w:t>STEP 3 — HOW DO I FIND IT?</w:t>
            </w:r>
          </w:p>
          <w:p w14:paraId="539B78C5" w14:textId="77777777" w:rsidR="00BE3968" w:rsidRDefault="00CA6E70">
            <w:pPr>
              <w:pStyle w:val="CMRBodySmall"/>
              <w:spacing w:after="20"/>
            </w:pPr>
            <w:r>
              <w:t>○ A. Add the number of groups to the amount in each group.</w:t>
            </w:r>
          </w:p>
          <w:p w14:paraId="0E75002D" w14:textId="77777777" w:rsidR="00BE3968" w:rsidRDefault="00CA6E70">
            <w:pPr>
              <w:pStyle w:val="CMRBodySmall"/>
            </w:pPr>
            <w:r>
              <w:t>○ B. Multiply the number of groups by the amount in each group.</w:t>
            </w:r>
          </w:p>
          <w:p w14:paraId="39947353" w14:textId="77777777" w:rsidR="00BE3968" w:rsidRDefault="00CA6E70">
            <w:pPr>
              <w:pStyle w:val="CMRBodySmall"/>
              <w:spacing w:after="120"/>
            </w:pPr>
            <w:r>
              <w:t>My math: ____________________________________________________________</w:t>
            </w:r>
          </w:p>
          <w:p w14:paraId="0F18FABE" w14:textId="77777777" w:rsidR="00BE3968" w:rsidRDefault="00CA6E70">
            <w:pPr>
              <w:pStyle w:val="CMRBodySmall"/>
              <w:spacing w:after="120"/>
            </w:pPr>
            <w:r>
              <w:t>____________________________________________________________________</w:t>
            </w:r>
          </w:p>
          <w:p w14:paraId="4C57F85B" w14:textId="77777777" w:rsidR="00BE3968" w:rsidRDefault="00CA6E70">
            <w:pPr>
              <w:pStyle w:val="CMRBodySmall"/>
              <w:spacing w:after="100"/>
            </w:pPr>
            <w:r>
              <w:t>Answer and check: ___________________________________________________</w:t>
            </w:r>
          </w:p>
        </w:tc>
      </w:tr>
    </w:tbl>
    <w:p w14:paraId="4CC1F45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B254BCE" w14:textId="77777777">
        <w:tc>
          <w:tcPr>
            <w:tcW w:w="10036" w:type="dxa"/>
            <w:tcMar>
              <w:top w:w="70" w:type="dxa"/>
              <w:left w:w="140" w:type="dxa"/>
              <w:bottom w:w="85" w:type="dxa"/>
              <w:right w:w="140" w:type="dxa"/>
            </w:tcMar>
          </w:tcPr>
          <w:p w14:paraId="47C78379" w14:textId="77777777" w:rsidR="00BE3968" w:rsidRDefault="00BE3968"/>
          <w:p w14:paraId="4C0B98F1" w14:textId="77777777" w:rsidR="00BE3968" w:rsidRDefault="00CA6E70">
            <w:pPr>
              <w:pStyle w:val="CMRBodySmall"/>
            </w:pPr>
            <w:r>
              <w:rPr>
                <w:b/>
              </w:rPr>
              <w:t>PROBLEM S1-052</w:t>
            </w:r>
          </w:p>
          <w:p w14:paraId="73F7232C" w14:textId="77777777" w:rsidR="00BE3968" w:rsidRDefault="00CA6E70">
            <w:pPr>
              <w:spacing w:after="140"/>
            </w:pPr>
            <w:r>
              <w:t>There are 9 supply shelves. Each one gets 3 food boxes. James is placing the order. How many food boxes are needed altogether?</w:t>
            </w:r>
          </w:p>
          <w:p w14:paraId="6B0D5614" w14:textId="77777777" w:rsidR="00BE3968" w:rsidRDefault="00CA6E70">
            <w:pPr>
              <w:pStyle w:val="CMRBodySmall"/>
              <w:spacing w:after="40"/>
            </w:pPr>
            <w:r>
              <w:rPr>
                <w:b/>
              </w:rPr>
              <w:t>STEP 1 — WHAT DO THEY WANT?</w:t>
            </w:r>
          </w:p>
          <w:p w14:paraId="79AC2A48" w14:textId="77777777" w:rsidR="00BE3968" w:rsidRDefault="00CA6E70">
            <w:pPr>
              <w:pStyle w:val="CMRBodySmall"/>
              <w:spacing w:after="20"/>
            </w:pPr>
            <w:r>
              <w:t>○ A. How many food boxes in all.</w:t>
            </w:r>
          </w:p>
          <w:p w14:paraId="5CDF1772" w14:textId="77777777" w:rsidR="00BE3968" w:rsidRDefault="00CA6E70">
            <w:pPr>
              <w:pStyle w:val="CMRBodySmall"/>
              <w:spacing w:after="80"/>
            </w:pPr>
            <w:r>
              <w:t>○ B. How many supply shelves there are.</w:t>
            </w:r>
          </w:p>
          <w:p w14:paraId="75936407" w14:textId="77777777" w:rsidR="00BE3968" w:rsidRDefault="00CA6E70">
            <w:pPr>
              <w:pStyle w:val="CMRBodySmall"/>
              <w:spacing w:after="40"/>
            </w:pPr>
            <w:r>
              <w:rPr>
                <w:b/>
              </w:rPr>
              <w:t>STEP 2 — WHAT DO I KNOW?</w:t>
            </w:r>
          </w:p>
          <w:p w14:paraId="327144CC" w14:textId="77777777" w:rsidR="00BE3968" w:rsidRDefault="00CA6E70">
            <w:pPr>
              <w:pStyle w:val="CMRBodySmall"/>
              <w:spacing w:after="40"/>
            </w:pPr>
            <w:r>
              <w:t>Number of supply shelves: ____________________</w:t>
            </w:r>
          </w:p>
          <w:p w14:paraId="3E692173" w14:textId="77777777" w:rsidR="00BE3968" w:rsidRDefault="00CA6E70">
            <w:pPr>
              <w:pStyle w:val="CMRBodySmall"/>
              <w:spacing w:after="40"/>
            </w:pPr>
            <w:r>
              <w:t>Food boxes for each one: ____________________</w:t>
            </w:r>
          </w:p>
          <w:p w14:paraId="6234FC5C" w14:textId="77777777" w:rsidR="00BE3968" w:rsidRDefault="00CA6E70">
            <w:pPr>
              <w:pStyle w:val="CMRBodySmall"/>
              <w:spacing w:after="40"/>
            </w:pPr>
            <w:r>
              <w:rPr>
                <w:b/>
              </w:rPr>
              <w:t>STEP 3 — HOW DO I FIND IT?</w:t>
            </w:r>
          </w:p>
          <w:p w14:paraId="25C24F7B" w14:textId="77777777" w:rsidR="00BE3968" w:rsidRDefault="00CA6E70">
            <w:pPr>
              <w:pStyle w:val="CMRBodySmall"/>
              <w:spacing w:after="20"/>
            </w:pPr>
            <w:r>
              <w:t>○ A. Use equal groups: number of groups × amount in each.</w:t>
            </w:r>
          </w:p>
          <w:p w14:paraId="2A6FF767" w14:textId="77777777" w:rsidR="00BE3968" w:rsidRDefault="00CA6E70">
            <w:pPr>
              <w:pStyle w:val="CMRBodySmall"/>
            </w:pPr>
            <w:r>
              <w:t>○ B. Subtract the number of groups from the amount in each.</w:t>
            </w:r>
          </w:p>
          <w:p w14:paraId="2472FC77" w14:textId="77777777" w:rsidR="00BE3968" w:rsidRDefault="00CA6E70">
            <w:pPr>
              <w:pStyle w:val="CMRBodySmall"/>
              <w:spacing w:after="120"/>
            </w:pPr>
            <w:r>
              <w:t>My math: ____________________________________________________________</w:t>
            </w:r>
          </w:p>
          <w:p w14:paraId="6A4C3719" w14:textId="77777777" w:rsidR="00BE3968" w:rsidRDefault="00CA6E70">
            <w:pPr>
              <w:pStyle w:val="CMRBodySmall"/>
              <w:spacing w:after="120"/>
            </w:pPr>
            <w:r>
              <w:t>____________________________________________________________________</w:t>
            </w:r>
          </w:p>
          <w:p w14:paraId="08EA9A12" w14:textId="77777777" w:rsidR="00BE3968" w:rsidRDefault="00CA6E70">
            <w:pPr>
              <w:pStyle w:val="CMRBodySmall"/>
              <w:spacing w:after="100"/>
            </w:pPr>
            <w:r>
              <w:t>Answer and check: ___________________________________________________</w:t>
            </w:r>
          </w:p>
        </w:tc>
      </w:tr>
    </w:tbl>
    <w:p w14:paraId="50D9D834" w14:textId="77777777" w:rsidR="00BE3968" w:rsidRDefault="00CA6E70">
      <w:r>
        <w:br w:type="page"/>
      </w:r>
    </w:p>
    <w:p w14:paraId="50482FD6" w14:textId="77777777" w:rsidR="00BE3968" w:rsidRDefault="00CA6E70">
      <w:pPr>
        <w:pStyle w:val="CMRSmallLabel"/>
        <w:spacing w:after="60"/>
      </w:pPr>
      <w:r>
        <w:rPr>
          <w:b w:val="0"/>
        </w:rPr>
        <w:lastRenderedPageBreak/>
        <w:t>SECTION 1  |  TOPIC 06  |  PRACTICE PAGE 2/5</w:t>
      </w:r>
    </w:p>
    <w:p w14:paraId="7C6002A0" w14:textId="77777777" w:rsidR="00BE3968" w:rsidRDefault="00CA6E70">
      <w:pPr>
        <w:pStyle w:val="CMRPageTitle"/>
        <w:spacing w:after="60"/>
      </w:pPr>
      <w:r>
        <w:rPr>
          <w:b w:val="0"/>
        </w:rPr>
        <w:t>Buying equal groups</w:t>
      </w:r>
    </w:p>
    <w:p w14:paraId="0A51A4D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5BA3549" w14:textId="77777777">
        <w:tc>
          <w:tcPr>
            <w:tcW w:w="10036" w:type="dxa"/>
            <w:shd w:val="clear" w:color="auto" w:fill="F5F8F9"/>
            <w:tcMar>
              <w:top w:w="70" w:type="dxa"/>
              <w:left w:w="140" w:type="dxa"/>
              <w:bottom w:w="85" w:type="dxa"/>
              <w:right w:w="140" w:type="dxa"/>
            </w:tcMar>
          </w:tcPr>
          <w:p w14:paraId="792CC6F4" w14:textId="77777777" w:rsidR="00BE3968" w:rsidRDefault="00BE3968"/>
          <w:p w14:paraId="45D98776" w14:textId="77777777" w:rsidR="00BE3968" w:rsidRDefault="00CA6E70">
            <w:pPr>
              <w:pStyle w:val="CMRBodySmall"/>
            </w:pPr>
            <w:r>
              <w:rPr>
                <w:b/>
              </w:rPr>
              <w:t>PROBLEM S1-053</w:t>
            </w:r>
          </w:p>
          <w:p w14:paraId="452E876B" w14:textId="77777777" w:rsidR="00BE3968" w:rsidRDefault="00CA6E70">
            <w:pPr>
              <w:spacing w:after="140"/>
            </w:pPr>
            <w:r>
              <w:t>Felicia is getting 5 office desks ready and wants 12 folders for every one. What is the total number of folders needed?</w:t>
            </w:r>
          </w:p>
          <w:p w14:paraId="250DEDA3" w14:textId="77777777" w:rsidR="00BE3968" w:rsidRDefault="00CA6E70">
            <w:pPr>
              <w:pStyle w:val="CMRBodySmall"/>
              <w:spacing w:after="40"/>
            </w:pPr>
            <w:r>
              <w:rPr>
                <w:b/>
              </w:rPr>
              <w:t>STEP 1 — WHAT DO THEY WANT?</w:t>
            </w:r>
          </w:p>
          <w:p w14:paraId="226250EC" w14:textId="77777777" w:rsidR="00BE3968" w:rsidRDefault="00CA6E70">
            <w:pPr>
              <w:pStyle w:val="CMRBodySmall"/>
              <w:spacing w:after="20"/>
            </w:pPr>
            <w:r>
              <w:t>○ A. How many more folders one office desk needs.</w:t>
            </w:r>
          </w:p>
          <w:p w14:paraId="30C724E2" w14:textId="77777777" w:rsidR="00BE3968" w:rsidRDefault="00CA6E70">
            <w:pPr>
              <w:pStyle w:val="CMRBodySmall"/>
              <w:spacing w:after="80"/>
            </w:pPr>
            <w:r>
              <w:t>○ B. The total for all the office desks together.</w:t>
            </w:r>
          </w:p>
          <w:p w14:paraId="62DEBFF3" w14:textId="77777777" w:rsidR="00BE3968" w:rsidRDefault="00CA6E70">
            <w:pPr>
              <w:pStyle w:val="CMRBodySmall"/>
              <w:spacing w:after="40"/>
            </w:pPr>
            <w:r>
              <w:rPr>
                <w:b/>
              </w:rPr>
              <w:t>STEP 2 — WHAT DO I KNOW?</w:t>
            </w:r>
          </w:p>
          <w:p w14:paraId="1676C2EB" w14:textId="77777777" w:rsidR="00BE3968" w:rsidRDefault="00CA6E70">
            <w:pPr>
              <w:pStyle w:val="CMRBodySmall"/>
              <w:spacing w:after="40"/>
            </w:pPr>
            <w:r>
              <w:t>Number of office desks: ____________________</w:t>
            </w:r>
          </w:p>
          <w:p w14:paraId="65206B97" w14:textId="77777777" w:rsidR="00BE3968" w:rsidRDefault="00CA6E70">
            <w:pPr>
              <w:pStyle w:val="CMRBodySmall"/>
              <w:spacing w:after="40"/>
            </w:pPr>
            <w:r>
              <w:t>Folders for each one: ____________________</w:t>
            </w:r>
          </w:p>
          <w:p w14:paraId="27CC5EDE" w14:textId="77777777" w:rsidR="00BE3968" w:rsidRDefault="00CA6E70">
            <w:pPr>
              <w:pStyle w:val="CMRBodySmall"/>
              <w:spacing w:after="40"/>
            </w:pPr>
            <w:r>
              <w:rPr>
                <w:b/>
              </w:rPr>
              <w:t>STEP 3 — HOW DO I FIND IT?</w:t>
            </w:r>
          </w:p>
          <w:p w14:paraId="66602A69" w14:textId="77777777" w:rsidR="00BE3968" w:rsidRDefault="00CA6E70">
            <w:pPr>
              <w:pStyle w:val="CMRBodySmall"/>
              <w:spacing w:after="20"/>
            </w:pPr>
            <w:r>
              <w:t>○ A. Add the number of groups to the amount in each group.</w:t>
            </w:r>
          </w:p>
          <w:p w14:paraId="1247EE17" w14:textId="77777777" w:rsidR="00BE3968" w:rsidRDefault="00CA6E70">
            <w:pPr>
              <w:pStyle w:val="CMRBodySmall"/>
            </w:pPr>
            <w:r>
              <w:t>○ B. Multiply the number of groups by the amount in each group.</w:t>
            </w:r>
          </w:p>
          <w:p w14:paraId="6C85AA11" w14:textId="77777777" w:rsidR="00BE3968" w:rsidRDefault="00CA6E70">
            <w:pPr>
              <w:pStyle w:val="CMRBodySmall"/>
              <w:spacing w:after="120"/>
            </w:pPr>
            <w:r>
              <w:t>My math: ____________________________________________________________</w:t>
            </w:r>
          </w:p>
          <w:p w14:paraId="5EDA337A" w14:textId="77777777" w:rsidR="00BE3968" w:rsidRDefault="00CA6E70">
            <w:pPr>
              <w:pStyle w:val="CMRBodySmall"/>
              <w:spacing w:after="120"/>
            </w:pPr>
            <w:r>
              <w:t>____________________________________________________________________</w:t>
            </w:r>
          </w:p>
          <w:p w14:paraId="73F5BF56" w14:textId="77777777" w:rsidR="00BE3968" w:rsidRDefault="00CA6E70">
            <w:pPr>
              <w:pStyle w:val="CMRBodySmall"/>
              <w:spacing w:after="100"/>
            </w:pPr>
            <w:r>
              <w:t>Answer and check: ___________________________________________________</w:t>
            </w:r>
          </w:p>
        </w:tc>
      </w:tr>
    </w:tbl>
    <w:p w14:paraId="439B12D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03A0380" w14:textId="77777777">
        <w:tc>
          <w:tcPr>
            <w:tcW w:w="10036" w:type="dxa"/>
            <w:tcMar>
              <w:top w:w="70" w:type="dxa"/>
              <w:left w:w="140" w:type="dxa"/>
              <w:bottom w:w="85" w:type="dxa"/>
              <w:right w:w="140" w:type="dxa"/>
            </w:tcMar>
          </w:tcPr>
          <w:p w14:paraId="2F2F0D2A" w14:textId="77777777" w:rsidR="00BE3968" w:rsidRDefault="00BE3968"/>
          <w:p w14:paraId="3B18C12D" w14:textId="77777777" w:rsidR="00BE3968" w:rsidRDefault="00CA6E70">
            <w:pPr>
              <w:pStyle w:val="CMRBodySmall"/>
            </w:pPr>
            <w:r>
              <w:rPr>
                <w:b/>
              </w:rPr>
              <w:t>PROBLEM S1-054</w:t>
            </w:r>
          </w:p>
          <w:p w14:paraId="3FB7A8AD" w14:textId="77777777" w:rsidR="00BE3968" w:rsidRDefault="00CA6E70">
            <w:pPr>
              <w:spacing w:after="140"/>
            </w:pPr>
            <w:r>
              <w:t>Monica sets out 3 bottles of water for each of 6 training rooms. How many bottles of water does Monica need in all?</w:t>
            </w:r>
          </w:p>
          <w:p w14:paraId="03CEB9B6" w14:textId="77777777" w:rsidR="00BE3968" w:rsidRDefault="00CA6E70">
            <w:pPr>
              <w:pStyle w:val="CMRBodySmall"/>
              <w:spacing w:after="40"/>
            </w:pPr>
            <w:r>
              <w:rPr>
                <w:b/>
              </w:rPr>
              <w:t>STEP 1 — WHAT DO THEY WANT?</w:t>
            </w:r>
          </w:p>
          <w:p w14:paraId="2CB72BD2" w14:textId="77777777" w:rsidR="00BE3968" w:rsidRDefault="00CA6E70">
            <w:pPr>
              <w:pStyle w:val="CMRBodySmall"/>
              <w:spacing w:after="20"/>
            </w:pPr>
            <w:r>
              <w:t>○ A. The total number of bottles of water needed.</w:t>
            </w:r>
          </w:p>
          <w:p w14:paraId="0A18F3AE" w14:textId="77777777" w:rsidR="00BE3968" w:rsidRDefault="00CA6E70">
            <w:pPr>
              <w:pStyle w:val="CMRBodySmall"/>
              <w:spacing w:after="80"/>
            </w:pPr>
            <w:r>
              <w:t>○ B. The number of bottles of water for one training room.</w:t>
            </w:r>
          </w:p>
          <w:p w14:paraId="7A490C43" w14:textId="77777777" w:rsidR="00BE3968" w:rsidRDefault="00CA6E70">
            <w:pPr>
              <w:pStyle w:val="CMRBodySmall"/>
              <w:spacing w:after="40"/>
            </w:pPr>
            <w:r>
              <w:rPr>
                <w:b/>
              </w:rPr>
              <w:t>STEP 2 — WHAT DO I KNOW?</w:t>
            </w:r>
          </w:p>
          <w:p w14:paraId="5F684D11" w14:textId="77777777" w:rsidR="00BE3968" w:rsidRDefault="00CA6E70">
            <w:pPr>
              <w:pStyle w:val="CMRBodySmall"/>
              <w:spacing w:after="40"/>
            </w:pPr>
            <w:r>
              <w:t>Number of training rooms: ____________________</w:t>
            </w:r>
          </w:p>
          <w:p w14:paraId="3F616037" w14:textId="77777777" w:rsidR="00BE3968" w:rsidRDefault="00CA6E70">
            <w:pPr>
              <w:pStyle w:val="CMRBodySmall"/>
              <w:spacing w:after="40"/>
            </w:pPr>
            <w:r>
              <w:t>Bottles of water for each one: ____________________</w:t>
            </w:r>
          </w:p>
          <w:p w14:paraId="15B4EC0F" w14:textId="77777777" w:rsidR="00BE3968" w:rsidRDefault="00CA6E70">
            <w:pPr>
              <w:pStyle w:val="CMRBodySmall"/>
              <w:spacing w:after="40"/>
            </w:pPr>
            <w:r>
              <w:rPr>
                <w:b/>
              </w:rPr>
              <w:t>STEP 3 — HOW DO I FIND IT?</w:t>
            </w:r>
          </w:p>
          <w:p w14:paraId="58D0B944" w14:textId="77777777" w:rsidR="00BE3968" w:rsidRDefault="00CA6E70">
            <w:pPr>
              <w:pStyle w:val="CMRBodySmall"/>
              <w:spacing w:after="20"/>
            </w:pPr>
            <w:r>
              <w:t>○ A. Subtract the number of groups from the amount in each.</w:t>
            </w:r>
          </w:p>
          <w:p w14:paraId="5A6039EC" w14:textId="77777777" w:rsidR="00BE3968" w:rsidRDefault="00CA6E70">
            <w:pPr>
              <w:pStyle w:val="CMRBodySmall"/>
            </w:pPr>
            <w:r>
              <w:t>○ B. Use equal groups: number of groups × amount in each.</w:t>
            </w:r>
          </w:p>
          <w:p w14:paraId="389AF2DE" w14:textId="77777777" w:rsidR="00BE3968" w:rsidRDefault="00CA6E70">
            <w:pPr>
              <w:pStyle w:val="CMRBodySmall"/>
              <w:spacing w:after="120"/>
            </w:pPr>
            <w:r>
              <w:t>My math: ____________________________________________________________</w:t>
            </w:r>
          </w:p>
          <w:p w14:paraId="2B640A36" w14:textId="77777777" w:rsidR="00BE3968" w:rsidRDefault="00CA6E70">
            <w:pPr>
              <w:pStyle w:val="CMRBodySmall"/>
              <w:spacing w:after="120"/>
            </w:pPr>
            <w:r>
              <w:t>____________________________________________________________________</w:t>
            </w:r>
          </w:p>
          <w:p w14:paraId="37E8921C" w14:textId="77777777" w:rsidR="00BE3968" w:rsidRDefault="00CA6E70">
            <w:pPr>
              <w:pStyle w:val="CMRBodySmall"/>
              <w:spacing w:after="100"/>
            </w:pPr>
            <w:r>
              <w:t>Answer and check: ___________________________________________________</w:t>
            </w:r>
          </w:p>
        </w:tc>
      </w:tr>
    </w:tbl>
    <w:p w14:paraId="7CA542B4" w14:textId="77777777" w:rsidR="00BE3968" w:rsidRDefault="00CA6E70">
      <w:r>
        <w:br w:type="page"/>
      </w:r>
    </w:p>
    <w:p w14:paraId="6AFCE14F" w14:textId="77777777" w:rsidR="00BE3968" w:rsidRDefault="00CA6E70">
      <w:pPr>
        <w:pStyle w:val="CMRSmallLabel"/>
        <w:spacing w:after="60"/>
      </w:pPr>
      <w:r>
        <w:rPr>
          <w:b w:val="0"/>
        </w:rPr>
        <w:lastRenderedPageBreak/>
        <w:t>SECTION 1  |  TOPIC 06  |  PRACTICE PAGE 3/5</w:t>
      </w:r>
    </w:p>
    <w:p w14:paraId="025C7F86" w14:textId="77777777" w:rsidR="00BE3968" w:rsidRDefault="00CA6E70">
      <w:pPr>
        <w:pStyle w:val="CMRPageTitle"/>
        <w:spacing w:after="60"/>
      </w:pPr>
      <w:r>
        <w:rPr>
          <w:b w:val="0"/>
        </w:rPr>
        <w:t>Buying equal groups</w:t>
      </w:r>
    </w:p>
    <w:p w14:paraId="3194F9D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6676810" w14:textId="77777777">
        <w:tc>
          <w:tcPr>
            <w:tcW w:w="10036" w:type="dxa"/>
            <w:shd w:val="clear" w:color="auto" w:fill="F5F8F9"/>
            <w:tcMar>
              <w:top w:w="70" w:type="dxa"/>
              <w:left w:w="140" w:type="dxa"/>
              <w:bottom w:w="85" w:type="dxa"/>
              <w:right w:w="140" w:type="dxa"/>
            </w:tcMar>
          </w:tcPr>
          <w:p w14:paraId="3B4195DC" w14:textId="77777777" w:rsidR="00BE3968" w:rsidRDefault="00BE3968"/>
          <w:p w14:paraId="5E1EE0DA" w14:textId="77777777" w:rsidR="00BE3968" w:rsidRDefault="00CA6E70">
            <w:pPr>
              <w:pStyle w:val="CMRBodySmall"/>
            </w:pPr>
            <w:r>
              <w:rPr>
                <w:b/>
              </w:rPr>
              <w:t>PROBLEM S1-055</w:t>
            </w:r>
          </w:p>
          <w:p w14:paraId="61A4F36B" w14:textId="77777777" w:rsidR="00BE3968" w:rsidRDefault="00CA6E70">
            <w:pPr>
              <w:spacing w:after="140"/>
            </w:pPr>
            <w:r>
              <w:t>There are 5 volunteer teams. Each one gets 4 work gloves. Rosa is placing the order. How many work gloves are needed altogether?</w:t>
            </w:r>
          </w:p>
          <w:p w14:paraId="101B431D" w14:textId="77777777" w:rsidR="00BE3968" w:rsidRDefault="00CA6E70">
            <w:pPr>
              <w:pStyle w:val="CMRBodySmall"/>
              <w:spacing w:after="40"/>
            </w:pPr>
            <w:r>
              <w:rPr>
                <w:b/>
              </w:rPr>
              <w:t>STEP 1 — WHAT DO THEY WANT?</w:t>
            </w:r>
          </w:p>
          <w:p w14:paraId="00EA70F4" w14:textId="77777777" w:rsidR="00BE3968" w:rsidRDefault="00CA6E70">
            <w:pPr>
              <w:pStyle w:val="CMRBodySmall"/>
              <w:spacing w:after="20"/>
            </w:pPr>
            <w:r>
              <w:t>○ A. How many volunteer teams there are.</w:t>
            </w:r>
          </w:p>
          <w:p w14:paraId="3CFBE3B5" w14:textId="77777777" w:rsidR="00BE3968" w:rsidRDefault="00CA6E70">
            <w:pPr>
              <w:pStyle w:val="CMRBodySmall"/>
              <w:spacing w:after="80"/>
            </w:pPr>
            <w:r>
              <w:t>○ B. How many work gloves in all.</w:t>
            </w:r>
          </w:p>
          <w:p w14:paraId="265B70E5" w14:textId="77777777" w:rsidR="00BE3968" w:rsidRDefault="00CA6E70">
            <w:pPr>
              <w:pStyle w:val="CMRBodySmall"/>
              <w:spacing w:after="40"/>
            </w:pPr>
            <w:r>
              <w:rPr>
                <w:b/>
              </w:rPr>
              <w:t>STEP 2 — WHAT DO I KNOW?</w:t>
            </w:r>
          </w:p>
          <w:p w14:paraId="1D06D3D7" w14:textId="77777777" w:rsidR="00BE3968" w:rsidRDefault="00CA6E70">
            <w:pPr>
              <w:pStyle w:val="CMRBodySmall"/>
              <w:spacing w:after="40"/>
            </w:pPr>
            <w:r>
              <w:t>Number of volunteer teams: ____________________</w:t>
            </w:r>
          </w:p>
          <w:p w14:paraId="29F99FFF" w14:textId="77777777" w:rsidR="00BE3968" w:rsidRDefault="00CA6E70">
            <w:pPr>
              <w:pStyle w:val="CMRBodySmall"/>
              <w:spacing w:after="40"/>
            </w:pPr>
            <w:r>
              <w:t>Work gloves for each one: ____________________</w:t>
            </w:r>
          </w:p>
          <w:p w14:paraId="687BB8A6" w14:textId="77777777" w:rsidR="00BE3968" w:rsidRDefault="00CA6E70">
            <w:pPr>
              <w:pStyle w:val="CMRBodySmall"/>
              <w:spacing w:after="40"/>
            </w:pPr>
            <w:r>
              <w:rPr>
                <w:b/>
              </w:rPr>
              <w:t>STEP 3 — HOW DO I FIND IT?</w:t>
            </w:r>
          </w:p>
          <w:p w14:paraId="6D67AF4A" w14:textId="77777777" w:rsidR="00BE3968" w:rsidRDefault="00CA6E70">
            <w:pPr>
              <w:pStyle w:val="CMRBodySmall"/>
              <w:spacing w:after="20"/>
            </w:pPr>
            <w:r>
              <w:t>○ A. Multiply the number of groups by the amount in each group.</w:t>
            </w:r>
          </w:p>
          <w:p w14:paraId="3DBC94CE" w14:textId="77777777" w:rsidR="00BE3968" w:rsidRDefault="00CA6E70">
            <w:pPr>
              <w:pStyle w:val="CMRBodySmall"/>
            </w:pPr>
            <w:r>
              <w:t>○ B. Add the number of groups to the amount in each group.</w:t>
            </w:r>
          </w:p>
          <w:p w14:paraId="06A58479" w14:textId="77777777" w:rsidR="00BE3968" w:rsidRDefault="00CA6E70">
            <w:pPr>
              <w:pStyle w:val="CMRBodySmall"/>
              <w:spacing w:after="120"/>
            </w:pPr>
            <w:r>
              <w:t>My math: ____________________________________________________________</w:t>
            </w:r>
          </w:p>
          <w:p w14:paraId="16D7BD13" w14:textId="77777777" w:rsidR="00BE3968" w:rsidRDefault="00CA6E70">
            <w:pPr>
              <w:pStyle w:val="CMRBodySmall"/>
              <w:spacing w:after="120"/>
            </w:pPr>
            <w:r>
              <w:t>____________________________________________________________________</w:t>
            </w:r>
          </w:p>
          <w:p w14:paraId="6D7D2E55" w14:textId="77777777" w:rsidR="00BE3968" w:rsidRDefault="00CA6E70">
            <w:pPr>
              <w:pStyle w:val="CMRBodySmall"/>
              <w:spacing w:after="100"/>
            </w:pPr>
            <w:r>
              <w:t>Answer and check: ___________________________________________________</w:t>
            </w:r>
          </w:p>
        </w:tc>
      </w:tr>
    </w:tbl>
    <w:p w14:paraId="7810314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985CD53" w14:textId="77777777">
        <w:tc>
          <w:tcPr>
            <w:tcW w:w="10036" w:type="dxa"/>
            <w:tcMar>
              <w:top w:w="70" w:type="dxa"/>
              <w:left w:w="140" w:type="dxa"/>
              <w:bottom w:w="85" w:type="dxa"/>
              <w:right w:w="140" w:type="dxa"/>
            </w:tcMar>
          </w:tcPr>
          <w:p w14:paraId="20409B83" w14:textId="77777777" w:rsidR="00BE3968" w:rsidRDefault="00BE3968"/>
          <w:p w14:paraId="699AB526" w14:textId="77777777" w:rsidR="00BE3968" w:rsidRDefault="00CA6E70">
            <w:pPr>
              <w:pStyle w:val="CMRBodySmall"/>
            </w:pPr>
            <w:r>
              <w:rPr>
                <w:b/>
              </w:rPr>
              <w:t>PROBLEM S1-056</w:t>
            </w:r>
          </w:p>
          <w:p w14:paraId="6F24545C" w14:textId="77777777" w:rsidR="00BE3968" w:rsidRDefault="00CA6E70">
            <w:pPr>
              <w:spacing w:after="140"/>
            </w:pPr>
            <w:r>
              <w:t>Jasmine is getting 5 supply shelves ready and wants 10 food boxes for every one. What is the total number of food boxes needed?</w:t>
            </w:r>
          </w:p>
          <w:p w14:paraId="5FC53A4B" w14:textId="77777777" w:rsidR="00BE3968" w:rsidRDefault="00CA6E70">
            <w:pPr>
              <w:pStyle w:val="CMRBodySmall"/>
              <w:spacing w:after="40"/>
            </w:pPr>
            <w:r>
              <w:rPr>
                <w:b/>
              </w:rPr>
              <w:t>STEP 1 — WHAT DO THEY WANT?</w:t>
            </w:r>
          </w:p>
          <w:p w14:paraId="2C5A263D" w14:textId="77777777" w:rsidR="00BE3968" w:rsidRDefault="00CA6E70">
            <w:pPr>
              <w:pStyle w:val="CMRBodySmall"/>
              <w:spacing w:after="20"/>
            </w:pPr>
            <w:r>
              <w:t>○ A. The total for all the supply shelves together.</w:t>
            </w:r>
          </w:p>
          <w:p w14:paraId="1979C795" w14:textId="77777777" w:rsidR="00BE3968" w:rsidRDefault="00CA6E70">
            <w:pPr>
              <w:pStyle w:val="CMRBodySmall"/>
              <w:spacing w:after="80"/>
            </w:pPr>
            <w:r>
              <w:t>○ B. How many more food boxes one supply shelf needs.</w:t>
            </w:r>
          </w:p>
          <w:p w14:paraId="6FEA554D" w14:textId="77777777" w:rsidR="00BE3968" w:rsidRDefault="00CA6E70">
            <w:pPr>
              <w:pStyle w:val="CMRBodySmall"/>
              <w:spacing w:after="40"/>
            </w:pPr>
            <w:r>
              <w:rPr>
                <w:b/>
              </w:rPr>
              <w:t>STEP 2 — WHAT DO I KNOW?</w:t>
            </w:r>
          </w:p>
          <w:p w14:paraId="0BD75154" w14:textId="77777777" w:rsidR="00BE3968" w:rsidRDefault="00CA6E70">
            <w:pPr>
              <w:pStyle w:val="CMRBodySmall"/>
              <w:spacing w:after="40"/>
            </w:pPr>
            <w:r>
              <w:t>Number of supply shelves: ____________________</w:t>
            </w:r>
          </w:p>
          <w:p w14:paraId="5E57BBC9" w14:textId="77777777" w:rsidR="00BE3968" w:rsidRDefault="00CA6E70">
            <w:pPr>
              <w:pStyle w:val="CMRBodySmall"/>
              <w:spacing w:after="40"/>
            </w:pPr>
            <w:r>
              <w:t>Food boxes for each one: ____________________</w:t>
            </w:r>
          </w:p>
          <w:p w14:paraId="66CBF7AB" w14:textId="77777777" w:rsidR="00BE3968" w:rsidRDefault="00CA6E70">
            <w:pPr>
              <w:pStyle w:val="CMRBodySmall"/>
              <w:spacing w:after="40"/>
            </w:pPr>
            <w:r>
              <w:rPr>
                <w:b/>
              </w:rPr>
              <w:t>STEP 3 — HOW DO I FIND IT?</w:t>
            </w:r>
          </w:p>
          <w:p w14:paraId="39E9394F" w14:textId="77777777" w:rsidR="00BE3968" w:rsidRDefault="00CA6E70">
            <w:pPr>
              <w:pStyle w:val="CMRBodySmall"/>
              <w:spacing w:after="20"/>
            </w:pPr>
            <w:r>
              <w:t>○ A. Use equal groups: number of groups × amount in each.</w:t>
            </w:r>
          </w:p>
          <w:p w14:paraId="43484B8A" w14:textId="77777777" w:rsidR="00BE3968" w:rsidRDefault="00CA6E70">
            <w:pPr>
              <w:pStyle w:val="CMRBodySmall"/>
            </w:pPr>
            <w:r>
              <w:t>○ B. Subtract the number of groups from the amount in each.</w:t>
            </w:r>
          </w:p>
          <w:p w14:paraId="4786BDAE" w14:textId="77777777" w:rsidR="00BE3968" w:rsidRDefault="00CA6E70">
            <w:pPr>
              <w:pStyle w:val="CMRBodySmall"/>
              <w:spacing w:after="120"/>
            </w:pPr>
            <w:r>
              <w:t>My math: ____________________________________________________________</w:t>
            </w:r>
          </w:p>
          <w:p w14:paraId="1727A02B" w14:textId="77777777" w:rsidR="00BE3968" w:rsidRDefault="00CA6E70">
            <w:pPr>
              <w:pStyle w:val="CMRBodySmall"/>
              <w:spacing w:after="120"/>
            </w:pPr>
            <w:r>
              <w:t>____________________________________________________________________</w:t>
            </w:r>
          </w:p>
          <w:p w14:paraId="663850EF" w14:textId="77777777" w:rsidR="00BE3968" w:rsidRDefault="00CA6E70">
            <w:pPr>
              <w:pStyle w:val="CMRBodySmall"/>
              <w:spacing w:after="100"/>
            </w:pPr>
            <w:r>
              <w:t>Answer and check: ___________________________________________________</w:t>
            </w:r>
          </w:p>
        </w:tc>
      </w:tr>
    </w:tbl>
    <w:p w14:paraId="3D229D3A" w14:textId="77777777" w:rsidR="00BE3968" w:rsidRDefault="00CA6E70">
      <w:r>
        <w:br w:type="page"/>
      </w:r>
    </w:p>
    <w:p w14:paraId="73F69D1F" w14:textId="77777777" w:rsidR="00BE3968" w:rsidRDefault="00CA6E70">
      <w:pPr>
        <w:pStyle w:val="CMRSmallLabel"/>
        <w:spacing w:after="60"/>
      </w:pPr>
      <w:r>
        <w:rPr>
          <w:b w:val="0"/>
        </w:rPr>
        <w:lastRenderedPageBreak/>
        <w:t>SECTION 1  |  TOPIC 06  |  PRACTICE PAGE 4/5</w:t>
      </w:r>
    </w:p>
    <w:p w14:paraId="56F6B369" w14:textId="77777777" w:rsidR="00BE3968" w:rsidRDefault="00CA6E70">
      <w:pPr>
        <w:pStyle w:val="CMRPageTitle"/>
        <w:spacing w:after="60"/>
      </w:pPr>
      <w:r>
        <w:rPr>
          <w:b w:val="0"/>
        </w:rPr>
        <w:t>Buying equal groups</w:t>
      </w:r>
    </w:p>
    <w:p w14:paraId="514D947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60A25CF" w14:textId="77777777">
        <w:tc>
          <w:tcPr>
            <w:tcW w:w="10036" w:type="dxa"/>
            <w:shd w:val="clear" w:color="auto" w:fill="F5F8F9"/>
            <w:tcMar>
              <w:top w:w="70" w:type="dxa"/>
              <w:left w:w="140" w:type="dxa"/>
              <w:bottom w:w="85" w:type="dxa"/>
              <w:right w:w="140" w:type="dxa"/>
            </w:tcMar>
          </w:tcPr>
          <w:p w14:paraId="28448FF7" w14:textId="77777777" w:rsidR="00BE3968" w:rsidRDefault="00BE3968"/>
          <w:p w14:paraId="6953B332" w14:textId="77777777" w:rsidR="00BE3968" w:rsidRDefault="00CA6E70">
            <w:pPr>
              <w:pStyle w:val="CMRBodySmall"/>
            </w:pPr>
            <w:r>
              <w:rPr>
                <w:b/>
              </w:rPr>
              <w:t>PROBLEM S1-057</w:t>
            </w:r>
          </w:p>
          <w:p w14:paraId="4B0E7568" w14:textId="77777777" w:rsidR="00BE3968" w:rsidRDefault="00CA6E70">
            <w:pPr>
              <w:spacing w:after="140"/>
            </w:pPr>
            <w:r>
              <w:t>Anthony sets out 8 folders for each of 4 office desks. How many folders does Anthony need in all?</w:t>
            </w:r>
          </w:p>
          <w:p w14:paraId="04BAF45F" w14:textId="77777777" w:rsidR="00BE3968" w:rsidRDefault="00CA6E70">
            <w:pPr>
              <w:pStyle w:val="CMRBodySmall"/>
              <w:spacing w:after="40"/>
            </w:pPr>
            <w:r>
              <w:rPr>
                <w:b/>
              </w:rPr>
              <w:t>STEP 1 — WHAT DO THEY WANT?</w:t>
            </w:r>
          </w:p>
          <w:p w14:paraId="133D8EF8" w14:textId="77777777" w:rsidR="00BE3968" w:rsidRDefault="00CA6E70">
            <w:pPr>
              <w:pStyle w:val="CMRBodySmall"/>
              <w:spacing w:after="20"/>
            </w:pPr>
            <w:r>
              <w:t>○ A. The number of folders for one office desk.</w:t>
            </w:r>
          </w:p>
          <w:p w14:paraId="3BA28B3F" w14:textId="77777777" w:rsidR="00BE3968" w:rsidRDefault="00CA6E70">
            <w:pPr>
              <w:pStyle w:val="CMRBodySmall"/>
              <w:spacing w:after="80"/>
            </w:pPr>
            <w:r>
              <w:t>○ B. The total number of folders needed.</w:t>
            </w:r>
          </w:p>
          <w:p w14:paraId="65C4D0D8" w14:textId="77777777" w:rsidR="00BE3968" w:rsidRDefault="00CA6E70">
            <w:pPr>
              <w:pStyle w:val="CMRBodySmall"/>
              <w:spacing w:after="40"/>
            </w:pPr>
            <w:r>
              <w:rPr>
                <w:b/>
              </w:rPr>
              <w:t>STEP 2 — WHAT DO I KNOW?</w:t>
            </w:r>
          </w:p>
          <w:p w14:paraId="4A8CC9F5" w14:textId="77777777" w:rsidR="00BE3968" w:rsidRDefault="00CA6E70">
            <w:pPr>
              <w:pStyle w:val="CMRBodySmall"/>
              <w:spacing w:after="40"/>
            </w:pPr>
            <w:r>
              <w:t>Number of office desks: ____________________</w:t>
            </w:r>
          </w:p>
          <w:p w14:paraId="162C8D87" w14:textId="77777777" w:rsidR="00BE3968" w:rsidRDefault="00CA6E70">
            <w:pPr>
              <w:pStyle w:val="CMRBodySmall"/>
              <w:spacing w:after="40"/>
            </w:pPr>
            <w:r>
              <w:t>Folders for each one: ____________________</w:t>
            </w:r>
          </w:p>
          <w:p w14:paraId="463E3F7F" w14:textId="77777777" w:rsidR="00BE3968" w:rsidRDefault="00CA6E70">
            <w:pPr>
              <w:pStyle w:val="CMRBodySmall"/>
              <w:spacing w:after="40"/>
            </w:pPr>
            <w:r>
              <w:rPr>
                <w:b/>
              </w:rPr>
              <w:t>STEP 3 — HOW DO I FIND IT?</w:t>
            </w:r>
          </w:p>
          <w:p w14:paraId="5D16C19A" w14:textId="77777777" w:rsidR="00BE3968" w:rsidRDefault="00CA6E70">
            <w:pPr>
              <w:pStyle w:val="CMRBodySmall"/>
              <w:spacing w:after="20"/>
            </w:pPr>
            <w:r>
              <w:t>○ A. Add the number of groups to the amount in each group.</w:t>
            </w:r>
          </w:p>
          <w:p w14:paraId="4D0E2250" w14:textId="77777777" w:rsidR="00BE3968" w:rsidRDefault="00CA6E70">
            <w:pPr>
              <w:pStyle w:val="CMRBodySmall"/>
            </w:pPr>
            <w:r>
              <w:t>○ B. Multiply the number of groups by the amount in each group.</w:t>
            </w:r>
          </w:p>
          <w:p w14:paraId="32472A16" w14:textId="77777777" w:rsidR="00BE3968" w:rsidRDefault="00CA6E70">
            <w:pPr>
              <w:pStyle w:val="CMRBodySmall"/>
              <w:spacing w:after="120"/>
            </w:pPr>
            <w:r>
              <w:t>My math: ____________________________________________________________</w:t>
            </w:r>
          </w:p>
          <w:p w14:paraId="6F264B5B" w14:textId="77777777" w:rsidR="00BE3968" w:rsidRDefault="00CA6E70">
            <w:pPr>
              <w:pStyle w:val="CMRBodySmall"/>
              <w:spacing w:after="120"/>
            </w:pPr>
            <w:r>
              <w:t>____________________________________________________________________</w:t>
            </w:r>
          </w:p>
          <w:p w14:paraId="2B25D932" w14:textId="77777777" w:rsidR="00BE3968" w:rsidRDefault="00CA6E70">
            <w:pPr>
              <w:pStyle w:val="CMRBodySmall"/>
              <w:spacing w:after="100"/>
            </w:pPr>
            <w:r>
              <w:t>Answer and check: ___________________________________________________</w:t>
            </w:r>
          </w:p>
        </w:tc>
      </w:tr>
    </w:tbl>
    <w:p w14:paraId="2E595D7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07E547F" w14:textId="77777777">
        <w:tc>
          <w:tcPr>
            <w:tcW w:w="10036" w:type="dxa"/>
            <w:tcMar>
              <w:top w:w="70" w:type="dxa"/>
              <w:left w:w="140" w:type="dxa"/>
              <w:bottom w:w="85" w:type="dxa"/>
              <w:right w:w="140" w:type="dxa"/>
            </w:tcMar>
          </w:tcPr>
          <w:p w14:paraId="3562EA28" w14:textId="77777777" w:rsidR="00BE3968" w:rsidRDefault="00BE3968"/>
          <w:p w14:paraId="2EBDD128" w14:textId="77777777" w:rsidR="00BE3968" w:rsidRDefault="00CA6E70">
            <w:pPr>
              <w:pStyle w:val="CMRBodySmall"/>
            </w:pPr>
            <w:r>
              <w:rPr>
                <w:b/>
              </w:rPr>
              <w:t>PROBLEM S1-058</w:t>
            </w:r>
          </w:p>
          <w:p w14:paraId="430DB017" w14:textId="77777777" w:rsidR="00BE3968" w:rsidRDefault="00CA6E70">
            <w:pPr>
              <w:spacing w:after="140"/>
            </w:pPr>
            <w:r>
              <w:t>There are 7 training rooms. Each one gets 6 bottles of water. Joseph is placing the order. How many bottles of water are needed altogether?</w:t>
            </w:r>
          </w:p>
          <w:p w14:paraId="7F2943E9" w14:textId="77777777" w:rsidR="00BE3968" w:rsidRDefault="00CA6E70">
            <w:pPr>
              <w:pStyle w:val="CMRBodySmall"/>
              <w:spacing w:after="40"/>
            </w:pPr>
            <w:r>
              <w:rPr>
                <w:b/>
              </w:rPr>
              <w:t>STEP 1 — WHAT DO THEY WANT?</w:t>
            </w:r>
          </w:p>
          <w:p w14:paraId="6D1F2E83" w14:textId="77777777" w:rsidR="00BE3968" w:rsidRDefault="00CA6E70">
            <w:pPr>
              <w:pStyle w:val="CMRBodySmall"/>
              <w:spacing w:after="20"/>
            </w:pPr>
            <w:r>
              <w:t>○ A. How many training rooms there are.</w:t>
            </w:r>
          </w:p>
          <w:p w14:paraId="604854F1" w14:textId="77777777" w:rsidR="00BE3968" w:rsidRDefault="00CA6E70">
            <w:pPr>
              <w:pStyle w:val="CMRBodySmall"/>
              <w:spacing w:after="80"/>
            </w:pPr>
            <w:r>
              <w:t>○ B. How many bottles of water in all.</w:t>
            </w:r>
          </w:p>
          <w:p w14:paraId="51EF9D68" w14:textId="77777777" w:rsidR="00BE3968" w:rsidRDefault="00CA6E70">
            <w:pPr>
              <w:pStyle w:val="CMRBodySmall"/>
              <w:spacing w:after="40"/>
            </w:pPr>
            <w:r>
              <w:rPr>
                <w:b/>
              </w:rPr>
              <w:t>STEP 2 — WHAT DO I KNOW?</w:t>
            </w:r>
          </w:p>
          <w:p w14:paraId="70768249" w14:textId="77777777" w:rsidR="00BE3968" w:rsidRDefault="00CA6E70">
            <w:pPr>
              <w:pStyle w:val="CMRBodySmall"/>
              <w:spacing w:after="40"/>
            </w:pPr>
            <w:r>
              <w:t>Number of training rooms: ____________________</w:t>
            </w:r>
          </w:p>
          <w:p w14:paraId="0D710CC1" w14:textId="77777777" w:rsidR="00BE3968" w:rsidRDefault="00CA6E70">
            <w:pPr>
              <w:pStyle w:val="CMRBodySmall"/>
              <w:spacing w:after="40"/>
            </w:pPr>
            <w:r>
              <w:t>Bottles of water for each one: ____________________</w:t>
            </w:r>
          </w:p>
          <w:p w14:paraId="450300AF" w14:textId="77777777" w:rsidR="00BE3968" w:rsidRDefault="00CA6E70">
            <w:pPr>
              <w:pStyle w:val="CMRBodySmall"/>
              <w:spacing w:after="40"/>
            </w:pPr>
            <w:r>
              <w:rPr>
                <w:b/>
              </w:rPr>
              <w:t>STEP 3 — HOW DO I FIND IT?</w:t>
            </w:r>
          </w:p>
          <w:p w14:paraId="1F3E18BC" w14:textId="77777777" w:rsidR="00BE3968" w:rsidRDefault="00CA6E70">
            <w:pPr>
              <w:pStyle w:val="CMRBodySmall"/>
              <w:spacing w:after="20"/>
            </w:pPr>
            <w:r>
              <w:t>○ A. Use equal groups: number of groups × amount in each.</w:t>
            </w:r>
          </w:p>
          <w:p w14:paraId="2C47B200" w14:textId="77777777" w:rsidR="00BE3968" w:rsidRDefault="00CA6E70">
            <w:pPr>
              <w:pStyle w:val="CMRBodySmall"/>
            </w:pPr>
            <w:r>
              <w:t>○ B. Subtract the number of groups from the amount in each.</w:t>
            </w:r>
          </w:p>
          <w:p w14:paraId="55846B56" w14:textId="77777777" w:rsidR="00BE3968" w:rsidRDefault="00CA6E70">
            <w:pPr>
              <w:pStyle w:val="CMRBodySmall"/>
              <w:spacing w:after="120"/>
            </w:pPr>
            <w:r>
              <w:t>My math: ____________________________________________________________</w:t>
            </w:r>
          </w:p>
          <w:p w14:paraId="5416AB11" w14:textId="77777777" w:rsidR="00BE3968" w:rsidRDefault="00CA6E70">
            <w:pPr>
              <w:pStyle w:val="CMRBodySmall"/>
              <w:spacing w:after="120"/>
            </w:pPr>
            <w:r>
              <w:t>____________________________________________________________________</w:t>
            </w:r>
          </w:p>
          <w:p w14:paraId="04AD8971" w14:textId="77777777" w:rsidR="00BE3968" w:rsidRDefault="00CA6E70">
            <w:pPr>
              <w:pStyle w:val="CMRBodySmall"/>
              <w:spacing w:after="100"/>
            </w:pPr>
            <w:r>
              <w:t>Answer and check: ___________________________________________________</w:t>
            </w:r>
          </w:p>
        </w:tc>
      </w:tr>
    </w:tbl>
    <w:p w14:paraId="597C5890" w14:textId="77777777" w:rsidR="00BE3968" w:rsidRDefault="00CA6E70">
      <w:r>
        <w:br w:type="page"/>
      </w:r>
    </w:p>
    <w:p w14:paraId="125E70A5" w14:textId="77777777" w:rsidR="00BE3968" w:rsidRDefault="00CA6E70">
      <w:pPr>
        <w:pStyle w:val="CMRSmallLabel"/>
        <w:spacing w:after="60"/>
      </w:pPr>
      <w:r>
        <w:rPr>
          <w:b w:val="0"/>
        </w:rPr>
        <w:lastRenderedPageBreak/>
        <w:t>SECTION 1  |  TOPIC 06  |  PRACTICE PAGE 5/5</w:t>
      </w:r>
    </w:p>
    <w:p w14:paraId="4C1425BC" w14:textId="77777777" w:rsidR="00BE3968" w:rsidRDefault="00CA6E70">
      <w:pPr>
        <w:pStyle w:val="CMRPageTitle"/>
        <w:spacing w:after="60"/>
      </w:pPr>
      <w:r>
        <w:rPr>
          <w:b w:val="0"/>
        </w:rPr>
        <w:t>Buying equal groups</w:t>
      </w:r>
    </w:p>
    <w:p w14:paraId="3BF8753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17719AF" w14:textId="77777777">
        <w:tc>
          <w:tcPr>
            <w:tcW w:w="10036" w:type="dxa"/>
            <w:shd w:val="clear" w:color="auto" w:fill="F5F8F9"/>
            <w:tcMar>
              <w:top w:w="70" w:type="dxa"/>
              <w:left w:w="140" w:type="dxa"/>
              <w:bottom w:w="85" w:type="dxa"/>
              <w:right w:w="140" w:type="dxa"/>
            </w:tcMar>
          </w:tcPr>
          <w:p w14:paraId="45B48EC0" w14:textId="77777777" w:rsidR="00BE3968" w:rsidRDefault="00BE3968"/>
          <w:p w14:paraId="3AD52D33" w14:textId="77777777" w:rsidR="00BE3968" w:rsidRDefault="00CA6E70">
            <w:pPr>
              <w:pStyle w:val="CMRBodySmall"/>
            </w:pPr>
            <w:r>
              <w:rPr>
                <w:b/>
              </w:rPr>
              <w:t>PROBLEM S1-059</w:t>
            </w:r>
          </w:p>
          <w:p w14:paraId="1F33C204" w14:textId="77777777" w:rsidR="00BE3968" w:rsidRDefault="00CA6E70">
            <w:pPr>
              <w:spacing w:after="140"/>
            </w:pPr>
            <w:r>
              <w:t>Angela is getting 3 volunteer teams ready and wants 4 work gloves for every one. What is the total number of work gloves needed?</w:t>
            </w:r>
          </w:p>
          <w:p w14:paraId="1FA6C7AE" w14:textId="77777777" w:rsidR="00BE3968" w:rsidRDefault="00CA6E70">
            <w:pPr>
              <w:pStyle w:val="CMRBodySmall"/>
              <w:spacing w:after="40"/>
            </w:pPr>
            <w:r>
              <w:rPr>
                <w:b/>
              </w:rPr>
              <w:t>STEP 1 — WHAT DO THEY WANT?</w:t>
            </w:r>
          </w:p>
          <w:p w14:paraId="5C4728D7" w14:textId="77777777" w:rsidR="00BE3968" w:rsidRDefault="00CA6E70">
            <w:pPr>
              <w:pStyle w:val="CMRBodySmall"/>
              <w:spacing w:after="20"/>
            </w:pPr>
            <w:r>
              <w:t>○ A. The total for all the volunteer teams together.</w:t>
            </w:r>
          </w:p>
          <w:p w14:paraId="30F696A6" w14:textId="77777777" w:rsidR="00BE3968" w:rsidRDefault="00CA6E70">
            <w:pPr>
              <w:pStyle w:val="CMRBodySmall"/>
              <w:spacing w:after="80"/>
            </w:pPr>
            <w:r>
              <w:t>○ B. How many more work gloves one volunteer team needs.</w:t>
            </w:r>
          </w:p>
          <w:p w14:paraId="7EFE3046" w14:textId="77777777" w:rsidR="00BE3968" w:rsidRDefault="00CA6E70">
            <w:pPr>
              <w:pStyle w:val="CMRBodySmall"/>
              <w:spacing w:after="40"/>
            </w:pPr>
            <w:r>
              <w:rPr>
                <w:b/>
              </w:rPr>
              <w:t>STEP 2 — WHAT DO I KNOW?</w:t>
            </w:r>
          </w:p>
          <w:p w14:paraId="788EE2B0" w14:textId="77777777" w:rsidR="00BE3968" w:rsidRDefault="00CA6E70">
            <w:pPr>
              <w:pStyle w:val="CMRBodySmall"/>
              <w:spacing w:after="40"/>
            </w:pPr>
            <w:r>
              <w:t>Number of volunteer teams: ____________________</w:t>
            </w:r>
          </w:p>
          <w:p w14:paraId="1C9B847B" w14:textId="77777777" w:rsidR="00BE3968" w:rsidRDefault="00CA6E70">
            <w:pPr>
              <w:pStyle w:val="CMRBodySmall"/>
              <w:spacing w:after="40"/>
            </w:pPr>
            <w:r>
              <w:t>Work gloves for each one: ____________________</w:t>
            </w:r>
          </w:p>
          <w:p w14:paraId="153636FB" w14:textId="77777777" w:rsidR="00BE3968" w:rsidRDefault="00CA6E70">
            <w:pPr>
              <w:pStyle w:val="CMRBodySmall"/>
              <w:spacing w:after="40"/>
            </w:pPr>
            <w:r>
              <w:rPr>
                <w:b/>
              </w:rPr>
              <w:t>STEP 3 — HOW DO I FIND IT?</w:t>
            </w:r>
          </w:p>
          <w:p w14:paraId="5BE7FBEC" w14:textId="77777777" w:rsidR="00BE3968" w:rsidRDefault="00CA6E70">
            <w:pPr>
              <w:pStyle w:val="CMRBodySmall"/>
              <w:spacing w:after="20"/>
            </w:pPr>
            <w:r>
              <w:t>○ A. Multiply the number of groups by the amount in each group.</w:t>
            </w:r>
          </w:p>
          <w:p w14:paraId="6DB8642C" w14:textId="77777777" w:rsidR="00BE3968" w:rsidRDefault="00CA6E70">
            <w:pPr>
              <w:pStyle w:val="CMRBodySmall"/>
            </w:pPr>
            <w:r>
              <w:t>○ B. Add the number of groups to the amount in each group.</w:t>
            </w:r>
          </w:p>
          <w:p w14:paraId="55E7EB36" w14:textId="77777777" w:rsidR="00BE3968" w:rsidRDefault="00CA6E70">
            <w:pPr>
              <w:pStyle w:val="CMRBodySmall"/>
              <w:spacing w:after="120"/>
            </w:pPr>
            <w:r>
              <w:t>My math: ____________________________________________________________</w:t>
            </w:r>
          </w:p>
          <w:p w14:paraId="3D3760F1" w14:textId="77777777" w:rsidR="00BE3968" w:rsidRDefault="00CA6E70">
            <w:pPr>
              <w:pStyle w:val="CMRBodySmall"/>
              <w:spacing w:after="120"/>
            </w:pPr>
            <w:r>
              <w:t>____________________________________________________________________</w:t>
            </w:r>
          </w:p>
          <w:p w14:paraId="108ECDBA" w14:textId="77777777" w:rsidR="00BE3968" w:rsidRDefault="00CA6E70">
            <w:pPr>
              <w:pStyle w:val="CMRBodySmall"/>
              <w:spacing w:after="100"/>
            </w:pPr>
            <w:r>
              <w:t>Answer and check: ___________________________________________________</w:t>
            </w:r>
          </w:p>
        </w:tc>
      </w:tr>
    </w:tbl>
    <w:p w14:paraId="6121227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2BB668E" w14:textId="77777777">
        <w:tc>
          <w:tcPr>
            <w:tcW w:w="10036" w:type="dxa"/>
            <w:tcMar>
              <w:top w:w="70" w:type="dxa"/>
              <w:left w:w="140" w:type="dxa"/>
              <w:bottom w:w="85" w:type="dxa"/>
              <w:right w:w="140" w:type="dxa"/>
            </w:tcMar>
          </w:tcPr>
          <w:p w14:paraId="4F352665" w14:textId="77777777" w:rsidR="00BE3968" w:rsidRDefault="00BE3968"/>
          <w:p w14:paraId="450EDCBD" w14:textId="77777777" w:rsidR="00BE3968" w:rsidRDefault="00CA6E70">
            <w:pPr>
              <w:pStyle w:val="CMRBodySmall"/>
            </w:pPr>
            <w:r>
              <w:rPr>
                <w:b/>
              </w:rPr>
              <w:t>PROBLEM S1-060</w:t>
            </w:r>
          </w:p>
          <w:p w14:paraId="663715A6" w14:textId="77777777" w:rsidR="00BE3968" w:rsidRDefault="00CA6E70">
            <w:pPr>
              <w:spacing w:after="140"/>
            </w:pPr>
            <w:r>
              <w:t>Carlos sets out 5 food boxes for each of 3 supply shelves. How many food boxes does Carlos need in all?</w:t>
            </w:r>
          </w:p>
          <w:p w14:paraId="6A467D15" w14:textId="77777777" w:rsidR="00BE3968" w:rsidRDefault="00CA6E70">
            <w:pPr>
              <w:pStyle w:val="CMRBodySmall"/>
              <w:spacing w:after="40"/>
            </w:pPr>
            <w:r>
              <w:rPr>
                <w:b/>
              </w:rPr>
              <w:t>STEP 1 — WHAT DO THEY WANT?</w:t>
            </w:r>
          </w:p>
          <w:p w14:paraId="2D399188" w14:textId="77777777" w:rsidR="00BE3968" w:rsidRDefault="00CA6E70">
            <w:pPr>
              <w:pStyle w:val="CMRBodySmall"/>
              <w:spacing w:after="20"/>
            </w:pPr>
            <w:r>
              <w:t>○ A. The number of food boxes for one supply shelf.</w:t>
            </w:r>
          </w:p>
          <w:p w14:paraId="1490CE66" w14:textId="77777777" w:rsidR="00BE3968" w:rsidRDefault="00CA6E70">
            <w:pPr>
              <w:pStyle w:val="CMRBodySmall"/>
              <w:spacing w:after="80"/>
            </w:pPr>
            <w:r>
              <w:t>○ B. The total number of food boxes needed.</w:t>
            </w:r>
          </w:p>
          <w:p w14:paraId="124AD72E" w14:textId="77777777" w:rsidR="00BE3968" w:rsidRDefault="00CA6E70">
            <w:pPr>
              <w:pStyle w:val="CMRBodySmall"/>
              <w:spacing w:after="40"/>
            </w:pPr>
            <w:r>
              <w:rPr>
                <w:b/>
              </w:rPr>
              <w:t>STEP 2 — WHAT DO I KNOW?</w:t>
            </w:r>
          </w:p>
          <w:p w14:paraId="5C2DB50F" w14:textId="77777777" w:rsidR="00BE3968" w:rsidRDefault="00CA6E70">
            <w:pPr>
              <w:pStyle w:val="CMRBodySmall"/>
              <w:spacing w:after="40"/>
            </w:pPr>
            <w:r>
              <w:t>Number of supply shelves: ____________________</w:t>
            </w:r>
          </w:p>
          <w:p w14:paraId="6087E6E0" w14:textId="77777777" w:rsidR="00BE3968" w:rsidRDefault="00CA6E70">
            <w:pPr>
              <w:pStyle w:val="CMRBodySmall"/>
              <w:spacing w:after="40"/>
            </w:pPr>
            <w:r>
              <w:t>Food boxes for each one: ____________________</w:t>
            </w:r>
          </w:p>
          <w:p w14:paraId="58B104D4" w14:textId="77777777" w:rsidR="00BE3968" w:rsidRDefault="00CA6E70">
            <w:pPr>
              <w:pStyle w:val="CMRBodySmall"/>
              <w:spacing w:after="40"/>
            </w:pPr>
            <w:r>
              <w:rPr>
                <w:b/>
              </w:rPr>
              <w:t>STEP 3 — HOW DO I FIND IT?</w:t>
            </w:r>
          </w:p>
          <w:p w14:paraId="1A13109C" w14:textId="77777777" w:rsidR="00BE3968" w:rsidRDefault="00CA6E70">
            <w:pPr>
              <w:pStyle w:val="CMRBodySmall"/>
              <w:spacing w:after="20"/>
            </w:pPr>
            <w:r>
              <w:t>○ A. Subtract the number of groups from the amount in each.</w:t>
            </w:r>
          </w:p>
          <w:p w14:paraId="6870F11C" w14:textId="77777777" w:rsidR="00BE3968" w:rsidRDefault="00CA6E70">
            <w:pPr>
              <w:pStyle w:val="CMRBodySmall"/>
            </w:pPr>
            <w:r>
              <w:t>○ B. Use equal groups: number of groups × amount in each.</w:t>
            </w:r>
          </w:p>
          <w:p w14:paraId="4FDEA11A" w14:textId="77777777" w:rsidR="00BE3968" w:rsidRDefault="00CA6E70">
            <w:pPr>
              <w:pStyle w:val="CMRBodySmall"/>
              <w:spacing w:after="120"/>
            </w:pPr>
            <w:r>
              <w:t>My math: ____________________________________________________________</w:t>
            </w:r>
          </w:p>
          <w:p w14:paraId="2AD74BCC" w14:textId="77777777" w:rsidR="00BE3968" w:rsidRDefault="00CA6E70">
            <w:pPr>
              <w:pStyle w:val="CMRBodySmall"/>
              <w:spacing w:after="120"/>
            </w:pPr>
            <w:r>
              <w:t>____________________________________________________________________</w:t>
            </w:r>
          </w:p>
          <w:p w14:paraId="2083936C" w14:textId="77777777" w:rsidR="00BE3968" w:rsidRDefault="00CA6E70">
            <w:pPr>
              <w:pStyle w:val="CMRBodySmall"/>
              <w:spacing w:after="100"/>
            </w:pPr>
            <w:r>
              <w:t>Answer and check: ___________________________________________________</w:t>
            </w:r>
          </w:p>
        </w:tc>
      </w:tr>
    </w:tbl>
    <w:p w14:paraId="1A5A4B00" w14:textId="77777777" w:rsidR="00BE3968" w:rsidRDefault="00CA6E70">
      <w:r>
        <w:br w:type="page"/>
      </w:r>
    </w:p>
    <w:p w14:paraId="14FC0AC1" w14:textId="77777777" w:rsidR="00BE3968" w:rsidRDefault="00CA6E70">
      <w:pPr>
        <w:pStyle w:val="CMRSmallLabel"/>
        <w:spacing w:after="60"/>
      </w:pPr>
      <w:r>
        <w:rPr>
          <w:b w:val="0"/>
        </w:rPr>
        <w:lastRenderedPageBreak/>
        <w:t>SECTION 1  |  TOPIC 07  |  PRACTICE PAGE 1/5</w:t>
      </w:r>
    </w:p>
    <w:p w14:paraId="24355A18" w14:textId="77777777" w:rsidR="00BE3968" w:rsidRDefault="00CA6E70">
      <w:pPr>
        <w:pStyle w:val="CMRPageTitle"/>
        <w:spacing w:after="60"/>
      </w:pPr>
      <w:r>
        <w:rPr>
          <w:b w:val="0"/>
        </w:rPr>
        <w:t>Packing and sharing</w:t>
      </w:r>
    </w:p>
    <w:p w14:paraId="2DCE053D" w14:textId="77777777" w:rsidR="00BE3968" w:rsidRDefault="00CA6E70">
      <w:pPr>
        <w:pStyle w:val="CMRBodySmall"/>
        <w:spacing w:after="100"/>
      </w:pPr>
      <w:r>
        <w:t>Remember: Put equal amounts in groups or find the number in each group.</w:t>
      </w:r>
    </w:p>
    <w:tbl>
      <w:tblPr>
        <w:tblW w:w="0" w:type="auto"/>
        <w:tblLayout w:type="fixed"/>
        <w:tblLook w:val="04A0" w:firstRow="1" w:lastRow="0" w:firstColumn="1" w:lastColumn="0" w:noHBand="0" w:noVBand="1"/>
      </w:tblPr>
      <w:tblGrid>
        <w:gridCol w:w="10036"/>
      </w:tblGrid>
      <w:tr w:rsidR="00BE3968" w14:paraId="68060DB9" w14:textId="77777777">
        <w:tc>
          <w:tcPr>
            <w:tcW w:w="10036" w:type="dxa"/>
            <w:shd w:val="clear" w:color="auto" w:fill="F5F8F9"/>
            <w:tcMar>
              <w:top w:w="70" w:type="dxa"/>
              <w:left w:w="140" w:type="dxa"/>
              <w:bottom w:w="85" w:type="dxa"/>
              <w:right w:w="140" w:type="dxa"/>
            </w:tcMar>
          </w:tcPr>
          <w:p w14:paraId="53ABC9AE" w14:textId="77777777" w:rsidR="00BE3968" w:rsidRDefault="00BE3968"/>
          <w:p w14:paraId="0064EDDC" w14:textId="77777777" w:rsidR="00BE3968" w:rsidRDefault="00CA6E70">
            <w:pPr>
              <w:pStyle w:val="CMRBodySmall"/>
            </w:pPr>
            <w:r>
              <w:rPr>
                <w:b/>
              </w:rPr>
              <w:t>PROBLEM S1-061</w:t>
            </w:r>
          </w:p>
          <w:p w14:paraId="3B05B5A3" w14:textId="77777777" w:rsidR="00BE3968" w:rsidRDefault="00CA6E70">
            <w:pPr>
              <w:spacing w:after="140"/>
            </w:pPr>
            <w:r>
              <w:t>Luis works at a program that has 28 notebooks. Staff divide them equally among 4 shelves. How many notebooks go on each shelf?</w:t>
            </w:r>
          </w:p>
          <w:p w14:paraId="65160834" w14:textId="77777777" w:rsidR="00BE3968" w:rsidRDefault="00CA6E70">
            <w:pPr>
              <w:pStyle w:val="CMRBodySmall"/>
              <w:spacing w:after="40"/>
            </w:pPr>
            <w:r>
              <w:rPr>
                <w:b/>
              </w:rPr>
              <w:t>STEP 1 — WHAT DO THEY WANT?</w:t>
            </w:r>
          </w:p>
          <w:p w14:paraId="1945A0E3" w14:textId="77777777" w:rsidR="00BE3968" w:rsidRDefault="00CA6E70">
            <w:pPr>
              <w:pStyle w:val="CMRBodySmall"/>
              <w:spacing w:after="20"/>
            </w:pPr>
            <w:r>
              <w:t>○ A. How many notebooks go on one shelf.</w:t>
            </w:r>
          </w:p>
          <w:p w14:paraId="1F39F0D2" w14:textId="77777777" w:rsidR="00BE3968" w:rsidRDefault="00CA6E70">
            <w:pPr>
              <w:pStyle w:val="CMRBodySmall"/>
              <w:spacing w:after="80"/>
            </w:pPr>
            <w:r>
              <w:t>○ B. How many shelves there are.</w:t>
            </w:r>
          </w:p>
          <w:p w14:paraId="0CD85F4A" w14:textId="77777777" w:rsidR="00BE3968" w:rsidRDefault="00CA6E70">
            <w:pPr>
              <w:pStyle w:val="CMRBodySmall"/>
              <w:spacing w:after="40"/>
            </w:pPr>
            <w:r>
              <w:rPr>
                <w:b/>
              </w:rPr>
              <w:t>STEP 2 — WHAT DO I KNOW?</w:t>
            </w:r>
          </w:p>
          <w:p w14:paraId="63CC59CB" w14:textId="77777777" w:rsidR="00BE3968" w:rsidRDefault="00CA6E70">
            <w:pPr>
              <w:pStyle w:val="CMRBodySmall"/>
              <w:spacing w:after="40"/>
            </w:pPr>
            <w:r>
              <w:t>Total notebooks: ____________________</w:t>
            </w:r>
          </w:p>
          <w:p w14:paraId="319DBEA0" w14:textId="77777777" w:rsidR="00BE3968" w:rsidRDefault="00CA6E70">
            <w:pPr>
              <w:pStyle w:val="CMRBodySmall"/>
              <w:spacing w:after="40"/>
            </w:pPr>
            <w:r>
              <w:t>Number of shelves: ____________________</w:t>
            </w:r>
          </w:p>
          <w:p w14:paraId="0BA6DFF6" w14:textId="77777777" w:rsidR="00BE3968" w:rsidRDefault="00CA6E70">
            <w:pPr>
              <w:pStyle w:val="CMRBodySmall"/>
              <w:spacing w:after="40"/>
            </w:pPr>
            <w:r>
              <w:rPr>
                <w:b/>
              </w:rPr>
              <w:t>STEP 3 — HOW DO I FIND IT?</w:t>
            </w:r>
          </w:p>
          <w:p w14:paraId="1BEAA00F" w14:textId="77777777" w:rsidR="00BE3968" w:rsidRDefault="00CA6E70">
            <w:pPr>
              <w:pStyle w:val="CMRBodySmall"/>
              <w:spacing w:after="20"/>
            </w:pPr>
            <w:r>
              <w:t>○ A. Multiply the total by the number of shelves.</w:t>
            </w:r>
          </w:p>
          <w:p w14:paraId="130B2210" w14:textId="77777777" w:rsidR="00BE3968" w:rsidRDefault="00CA6E70">
            <w:pPr>
              <w:pStyle w:val="CMRBodySmall"/>
            </w:pPr>
            <w:r>
              <w:t>○ B. Divide the total by the number of shelves.</w:t>
            </w:r>
          </w:p>
          <w:p w14:paraId="2D2685A6" w14:textId="77777777" w:rsidR="00BE3968" w:rsidRDefault="00CA6E70">
            <w:pPr>
              <w:pStyle w:val="CMRBodySmall"/>
              <w:spacing w:after="120"/>
            </w:pPr>
            <w:r>
              <w:t>My math: ____________________________________________________________</w:t>
            </w:r>
          </w:p>
          <w:p w14:paraId="39E1EFDF" w14:textId="77777777" w:rsidR="00BE3968" w:rsidRDefault="00CA6E70">
            <w:pPr>
              <w:pStyle w:val="CMRBodySmall"/>
              <w:spacing w:after="120"/>
            </w:pPr>
            <w:r>
              <w:t>____________________________________________________________________</w:t>
            </w:r>
          </w:p>
          <w:p w14:paraId="2BBC0B30" w14:textId="77777777" w:rsidR="00BE3968" w:rsidRDefault="00CA6E70">
            <w:pPr>
              <w:pStyle w:val="CMRBodySmall"/>
              <w:spacing w:after="100"/>
            </w:pPr>
            <w:r>
              <w:t>Answer and check: ___________________________________________________</w:t>
            </w:r>
          </w:p>
        </w:tc>
      </w:tr>
    </w:tbl>
    <w:p w14:paraId="4B49518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0765026" w14:textId="77777777">
        <w:tc>
          <w:tcPr>
            <w:tcW w:w="10036" w:type="dxa"/>
            <w:tcMar>
              <w:top w:w="70" w:type="dxa"/>
              <w:left w:w="140" w:type="dxa"/>
              <w:bottom w:w="85" w:type="dxa"/>
              <w:right w:w="140" w:type="dxa"/>
            </w:tcMar>
          </w:tcPr>
          <w:p w14:paraId="56C91097" w14:textId="77777777" w:rsidR="00BE3968" w:rsidRDefault="00BE3968"/>
          <w:p w14:paraId="7A8E5050" w14:textId="77777777" w:rsidR="00BE3968" w:rsidRDefault="00CA6E70">
            <w:pPr>
              <w:pStyle w:val="CMRBodySmall"/>
            </w:pPr>
            <w:r>
              <w:rPr>
                <w:b/>
              </w:rPr>
              <w:t>PROBLEM S1-062</w:t>
            </w:r>
          </w:p>
          <w:p w14:paraId="40ABF6A3" w14:textId="77777777" w:rsidR="00BE3968" w:rsidRDefault="00CA6E70">
            <w:pPr>
              <w:spacing w:after="140"/>
            </w:pPr>
            <w:r>
              <w:t>A program has 45 work shirts to share equally among 5 tables. Grace is doing the packing. How many work shirts will go on each table?</w:t>
            </w:r>
          </w:p>
          <w:p w14:paraId="2021A282" w14:textId="77777777" w:rsidR="00BE3968" w:rsidRDefault="00CA6E70">
            <w:pPr>
              <w:pStyle w:val="CMRBodySmall"/>
              <w:spacing w:after="40"/>
            </w:pPr>
            <w:r>
              <w:rPr>
                <w:b/>
              </w:rPr>
              <w:t>STEP 1 — WHAT DO THEY WANT?</w:t>
            </w:r>
          </w:p>
          <w:p w14:paraId="45642028" w14:textId="77777777" w:rsidR="00BE3968" w:rsidRDefault="00CA6E70">
            <w:pPr>
              <w:pStyle w:val="CMRBodySmall"/>
              <w:spacing w:after="20"/>
            </w:pPr>
            <w:r>
              <w:t>○ A. The total number of work shirts.</w:t>
            </w:r>
          </w:p>
          <w:p w14:paraId="2D326A96" w14:textId="77777777" w:rsidR="00BE3968" w:rsidRDefault="00CA6E70">
            <w:pPr>
              <w:pStyle w:val="CMRBodySmall"/>
              <w:spacing w:after="80"/>
            </w:pPr>
            <w:r>
              <w:t>○ B. The number for each equal group.</w:t>
            </w:r>
          </w:p>
          <w:p w14:paraId="022FBDFC" w14:textId="77777777" w:rsidR="00BE3968" w:rsidRDefault="00CA6E70">
            <w:pPr>
              <w:pStyle w:val="CMRBodySmall"/>
              <w:spacing w:after="40"/>
            </w:pPr>
            <w:r>
              <w:rPr>
                <w:b/>
              </w:rPr>
              <w:t>STEP 2 — WHAT DO I KNOW?</w:t>
            </w:r>
          </w:p>
          <w:p w14:paraId="7C981694" w14:textId="77777777" w:rsidR="00BE3968" w:rsidRDefault="00CA6E70">
            <w:pPr>
              <w:pStyle w:val="CMRBodySmall"/>
              <w:spacing w:after="40"/>
            </w:pPr>
            <w:r>
              <w:t>Total work shirts: ____________________</w:t>
            </w:r>
          </w:p>
          <w:p w14:paraId="71A72825" w14:textId="77777777" w:rsidR="00BE3968" w:rsidRDefault="00CA6E70">
            <w:pPr>
              <w:pStyle w:val="CMRBodySmall"/>
              <w:spacing w:after="40"/>
            </w:pPr>
            <w:r>
              <w:t>Number of tables: ____________________</w:t>
            </w:r>
          </w:p>
          <w:p w14:paraId="34BC1871" w14:textId="77777777" w:rsidR="00BE3968" w:rsidRDefault="00CA6E70">
            <w:pPr>
              <w:pStyle w:val="CMRBodySmall"/>
              <w:spacing w:after="40"/>
            </w:pPr>
            <w:r>
              <w:rPr>
                <w:b/>
              </w:rPr>
              <w:t>STEP 3 — HOW DO I FIND IT?</w:t>
            </w:r>
          </w:p>
          <w:p w14:paraId="2F026A6A" w14:textId="77777777" w:rsidR="00BE3968" w:rsidRDefault="00CA6E70">
            <w:pPr>
              <w:pStyle w:val="CMRBodySmall"/>
              <w:spacing w:after="20"/>
            </w:pPr>
            <w:r>
              <w:t>○ A. Subtract the number of tables from the total.</w:t>
            </w:r>
          </w:p>
          <w:p w14:paraId="0AB9234D" w14:textId="77777777" w:rsidR="00BE3968" w:rsidRDefault="00CA6E70">
            <w:pPr>
              <w:pStyle w:val="CMRBodySmall"/>
            </w:pPr>
            <w:r>
              <w:t>○ B. Share the total equally: total ÷ number of groups.</w:t>
            </w:r>
          </w:p>
          <w:p w14:paraId="7B8BFCB0" w14:textId="77777777" w:rsidR="00BE3968" w:rsidRDefault="00CA6E70">
            <w:pPr>
              <w:pStyle w:val="CMRBodySmall"/>
              <w:spacing w:after="120"/>
            </w:pPr>
            <w:r>
              <w:t>My math: ____________________________________________________________</w:t>
            </w:r>
          </w:p>
          <w:p w14:paraId="4469E339" w14:textId="77777777" w:rsidR="00BE3968" w:rsidRDefault="00CA6E70">
            <w:pPr>
              <w:pStyle w:val="CMRBodySmall"/>
              <w:spacing w:after="120"/>
            </w:pPr>
            <w:r>
              <w:t>____________________________________________________________________</w:t>
            </w:r>
          </w:p>
          <w:p w14:paraId="2D3EE224" w14:textId="77777777" w:rsidR="00BE3968" w:rsidRDefault="00CA6E70">
            <w:pPr>
              <w:pStyle w:val="CMRBodySmall"/>
              <w:spacing w:after="100"/>
            </w:pPr>
            <w:r>
              <w:t>Answer and check: ___________________________________________________</w:t>
            </w:r>
          </w:p>
        </w:tc>
      </w:tr>
    </w:tbl>
    <w:p w14:paraId="35EDB02D" w14:textId="77777777" w:rsidR="00BE3968" w:rsidRDefault="00CA6E70">
      <w:r>
        <w:br w:type="page"/>
      </w:r>
    </w:p>
    <w:p w14:paraId="7A8C772D" w14:textId="77777777" w:rsidR="00BE3968" w:rsidRDefault="00CA6E70">
      <w:pPr>
        <w:pStyle w:val="CMRSmallLabel"/>
        <w:spacing w:after="60"/>
      </w:pPr>
      <w:r>
        <w:rPr>
          <w:b w:val="0"/>
        </w:rPr>
        <w:lastRenderedPageBreak/>
        <w:t>SECTION 1  |  TOPIC 07  |  PRACTICE PAGE 2/5</w:t>
      </w:r>
    </w:p>
    <w:p w14:paraId="79C4E877" w14:textId="77777777" w:rsidR="00BE3968" w:rsidRDefault="00CA6E70">
      <w:pPr>
        <w:pStyle w:val="CMRPageTitle"/>
        <w:spacing w:after="60"/>
      </w:pPr>
      <w:r>
        <w:rPr>
          <w:b w:val="0"/>
        </w:rPr>
        <w:t>Packing and sharing</w:t>
      </w:r>
    </w:p>
    <w:p w14:paraId="1217057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F852DD6" w14:textId="77777777">
        <w:tc>
          <w:tcPr>
            <w:tcW w:w="10036" w:type="dxa"/>
            <w:shd w:val="clear" w:color="auto" w:fill="F5F8F9"/>
            <w:tcMar>
              <w:top w:w="70" w:type="dxa"/>
              <w:left w:w="140" w:type="dxa"/>
              <w:bottom w:w="85" w:type="dxa"/>
              <w:right w:w="140" w:type="dxa"/>
            </w:tcMar>
          </w:tcPr>
          <w:p w14:paraId="18392675" w14:textId="77777777" w:rsidR="00BE3968" w:rsidRDefault="00BE3968"/>
          <w:p w14:paraId="63851EE2" w14:textId="77777777" w:rsidR="00BE3968" w:rsidRDefault="00CA6E70">
            <w:pPr>
              <w:pStyle w:val="CMRBodySmall"/>
            </w:pPr>
            <w:r>
              <w:rPr>
                <w:b/>
              </w:rPr>
              <w:t>PROBLEM S1-063</w:t>
            </w:r>
          </w:p>
          <w:p w14:paraId="04FEAFC7" w14:textId="77777777" w:rsidR="00BE3968" w:rsidRDefault="00CA6E70">
            <w:pPr>
              <w:spacing w:after="140"/>
            </w:pPr>
            <w:r>
              <w:t>Daniel has 6 delivery bags and 54 water bottles. If every delivery bag gets the same number, how many water bottles go in each one?</w:t>
            </w:r>
          </w:p>
          <w:p w14:paraId="39AA1972" w14:textId="77777777" w:rsidR="00BE3968" w:rsidRDefault="00CA6E70">
            <w:pPr>
              <w:pStyle w:val="CMRBodySmall"/>
              <w:spacing w:after="40"/>
            </w:pPr>
            <w:r>
              <w:rPr>
                <w:b/>
              </w:rPr>
              <w:t>STEP 1 — WHAT DO THEY WANT?</w:t>
            </w:r>
          </w:p>
          <w:p w14:paraId="4D9EEE13" w14:textId="77777777" w:rsidR="00BE3968" w:rsidRDefault="00CA6E70">
            <w:pPr>
              <w:pStyle w:val="CMRBodySmall"/>
              <w:spacing w:after="20"/>
            </w:pPr>
            <w:r>
              <w:t>○ A. The amount in each delivery bag.</w:t>
            </w:r>
          </w:p>
          <w:p w14:paraId="65202990" w14:textId="77777777" w:rsidR="00BE3968" w:rsidRDefault="00CA6E70">
            <w:pPr>
              <w:pStyle w:val="CMRBodySmall"/>
              <w:spacing w:after="80"/>
            </w:pPr>
            <w:r>
              <w:t>○ B. How many water bottles are left over.</w:t>
            </w:r>
          </w:p>
          <w:p w14:paraId="1DE77146" w14:textId="77777777" w:rsidR="00BE3968" w:rsidRDefault="00CA6E70">
            <w:pPr>
              <w:pStyle w:val="CMRBodySmall"/>
              <w:spacing w:after="40"/>
            </w:pPr>
            <w:r>
              <w:rPr>
                <w:b/>
              </w:rPr>
              <w:t>STEP 2 — WHAT DO I KNOW?</w:t>
            </w:r>
          </w:p>
          <w:p w14:paraId="52F15CDA" w14:textId="77777777" w:rsidR="00BE3968" w:rsidRDefault="00CA6E70">
            <w:pPr>
              <w:pStyle w:val="CMRBodySmall"/>
              <w:spacing w:after="40"/>
            </w:pPr>
            <w:r>
              <w:t>Total water bottles: ____________________</w:t>
            </w:r>
          </w:p>
          <w:p w14:paraId="1083E98B" w14:textId="77777777" w:rsidR="00BE3968" w:rsidRDefault="00CA6E70">
            <w:pPr>
              <w:pStyle w:val="CMRBodySmall"/>
              <w:spacing w:after="40"/>
            </w:pPr>
            <w:r>
              <w:t>Number of delivery bags: ____________________</w:t>
            </w:r>
          </w:p>
          <w:p w14:paraId="2FA344E0" w14:textId="77777777" w:rsidR="00BE3968" w:rsidRDefault="00CA6E70">
            <w:pPr>
              <w:pStyle w:val="CMRBodySmall"/>
              <w:spacing w:after="40"/>
            </w:pPr>
            <w:r>
              <w:rPr>
                <w:b/>
              </w:rPr>
              <w:t>STEP 3 — HOW DO I FIND IT?</w:t>
            </w:r>
          </w:p>
          <w:p w14:paraId="259614E0" w14:textId="77777777" w:rsidR="00BE3968" w:rsidRDefault="00CA6E70">
            <w:pPr>
              <w:pStyle w:val="CMRBodySmall"/>
              <w:spacing w:after="20"/>
            </w:pPr>
            <w:r>
              <w:t>○ A. Divide the total by the number of delivery bags.</w:t>
            </w:r>
          </w:p>
          <w:p w14:paraId="09ABA481" w14:textId="77777777" w:rsidR="00BE3968" w:rsidRDefault="00CA6E70">
            <w:pPr>
              <w:pStyle w:val="CMRBodySmall"/>
            </w:pPr>
            <w:r>
              <w:t>○ B. Multiply the total by the number of delivery bags.</w:t>
            </w:r>
          </w:p>
          <w:p w14:paraId="18D29526" w14:textId="77777777" w:rsidR="00BE3968" w:rsidRDefault="00CA6E70">
            <w:pPr>
              <w:pStyle w:val="CMRBodySmall"/>
              <w:spacing w:after="120"/>
            </w:pPr>
            <w:r>
              <w:t>My math: ____________________________________________________________</w:t>
            </w:r>
          </w:p>
          <w:p w14:paraId="61B093B1" w14:textId="77777777" w:rsidR="00BE3968" w:rsidRDefault="00CA6E70">
            <w:pPr>
              <w:pStyle w:val="CMRBodySmall"/>
              <w:spacing w:after="120"/>
            </w:pPr>
            <w:r>
              <w:t>____________________________________________________________________</w:t>
            </w:r>
          </w:p>
          <w:p w14:paraId="4E1ED2AE" w14:textId="77777777" w:rsidR="00BE3968" w:rsidRDefault="00CA6E70">
            <w:pPr>
              <w:pStyle w:val="CMRBodySmall"/>
              <w:spacing w:after="100"/>
            </w:pPr>
            <w:r>
              <w:t>Answer and check: ___________________________________________________</w:t>
            </w:r>
          </w:p>
        </w:tc>
      </w:tr>
    </w:tbl>
    <w:p w14:paraId="033C2F4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6B732D5" w14:textId="77777777">
        <w:tc>
          <w:tcPr>
            <w:tcW w:w="10036" w:type="dxa"/>
            <w:tcMar>
              <w:top w:w="70" w:type="dxa"/>
              <w:left w:w="140" w:type="dxa"/>
              <w:bottom w:w="85" w:type="dxa"/>
              <w:right w:w="140" w:type="dxa"/>
            </w:tcMar>
          </w:tcPr>
          <w:p w14:paraId="36EF7E88" w14:textId="77777777" w:rsidR="00BE3968" w:rsidRDefault="00BE3968"/>
          <w:p w14:paraId="1CD5EDEB" w14:textId="77777777" w:rsidR="00BE3968" w:rsidRDefault="00CA6E70">
            <w:pPr>
              <w:pStyle w:val="CMRBodySmall"/>
            </w:pPr>
            <w:r>
              <w:rPr>
                <w:b/>
              </w:rPr>
              <w:t>PROBLEM S1-064</w:t>
            </w:r>
          </w:p>
          <w:p w14:paraId="561517ED" w14:textId="77777777" w:rsidR="00BE3968" w:rsidRDefault="00CA6E70">
            <w:pPr>
              <w:spacing w:after="140"/>
            </w:pPr>
            <w:r>
              <w:t>Marcus works at a program that has 66 meal kits. Staff divide them equally among 6 boxes. How many meal kits go in each box?</w:t>
            </w:r>
          </w:p>
          <w:p w14:paraId="0243CAD9" w14:textId="77777777" w:rsidR="00BE3968" w:rsidRDefault="00CA6E70">
            <w:pPr>
              <w:pStyle w:val="CMRBodySmall"/>
              <w:spacing w:after="40"/>
            </w:pPr>
            <w:r>
              <w:rPr>
                <w:b/>
              </w:rPr>
              <w:t>STEP 1 — WHAT DO THEY WANT?</w:t>
            </w:r>
          </w:p>
          <w:p w14:paraId="7DC9A1F2" w14:textId="77777777" w:rsidR="00BE3968" w:rsidRDefault="00CA6E70">
            <w:pPr>
              <w:pStyle w:val="CMRBodySmall"/>
              <w:spacing w:after="20"/>
            </w:pPr>
            <w:r>
              <w:t>○ A. How many boxes there are.</w:t>
            </w:r>
          </w:p>
          <w:p w14:paraId="3B56CD2F" w14:textId="77777777" w:rsidR="00BE3968" w:rsidRDefault="00CA6E70">
            <w:pPr>
              <w:pStyle w:val="CMRBodySmall"/>
              <w:spacing w:after="80"/>
            </w:pPr>
            <w:r>
              <w:t>○ B. How many meal kits go in one box.</w:t>
            </w:r>
          </w:p>
          <w:p w14:paraId="0C0A4FD5" w14:textId="77777777" w:rsidR="00BE3968" w:rsidRDefault="00CA6E70">
            <w:pPr>
              <w:pStyle w:val="CMRBodySmall"/>
              <w:spacing w:after="40"/>
            </w:pPr>
            <w:r>
              <w:rPr>
                <w:b/>
              </w:rPr>
              <w:t>STEP 2 — WHAT DO I KNOW?</w:t>
            </w:r>
          </w:p>
          <w:p w14:paraId="02A543FF" w14:textId="77777777" w:rsidR="00BE3968" w:rsidRDefault="00CA6E70">
            <w:pPr>
              <w:pStyle w:val="CMRBodySmall"/>
              <w:spacing w:after="40"/>
            </w:pPr>
            <w:r>
              <w:t>Total meal kits: ____________________</w:t>
            </w:r>
          </w:p>
          <w:p w14:paraId="192E4829" w14:textId="77777777" w:rsidR="00BE3968" w:rsidRDefault="00CA6E70">
            <w:pPr>
              <w:pStyle w:val="CMRBodySmall"/>
              <w:spacing w:after="40"/>
            </w:pPr>
            <w:r>
              <w:t>Number of boxes: ____________________</w:t>
            </w:r>
          </w:p>
          <w:p w14:paraId="1F92FB0E" w14:textId="77777777" w:rsidR="00BE3968" w:rsidRDefault="00CA6E70">
            <w:pPr>
              <w:pStyle w:val="CMRBodySmall"/>
              <w:spacing w:after="40"/>
            </w:pPr>
            <w:r>
              <w:rPr>
                <w:b/>
              </w:rPr>
              <w:t>STEP 3 — HOW DO I FIND IT?</w:t>
            </w:r>
          </w:p>
          <w:p w14:paraId="64B60E5E" w14:textId="77777777" w:rsidR="00BE3968" w:rsidRDefault="00CA6E70">
            <w:pPr>
              <w:pStyle w:val="CMRBodySmall"/>
              <w:spacing w:after="20"/>
            </w:pPr>
            <w:r>
              <w:t>○ A. Share the total equally: total ÷ number of groups.</w:t>
            </w:r>
          </w:p>
          <w:p w14:paraId="37521486" w14:textId="77777777" w:rsidR="00BE3968" w:rsidRDefault="00CA6E70">
            <w:pPr>
              <w:pStyle w:val="CMRBodySmall"/>
            </w:pPr>
            <w:r>
              <w:t>○ B. Subtract the number of boxes from the total.</w:t>
            </w:r>
          </w:p>
          <w:p w14:paraId="62EA337E" w14:textId="77777777" w:rsidR="00BE3968" w:rsidRDefault="00CA6E70">
            <w:pPr>
              <w:pStyle w:val="CMRBodySmall"/>
              <w:spacing w:after="120"/>
            </w:pPr>
            <w:r>
              <w:t>My math: ____________________________________________________________</w:t>
            </w:r>
          </w:p>
          <w:p w14:paraId="4DC6484E" w14:textId="77777777" w:rsidR="00BE3968" w:rsidRDefault="00CA6E70">
            <w:pPr>
              <w:pStyle w:val="CMRBodySmall"/>
              <w:spacing w:after="120"/>
            </w:pPr>
            <w:r>
              <w:t>____________________________________________________________________</w:t>
            </w:r>
          </w:p>
          <w:p w14:paraId="4AD0C8E1" w14:textId="77777777" w:rsidR="00BE3968" w:rsidRDefault="00CA6E70">
            <w:pPr>
              <w:pStyle w:val="CMRBodySmall"/>
              <w:spacing w:after="100"/>
            </w:pPr>
            <w:r>
              <w:t>Answer and check: ___________________________________________________</w:t>
            </w:r>
          </w:p>
        </w:tc>
      </w:tr>
    </w:tbl>
    <w:p w14:paraId="7D260013" w14:textId="77777777" w:rsidR="00BE3968" w:rsidRDefault="00CA6E70">
      <w:r>
        <w:br w:type="page"/>
      </w:r>
    </w:p>
    <w:p w14:paraId="35DDCBEB" w14:textId="77777777" w:rsidR="00BE3968" w:rsidRDefault="00CA6E70">
      <w:pPr>
        <w:pStyle w:val="CMRSmallLabel"/>
        <w:spacing w:after="60"/>
      </w:pPr>
      <w:r>
        <w:rPr>
          <w:b w:val="0"/>
        </w:rPr>
        <w:lastRenderedPageBreak/>
        <w:t>SECTION 1  |  TOPIC 07  |  PRACTICE PAGE 3/5</w:t>
      </w:r>
    </w:p>
    <w:p w14:paraId="18E4C952" w14:textId="77777777" w:rsidR="00BE3968" w:rsidRDefault="00CA6E70">
      <w:pPr>
        <w:pStyle w:val="CMRPageTitle"/>
        <w:spacing w:after="60"/>
      </w:pPr>
      <w:r>
        <w:rPr>
          <w:b w:val="0"/>
        </w:rPr>
        <w:t>Packing and sharing</w:t>
      </w:r>
    </w:p>
    <w:p w14:paraId="1C0C053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716DE4D" w14:textId="77777777">
        <w:tc>
          <w:tcPr>
            <w:tcW w:w="10036" w:type="dxa"/>
            <w:shd w:val="clear" w:color="auto" w:fill="F5F8F9"/>
            <w:tcMar>
              <w:top w:w="70" w:type="dxa"/>
              <w:left w:w="140" w:type="dxa"/>
              <w:bottom w:w="85" w:type="dxa"/>
              <w:right w:w="140" w:type="dxa"/>
            </w:tcMar>
          </w:tcPr>
          <w:p w14:paraId="142FD756" w14:textId="77777777" w:rsidR="00BE3968" w:rsidRDefault="00BE3968"/>
          <w:p w14:paraId="0A64AA01" w14:textId="77777777" w:rsidR="00BE3968" w:rsidRDefault="00CA6E70">
            <w:pPr>
              <w:pStyle w:val="CMRBodySmall"/>
            </w:pPr>
            <w:r>
              <w:rPr>
                <w:b/>
              </w:rPr>
              <w:t>PROBLEM S1-065</w:t>
            </w:r>
          </w:p>
          <w:p w14:paraId="52DA9ED6" w14:textId="77777777" w:rsidR="00BE3968" w:rsidRDefault="00CA6E70">
            <w:pPr>
              <w:spacing w:after="140"/>
            </w:pPr>
            <w:r>
              <w:t>A program has 56 notebooks to share equally among 7 shelves. Linda is doing the packing. How many notebooks will go on each shelf?</w:t>
            </w:r>
          </w:p>
          <w:p w14:paraId="280C539B" w14:textId="77777777" w:rsidR="00BE3968" w:rsidRDefault="00CA6E70">
            <w:pPr>
              <w:pStyle w:val="CMRBodySmall"/>
              <w:spacing w:after="40"/>
            </w:pPr>
            <w:r>
              <w:rPr>
                <w:b/>
              </w:rPr>
              <w:t>STEP 1 — WHAT DO THEY WANT?</w:t>
            </w:r>
          </w:p>
          <w:p w14:paraId="7BF02F4E" w14:textId="77777777" w:rsidR="00BE3968" w:rsidRDefault="00CA6E70">
            <w:pPr>
              <w:pStyle w:val="CMRBodySmall"/>
              <w:spacing w:after="20"/>
            </w:pPr>
            <w:r>
              <w:t>○ A. The number for each equal group.</w:t>
            </w:r>
          </w:p>
          <w:p w14:paraId="4853C6E9" w14:textId="77777777" w:rsidR="00BE3968" w:rsidRDefault="00CA6E70">
            <w:pPr>
              <w:pStyle w:val="CMRBodySmall"/>
              <w:spacing w:after="80"/>
            </w:pPr>
            <w:r>
              <w:t>○ B. The total number of notebooks.</w:t>
            </w:r>
          </w:p>
          <w:p w14:paraId="5102B0FC" w14:textId="77777777" w:rsidR="00BE3968" w:rsidRDefault="00CA6E70">
            <w:pPr>
              <w:pStyle w:val="CMRBodySmall"/>
              <w:spacing w:after="40"/>
            </w:pPr>
            <w:r>
              <w:rPr>
                <w:b/>
              </w:rPr>
              <w:t>STEP 2 — WHAT DO I KNOW?</w:t>
            </w:r>
          </w:p>
          <w:p w14:paraId="6F4C934D" w14:textId="77777777" w:rsidR="00BE3968" w:rsidRDefault="00CA6E70">
            <w:pPr>
              <w:pStyle w:val="CMRBodySmall"/>
              <w:spacing w:after="40"/>
            </w:pPr>
            <w:r>
              <w:t>Total notebooks: ____________________</w:t>
            </w:r>
          </w:p>
          <w:p w14:paraId="67BBF66B" w14:textId="77777777" w:rsidR="00BE3968" w:rsidRDefault="00CA6E70">
            <w:pPr>
              <w:pStyle w:val="CMRBodySmall"/>
              <w:spacing w:after="40"/>
            </w:pPr>
            <w:r>
              <w:t>Number of shelves: ____________________</w:t>
            </w:r>
          </w:p>
          <w:p w14:paraId="30E9540B" w14:textId="77777777" w:rsidR="00BE3968" w:rsidRDefault="00CA6E70">
            <w:pPr>
              <w:pStyle w:val="CMRBodySmall"/>
              <w:spacing w:after="40"/>
            </w:pPr>
            <w:r>
              <w:rPr>
                <w:b/>
              </w:rPr>
              <w:t>STEP 3 — HOW DO I FIND IT?</w:t>
            </w:r>
          </w:p>
          <w:p w14:paraId="0249F66D" w14:textId="77777777" w:rsidR="00BE3968" w:rsidRDefault="00CA6E70">
            <w:pPr>
              <w:pStyle w:val="CMRBodySmall"/>
              <w:spacing w:after="20"/>
            </w:pPr>
            <w:r>
              <w:t>○ A. Multiply the total by the number of shelves.</w:t>
            </w:r>
          </w:p>
          <w:p w14:paraId="6A7F7190" w14:textId="77777777" w:rsidR="00BE3968" w:rsidRDefault="00CA6E70">
            <w:pPr>
              <w:pStyle w:val="CMRBodySmall"/>
            </w:pPr>
            <w:r>
              <w:t>○ B. Divide the total by the number of shelves.</w:t>
            </w:r>
          </w:p>
          <w:p w14:paraId="36348379" w14:textId="77777777" w:rsidR="00BE3968" w:rsidRDefault="00CA6E70">
            <w:pPr>
              <w:pStyle w:val="CMRBodySmall"/>
              <w:spacing w:after="120"/>
            </w:pPr>
            <w:r>
              <w:t>My math: ____________________________________________________________</w:t>
            </w:r>
          </w:p>
          <w:p w14:paraId="17A4817E" w14:textId="77777777" w:rsidR="00BE3968" w:rsidRDefault="00CA6E70">
            <w:pPr>
              <w:pStyle w:val="CMRBodySmall"/>
              <w:spacing w:after="120"/>
            </w:pPr>
            <w:r>
              <w:t>____________________________________________________________________</w:t>
            </w:r>
          </w:p>
          <w:p w14:paraId="1D086BA8" w14:textId="77777777" w:rsidR="00BE3968" w:rsidRDefault="00CA6E70">
            <w:pPr>
              <w:pStyle w:val="CMRBodySmall"/>
              <w:spacing w:after="100"/>
            </w:pPr>
            <w:r>
              <w:t>Answer and check: ___________________________________________________</w:t>
            </w:r>
          </w:p>
        </w:tc>
      </w:tr>
    </w:tbl>
    <w:p w14:paraId="735B1AB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2720D02" w14:textId="77777777">
        <w:tc>
          <w:tcPr>
            <w:tcW w:w="10036" w:type="dxa"/>
            <w:tcMar>
              <w:top w:w="70" w:type="dxa"/>
              <w:left w:w="140" w:type="dxa"/>
              <w:bottom w:w="85" w:type="dxa"/>
              <w:right w:w="140" w:type="dxa"/>
            </w:tcMar>
          </w:tcPr>
          <w:p w14:paraId="091DE503" w14:textId="77777777" w:rsidR="00BE3968" w:rsidRDefault="00BE3968"/>
          <w:p w14:paraId="5AE74C7A" w14:textId="77777777" w:rsidR="00BE3968" w:rsidRDefault="00CA6E70">
            <w:pPr>
              <w:pStyle w:val="CMRBodySmall"/>
            </w:pPr>
            <w:r>
              <w:rPr>
                <w:b/>
              </w:rPr>
              <w:t>PROBLEM S1-066</w:t>
            </w:r>
          </w:p>
          <w:p w14:paraId="766DBA7C" w14:textId="77777777" w:rsidR="00BE3968" w:rsidRDefault="00CA6E70">
            <w:pPr>
              <w:spacing w:after="140"/>
            </w:pPr>
            <w:r>
              <w:t>Carmen has 9 tables and 72 work shirts. If every table gets the same number, how many work shirts go on each one?</w:t>
            </w:r>
          </w:p>
          <w:p w14:paraId="6A9822E7" w14:textId="77777777" w:rsidR="00BE3968" w:rsidRDefault="00CA6E70">
            <w:pPr>
              <w:pStyle w:val="CMRBodySmall"/>
              <w:spacing w:after="40"/>
            </w:pPr>
            <w:r>
              <w:rPr>
                <w:b/>
              </w:rPr>
              <w:t>STEP 1 — WHAT DO THEY WANT?</w:t>
            </w:r>
          </w:p>
          <w:p w14:paraId="697FDB7F" w14:textId="77777777" w:rsidR="00BE3968" w:rsidRDefault="00CA6E70">
            <w:pPr>
              <w:pStyle w:val="CMRBodySmall"/>
              <w:spacing w:after="20"/>
            </w:pPr>
            <w:r>
              <w:t>○ A. How many work shirts are left over.</w:t>
            </w:r>
          </w:p>
          <w:p w14:paraId="69148055" w14:textId="77777777" w:rsidR="00BE3968" w:rsidRDefault="00CA6E70">
            <w:pPr>
              <w:pStyle w:val="CMRBodySmall"/>
              <w:spacing w:after="80"/>
            </w:pPr>
            <w:r>
              <w:t>○ B. The amount on each table.</w:t>
            </w:r>
          </w:p>
          <w:p w14:paraId="528C3DFB" w14:textId="77777777" w:rsidR="00BE3968" w:rsidRDefault="00CA6E70">
            <w:pPr>
              <w:pStyle w:val="CMRBodySmall"/>
              <w:spacing w:after="40"/>
            </w:pPr>
            <w:r>
              <w:rPr>
                <w:b/>
              </w:rPr>
              <w:t>STEP 2 — WHAT DO I KNOW?</w:t>
            </w:r>
          </w:p>
          <w:p w14:paraId="69329EBF" w14:textId="77777777" w:rsidR="00BE3968" w:rsidRDefault="00CA6E70">
            <w:pPr>
              <w:pStyle w:val="CMRBodySmall"/>
              <w:spacing w:after="40"/>
            </w:pPr>
            <w:r>
              <w:t>Total work shirts: ____________________</w:t>
            </w:r>
          </w:p>
          <w:p w14:paraId="5600FA0D" w14:textId="77777777" w:rsidR="00BE3968" w:rsidRDefault="00CA6E70">
            <w:pPr>
              <w:pStyle w:val="CMRBodySmall"/>
              <w:spacing w:after="40"/>
            </w:pPr>
            <w:r>
              <w:t>Number of tables: ____________________</w:t>
            </w:r>
          </w:p>
          <w:p w14:paraId="7E859771" w14:textId="77777777" w:rsidR="00BE3968" w:rsidRDefault="00CA6E70">
            <w:pPr>
              <w:pStyle w:val="CMRBodySmall"/>
              <w:spacing w:after="40"/>
            </w:pPr>
            <w:r>
              <w:rPr>
                <w:b/>
              </w:rPr>
              <w:t>STEP 3 — HOW DO I FIND IT?</w:t>
            </w:r>
          </w:p>
          <w:p w14:paraId="660FB845" w14:textId="77777777" w:rsidR="00BE3968" w:rsidRDefault="00CA6E70">
            <w:pPr>
              <w:pStyle w:val="CMRBodySmall"/>
              <w:spacing w:after="20"/>
            </w:pPr>
            <w:r>
              <w:t>○ A. Share the total equally: total ÷ number of groups.</w:t>
            </w:r>
          </w:p>
          <w:p w14:paraId="041D1067" w14:textId="77777777" w:rsidR="00BE3968" w:rsidRDefault="00CA6E70">
            <w:pPr>
              <w:pStyle w:val="CMRBodySmall"/>
            </w:pPr>
            <w:r>
              <w:t>○ B. Subtract the number of tables from the total.</w:t>
            </w:r>
          </w:p>
          <w:p w14:paraId="6A0AF105" w14:textId="77777777" w:rsidR="00BE3968" w:rsidRDefault="00CA6E70">
            <w:pPr>
              <w:pStyle w:val="CMRBodySmall"/>
              <w:spacing w:after="120"/>
            </w:pPr>
            <w:r>
              <w:t>My math: ____________________________________________________________</w:t>
            </w:r>
          </w:p>
          <w:p w14:paraId="40CD3019" w14:textId="77777777" w:rsidR="00BE3968" w:rsidRDefault="00CA6E70">
            <w:pPr>
              <w:pStyle w:val="CMRBodySmall"/>
              <w:spacing w:after="120"/>
            </w:pPr>
            <w:r>
              <w:t>____________________________________________________________________</w:t>
            </w:r>
          </w:p>
          <w:p w14:paraId="1ABAFC69" w14:textId="77777777" w:rsidR="00BE3968" w:rsidRDefault="00CA6E70">
            <w:pPr>
              <w:pStyle w:val="CMRBodySmall"/>
              <w:spacing w:after="100"/>
            </w:pPr>
            <w:r>
              <w:t>Answer and check: ___________________________________________________</w:t>
            </w:r>
          </w:p>
        </w:tc>
      </w:tr>
    </w:tbl>
    <w:p w14:paraId="3C69B66E" w14:textId="77777777" w:rsidR="00BE3968" w:rsidRDefault="00CA6E70">
      <w:r>
        <w:br w:type="page"/>
      </w:r>
    </w:p>
    <w:p w14:paraId="3E887659" w14:textId="77777777" w:rsidR="00BE3968" w:rsidRDefault="00CA6E70">
      <w:pPr>
        <w:pStyle w:val="CMRSmallLabel"/>
        <w:spacing w:after="60"/>
      </w:pPr>
      <w:r>
        <w:rPr>
          <w:b w:val="0"/>
        </w:rPr>
        <w:lastRenderedPageBreak/>
        <w:t>SECTION 1  |  TOPIC 07  |  PRACTICE PAGE 4/5</w:t>
      </w:r>
    </w:p>
    <w:p w14:paraId="14310CC0" w14:textId="77777777" w:rsidR="00BE3968" w:rsidRDefault="00CA6E70">
      <w:pPr>
        <w:pStyle w:val="CMRPageTitle"/>
        <w:spacing w:after="60"/>
      </w:pPr>
      <w:r>
        <w:rPr>
          <w:b w:val="0"/>
        </w:rPr>
        <w:t>Packing and sharing</w:t>
      </w:r>
    </w:p>
    <w:p w14:paraId="38C2E21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AE6238C" w14:textId="77777777">
        <w:tc>
          <w:tcPr>
            <w:tcW w:w="10036" w:type="dxa"/>
            <w:shd w:val="clear" w:color="auto" w:fill="F5F8F9"/>
            <w:tcMar>
              <w:top w:w="70" w:type="dxa"/>
              <w:left w:w="140" w:type="dxa"/>
              <w:bottom w:w="85" w:type="dxa"/>
              <w:right w:w="140" w:type="dxa"/>
            </w:tcMar>
          </w:tcPr>
          <w:p w14:paraId="27694D80" w14:textId="77777777" w:rsidR="00BE3968" w:rsidRDefault="00BE3968"/>
          <w:p w14:paraId="0DCEEE9C" w14:textId="77777777" w:rsidR="00BE3968" w:rsidRDefault="00CA6E70">
            <w:pPr>
              <w:pStyle w:val="CMRBodySmall"/>
            </w:pPr>
            <w:r>
              <w:rPr>
                <w:b/>
              </w:rPr>
              <w:t>PROBLEM S1-067</w:t>
            </w:r>
          </w:p>
          <w:p w14:paraId="56A4989C" w14:textId="77777777" w:rsidR="00BE3968" w:rsidRDefault="00CA6E70">
            <w:pPr>
              <w:spacing w:after="140"/>
            </w:pPr>
            <w:r>
              <w:t>David works at a program that has 91 water bottles. Staff divide them equally among 7 delivery bags. How many water bottles go in each delivery bag?</w:t>
            </w:r>
          </w:p>
          <w:p w14:paraId="037F6C85" w14:textId="77777777" w:rsidR="00BE3968" w:rsidRDefault="00CA6E70">
            <w:pPr>
              <w:pStyle w:val="CMRBodySmall"/>
              <w:spacing w:after="40"/>
            </w:pPr>
            <w:r>
              <w:rPr>
                <w:b/>
              </w:rPr>
              <w:t>STEP 1 — WHAT DO THEY WANT?</w:t>
            </w:r>
          </w:p>
          <w:p w14:paraId="4A72E79C" w14:textId="77777777" w:rsidR="00BE3968" w:rsidRDefault="00CA6E70">
            <w:pPr>
              <w:pStyle w:val="CMRBodySmall"/>
              <w:spacing w:after="20"/>
            </w:pPr>
            <w:r>
              <w:t>○ A. How many delivery bags there are.</w:t>
            </w:r>
          </w:p>
          <w:p w14:paraId="352C157A" w14:textId="77777777" w:rsidR="00BE3968" w:rsidRDefault="00CA6E70">
            <w:pPr>
              <w:pStyle w:val="CMRBodySmall"/>
              <w:spacing w:after="80"/>
            </w:pPr>
            <w:r>
              <w:t>○ B. How many water bottles go in one delivery bag.</w:t>
            </w:r>
          </w:p>
          <w:p w14:paraId="7740BFEF" w14:textId="77777777" w:rsidR="00BE3968" w:rsidRDefault="00CA6E70">
            <w:pPr>
              <w:pStyle w:val="CMRBodySmall"/>
              <w:spacing w:after="40"/>
            </w:pPr>
            <w:r>
              <w:rPr>
                <w:b/>
              </w:rPr>
              <w:t>STEP 2 — WHAT DO I KNOW?</w:t>
            </w:r>
          </w:p>
          <w:p w14:paraId="0A103322" w14:textId="77777777" w:rsidR="00BE3968" w:rsidRDefault="00CA6E70">
            <w:pPr>
              <w:pStyle w:val="CMRBodySmall"/>
              <w:spacing w:after="40"/>
            </w:pPr>
            <w:r>
              <w:t>Total water bottles: ____________________</w:t>
            </w:r>
          </w:p>
          <w:p w14:paraId="2A8643D8" w14:textId="77777777" w:rsidR="00BE3968" w:rsidRDefault="00CA6E70">
            <w:pPr>
              <w:pStyle w:val="CMRBodySmall"/>
              <w:spacing w:after="40"/>
            </w:pPr>
            <w:r>
              <w:t>Number of delivery bags: ____________________</w:t>
            </w:r>
          </w:p>
          <w:p w14:paraId="7BE57A8D" w14:textId="77777777" w:rsidR="00BE3968" w:rsidRDefault="00CA6E70">
            <w:pPr>
              <w:pStyle w:val="CMRBodySmall"/>
              <w:spacing w:after="40"/>
            </w:pPr>
            <w:r>
              <w:rPr>
                <w:b/>
              </w:rPr>
              <w:t>STEP 3 — HOW DO I FIND IT?</w:t>
            </w:r>
          </w:p>
          <w:p w14:paraId="2D9B5F32" w14:textId="77777777" w:rsidR="00BE3968" w:rsidRDefault="00CA6E70">
            <w:pPr>
              <w:pStyle w:val="CMRBodySmall"/>
              <w:spacing w:after="20"/>
            </w:pPr>
            <w:r>
              <w:t>○ A. Divide the total by the number of delivery bags.</w:t>
            </w:r>
          </w:p>
          <w:p w14:paraId="3C9FD143" w14:textId="77777777" w:rsidR="00BE3968" w:rsidRDefault="00CA6E70">
            <w:pPr>
              <w:pStyle w:val="CMRBodySmall"/>
            </w:pPr>
            <w:r>
              <w:t>○ B. Multiply the total by the number of delivery bags.</w:t>
            </w:r>
          </w:p>
          <w:p w14:paraId="5A2BD7D9" w14:textId="77777777" w:rsidR="00BE3968" w:rsidRDefault="00CA6E70">
            <w:pPr>
              <w:pStyle w:val="CMRBodySmall"/>
              <w:spacing w:after="120"/>
            </w:pPr>
            <w:r>
              <w:t>My math: ____________________________________________________________</w:t>
            </w:r>
          </w:p>
          <w:p w14:paraId="5F0477DF" w14:textId="77777777" w:rsidR="00BE3968" w:rsidRDefault="00CA6E70">
            <w:pPr>
              <w:pStyle w:val="CMRBodySmall"/>
              <w:spacing w:after="120"/>
            </w:pPr>
            <w:r>
              <w:t>____________________________________________________________________</w:t>
            </w:r>
          </w:p>
          <w:p w14:paraId="49779043" w14:textId="77777777" w:rsidR="00BE3968" w:rsidRDefault="00CA6E70">
            <w:pPr>
              <w:pStyle w:val="CMRBodySmall"/>
              <w:spacing w:after="100"/>
            </w:pPr>
            <w:r>
              <w:t>Answer and check: ___________________________________________________</w:t>
            </w:r>
          </w:p>
        </w:tc>
      </w:tr>
    </w:tbl>
    <w:p w14:paraId="39EE771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738C2F3" w14:textId="77777777">
        <w:tc>
          <w:tcPr>
            <w:tcW w:w="10036" w:type="dxa"/>
            <w:tcMar>
              <w:top w:w="70" w:type="dxa"/>
              <w:left w:w="140" w:type="dxa"/>
              <w:bottom w:w="85" w:type="dxa"/>
              <w:right w:w="140" w:type="dxa"/>
            </w:tcMar>
          </w:tcPr>
          <w:p w14:paraId="0C5BA744" w14:textId="77777777" w:rsidR="00BE3968" w:rsidRDefault="00BE3968"/>
          <w:p w14:paraId="332CA37C" w14:textId="77777777" w:rsidR="00BE3968" w:rsidRDefault="00CA6E70">
            <w:pPr>
              <w:pStyle w:val="CMRBodySmall"/>
            </w:pPr>
            <w:r>
              <w:rPr>
                <w:b/>
              </w:rPr>
              <w:t>PROBLEM S1-068</w:t>
            </w:r>
          </w:p>
          <w:p w14:paraId="5288A656" w14:textId="77777777" w:rsidR="00BE3968" w:rsidRDefault="00CA6E70">
            <w:pPr>
              <w:spacing w:after="140"/>
            </w:pPr>
            <w:r>
              <w:t>A program has 48 meal kits to share equally among 8 boxes. Tanya is doing the packing. How many meal kits will go in each box?</w:t>
            </w:r>
          </w:p>
          <w:p w14:paraId="5F62065C" w14:textId="77777777" w:rsidR="00BE3968" w:rsidRDefault="00CA6E70">
            <w:pPr>
              <w:pStyle w:val="CMRBodySmall"/>
              <w:spacing w:after="40"/>
            </w:pPr>
            <w:r>
              <w:rPr>
                <w:b/>
              </w:rPr>
              <w:t>STEP 1 — WHAT DO THEY WANT?</w:t>
            </w:r>
          </w:p>
          <w:p w14:paraId="4E9ADE73" w14:textId="77777777" w:rsidR="00BE3968" w:rsidRDefault="00CA6E70">
            <w:pPr>
              <w:pStyle w:val="CMRBodySmall"/>
              <w:spacing w:after="20"/>
            </w:pPr>
            <w:r>
              <w:t>○ A. The number for each equal group.</w:t>
            </w:r>
          </w:p>
          <w:p w14:paraId="2654B241" w14:textId="77777777" w:rsidR="00BE3968" w:rsidRDefault="00CA6E70">
            <w:pPr>
              <w:pStyle w:val="CMRBodySmall"/>
              <w:spacing w:after="80"/>
            </w:pPr>
            <w:r>
              <w:t>○ B. The total number of meal kits.</w:t>
            </w:r>
          </w:p>
          <w:p w14:paraId="1A471E3D" w14:textId="77777777" w:rsidR="00BE3968" w:rsidRDefault="00CA6E70">
            <w:pPr>
              <w:pStyle w:val="CMRBodySmall"/>
              <w:spacing w:after="40"/>
            </w:pPr>
            <w:r>
              <w:rPr>
                <w:b/>
              </w:rPr>
              <w:t>STEP 2 — WHAT DO I KNOW?</w:t>
            </w:r>
          </w:p>
          <w:p w14:paraId="355FCD99" w14:textId="77777777" w:rsidR="00BE3968" w:rsidRDefault="00CA6E70">
            <w:pPr>
              <w:pStyle w:val="CMRBodySmall"/>
              <w:spacing w:after="40"/>
            </w:pPr>
            <w:r>
              <w:t>Total meal kits: ____________________</w:t>
            </w:r>
          </w:p>
          <w:p w14:paraId="375F2C57" w14:textId="77777777" w:rsidR="00BE3968" w:rsidRDefault="00CA6E70">
            <w:pPr>
              <w:pStyle w:val="CMRBodySmall"/>
              <w:spacing w:after="40"/>
            </w:pPr>
            <w:r>
              <w:t>Number of boxes: ____________________</w:t>
            </w:r>
          </w:p>
          <w:p w14:paraId="5934E390" w14:textId="77777777" w:rsidR="00BE3968" w:rsidRDefault="00CA6E70">
            <w:pPr>
              <w:pStyle w:val="CMRBodySmall"/>
              <w:spacing w:after="40"/>
            </w:pPr>
            <w:r>
              <w:rPr>
                <w:b/>
              </w:rPr>
              <w:t>STEP 3 — HOW DO I FIND IT?</w:t>
            </w:r>
          </w:p>
          <w:p w14:paraId="5D0B02F9" w14:textId="77777777" w:rsidR="00BE3968" w:rsidRDefault="00CA6E70">
            <w:pPr>
              <w:pStyle w:val="CMRBodySmall"/>
              <w:spacing w:after="20"/>
            </w:pPr>
            <w:r>
              <w:t>○ A. Subtract the number of boxes from the total.</w:t>
            </w:r>
          </w:p>
          <w:p w14:paraId="0A7DE75F" w14:textId="77777777" w:rsidR="00BE3968" w:rsidRDefault="00CA6E70">
            <w:pPr>
              <w:pStyle w:val="CMRBodySmall"/>
            </w:pPr>
            <w:r>
              <w:t>○ B. Share the total equally: total ÷ number of groups.</w:t>
            </w:r>
          </w:p>
          <w:p w14:paraId="1B21E3FB" w14:textId="77777777" w:rsidR="00BE3968" w:rsidRDefault="00CA6E70">
            <w:pPr>
              <w:pStyle w:val="CMRBodySmall"/>
              <w:spacing w:after="120"/>
            </w:pPr>
            <w:r>
              <w:t>My math: ____________________________________________________________</w:t>
            </w:r>
          </w:p>
          <w:p w14:paraId="7E33DE0F" w14:textId="77777777" w:rsidR="00BE3968" w:rsidRDefault="00CA6E70">
            <w:pPr>
              <w:pStyle w:val="CMRBodySmall"/>
              <w:spacing w:after="120"/>
            </w:pPr>
            <w:r>
              <w:t>____________________________________________________________________</w:t>
            </w:r>
          </w:p>
          <w:p w14:paraId="26DAE966" w14:textId="77777777" w:rsidR="00BE3968" w:rsidRDefault="00CA6E70">
            <w:pPr>
              <w:pStyle w:val="CMRBodySmall"/>
              <w:spacing w:after="100"/>
            </w:pPr>
            <w:r>
              <w:t>Answer and check: ___________________________________________________</w:t>
            </w:r>
          </w:p>
        </w:tc>
      </w:tr>
    </w:tbl>
    <w:p w14:paraId="179BB667" w14:textId="77777777" w:rsidR="00BE3968" w:rsidRDefault="00CA6E70">
      <w:r>
        <w:br w:type="page"/>
      </w:r>
    </w:p>
    <w:p w14:paraId="4BB143E4" w14:textId="77777777" w:rsidR="00BE3968" w:rsidRDefault="00CA6E70">
      <w:pPr>
        <w:pStyle w:val="CMRSmallLabel"/>
        <w:spacing w:after="60"/>
      </w:pPr>
      <w:r>
        <w:rPr>
          <w:b w:val="0"/>
        </w:rPr>
        <w:lastRenderedPageBreak/>
        <w:t>SECTION 1  |  TOPIC 07  |  PRACTICE PAGE 5/5</w:t>
      </w:r>
    </w:p>
    <w:p w14:paraId="6A865DB0" w14:textId="77777777" w:rsidR="00BE3968" w:rsidRDefault="00CA6E70">
      <w:pPr>
        <w:pStyle w:val="CMRPageTitle"/>
        <w:spacing w:after="60"/>
      </w:pPr>
      <w:r>
        <w:rPr>
          <w:b w:val="0"/>
        </w:rPr>
        <w:t>Packing and sharing</w:t>
      </w:r>
    </w:p>
    <w:p w14:paraId="3FC51D4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C96ABA2" w14:textId="77777777">
        <w:tc>
          <w:tcPr>
            <w:tcW w:w="10036" w:type="dxa"/>
            <w:shd w:val="clear" w:color="auto" w:fill="F5F8F9"/>
            <w:tcMar>
              <w:top w:w="70" w:type="dxa"/>
              <w:left w:w="140" w:type="dxa"/>
              <w:bottom w:w="85" w:type="dxa"/>
              <w:right w:w="140" w:type="dxa"/>
            </w:tcMar>
          </w:tcPr>
          <w:p w14:paraId="0801F030" w14:textId="77777777" w:rsidR="00BE3968" w:rsidRDefault="00BE3968"/>
          <w:p w14:paraId="4D68136A" w14:textId="77777777" w:rsidR="00BE3968" w:rsidRDefault="00CA6E70">
            <w:pPr>
              <w:pStyle w:val="CMRBodySmall"/>
            </w:pPr>
            <w:r>
              <w:rPr>
                <w:b/>
              </w:rPr>
              <w:t>PROBLEM S1-069</w:t>
            </w:r>
          </w:p>
          <w:p w14:paraId="2CBDA945" w14:textId="77777777" w:rsidR="00BE3968" w:rsidRDefault="00CA6E70">
            <w:pPr>
              <w:spacing w:after="140"/>
            </w:pPr>
            <w:r>
              <w:t>Kevin has 3 shelves and 33 notebooks. If every shelf gets the same number, how many notebooks go on each one?</w:t>
            </w:r>
          </w:p>
          <w:p w14:paraId="031374CB" w14:textId="77777777" w:rsidR="00BE3968" w:rsidRDefault="00CA6E70">
            <w:pPr>
              <w:pStyle w:val="CMRBodySmall"/>
              <w:spacing w:after="40"/>
            </w:pPr>
            <w:r>
              <w:rPr>
                <w:b/>
              </w:rPr>
              <w:t>STEP 1 — WHAT DO THEY WANT?</w:t>
            </w:r>
          </w:p>
          <w:p w14:paraId="1C74301E" w14:textId="77777777" w:rsidR="00BE3968" w:rsidRDefault="00CA6E70">
            <w:pPr>
              <w:pStyle w:val="CMRBodySmall"/>
              <w:spacing w:after="20"/>
            </w:pPr>
            <w:r>
              <w:t>○ A. How many notebooks are left over.</w:t>
            </w:r>
          </w:p>
          <w:p w14:paraId="3066B45C" w14:textId="77777777" w:rsidR="00BE3968" w:rsidRDefault="00CA6E70">
            <w:pPr>
              <w:pStyle w:val="CMRBodySmall"/>
              <w:spacing w:after="80"/>
            </w:pPr>
            <w:r>
              <w:t>○ B. The amount on each shelf.</w:t>
            </w:r>
          </w:p>
          <w:p w14:paraId="6F220682" w14:textId="77777777" w:rsidR="00BE3968" w:rsidRDefault="00CA6E70">
            <w:pPr>
              <w:pStyle w:val="CMRBodySmall"/>
              <w:spacing w:after="40"/>
            </w:pPr>
            <w:r>
              <w:rPr>
                <w:b/>
              </w:rPr>
              <w:t>STEP 2 — WHAT DO I KNOW?</w:t>
            </w:r>
          </w:p>
          <w:p w14:paraId="0760A84F" w14:textId="77777777" w:rsidR="00BE3968" w:rsidRDefault="00CA6E70">
            <w:pPr>
              <w:pStyle w:val="CMRBodySmall"/>
              <w:spacing w:after="40"/>
            </w:pPr>
            <w:r>
              <w:t>Total notebooks: ____________________</w:t>
            </w:r>
          </w:p>
          <w:p w14:paraId="22259493" w14:textId="77777777" w:rsidR="00BE3968" w:rsidRDefault="00CA6E70">
            <w:pPr>
              <w:pStyle w:val="CMRBodySmall"/>
              <w:spacing w:after="40"/>
            </w:pPr>
            <w:r>
              <w:t>Number of shelves: ____________________</w:t>
            </w:r>
          </w:p>
          <w:p w14:paraId="16C195E2" w14:textId="77777777" w:rsidR="00BE3968" w:rsidRDefault="00CA6E70">
            <w:pPr>
              <w:pStyle w:val="CMRBodySmall"/>
              <w:spacing w:after="40"/>
            </w:pPr>
            <w:r>
              <w:rPr>
                <w:b/>
              </w:rPr>
              <w:t>STEP 3 — HOW DO I FIND IT?</w:t>
            </w:r>
          </w:p>
          <w:p w14:paraId="1B9FC7B6" w14:textId="77777777" w:rsidR="00BE3968" w:rsidRDefault="00CA6E70">
            <w:pPr>
              <w:pStyle w:val="CMRBodySmall"/>
              <w:spacing w:after="20"/>
            </w:pPr>
            <w:r>
              <w:t>○ A. Multiply the total by the number of shelves.</w:t>
            </w:r>
          </w:p>
          <w:p w14:paraId="5BBD44F7" w14:textId="77777777" w:rsidR="00BE3968" w:rsidRDefault="00CA6E70">
            <w:pPr>
              <w:pStyle w:val="CMRBodySmall"/>
            </w:pPr>
            <w:r>
              <w:t>○ B. Divide the total by the number of shelves.</w:t>
            </w:r>
          </w:p>
          <w:p w14:paraId="070BAC3F" w14:textId="77777777" w:rsidR="00BE3968" w:rsidRDefault="00CA6E70">
            <w:pPr>
              <w:pStyle w:val="CMRBodySmall"/>
              <w:spacing w:after="120"/>
            </w:pPr>
            <w:r>
              <w:t>My math: ____________________________________________________________</w:t>
            </w:r>
          </w:p>
          <w:p w14:paraId="65DBB1AB" w14:textId="77777777" w:rsidR="00BE3968" w:rsidRDefault="00CA6E70">
            <w:pPr>
              <w:pStyle w:val="CMRBodySmall"/>
              <w:spacing w:after="120"/>
            </w:pPr>
            <w:r>
              <w:t>____________________________________________________________________</w:t>
            </w:r>
          </w:p>
          <w:p w14:paraId="383BE395" w14:textId="77777777" w:rsidR="00BE3968" w:rsidRDefault="00CA6E70">
            <w:pPr>
              <w:pStyle w:val="CMRBodySmall"/>
              <w:spacing w:after="100"/>
            </w:pPr>
            <w:r>
              <w:t>Answer and check: ___________________________________________________</w:t>
            </w:r>
          </w:p>
        </w:tc>
      </w:tr>
    </w:tbl>
    <w:p w14:paraId="6B43644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213C19A" w14:textId="77777777">
        <w:tc>
          <w:tcPr>
            <w:tcW w:w="10036" w:type="dxa"/>
            <w:tcMar>
              <w:top w:w="70" w:type="dxa"/>
              <w:left w:w="140" w:type="dxa"/>
              <w:bottom w:w="85" w:type="dxa"/>
              <w:right w:w="140" w:type="dxa"/>
            </w:tcMar>
          </w:tcPr>
          <w:p w14:paraId="1369FBF1" w14:textId="77777777" w:rsidR="00BE3968" w:rsidRDefault="00BE3968"/>
          <w:p w14:paraId="63F2F66F" w14:textId="77777777" w:rsidR="00BE3968" w:rsidRDefault="00CA6E70">
            <w:pPr>
              <w:pStyle w:val="CMRBodySmall"/>
            </w:pPr>
            <w:r>
              <w:rPr>
                <w:b/>
              </w:rPr>
              <w:t>PROBLEM S1-070</w:t>
            </w:r>
          </w:p>
          <w:p w14:paraId="7AE4EEC4" w14:textId="77777777" w:rsidR="00BE3968" w:rsidRDefault="00CA6E70">
            <w:pPr>
              <w:spacing w:after="140"/>
            </w:pPr>
            <w:r>
              <w:t>Sharon works at a program that has 99 work shirts. Staff divide them equally among 9 tables. How many work shirts go on each table?</w:t>
            </w:r>
          </w:p>
          <w:p w14:paraId="3BA8CB5E" w14:textId="77777777" w:rsidR="00BE3968" w:rsidRDefault="00CA6E70">
            <w:pPr>
              <w:pStyle w:val="CMRBodySmall"/>
              <w:spacing w:after="40"/>
            </w:pPr>
            <w:r>
              <w:rPr>
                <w:b/>
              </w:rPr>
              <w:t>STEP 1 — WHAT DO THEY WANT?</w:t>
            </w:r>
          </w:p>
          <w:p w14:paraId="558E99DB" w14:textId="77777777" w:rsidR="00BE3968" w:rsidRDefault="00CA6E70">
            <w:pPr>
              <w:pStyle w:val="CMRBodySmall"/>
              <w:spacing w:after="20"/>
            </w:pPr>
            <w:r>
              <w:t>○ A. How many work shirts go on one table.</w:t>
            </w:r>
          </w:p>
          <w:p w14:paraId="5AB1560D" w14:textId="77777777" w:rsidR="00BE3968" w:rsidRDefault="00CA6E70">
            <w:pPr>
              <w:pStyle w:val="CMRBodySmall"/>
              <w:spacing w:after="80"/>
            </w:pPr>
            <w:r>
              <w:t>○ B. How many tables there are.</w:t>
            </w:r>
          </w:p>
          <w:p w14:paraId="603F155A" w14:textId="77777777" w:rsidR="00BE3968" w:rsidRDefault="00CA6E70">
            <w:pPr>
              <w:pStyle w:val="CMRBodySmall"/>
              <w:spacing w:after="40"/>
            </w:pPr>
            <w:r>
              <w:rPr>
                <w:b/>
              </w:rPr>
              <w:t>STEP 2 — WHAT DO I KNOW?</w:t>
            </w:r>
          </w:p>
          <w:p w14:paraId="6F22F55C" w14:textId="77777777" w:rsidR="00BE3968" w:rsidRDefault="00CA6E70">
            <w:pPr>
              <w:pStyle w:val="CMRBodySmall"/>
              <w:spacing w:after="40"/>
            </w:pPr>
            <w:r>
              <w:t>Total work shirts: ____________________</w:t>
            </w:r>
          </w:p>
          <w:p w14:paraId="2B2BB832" w14:textId="77777777" w:rsidR="00BE3968" w:rsidRDefault="00CA6E70">
            <w:pPr>
              <w:pStyle w:val="CMRBodySmall"/>
              <w:spacing w:after="40"/>
            </w:pPr>
            <w:r>
              <w:t>Number of tables: ____________________</w:t>
            </w:r>
          </w:p>
          <w:p w14:paraId="47460DB0" w14:textId="77777777" w:rsidR="00BE3968" w:rsidRDefault="00CA6E70">
            <w:pPr>
              <w:pStyle w:val="CMRBodySmall"/>
              <w:spacing w:after="40"/>
            </w:pPr>
            <w:r>
              <w:rPr>
                <w:b/>
              </w:rPr>
              <w:t>STEP 3 — HOW DO I FIND IT?</w:t>
            </w:r>
          </w:p>
          <w:p w14:paraId="6587E344" w14:textId="77777777" w:rsidR="00BE3968" w:rsidRDefault="00CA6E70">
            <w:pPr>
              <w:pStyle w:val="CMRBodySmall"/>
              <w:spacing w:after="20"/>
            </w:pPr>
            <w:r>
              <w:t>○ A. Share the total equally: total ÷ number of groups.</w:t>
            </w:r>
          </w:p>
          <w:p w14:paraId="292688BD" w14:textId="77777777" w:rsidR="00BE3968" w:rsidRDefault="00CA6E70">
            <w:pPr>
              <w:pStyle w:val="CMRBodySmall"/>
            </w:pPr>
            <w:r>
              <w:t>○ B. Subtract the number of tables from the total.</w:t>
            </w:r>
          </w:p>
          <w:p w14:paraId="465876C1" w14:textId="77777777" w:rsidR="00BE3968" w:rsidRDefault="00CA6E70">
            <w:pPr>
              <w:pStyle w:val="CMRBodySmall"/>
              <w:spacing w:after="120"/>
            </w:pPr>
            <w:r>
              <w:t>My math: ____________________________________________________________</w:t>
            </w:r>
          </w:p>
          <w:p w14:paraId="4AD09784" w14:textId="77777777" w:rsidR="00BE3968" w:rsidRDefault="00CA6E70">
            <w:pPr>
              <w:pStyle w:val="CMRBodySmall"/>
              <w:spacing w:after="120"/>
            </w:pPr>
            <w:r>
              <w:t>____________________________________________________________________</w:t>
            </w:r>
          </w:p>
          <w:p w14:paraId="3F516EC8" w14:textId="77777777" w:rsidR="00BE3968" w:rsidRDefault="00CA6E70">
            <w:pPr>
              <w:pStyle w:val="CMRBodySmall"/>
              <w:spacing w:after="100"/>
            </w:pPr>
            <w:r>
              <w:t>Answer and check: ___________________________________________________</w:t>
            </w:r>
          </w:p>
        </w:tc>
      </w:tr>
    </w:tbl>
    <w:p w14:paraId="3AF70DB5" w14:textId="77777777" w:rsidR="00BE3968" w:rsidRDefault="00CA6E70">
      <w:r>
        <w:br w:type="page"/>
      </w:r>
    </w:p>
    <w:p w14:paraId="32D5ADA6" w14:textId="77777777" w:rsidR="00BE3968" w:rsidRDefault="00CA6E70">
      <w:pPr>
        <w:pStyle w:val="CMRSmallLabel"/>
        <w:spacing w:after="60"/>
      </w:pPr>
      <w:r>
        <w:rPr>
          <w:b w:val="0"/>
        </w:rPr>
        <w:lastRenderedPageBreak/>
        <w:t>SECTION 1  |  TOPIC 08  |  PRACTICE PAGE 1/5</w:t>
      </w:r>
    </w:p>
    <w:p w14:paraId="4A738B6D" w14:textId="77777777" w:rsidR="00BE3968" w:rsidRDefault="00CA6E70">
      <w:pPr>
        <w:pStyle w:val="CMRPageTitle"/>
        <w:spacing w:after="60"/>
      </w:pPr>
      <w:r>
        <w:rPr>
          <w:b w:val="0"/>
        </w:rPr>
        <w:t>Hours and wages</w:t>
      </w:r>
    </w:p>
    <w:p w14:paraId="4DB8B16F" w14:textId="77777777" w:rsidR="00BE3968" w:rsidRDefault="00CA6E70">
      <w:pPr>
        <w:pStyle w:val="CMRBodySmall"/>
        <w:spacing w:after="100"/>
      </w:pPr>
      <w:r>
        <w:t>Remember: Use work hours and hourly pay to understand earnings.</w:t>
      </w:r>
    </w:p>
    <w:tbl>
      <w:tblPr>
        <w:tblW w:w="0" w:type="auto"/>
        <w:tblLayout w:type="fixed"/>
        <w:tblLook w:val="04A0" w:firstRow="1" w:lastRow="0" w:firstColumn="1" w:lastColumn="0" w:noHBand="0" w:noVBand="1"/>
      </w:tblPr>
      <w:tblGrid>
        <w:gridCol w:w="10036"/>
      </w:tblGrid>
      <w:tr w:rsidR="00BE3968" w14:paraId="38874375" w14:textId="77777777">
        <w:tc>
          <w:tcPr>
            <w:tcW w:w="10036" w:type="dxa"/>
            <w:shd w:val="clear" w:color="auto" w:fill="F5F8F9"/>
            <w:tcMar>
              <w:top w:w="70" w:type="dxa"/>
              <w:left w:w="140" w:type="dxa"/>
              <w:bottom w:w="85" w:type="dxa"/>
              <w:right w:w="140" w:type="dxa"/>
            </w:tcMar>
          </w:tcPr>
          <w:p w14:paraId="417BCB30" w14:textId="77777777" w:rsidR="00BE3968" w:rsidRDefault="00BE3968"/>
          <w:p w14:paraId="452EBE70" w14:textId="77777777" w:rsidR="00BE3968" w:rsidRDefault="00CA6E70">
            <w:pPr>
              <w:pStyle w:val="CMRBodySmall"/>
            </w:pPr>
            <w:r>
              <w:rPr>
                <w:b/>
              </w:rPr>
              <w:t>PROBLEM S1-071</w:t>
            </w:r>
          </w:p>
          <w:p w14:paraId="2D4CABE6" w14:textId="77777777" w:rsidR="00BE3968" w:rsidRDefault="00CA6E70">
            <w:pPr>
              <w:spacing w:after="140"/>
            </w:pPr>
            <w:r>
              <w:t>Patricia earns $15.00 for each hour of work and works 6 hours on Saturday. What are Patricia’s gross earnings (pay before taxes)?</w:t>
            </w:r>
          </w:p>
          <w:p w14:paraId="716B6EE4" w14:textId="77777777" w:rsidR="00BE3968" w:rsidRDefault="00CA6E70">
            <w:pPr>
              <w:pStyle w:val="CMRBodySmall"/>
              <w:spacing w:after="40"/>
            </w:pPr>
            <w:r>
              <w:rPr>
                <w:b/>
              </w:rPr>
              <w:t>STEP 1 — WHAT DO THEY WANT?</w:t>
            </w:r>
          </w:p>
          <w:p w14:paraId="418A26F3" w14:textId="77777777" w:rsidR="00BE3968" w:rsidRDefault="00CA6E70">
            <w:pPr>
              <w:pStyle w:val="CMRBodySmall"/>
              <w:spacing w:after="20"/>
            </w:pPr>
            <w:r>
              <w:t>○ A. The pay for one hour.</w:t>
            </w:r>
          </w:p>
          <w:p w14:paraId="6C051782" w14:textId="77777777" w:rsidR="00BE3968" w:rsidRDefault="00CA6E70">
            <w:pPr>
              <w:pStyle w:val="CMRBodySmall"/>
              <w:spacing w:after="80"/>
            </w:pPr>
            <w:r>
              <w:t>○ B. The pay for all the hours worked.</w:t>
            </w:r>
          </w:p>
          <w:p w14:paraId="1A63D143" w14:textId="77777777" w:rsidR="00BE3968" w:rsidRDefault="00CA6E70">
            <w:pPr>
              <w:pStyle w:val="CMRBodySmall"/>
              <w:spacing w:after="40"/>
            </w:pPr>
            <w:r>
              <w:rPr>
                <w:b/>
              </w:rPr>
              <w:t>STEP 2 — WHAT DO I KNOW?</w:t>
            </w:r>
          </w:p>
          <w:p w14:paraId="025FB4B6" w14:textId="77777777" w:rsidR="00BE3968" w:rsidRDefault="00CA6E70">
            <w:pPr>
              <w:pStyle w:val="CMRBodySmall"/>
              <w:spacing w:after="40"/>
            </w:pPr>
            <w:r>
              <w:t>Pay for one hour: ____________________</w:t>
            </w:r>
          </w:p>
          <w:p w14:paraId="2CA45487" w14:textId="77777777" w:rsidR="00BE3968" w:rsidRDefault="00CA6E70">
            <w:pPr>
              <w:pStyle w:val="CMRBodySmall"/>
              <w:spacing w:after="40"/>
            </w:pPr>
            <w:r>
              <w:t>Hours worked: ____________________</w:t>
            </w:r>
          </w:p>
          <w:p w14:paraId="374B918B" w14:textId="77777777" w:rsidR="00BE3968" w:rsidRDefault="00CA6E70">
            <w:pPr>
              <w:pStyle w:val="CMRBodySmall"/>
              <w:spacing w:after="40"/>
            </w:pPr>
            <w:r>
              <w:rPr>
                <w:b/>
              </w:rPr>
              <w:t>STEP 3 — HOW DO I FIND IT?</w:t>
            </w:r>
          </w:p>
          <w:p w14:paraId="691B4B73" w14:textId="77777777" w:rsidR="00BE3968" w:rsidRDefault="00CA6E70">
            <w:pPr>
              <w:pStyle w:val="CMRBodySmall"/>
              <w:spacing w:after="20"/>
            </w:pPr>
            <w:r>
              <w:t>○ A. Multiply the hourly pay by the hours worked.</w:t>
            </w:r>
          </w:p>
          <w:p w14:paraId="572A5F54" w14:textId="77777777" w:rsidR="00BE3968" w:rsidRDefault="00CA6E70">
            <w:pPr>
              <w:pStyle w:val="CMRBodySmall"/>
            </w:pPr>
            <w:r>
              <w:t>○ B. Add the hourly pay and the number of hours.</w:t>
            </w:r>
          </w:p>
          <w:p w14:paraId="0F981094" w14:textId="77777777" w:rsidR="00BE3968" w:rsidRDefault="00CA6E70">
            <w:pPr>
              <w:pStyle w:val="CMRBodySmall"/>
              <w:spacing w:after="120"/>
            </w:pPr>
            <w:r>
              <w:t>My math: ____________________________________________________________</w:t>
            </w:r>
          </w:p>
          <w:p w14:paraId="57C0C94B" w14:textId="77777777" w:rsidR="00BE3968" w:rsidRDefault="00CA6E70">
            <w:pPr>
              <w:pStyle w:val="CMRBodySmall"/>
              <w:spacing w:after="120"/>
            </w:pPr>
            <w:r>
              <w:t>____________________________________________________________________</w:t>
            </w:r>
          </w:p>
          <w:p w14:paraId="19F71FAF" w14:textId="77777777" w:rsidR="00BE3968" w:rsidRDefault="00CA6E70">
            <w:pPr>
              <w:pStyle w:val="CMRBodySmall"/>
              <w:spacing w:after="100"/>
            </w:pPr>
            <w:r>
              <w:t>Answer and check: ___________________________________________________</w:t>
            </w:r>
          </w:p>
        </w:tc>
      </w:tr>
    </w:tbl>
    <w:p w14:paraId="3833B2E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E84D51E" w14:textId="77777777">
        <w:tc>
          <w:tcPr>
            <w:tcW w:w="10036" w:type="dxa"/>
            <w:tcMar>
              <w:top w:w="70" w:type="dxa"/>
              <w:left w:w="140" w:type="dxa"/>
              <w:bottom w:w="85" w:type="dxa"/>
              <w:right w:w="140" w:type="dxa"/>
            </w:tcMar>
          </w:tcPr>
          <w:p w14:paraId="326301C4" w14:textId="77777777" w:rsidR="00BE3968" w:rsidRDefault="00BE3968"/>
          <w:p w14:paraId="1B477860" w14:textId="77777777" w:rsidR="00BE3968" w:rsidRDefault="00CA6E70">
            <w:pPr>
              <w:pStyle w:val="CMRBodySmall"/>
            </w:pPr>
            <w:r>
              <w:rPr>
                <w:b/>
              </w:rPr>
              <w:t>PROBLEM S1-072</w:t>
            </w:r>
          </w:p>
          <w:p w14:paraId="1FE1A8E2" w14:textId="77777777" w:rsidR="00BE3968" w:rsidRDefault="00CA6E70">
            <w:pPr>
              <w:spacing w:after="140"/>
            </w:pPr>
            <w:r>
              <w:t>Elaine works a 7-hour shift. The job pays $12.00 per hour. How much does Elaine earn for the shift before taxes?</w:t>
            </w:r>
          </w:p>
          <w:p w14:paraId="2F18ADCF" w14:textId="77777777" w:rsidR="00BE3968" w:rsidRDefault="00CA6E70">
            <w:pPr>
              <w:pStyle w:val="CMRBodySmall"/>
              <w:spacing w:after="40"/>
            </w:pPr>
            <w:r>
              <w:rPr>
                <w:b/>
              </w:rPr>
              <w:t>STEP 1 — WHAT DO THEY WANT?</w:t>
            </w:r>
          </w:p>
          <w:p w14:paraId="60D0B185" w14:textId="77777777" w:rsidR="00BE3968" w:rsidRDefault="00CA6E70">
            <w:pPr>
              <w:pStyle w:val="CMRBodySmall"/>
              <w:spacing w:after="20"/>
            </w:pPr>
            <w:r>
              <w:t>○ A. Total gross pay before taxes.</w:t>
            </w:r>
          </w:p>
          <w:p w14:paraId="4137148E" w14:textId="77777777" w:rsidR="00BE3968" w:rsidRDefault="00CA6E70">
            <w:pPr>
              <w:pStyle w:val="CMRBodySmall"/>
              <w:spacing w:after="80"/>
            </w:pPr>
            <w:r>
              <w:t>○ B. The amount taken out for taxes.</w:t>
            </w:r>
          </w:p>
          <w:p w14:paraId="791C723C" w14:textId="77777777" w:rsidR="00BE3968" w:rsidRDefault="00CA6E70">
            <w:pPr>
              <w:pStyle w:val="CMRBodySmall"/>
              <w:spacing w:after="40"/>
            </w:pPr>
            <w:r>
              <w:rPr>
                <w:b/>
              </w:rPr>
              <w:t>STEP 2 — WHAT DO I KNOW?</w:t>
            </w:r>
          </w:p>
          <w:p w14:paraId="53576227" w14:textId="77777777" w:rsidR="00BE3968" w:rsidRDefault="00CA6E70">
            <w:pPr>
              <w:pStyle w:val="CMRBodySmall"/>
              <w:spacing w:after="40"/>
            </w:pPr>
            <w:r>
              <w:t>Pay for one hour: ____________________</w:t>
            </w:r>
          </w:p>
          <w:p w14:paraId="5A5D63D5" w14:textId="77777777" w:rsidR="00BE3968" w:rsidRDefault="00CA6E70">
            <w:pPr>
              <w:pStyle w:val="CMRBodySmall"/>
              <w:spacing w:after="40"/>
            </w:pPr>
            <w:r>
              <w:t>Hours worked: ____________________</w:t>
            </w:r>
          </w:p>
          <w:p w14:paraId="4BCBD146" w14:textId="77777777" w:rsidR="00BE3968" w:rsidRDefault="00CA6E70">
            <w:pPr>
              <w:pStyle w:val="CMRBodySmall"/>
              <w:spacing w:after="40"/>
            </w:pPr>
            <w:r>
              <w:rPr>
                <w:b/>
              </w:rPr>
              <w:t>STEP 3 — HOW DO I FIND IT?</w:t>
            </w:r>
          </w:p>
          <w:p w14:paraId="65283DAC" w14:textId="77777777" w:rsidR="00BE3968" w:rsidRDefault="00CA6E70">
            <w:pPr>
              <w:pStyle w:val="CMRBodySmall"/>
              <w:spacing w:after="20"/>
            </w:pPr>
            <w:r>
              <w:t>○ A. Use pay per hour × number of hours.</w:t>
            </w:r>
          </w:p>
          <w:p w14:paraId="53D2E81E" w14:textId="77777777" w:rsidR="00BE3968" w:rsidRDefault="00CA6E70">
            <w:pPr>
              <w:pStyle w:val="CMRBodySmall"/>
            </w:pPr>
            <w:r>
              <w:t>○ B. Divide the hourly pay by the number of hours.</w:t>
            </w:r>
          </w:p>
          <w:p w14:paraId="5D1FB1AB" w14:textId="77777777" w:rsidR="00BE3968" w:rsidRDefault="00CA6E70">
            <w:pPr>
              <w:pStyle w:val="CMRBodySmall"/>
              <w:spacing w:after="120"/>
            </w:pPr>
            <w:r>
              <w:t>My math: ____________________________________________________________</w:t>
            </w:r>
          </w:p>
          <w:p w14:paraId="23EFE71B" w14:textId="77777777" w:rsidR="00BE3968" w:rsidRDefault="00CA6E70">
            <w:pPr>
              <w:pStyle w:val="CMRBodySmall"/>
              <w:spacing w:after="120"/>
            </w:pPr>
            <w:r>
              <w:t>____________________________________________________________________</w:t>
            </w:r>
          </w:p>
          <w:p w14:paraId="4581C58F" w14:textId="77777777" w:rsidR="00BE3968" w:rsidRDefault="00CA6E70">
            <w:pPr>
              <w:pStyle w:val="CMRBodySmall"/>
              <w:spacing w:after="100"/>
            </w:pPr>
            <w:r>
              <w:t>Answer and check: ___________________________________________________</w:t>
            </w:r>
          </w:p>
        </w:tc>
      </w:tr>
    </w:tbl>
    <w:p w14:paraId="68F0B564" w14:textId="77777777" w:rsidR="00BE3968" w:rsidRDefault="00CA6E70">
      <w:r>
        <w:br w:type="page"/>
      </w:r>
    </w:p>
    <w:p w14:paraId="756BA0D4" w14:textId="77777777" w:rsidR="00BE3968" w:rsidRDefault="00CA6E70">
      <w:pPr>
        <w:pStyle w:val="CMRSmallLabel"/>
        <w:spacing w:after="60"/>
      </w:pPr>
      <w:r>
        <w:rPr>
          <w:b w:val="0"/>
        </w:rPr>
        <w:lastRenderedPageBreak/>
        <w:t>SECTION 1  |  TOPIC 08  |  PRACTICE PAGE 2/5</w:t>
      </w:r>
    </w:p>
    <w:p w14:paraId="3D05ED9C" w14:textId="77777777" w:rsidR="00BE3968" w:rsidRDefault="00CA6E70">
      <w:pPr>
        <w:pStyle w:val="CMRPageTitle"/>
        <w:spacing w:after="60"/>
      </w:pPr>
      <w:r>
        <w:rPr>
          <w:b w:val="0"/>
        </w:rPr>
        <w:t>Hours and wages</w:t>
      </w:r>
    </w:p>
    <w:p w14:paraId="2779589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D04FC8D" w14:textId="77777777">
        <w:tc>
          <w:tcPr>
            <w:tcW w:w="10036" w:type="dxa"/>
            <w:shd w:val="clear" w:color="auto" w:fill="F5F8F9"/>
            <w:tcMar>
              <w:top w:w="70" w:type="dxa"/>
              <w:left w:w="140" w:type="dxa"/>
              <w:bottom w:w="85" w:type="dxa"/>
              <w:right w:w="140" w:type="dxa"/>
            </w:tcMar>
          </w:tcPr>
          <w:p w14:paraId="75491177" w14:textId="77777777" w:rsidR="00BE3968" w:rsidRDefault="00BE3968"/>
          <w:p w14:paraId="0F2FF64C" w14:textId="77777777" w:rsidR="00BE3968" w:rsidRDefault="00CA6E70">
            <w:pPr>
              <w:pStyle w:val="CMRBodySmall"/>
            </w:pPr>
            <w:r>
              <w:rPr>
                <w:b/>
              </w:rPr>
              <w:t>PROBLEM S1-073</w:t>
            </w:r>
          </w:p>
          <w:p w14:paraId="3E088306" w14:textId="77777777" w:rsidR="00BE3968" w:rsidRDefault="00CA6E70">
            <w:pPr>
              <w:spacing w:after="140"/>
            </w:pPr>
            <w:r>
              <w:t>The pay rate at Terry’s job is $11.00 an hour. Last Sunday, Terry worked 8 hours. What was Terry’s pay for that day, before taxes?</w:t>
            </w:r>
          </w:p>
          <w:p w14:paraId="6797469B" w14:textId="77777777" w:rsidR="00BE3968" w:rsidRDefault="00CA6E70">
            <w:pPr>
              <w:pStyle w:val="CMRBodySmall"/>
              <w:spacing w:after="40"/>
            </w:pPr>
            <w:r>
              <w:rPr>
                <w:b/>
              </w:rPr>
              <w:t>STEP 1 — WHAT DO THEY WANT?</w:t>
            </w:r>
          </w:p>
          <w:p w14:paraId="317CA8D0" w14:textId="77777777" w:rsidR="00BE3968" w:rsidRDefault="00CA6E70">
            <w:pPr>
              <w:pStyle w:val="CMRBodySmall"/>
              <w:spacing w:after="20"/>
            </w:pPr>
            <w:r>
              <w:t>○ A. How many hours Terry worked.</w:t>
            </w:r>
          </w:p>
          <w:p w14:paraId="1664FABF" w14:textId="77777777" w:rsidR="00BE3968" w:rsidRDefault="00CA6E70">
            <w:pPr>
              <w:pStyle w:val="CMRBodySmall"/>
              <w:spacing w:after="80"/>
            </w:pPr>
            <w:r>
              <w:t>○ B. What Terry earns for the whole shift.</w:t>
            </w:r>
          </w:p>
          <w:p w14:paraId="3AF43A4B" w14:textId="77777777" w:rsidR="00BE3968" w:rsidRDefault="00CA6E70">
            <w:pPr>
              <w:pStyle w:val="CMRBodySmall"/>
              <w:spacing w:after="40"/>
            </w:pPr>
            <w:r>
              <w:rPr>
                <w:b/>
              </w:rPr>
              <w:t>STEP 2 — WHAT DO I KNOW?</w:t>
            </w:r>
          </w:p>
          <w:p w14:paraId="466D1EF8" w14:textId="77777777" w:rsidR="00BE3968" w:rsidRDefault="00CA6E70">
            <w:pPr>
              <w:pStyle w:val="CMRBodySmall"/>
              <w:spacing w:after="40"/>
            </w:pPr>
            <w:r>
              <w:t>Pay for one hour: ____________________</w:t>
            </w:r>
          </w:p>
          <w:p w14:paraId="6349F41F" w14:textId="77777777" w:rsidR="00BE3968" w:rsidRDefault="00CA6E70">
            <w:pPr>
              <w:pStyle w:val="CMRBodySmall"/>
              <w:spacing w:after="40"/>
            </w:pPr>
            <w:r>
              <w:t>Hours worked: ____________________</w:t>
            </w:r>
          </w:p>
          <w:p w14:paraId="272735E9" w14:textId="77777777" w:rsidR="00BE3968" w:rsidRDefault="00CA6E70">
            <w:pPr>
              <w:pStyle w:val="CMRBodySmall"/>
              <w:spacing w:after="40"/>
            </w:pPr>
            <w:r>
              <w:rPr>
                <w:b/>
              </w:rPr>
              <w:t>STEP 3 — HOW DO I FIND IT?</w:t>
            </w:r>
          </w:p>
          <w:p w14:paraId="264BEDA9" w14:textId="77777777" w:rsidR="00BE3968" w:rsidRDefault="00CA6E70">
            <w:pPr>
              <w:pStyle w:val="CMRBodySmall"/>
              <w:spacing w:after="20"/>
            </w:pPr>
            <w:r>
              <w:t>○ A. Add the hourly pay and the number of hours.</w:t>
            </w:r>
          </w:p>
          <w:p w14:paraId="49E920D8" w14:textId="77777777" w:rsidR="00BE3968" w:rsidRDefault="00CA6E70">
            <w:pPr>
              <w:pStyle w:val="CMRBodySmall"/>
            </w:pPr>
            <w:r>
              <w:t>○ B. Multiply the hourly pay by the hours worked.</w:t>
            </w:r>
          </w:p>
          <w:p w14:paraId="0F9DDE01" w14:textId="77777777" w:rsidR="00BE3968" w:rsidRDefault="00CA6E70">
            <w:pPr>
              <w:pStyle w:val="CMRBodySmall"/>
              <w:spacing w:after="120"/>
            </w:pPr>
            <w:r>
              <w:t>My math: ____________________________________________________________</w:t>
            </w:r>
          </w:p>
          <w:p w14:paraId="365A968B" w14:textId="77777777" w:rsidR="00BE3968" w:rsidRDefault="00CA6E70">
            <w:pPr>
              <w:pStyle w:val="CMRBodySmall"/>
              <w:spacing w:after="120"/>
            </w:pPr>
            <w:r>
              <w:t>____________________________________________________________________</w:t>
            </w:r>
          </w:p>
          <w:p w14:paraId="4C4E2597" w14:textId="77777777" w:rsidR="00BE3968" w:rsidRDefault="00CA6E70">
            <w:pPr>
              <w:pStyle w:val="CMRBodySmall"/>
              <w:spacing w:after="100"/>
            </w:pPr>
            <w:r>
              <w:t>Answer and check: ___________________________________________________</w:t>
            </w:r>
          </w:p>
        </w:tc>
      </w:tr>
    </w:tbl>
    <w:p w14:paraId="7359A03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2FCB18B" w14:textId="77777777">
        <w:tc>
          <w:tcPr>
            <w:tcW w:w="10036" w:type="dxa"/>
            <w:tcMar>
              <w:top w:w="70" w:type="dxa"/>
              <w:left w:w="140" w:type="dxa"/>
              <w:bottom w:w="85" w:type="dxa"/>
              <w:right w:w="140" w:type="dxa"/>
            </w:tcMar>
          </w:tcPr>
          <w:p w14:paraId="5065171B" w14:textId="77777777" w:rsidR="00BE3968" w:rsidRDefault="00BE3968"/>
          <w:p w14:paraId="513443A5" w14:textId="77777777" w:rsidR="00BE3968" w:rsidRDefault="00CA6E70">
            <w:pPr>
              <w:pStyle w:val="CMRBodySmall"/>
            </w:pPr>
            <w:r>
              <w:rPr>
                <w:b/>
              </w:rPr>
              <w:t>PROBLEM S1-074</w:t>
            </w:r>
          </w:p>
          <w:p w14:paraId="5D13ECCD" w14:textId="77777777" w:rsidR="00BE3968" w:rsidRDefault="00CA6E70">
            <w:pPr>
              <w:spacing w:after="140"/>
            </w:pPr>
            <w:r>
              <w:t>Rachel earns $17.00 for each hour of work and works 5 hours on Saturday. What are Rachel’s gross earnings (pay before taxes)?</w:t>
            </w:r>
          </w:p>
          <w:p w14:paraId="607068D6" w14:textId="77777777" w:rsidR="00BE3968" w:rsidRDefault="00CA6E70">
            <w:pPr>
              <w:pStyle w:val="CMRBodySmall"/>
              <w:spacing w:after="40"/>
            </w:pPr>
            <w:r>
              <w:rPr>
                <w:b/>
              </w:rPr>
              <w:t>STEP 1 — WHAT DO THEY WANT?</w:t>
            </w:r>
          </w:p>
          <w:p w14:paraId="5372B6F4" w14:textId="77777777" w:rsidR="00BE3968" w:rsidRDefault="00CA6E70">
            <w:pPr>
              <w:pStyle w:val="CMRBodySmall"/>
              <w:spacing w:after="20"/>
            </w:pPr>
            <w:r>
              <w:t>○ A. The pay for all the hours worked.</w:t>
            </w:r>
          </w:p>
          <w:p w14:paraId="72E186FA" w14:textId="77777777" w:rsidR="00BE3968" w:rsidRDefault="00CA6E70">
            <w:pPr>
              <w:pStyle w:val="CMRBodySmall"/>
              <w:spacing w:after="80"/>
            </w:pPr>
            <w:r>
              <w:t>○ B. The pay for one hour.</w:t>
            </w:r>
          </w:p>
          <w:p w14:paraId="51042AF1" w14:textId="77777777" w:rsidR="00BE3968" w:rsidRDefault="00CA6E70">
            <w:pPr>
              <w:pStyle w:val="CMRBodySmall"/>
              <w:spacing w:after="40"/>
            </w:pPr>
            <w:r>
              <w:rPr>
                <w:b/>
              </w:rPr>
              <w:t>STEP 2 — WHAT DO I KNOW?</w:t>
            </w:r>
          </w:p>
          <w:p w14:paraId="27F03EC9" w14:textId="77777777" w:rsidR="00BE3968" w:rsidRDefault="00CA6E70">
            <w:pPr>
              <w:pStyle w:val="CMRBodySmall"/>
              <w:spacing w:after="40"/>
            </w:pPr>
            <w:r>
              <w:t>Pay for one hour: ____________________</w:t>
            </w:r>
          </w:p>
          <w:p w14:paraId="46A579B0" w14:textId="77777777" w:rsidR="00BE3968" w:rsidRDefault="00CA6E70">
            <w:pPr>
              <w:pStyle w:val="CMRBodySmall"/>
              <w:spacing w:after="40"/>
            </w:pPr>
            <w:r>
              <w:t>Hours worked: ____________________</w:t>
            </w:r>
          </w:p>
          <w:p w14:paraId="553A3884" w14:textId="77777777" w:rsidR="00BE3968" w:rsidRDefault="00CA6E70">
            <w:pPr>
              <w:pStyle w:val="CMRBodySmall"/>
              <w:spacing w:after="40"/>
            </w:pPr>
            <w:r>
              <w:rPr>
                <w:b/>
              </w:rPr>
              <w:t>STEP 3 — HOW DO I FIND IT?</w:t>
            </w:r>
          </w:p>
          <w:p w14:paraId="35970927" w14:textId="77777777" w:rsidR="00BE3968" w:rsidRDefault="00CA6E70">
            <w:pPr>
              <w:pStyle w:val="CMRBodySmall"/>
              <w:spacing w:after="20"/>
            </w:pPr>
            <w:r>
              <w:t>○ A. Use pay per hour × number of hours.</w:t>
            </w:r>
          </w:p>
          <w:p w14:paraId="7E46F7E7" w14:textId="77777777" w:rsidR="00BE3968" w:rsidRDefault="00CA6E70">
            <w:pPr>
              <w:pStyle w:val="CMRBodySmall"/>
            </w:pPr>
            <w:r>
              <w:t>○ B. Divide the hourly pay by the number of hours.</w:t>
            </w:r>
          </w:p>
          <w:p w14:paraId="03A157DA" w14:textId="77777777" w:rsidR="00BE3968" w:rsidRDefault="00CA6E70">
            <w:pPr>
              <w:pStyle w:val="CMRBodySmall"/>
              <w:spacing w:after="120"/>
            </w:pPr>
            <w:r>
              <w:t>My math: ____________________________________________________________</w:t>
            </w:r>
          </w:p>
          <w:p w14:paraId="5FB3EE48" w14:textId="77777777" w:rsidR="00BE3968" w:rsidRDefault="00CA6E70">
            <w:pPr>
              <w:pStyle w:val="CMRBodySmall"/>
              <w:spacing w:after="120"/>
            </w:pPr>
            <w:r>
              <w:t>____________________________________________________________________</w:t>
            </w:r>
          </w:p>
          <w:p w14:paraId="14C920D1" w14:textId="77777777" w:rsidR="00BE3968" w:rsidRDefault="00CA6E70">
            <w:pPr>
              <w:pStyle w:val="CMRBodySmall"/>
              <w:spacing w:after="100"/>
            </w:pPr>
            <w:r>
              <w:t>Answer and check: ___________________________________________________</w:t>
            </w:r>
          </w:p>
        </w:tc>
      </w:tr>
    </w:tbl>
    <w:p w14:paraId="3333DD24" w14:textId="77777777" w:rsidR="00BE3968" w:rsidRDefault="00CA6E70">
      <w:r>
        <w:br w:type="page"/>
      </w:r>
    </w:p>
    <w:p w14:paraId="67B77808" w14:textId="77777777" w:rsidR="00BE3968" w:rsidRDefault="00CA6E70">
      <w:pPr>
        <w:pStyle w:val="CMRSmallLabel"/>
        <w:spacing w:after="60"/>
      </w:pPr>
      <w:r>
        <w:rPr>
          <w:b w:val="0"/>
        </w:rPr>
        <w:lastRenderedPageBreak/>
        <w:t>SECTION 1  |  TOPIC 08  |  PRACTICE PAGE 3/5</w:t>
      </w:r>
    </w:p>
    <w:p w14:paraId="0484C678" w14:textId="77777777" w:rsidR="00BE3968" w:rsidRDefault="00CA6E70">
      <w:pPr>
        <w:pStyle w:val="CMRPageTitle"/>
        <w:spacing w:after="60"/>
      </w:pPr>
      <w:r>
        <w:rPr>
          <w:b w:val="0"/>
        </w:rPr>
        <w:t>Hours and wages</w:t>
      </w:r>
    </w:p>
    <w:p w14:paraId="74BE8AD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579B956" w14:textId="77777777">
        <w:tc>
          <w:tcPr>
            <w:tcW w:w="10036" w:type="dxa"/>
            <w:shd w:val="clear" w:color="auto" w:fill="F5F8F9"/>
            <w:tcMar>
              <w:top w:w="70" w:type="dxa"/>
              <w:left w:w="140" w:type="dxa"/>
              <w:bottom w:w="85" w:type="dxa"/>
              <w:right w:w="140" w:type="dxa"/>
            </w:tcMar>
          </w:tcPr>
          <w:p w14:paraId="4CE20CA3" w14:textId="77777777" w:rsidR="00BE3968" w:rsidRDefault="00BE3968"/>
          <w:p w14:paraId="170BA6A7" w14:textId="77777777" w:rsidR="00BE3968" w:rsidRDefault="00CA6E70">
            <w:pPr>
              <w:pStyle w:val="CMRBodySmall"/>
            </w:pPr>
            <w:r>
              <w:rPr>
                <w:b/>
              </w:rPr>
              <w:t>PROBLEM S1-075</w:t>
            </w:r>
          </w:p>
          <w:p w14:paraId="35051B8D" w14:textId="77777777" w:rsidR="00BE3968" w:rsidRDefault="00CA6E70">
            <w:pPr>
              <w:spacing w:after="140"/>
            </w:pPr>
            <w:r>
              <w:t>Maria works a 7-hour shift. The job pays $17.00 per hour. How much does Maria earn for the shift before taxes?</w:t>
            </w:r>
          </w:p>
          <w:p w14:paraId="1FFEC39F" w14:textId="77777777" w:rsidR="00BE3968" w:rsidRDefault="00CA6E70">
            <w:pPr>
              <w:pStyle w:val="CMRBodySmall"/>
              <w:spacing w:after="40"/>
            </w:pPr>
            <w:r>
              <w:rPr>
                <w:b/>
              </w:rPr>
              <w:t>STEP 1 — WHAT DO THEY WANT?</w:t>
            </w:r>
          </w:p>
          <w:p w14:paraId="0BA3649C" w14:textId="77777777" w:rsidR="00BE3968" w:rsidRDefault="00CA6E70">
            <w:pPr>
              <w:pStyle w:val="CMRBodySmall"/>
              <w:spacing w:after="20"/>
            </w:pPr>
            <w:r>
              <w:t>○ A. The amount taken out for taxes.</w:t>
            </w:r>
          </w:p>
          <w:p w14:paraId="165770D8" w14:textId="77777777" w:rsidR="00BE3968" w:rsidRDefault="00CA6E70">
            <w:pPr>
              <w:pStyle w:val="CMRBodySmall"/>
              <w:spacing w:after="80"/>
            </w:pPr>
            <w:r>
              <w:t>○ B. Total gross pay before taxes.</w:t>
            </w:r>
          </w:p>
          <w:p w14:paraId="3390BC7A" w14:textId="77777777" w:rsidR="00BE3968" w:rsidRDefault="00CA6E70">
            <w:pPr>
              <w:pStyle w:val="CMRBodySmall"/>
              <w:spacing w:after="40"/>
            </w:pPr>
            <w:r>
              <w:rPr>
                <w:b/>
              </w:rPr>
              <w:t>STEP 2 — WHAT DO I KNOW?</w:t>
            </w:r>
          </w:p>
          <w:p w14:paraId="529B5C07" w14:textId="77777777" w:rsidR="00BE3968" w:rsidRDefault="00CA6E70">
            <w:pPr>
              <w:pStyle w:val="CMRBodySmall"/>
              <w:spacing w:after="40"/>
            </w:pPr>
            <w:r>
              <w:t>Pay for one hour: ____________________</w:t>
            </w:r>
          </w:p>
          <w:p w14:paraId="2D264BDD" w14:textId="77777777" w:rsidR="00BE3968" w:rsidRDefault="00CA6E70">
            <w:pPr>
              <w:pStyle w:val="CMRBodySmall"/>
              <w:spacing w:after="40"/>
            </w:pPr>
            <w:r>
              <w:t>Hours worked: ____________________</w:t>
            </w:r>
          </w:p>
          <w:p w14:paraId="31393687" w14:textId="77777777" w:rsidR="00BE3968" w:rsidRDefault="00CA6E70">
            <w:pPr>
              <w:pStyle w:val="CMRBodySmall"/>
              <w:spacing w:after="40"/>
            </w:pPr>
            <w:r>
              <w:rPr>
                <w:b/>
              </w:rPr>
              <w:t>STEP 3 — HOW DO I FIND IT?</w:t>
            </w:r>
          </w:p>
          <w:p w14:paraId="7AED9954" w14:textId="77777777" w:rsidR="00BE3968" w:rsidRDefault="00CA6E70">
            <w:pPr>
              <w:pStyle w:val="CMRBodySmall"/>
              <w:spacing w:after="20"/>
            </w:pPr>
            <w:r>
              <w:t>○ A. Multiply the hourly pay by the hours worked.</w:t>
            </w:r>
          </w:p>
          <w:p w14:paraId="082025E1" w14:textId="77777777" w:rsidR="00BE3968" w:rsidRDefault="00CA6E70">
            <w:pPr>
              <w:pStyle w:val="CMRBodySmall"/>
            </w:pPr>
            <w:r>
              <w:t>○ B. Add the hourly pay and the number of hours.</w:t>
            </w:r>
          </w:p>
          <w:p w14:paraId="5459CDAD" w14:textId="77777777" w:rsidR="00BE3968" w:rsidRDefault="00CA6E70">
            <w:pPr>
              <w:pStyle w:val="CMRBodySmall"/>
              <w:spacing w:after="120"/>
            </w:pPr>
            <w:r>
              <w:t>My math: ____________________________________________________________</w:t>
            </w:r>
          </w:p>
          <w:p w14:paraId="143454BF" w14:textId="77777777" w:rsidR="00BE3968" w:rsidRDefault="00CA6E70">
            <w:pPr>
              <w:pStyle w:val="CMRBodySmall"/>
              <w:spacing w:after="120"/>
            </w:pPr>
            <w:r>
              <w:t>____________________________________________________________________</w:t>
            </w:r>
          </w:p>
          <w:p w14:paraId="36A3D045" w14:textId="77777777" w:rsidR="00BE3968" w:rsidRDefault="00CA6E70">
            <w:pPr>
              <w:pStyle w:val="CMRBodySmall"/>
              <w:spacing w:after="100"/>
            </w:pPr>
            <w:r>
              <w:t>Answer and check: ___________________________________________________</w:t>
            </w:r>
          </w:p>
        </w:tc>
      </w:tr>
    </w:tbl>
    <w:p w14:paraId="69C8030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C947D35" w14:textId="77777777">
        <w:tc>
          <w:tcPr>
            <w:tcW w:w="10036" w:type="dxa"/>
            <w:tcMar>
              <w:top w:w="70" w:type="dxa"/>
              <w:left w:w="140" w:type="dxa"/>
              <w:bottom w:w="85" w:type="dxa"/>
              <w:right w:w="140" w:type="dxa"/>
            </w:tcMar>
          </w:tcPr>
          <w:p w14:paraId="39288413" w14:textId="77777777" w:rsidR="00BE3968" w:rsidRDefault="00BE3968"/>
          <w:p w14:paraId="625F9BA6" w14:textId="77777777" w:rsidR="00BE3968" w:rsidRDefault="00CA6E70">
            <w:pPr>
              <w:pStyle w:val="CMRBodySmall"/>
            </w:pPr>
            <w:r>
              <w:rPr>
                <w:b/>
              </w:rPr>
              <w:t>PROBLEM S1-076</w:t>
            </w:r>
          </w:p>
          <w:p w14:paraId="08E32BD7" w14:textId="77777777" w:rsidR="00BE3968" w:rsidRDefault="00CA6E70">
            <w:pPr>
              <w:spacing w:after="140"/>
            </w:pPr>
            <w:r>
              <w:t>The pay rate at Robert’s job is $16.00 an hour. Last Sunday, Robert worked 8 hours. What was Robert’s pay for that day, before taxes?</w:t>
            </w:r>
          </w:p>
          <w:p w14:paraId="0E15863D" w14:textId="77777777" w:rsidR="00BE3968" w:rsidRDefault="00CA6E70">
            <w:pPr>
              <w:pStyle w:val="CMRBodySmall"/>
              <w:spacing w:after="40"/>
            </w:pPr>
            <w:r>
              <w:rPr>
                <w:b/>
              </w:rPr>
              <w:t>STEP 1 — WHAT DO THEY WANT?</w:t>
            </w:r>
          </w:p>
          <w:p w14:paraId="6ACB8F4D" w14:textId="77777777" w:rsidR="00BE3968" w:rsidRDefault="00CA6E70">
            <w:pPr>
              <w:pStyle w:val="CMRBodySmall"/>
              <w:spacing w:after="20"/>
            </w:pPr>
            <w:r>
              <w:t>○ A. How many hours Robert worked.</w:t>
            </w:r>
          </w:p>
          <w:p w14:paraId="1E455F35" w14:textId="77777777" w:rsidR="00BE3968" w:rsidRDefault="00CA6E70">
            <w:pPr>
              <w:pStyle w:val="CMRBodySmall"/>
              <w:spacing w:after="80"/>
            </w:pPr>
            <w:r>
              <w:t>○ B. What Robert earns for the whole shift.</w:t>
            </w:r>
          </w:p>
          <w:p w14:paraId="66622CD3" w14:textId="77777777" w:rsidR="00BE3968" w:rsidRDefault="00CA6E70">
            <w:pPr>
              <w:pStyle w:val="CMRBodySmall"/>
              <w:spacing w:after="40"/>
            </w:pPr>
            <w:r>
              <w:rPr>
                <w:b/>
              </w:rPr>
              <w:t>STEP 2 — WHAT DO I KNOW?</w:t>
            </w:r>
          </w:p>
          <w:p w14:paraId="5F5E79CF" w14:textId="77777777" w:rsidR="00BE3968" w:rsidRDefault="00CA6E70">
            <w:pPr>
              <w:pStyle w:val="CMRBodySmall"/>
              <w:spacing w:after="40"/>
            </w:pPr>
            <w:r>
              <w:t>Pay for one hour: ____________________</w:t>
            </w:r>
          </w:p>
          <w:p w14:paraId="4673EE43" w14:textId="77777777" w:rsidR="00BE3968" w:rsidRDefault="00CA6E70">
            <w:pPr>
              <w:pStyle w:val="CMRBodySmall"/>
              <w:spacing w:after="40"/>
            </w:pPr>
            <w:r>
              <w:t>Hours worked: ____________________</w:t>
            </w:r>
          </w:p>
          <w:p w14:paraId="6888680A" w14:textId="77777777" w:rsidR="00BE3968" w:rsidRDefault="00CA6E70">
            <w:pPr>
              <w:pStyle w:val="CMRBodySmall"/>
              <w:spacing w:after="40"/>
            </w:pPr>
            <w:r>
              <w:rPr>
                <w:b/>
              </w:rPr>
              <w:t>STEP 3 — HOW DO I FIND IT?</w:t>
            </w:r>
          </w:p>
          <w:p w14:paraId="540C3075" w14:textId="77777777" w:rsidR="00BE3968" w:rsidRDefault="00CA6E70">
            <w:pPr>
              <w:pStyle w:val="CMRBodySmall"/>
              <w:spacing w:after="20"/>
            </w:pPr>
            <w:r>
              <w:t>○ A. Divide the hourly pay by the number of hours.</w:t>
            </w:r>
          </w:p>
          <w:p w14:paraId="72ABD6C3" w14:textId="77777777" w:rsidR="00BE3968" w:rsidRDefault="00CA6E70">
            <w:pPr>
              <w:pStyle w:val="CMRBodySmall"/>
            </w:pPr>
            <w:r>
              <w:t>○ B. Use pay per hour × number of hours.</w:t>
            </w:r>
          </w:p>
          <w:p w14:paraId="455AE403" w14:textId="77777777" w:rsidR="00BE3968" w:rsidRDefault="00CA6E70">
            <w:pPr>
              <w:pStyle w:val="CMRBodySmall"/>
              <w:spacing w:after="120"/>
            </w:pPr>
            <w:r>
              <w:t>My math: ____________________________________________________________</w:t>
            </w:r>
          </w:p>
          <w:p w14:paraId="4AEA1397" w14:textId="77777777" w:rsidR="00BE3968" w:rsidRDefault="00CA6E70">
            <w:pPr>
              <w:pStyle w:val="CMRBodySmall"/>
              <w:spacing w:after="120"/>
            </w:pPr>
            <w:r>
              <w:t>____________________________________________________________________</w:t>
            </w:r>
          </w:p>
          <w:p w14:paraId="10FE7328" w14:textId="77777777" w:rsidR="00BE3968" w:rsidRDefault="00CA6E70">
            <w:pPr>
              <w:pStyle w:val="CMRBodySmall"/>
              <w:spacing w:after="100"/>
            </w:pPr>
            <w:r>
              <w:t>Answer and check: ___________________________________________________</w:t>
            </w:r>
          </w:p>
        </w:tc>
      </w:tr>
    </w:tbl>
    <w:p w14:paraId="37940C28" w14:textId="77777777" w:rsidR="00BE3968" w:rsidRDefault="00CA6E70">
      <w:r>
        <w:br w:type="page"/>
      </w:r>
    </w:p>
    <w:p w14:paraId="45A33352" w14:textId="77777777" w:rsidR="00BE3968" w:rsidRDefault="00CA6E70">
      <w:pPr>
        <w:pStyle w:val="CMRSmallLabel"/>
        <w:spacing w:after="60"/>
      </w:pPr>
      <w:r>
        <w:rPr>
          <w:b w:val="0"/>
        </w:rPr>
        <w:lastRenderedPageBreak/>
        <w:t>SECTION 1  |  TOPIC 08  |  PRACTICE PAGE 4/5</w:t>
      </w:r>
    </w:p>
    <w:p w14:paraId="20F4B3FF" w14:textId="77777777" w:rsidR="00BE3968" w:rsidRDefault="00CA6E70">
      <w:pPr>
        <w:pStyle w:val="CMRPageTitle"/>
        <w:spacing w:after="60"/>
      </w:pPr>
      <w:r>
        <w:rPr>
          <w:b w:val="0"/>
        </w:rPr>
        <w:t>Hours and wages</w:t>
      </w:r>
    </w:p>
    <w:p w14:paraId="66AA03F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9DD1ABC" w14:textId="77777777">
        <w:tc>
          <w:tcPr>
            <w:tcW w:w="10036" w:type="dxa"/>
            <w:shd w:val="clear" w:color="auto" w:fill="F5F8F9"/>
            <w:tcMar>
              <w:top w:w="70" w:type="dxa"/>
              <w:left w:w="140" w:type="dxa"/>
              <w:bottom w:w="85" w:type="dxa"/>
              <w:right w:w="140" w:type="dxa"/>
            </w:tcMar>
          </w:tcPr>
          <w:p w14:paraId="2368169E" w14:textId="77777777" w:rsidR="00BE3968" w:rsidRDefault="00BE3968"/>
          <w:p w14:paraId="6B388217" w14:textId="77777777" w:rsidR="00BE3968" w:rsidRDefault="00CA6E70">
            <w:pPr>
              <w:pStyle w:val="CMRBodySmall"/>
            </w:pPr>
            <w:r>
              <w:rPr>
                <w:b/>
              </w:rPr>
              <w:t>PROBLEM S1-077</w:t>
            </w:r>
          </w:p>
          <w:p w14:paraId="71E38C43" w14:textId="77777777" w:rsidR="00BE3968" w:rsidRDefault="00CA6E70">
            <w:pPr>
              <w:spacing w:after="140"/>
            </w:pPr>
            <w:r>
              <w:t>Denise earns $18.00 for each hour of work and works 10 hours on Saturday. What are Denise’s gross earnings (pay before taxes)?</w:t>
            </w:r>
          </w:p>
          <w:p w14:paraId="4188D35C" w14:textId="77777777" w:rsidR="00BE3968" w:rsidRDefault="00CA6E70">
            <w:pPr>
              <w:pStyle w:val="CMRBodySmall"/>
              <w:spacing w:after="40"/>
            </w:pPr>
            <w:r>
              <w:rPr>
                <w:b/>
              </w:rPr>
              <w:t>STEP 1 — WHAT DO THEY WANT?</w:t>
            </w:r>
          </w:p>
          <w:p w14:paraId="3921555A" w14:textId="77777777" w:rsidR="00BE3968" w:rsidRDefault="00CA6E70">
            <w:pPr>
              <w:pStyle w:val="CMRBodySmall"/>
              <w:spacing w:after="20"/>
            </w:pPr>
            <w:r>
              <w:t>○ A. The pay for all the hours worked.</w:t>
            </w:r>
          </w:p>
          <w:p w14:paraId="4ED42ADF" w14:textId="77777777" w:rsidR="00BE3968" w:rsidRDefault="00CA6E70">
            <w:pPr>
              <w:pStyle w:val="CMRBodySmall"/>
              <w:spacing w:after="80"/>
            </w:pPr>
            <w:r>
              <w:t>○ B. The pay for one hour.</w:t>
            </w:r>
          </w:p>
          <w:p w14:paraId="3C7D8A4C" w14:textId="77777777" w:rsidR="00BE3968" w:rsidRDefault="00CA6E70">
            <w:pPr>
              <w:pStyle w:val="CMRBodySmall"/>
              <w:spacing w:after="40"/>
            </w:pPr>
            <w:r>
              <w:rPr>
                <w:b/>
              </w:rPr>
              <w:t>STEP 2 — WHAT DO I KNOW?</w:t>
            </w:r>
          </w:p>
          <w:p w14:paraId="372F64EB" w14:textId="77777777" w:rsidR="00BE3968" w:rsidRDefault="00CA6E70">
            <w:pPr>
              <w:pStyle w:val="CMRBodySmall"/>
              <w:spacing w:after="40"/>
            </w:pPr>
            <w:r>
              <w:t>Pay for one hour: ____________________</w:t>
            </w:r>
          </w:p>
          <w:p w14:paraId="303F6702" w14:textId="77777777" w:rsidR="00BE3968" w:rsidRDefault="00CA6E70">
            <w:pPr>
              <w:pStyle w:val="CMRBodySmall"/>
              <w:spacing w:after="40"/>
            </w:pPr>
            <w:r>
              <w:t>Hours worked: ____________________</w:t>
            </w:r>
          </w:p>
          <w:p w14:paraId="0B5F9730" w14:textId="77777777" w:rsidR="00BE3968" w:rsidRDefault="00CA6E70">
            <w:pPr>
              <w:pStyle w:val="CMRBodySmall"/>
              <w:spacing w:after="40"/>
            </w:pPr>
            <w:r>
              <w:rPr>
                <w:b/>
              </w:rPr>
              <w:t>STEP 3 — HOW DO I FIND IT?</w:t>
            </w:r>
          </w:p>
          <w:p w14:paraId="6D37CFA5" w14:textId="77777777" w:rsidR="00BE3968" w:rsidRDefault="00CA6E70">
            <w:pPr>
              <w:pStyle w:val="CMRBodySmall"/>
              <w:spacing w:after="20"/>
            </w:pPr>
            <w:r>
              <w:t>○ A. Add the hourly pay and the number of hours.</w:t>
            </w:r>
          </w:p>
          <w:p w14:paraId="1125EA86" w14:textId="77777777" w:rsidR="00BE3968" w:rsidRDefault="00CA6E70">
            <w:pPr>
              <w:pStyle w:val="CMRBodySmall"/>
            </w:pPr>
            <w:r>
              <w:t>○ B. Multiply the hourly pay by the hours worked.</w:t>
            </w:r>
          </w:p>
          <w:p w14:paraId="76A2DAA3" w14:textId="77777777" w:rsidR="00BE3968" w:rsidRDefault="00CA6E70">
            <w:pPr>
              <w:pStyle w:val="CMRBodySmall"/>
              <w:spacing w:after="120"/>
            </w:pPr>
            <w:r>
              <w:t>My math: ____________________________________________________________</w:t>
            </w:r>
          </w:p>
          <w:p w14:paraId="60AA95C0" w14:textId="77777777" w:rsidR="00BE3968" w:rsidRDefault="00CA6E70">
            <w:pPr>
              <w:pStyle w:val="CMRBodySmall"/>
              <w:spacing w:after="120"/>
            </w:pPr>
            <w:r>
              <w:t>____________________________________________________________________</w:t>
            </w:r>
          </w:p>
          <w:p w14:paraId="0B3FCE61" w14:textId="77777777" w:rsidR="00BE3968" w:rsidRDefault="00CA6E70">
            <w:pPr>
              <w:pStyle w:val="CMRBodySmall"/>
              <w:spacing w:after="100"/>
            </w:pPr>
            <w:r>
              <w:t>Answer and check: ___________________________________________________</w:t>
            </w:r>
          </w:p>
        </w:tc>
      </w:tr>
    </w:tbl>
    <w:p w14:paraId="22575A5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68C0B15" w14:textId="77777777">
        <w:tc>
          <w:tcPr>
            <w:tcW w:w="10036" w:type="dxa"/>
            <w:tcMar>
              <w:top w:w="70" w:type="dxa"/>
              <w:left w:w="140" w:type="dxa"/>
              <w:bottom w:w="85" w:type="dxa"/>
              <w:right w:w="140" w:type="dxa"/>
            </w:tcMar>
          </w:tcPr>
          <w:p w14:paraId="0C309BDD" w14:textId="77777777" w:rsidR="00BE3968" w:rsidRDefault="00BE3968"/>
          <w:p w14:paraId="3FD816DF" w14:textId="77777777" w:rsidR="00BE3968" w:rsidRDefault="00CA6E70">
            <w:pPr>
              <w:pStyle w:val="CMRBodySmall"/>
            </w:pPr>
            <w:r>
              <w:rPr>
                <w:b/>
              </w:rPr>
              <w:t>PROBLEM S1-078</w:t>
            </w:r>
          </w:p>
          <w:p w14:paraId="5FF23B95" w14:textId="77777777" w:rsidR="00BE3968" w:rsidRDefault="00CA6E70">
            <w:pPr>
              <w:spacing w:after="140"/>
            </w:pPr>
            <w:r>
              <w:t>James works a 5-hour shift. The job pays $19.00 per hour. How much does James earn for the shift before taxes?</w:t>
            </w:r>
          </w:p>
          <w:p w14:paraId="6AE4A369" w14:textId="77777777" w:rsidR="00BE3968" w:rsidRDefault="00CA6E70">
            <w:pPr>
              <w:pStyle w:val="CMRBodySmall"/>
              <w:spacing w:after="40"/>
            </w:pPr>
            <w:r>
              <w:rPr>
                <w:b/>
              </w:rPr>
              <w:t>STEP 1 — WHAT DO THEY WANT?</w:t>
            </w:r>
          </w:p>
          <w:p w14:paraId="605DDCA4" w14:textId="77777777" w:rsidR="00BE3968" w:rsidRDefault="00CA6E70">
            <w:pPr>
              <w:pStyle w:val="CMRBodySmall"/>
              <w:spacing w:after="20"/>
            </w:pPr>
            <w:r>
              <w:t>○ A. The amount taken out for taxes.</w:t>
            </w:r>
          </w:p>
          <w:p w14:paraId="0BE67631" w14:textId="77777777" w:rsidR="00BE3968" w:rsidRDefault="00CA6E70">
            <w:pPr>
              <w:pStyle w:val="CMRBodySmall"/>
              <w:spacing w:after="80"/>
            </w:pPr>
            <w:r>
              <w:t>○ B. Total gross pay before taxes.</w:t>
            </w:r>
          </w:p>
          <w:p w14:paraId="2350FDE2" w14:textId="77777777" w:rsidR="00BE3968" w:rsidRDefault="00CA6E70">
            <w:pPr>
              <w:pStyle w:val="CMRBodySmall"/>
              <w:spacing w:after="40"/>
            </w:pPr>
            <w:r>
              <w:rPr>
                <w:b/>
              </w:rPr>
              <w:t>STEP 2 — WHAT DO I KNOW?</w:t>
            </w:r>
          </w:p>
          <w:p w14:paraId="752896E6" w14:textId="77777777" w:rsidR="00BE3968" w:rsidRDefault="00CA6E70">
            <w:pPr>
              <w:pStyle w:val="CMRBodySmall"/>
              <w:spacing w:after="40"/>
            </w:pPr>
            <w:r>
              <w:t>Pay for one hour: ____________________</w:t>
            </w:r>
          </w:p>
          <w:p w14:paraId="3131E08E" w14:textId="77777777" w:rsidR="00BE3968" w:rsidRDefault="00CA6E70">
            <w:pPr>
              <w:pStyle w:val="CMRBodySmall"/>
              <w:spacing w:after="40"/>
            </w:pPr>
            <w:r>
              <w:t>Hours worked: ____________________</w:t>
            </w:r>
          </w:p>
          <w:p w14:paraId="618069BF" w14:textId="77777777" w:rsidR="00BE3968" w:rsidRDefault="00CA6E70">
            <w:pPr>
              <w:pStyle w:val="CMRBodySmall"/>
              <w:spacing w:after="40"/>
            </w:pPr>
            <w:r>
              <w:rPr>
                <w:b/>
              </w:rPr>
              <w:t>STEP 3 — HOW DO I FIND IT?</w:t>
            </w:r>
          </w:p>
          <w:p w14:paraId="1665AD24" w14:textId="77777777" w:rsidR="00BE3968" w:rsidRDefault="00CA6E70">
            <w:pPr>
              <w:pStyle w:val="CMRBodySmall"/>
              <w:spacing w:after="20"/>
            </w:pPr>
            <w:r>
              <w:t>○ A. Use pay per hour × number of hours.</w:t>
            </w:r>
          </w:p>
          <w:p w14:paraId="55AFEF01" w14:textId="77777777" w:rsidR="00BE3968" w:rsidRDefault="00CA6E70">
            <w:pPr>
              <w:pStyle w:val="CMRBodySmall"/>
            </w:pPr>
            <w:r>
              <w:t>○ B. Divide the hourly pay by the number of hours.</w:t>
            </w:r>
          </w:p>
          <w:p w14:paraId="5970EAA7" w14:textId="77777777" w:rsidR="00BE3968" w:rsidRDefault="00CA6E70">
            <w:pPr>
              <w:pStyle w:val="CMRBodySmall"/>
              <w:spacing w:after="120"/>
            </w:pPr>
            <w:r>
              <w:t>My math: ____________________________________________________________</w:t>
            </w:r>
          </w:p>
          <w:p w14:paraId="5BE6FB15" w14:textId="77777777" w:rsidR="00BE3968" w:rsidRDefault="00CA6E70">
            <w:pPr>
              <w:pStyle w:val="CMRBodySmall"/>
              <w:spacing w:after="120"/>
            </w:pPr>
            <w:r>
              <w:t>____________________________________________________________________</w:t>
            </w:r>
          </w:p>
          <w:p w14:paraId="473B3C7B" w14:textId="77777777" w:rsidR="00BE3968" w:rsidRDefault="00CA6E70">
            <w:pPr>
              <w:pStyle w:val="CMRBodySmall"/>
              <w:spacing w:after="100"/>
            </w:pPr>
            <w:r>
              <w:t>Answer and check: ___________________________________________________</w:t>
            </w:r>
          </w:p>
        </w:tc>
      </w:tr>
    </w:tbl>
    <w:p w14:paraId="0591FAA7" w14:textId="77777777" w:rsidR="00BE3968" w:rsidRDefault="00CA6E70">
      <w:r>
        <w:br w:type="page"/>
      </w:r>
    </w:p>
    <w:p w14:paraId="4C4979DC" w14:textId="77777777" w:rsidR="00BE3968" w:rsidRDefault="00CA6E70">
      <w:pPr>
        <w:pStyle w:val="CMRSmallLabel"/>
        <w:spacing w:after="60"/>
      </w:pPr>
      <w:r>
        <w:rPr>
          <w:b w:val="0"/>
        </w:rPr>
        <w:lastRenderedPageBreak/>
        <w:t>SECTION 1  |  TOPIC 08  |  PRACTICE PAGE 5/5</w:t>
      </w:r>
    </w:p>
    <w:p w14:paraId="39D4D8AB" w14:textId="77777777" w:rsidR="00BE3968" w:rsidRDefault="00CA6E70">
      <w:pPr>
        <w:pStyle w:val="CMRPageTitle"/>
        <w:spacing w:after="60"/>
      </w:pPr>
      <w:r>
        <w:rPr>
          <w:b w:val="0"/>
        </w:rPr>
        <w:t>Hours and wages</w:t>
      </w:r>
    </w:p>
    <w:p w14:paraId="3588F99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2B55A85" w14:textId="77777777">
        <w:tc>
          <w:tcPr>
            <w:tcW w:w="10036" w:type="dxa"/>
            <w:shd w:val="clear" w:color="auto" w:fill="F5F8F9"/>
            <w:tcMar>
              <w:top w:w="70" w:type="dxa"/>
              <w:left w:w="140" w:type="dxa"/>
              <w:bottom w:w="85" w:type="dxa"/>
              <w:right w:w="140" w:type="dxa"/>
            </w:tcMar>
          </w:tcPr>
          <w:p w14:paraId="62DC6ED9" w14:textId="77777777" w:rsidR="00BE3968" w:rsidRDefault="00BE3968"/>
          <w:p w14:paraId="3D9555DF" w14:textId="77777777" w:rsidR="00BE3968" w:rsidRDefault="00CA6E70">
            <w:pPr>
              <w:pStyle w:val="CMRBodySmall"/>
            </w:pPr>
            <w:r>
              <w:rPr>
                <w:b/>
              </w:rPr>
              <w:t>PROBLEM S1-079</w:t>
            </w:r>
          </w:p>
          <w:p w14:paraId="250C1A17" w14:textId="77777777" w:rsidR="00BE3968" w:rsidRDefault="00CA6E70">
            <w:pPr>
              <w:spacing w:after="140"/>
            </w:pPr>
            <w:r>
              <w:t>The pay rate at Felicia’s job is $16.00 an hour. Last Sunday, Felicia worked 6 hours. What was Felicia’s pay for that day, before taxes?</w:t>
            </w:r>
          </w:p>
          <w:p w14:paraId="5C51A22B" w14:textId="77777777" w:rsidR="00BE3968" w:rsidRDefault="00CA6E70">
            <w:pPr>
              <w:pStyle w:val="CMRBodySmall"/>
              <w:spacing w:after="40"/>
            </w:pPr>
            <w:r>
              <w:rPr>
                <w:b/>
              </w:rPr>
              <w:t>STEP 1 — WHAT DO THEY WANT?</w:t>
            </w:r>
          </w:p>
          <w:p w14:paraId="42C74634" w14:textId="77777777" w:rsidR="00BE3968" w:rsidRDefault="00CA6E70">
            <w:pPr>
              <w:pStyle w:val="CMRBodySmall"/>
              <w:spacing w:after="20"/>
            </w:pPr>
            <w:r>
              <w:t>○ A. What Felicia earns for the whole shift.</w:t>
            </w:r>
          </w:p>
          <w:p w14:paraId="71DD1905" w14:textId="77777777" w:rsidR="00BE3968" w:rsidRDefault="00CA6E70">
            <w:pPr>
              <w:pStyle w:val="CMRBodySmall"/>
              <w:spacing w:after="80"/>
            </w:pPr>
            <w:r>
              <w:t>○ B. How many hours Felicia worked.</w:t>
            </w:r>
          </w:p>
          <w:p w14:paraId="4A15D6BE" w14:textId="77777777" w:rsidR="00BE3968" w:rsidRDefault="00CA6E70">
            <w:pPr>
              <w:pStyle w:val="CMRBodySmall"/>
              <w:spacing w:after="40"/>
            </w:pPr>
            <w:r>
              <w:rPr>
                <w:b/>
              </w:rPr>
              <w:t>STEP 2 — WHAT DO I KNOW?</w:t>
            </w:r>
          </w:p>
          <w:p w14:paraId="42DC0FAA" w14:textId="77777777" w:rsidR="00BE3968" w:rsidRDefault="00CA6E70">
            <w:pPr>
              <w:pStyle w:val="CMRBodySmall"/>
              <w:spacing w:after="40"/>
            </w:pPr>
            <w:r>
              <w:t>Pay for one hour: ____________________</w:t>
            </w:r>
          </w:p>
          <w:p w14:paraId="0F51C208" w14:textId="77777777" w:rsidR="00BE3968" w:rsidRDefault="00CA6E70">
            <w:pPr>
              <w:pStyle w:val="CMRBodySmall"/>
              <w:spacing w:after="40"/>
            </w:pPr>
            <w:r>
              <w:t>Hours worked: ____________________</w:t>
            </w:r>
          </w:p>
          <w:p w14:paraId="4E8D5524" w14:textId="77777777" w:rsidR="00BE3968" w:rsidRDefault="00CA6E70">
            <w:pPr>
              <w:pStyle w:val="CMRBodySmall"/>
              <w:spacing w:after="40"/>
            </w:pPr>
            <w:r>
              <w:rPr>
                <w:b/>
              </w:rPr>
              <w:t>STEP 3 — HOW DO I FIND IT?</w:t>
            </w:r>
          </w:p>
          <w:p w14:paraId="1F0834AD" w14:textId="77777777" w:rsidR="00BE3968" w:rsidRDefault="00CA6E70">
            <w:pPr>
              <w:pStyle w:val="CMRBodySmall"/>
              <w:spacing w:after="20"/>
            </w:pPr>
            <w:r>
              <w:t>○ A. Add the hourly pay and the number of hours.</w:t>
            </w:r>
          </w:p>
          <w:p w14:paraId="18D98839" w14:textId="77777777" w:rsidR="00BE3968" w:rsidRDefault="00CA6E70">
            <w:pPr>
              <w:pStyle w:val="CMRBodySmall"/>
            </w:pPr>
            <w:r>
              <w:t>○ B. Multiply the hourly pay by the hours worked.</w:t>
            </w:r>
          </w:p>
          <w:p w14:paraId="6C4BAF19" w14:textId="77777777" w:rsidR="00BE3968" w:rsidRDefault="00CA6E70">
            <w:pPr>
              <w:pStyle w:val="CMRBodySmall"/>
              <w:spacing w:after="120"/>
            </w:pPr>
            <w:r>
              <w:t>My math: ____________________________________________________________</w:t>
            </w:r>
          </w:p>
          <w:p w14:paraId="2E893B5C" w14:textId="77777777" w:rsidR="00BE3968" w:rsidRDefault="00CA6E70">
            <w:pPr>
              <w:pStyle w:val="CMRBodySmall"/>
              <w:spacing w:after="120"/>
            </w:pPr>
            <w:r>
              <w:t>____________________________________________________________________</w:t>
            </w:r>
          </w:p>
          <w:p w14:paraId="61B6F3D7" w14:textId="77777777" w:rsidR="00BE3968" w:rsidRDefault="00CA6E70">
            <w:pPr>
              <w:pStyle w:val="CMRBodySmall"/>
              <w:spacing w:after="100"/>
            </w:pPr>
            <w:r>
              <w:t>Answer and check: ___________________________________________________</w:t>
            </w:r>
          </w:p>
        </w:tc>
      </w:tr>
    </w:tbl>
    <w:p w14:paraId="425E6AD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AA28426" w14:textId="77777777">
        <w:tc>
          <w:tcPr>
            <w:tcW w:w="10036" w:type="dxa"/>
            <w:tcMar>
              <w:top w:w="70" w:type="dxa"/>
              <w:left w:w="140" w:type="dxa"/>
              <w:bottom w:w="85" w:type="dxa"/>
              <w:right w:w="140" w:type="dxa"/>
            </w:tcMar>
          </w:tcPr>
          <w:p w14:paraId="3B36BC96" w14:textId="77777777" w:rsidR="00BE3968" w:rsidRDefault="00BE3968"/>
          <w:p w14:paraId="3DED9C96" w14:textId="77777777" w:rsidR="00BE3968" w:rsidRDefault="00CA6E70">
            <w:pPr>
              <w:pStyle w:val="CMRBodySmall"/>
            </w:pPr>
            <w:r>
              <w:rPr>
                <w:b/>
              </w:rPr>
              <w:t>PROBLEM S1-080</w:t>
            </w:r>
          </w:p>
          <w:p w14:paraId="5F9CF504" w14:textId="77777777" w:rsidR="00BE3968" w:rsidRDefault="00CA6E70">
            <w:pPr>
              <w:spacing w:after="140"/>
            </w:pPr>
            <w:r>
              <w:t>Monica earns $14.00 for each hour of work and works 9 hours on Saturday. What are Monica’s gross earnings (pay before taxes)?</w:t>
            </w:r>
          </w:p>
          <w:p w14:paraId="23708215" w14:textId="77777777" w:rsidR="00BE3968" w:rsidRDefault="00CA6E70">
            <w:pPr>
              <w:pStyle w:val="CMRBodySmall"/>
              <w:spacing w:after="40"/>
            </w:pPr>
            <w:r>
              <w:rPr>
                <w:b/>
              </w:rPr>
              <w:t>STEP 1 — WHAT DO THEY WANT?</w:t>
            </w:r>
          </w:p>
          <w:p w14:paraId="2E3B1B20" w14:textId="77777777" w:rsidR="00BE3968" w:rsidRDefault="00CA6E70">
            <w:pPr>
              <w:pStyle w:val="CMRBodySmall"/>
              <w:spacing w:after="20"/>
            </w:pPr>
            <w:r>
              <w:t>○ A. The pay for all the hours worked.</w:t>
            </w:r>
          </w:p>
          <w:p w14:paraId="2C8C56A5" w14:textId="77777777" w:rsidR="00BE3968" w:rsidRDefault="00CA6E70">
            <w:pPr>
              <w:pStyle w:val="CMRBodySmall"/>
              <w:spacing w:after="80"/>
            </w:pPr>
            <w:r>
              <w:t>○ B. The pay for one hour.</w:t>
            </w:r>
          </w:p>
          <w:p w14:paraId="1EE4BE60" w14:textId="77777777" w:rsidR="00BE3968" w:rsidRDefault="00CA6E70">
            <w:pPr>
              <w:pStyle w:val="CMRBodySmall"/>
              <w:spacing w:after="40"/>
            </w:pPr>
            <w:r>
              <w:rPr>
                <w:b/>
              </w:rPr>
              <w:t>STEP 2 — WHAT DO I KNOW?</w:t>
            </w:r>
          </w:p>
          <w:p w14:paraId="486838D3" w14:textId="77777777" w:rsidR="00BE3968" w:rsidRDefault="00CA6E70">
            <w:pPr>
              <w:pStyle w:val="CMRBodySmall"/>
              <w:spacing w:after="40"/>
            </w:pPr>
            <w:r>
              <w:t>Pay for one hour: ____________________</w:t>
            </w:r>
          </w:p>
          <w:p w14:paraId="6158C939" w14:textId="77777777" w:rsidR="00BE3968" w:rsidRDefault="00CA6E70">
            <w:pPr>
              <w:pStyle w:val="CMRBodySmall"/>
              <w:spacing w:after="40"/>
            </w:pPr>
            <w:r>
              <w:t>Hours worked: ____________________</w:t>
            </w:r>
          </w:p>
          <w:p w14:paraId="262C6FFE" w14:textId="77777777" w:rsidR="00BE3968" w:rsidRDefault="00CA6E70">
            <w:pPr>
              <w:pStyle w:val="CMRBodySmall"/>
              <w:spacing w:after="40"/>
            </w:pPr>
            <w:r>
              <w:rPr>
                <w:b/>
              </w:rPr>
              <w:t>STEP 3 — HOW DO I FIND IT?</w:t>
            </w:r>
          </w:p>
          <w:p w14:paraId="11D1266A" w14:textId="77777777" w:rsidR="00BE3968" w:rsidRDefault="00CA6E70">
            <w:pPr>
              <w:pStyle w:val="CMRBodySmall"/>
              <w:spacing w:after="20"/>
            </w:pPr>
            <w:r>
              <w:t>○ A. Divide the hourly pay by the number of hours.</w:t>
            </w:r>
          </w:p>
          <w:p w14:paraId="1FBB5A65" w14:textId="77777777" w:rsidR="00BE3968" w:rsidRDefault="00CA6E70">
            <w:pPr>
              <w:pStyle w:val="CMRBodySmall"/>
            </w:pPr>
            <w:r>
              <w:t>○ B. Use pay per hour × number of hours.</w:t>
            </w:r>
          </w:p>
          <w:p w14:paraId="71879CC5" w14:textId="77777777" w:rsidR="00BE3968" w:rsidRDefault="00CA6E70">
            <w:pPr>
              <w:pStyle w:val="CMRBodySmall"/>
              <w:spacing w:after="120"/>
            </w:pPr>
            <w:r>
              <w:t>My math: ____________________________________________________________</w:t>
            </w:r>
          </w:p>
          <w:p w14:paraId="7A9627BA" w14:textId="77777777" w:rsidR="00BE3968" w:rsidRDefault="00CA6E70">
            <w:pPr>
              <w:pStyle w:val="CMRBodySmall"/>
              <w:spacing w:after="120"/>
            </w:pPr>
            <w:r>
              <w:t>____________________________________________________________________</w:t>
            </w:r>
          </w:p>
          <w:p w14:paraId="6D7EF5A4" w14:textId="77777777" w:rsidR="00BE3968" w:rsidRDefault="00CA6E70">
            <w:pPr>
              <w:pStyle w:val="CMRBodySmall"/>
              <w:spacing w:after="100"/>
            </w:pPr>
            <w:r>
              <w:t>Answer and check: ___________________________________________________</w:t>
            </w:r>
          </w:p>
        </w:tc>
      </w:tr>
    </w:tbl>
    <w:p w14:paraId="07B46B1E" w14:textId="77777777" w:rsidR="00BE3968" w:rsidRDefault="00CA6E70">
      <w:r>
        <w:br w:type="page"/>
      </w:r>
    </w:p>
    <w:p w14:paraId="2F7E120D" w14:textId="77777777" w:rsidR="00BE3968" w:rsidRDefault="00CA6E70">
      <w:pPr>
        <w:pStyle w:val="CMRSmallLabel"/>
        <w:spacing w:after="60"/>
      </w:pPr>
      <w:r>
        <w:rPr>
          <w:b w:val="0"/>
        </w:rPr>
        <w:lastRenderedPageBreak/>
        <w:t>SECTION 1  |  TOPIC 09  |  PRACTICE PAGE 1/5</w:t>
      </w:r>
    </w:p>
    <w:p w14:paraId="12874063" w14:textId="77777777" w:rsidR="00BE3968" w:rsidRDefault="00CA6E70">
      <w:pPr>
        <w:pStyle w:val="CMRPageTitle"/>
        <w:spacing w:after="60"/>
      </w:pPr>
      <w:r>
        <w:rPr>
          <w:b w:val="0"/>
        </w:rPr>
        <w:t>Schedules and time</w:t>
      </w:r>
    </w:p>
    <w:p w14:paraId="69BDCA43" w14:textId="77777777" w:rsidR="00BE3968" w:rsidRDefault="00CA6E70">
      <w:pPr>
        <w:pStyle w:val="CMRBodySmall"/>
        <w:spacing w:after="100"/>
      </w:pPr>
      <w:r>
        <w:t>Remember: Understand starting times, ending times, and time needed.</w:t>
      </w:r>
    </w:p>
    <w:tbl>
      <w:tblPr>
        <w:tblW w:w="0" w:type="auto"/>
        <w:tblLayout w:type="fixed"/>
        <w:tblLook w:val="04A0" w:firstRow="1" w:lastRow="0" w:firstColumn="1" w:lastColumn="0" w:noHBand="0" w:noVBand="1"/>
      </w:tblPr>
      <w:tblGrid>
        <w:gridCol w:w="10036"/>
      </w:tblGrid>
      <w:tr w:rsidR="00BE3968" w14:paraId="3D53F956" w14:textId="77777777">
        <w:tc>
          <w:tcPr>
            <w:tcW w:w="10036" w:type="dxa"/>
            <w:shd w:val="clear" w:color="auto" w:fill="F5F8F9"/>
            <w:tcMar>
              <w:top w:w="70" w:type="dxa"/>
              <w:left w:w="140" w:type="dxa"/>
              <w:bottom w:w="85" w:type="dxa"/>
              <w:right w:w="140" w:type="dxa"/>
            </w:tcMar>
          </w:tcPr>
          <w:p w14:paraId="3105644D" w14:textId="77777777" w:rsidR="00BE3968" w:rsidRDefault="00BE3968"/>
          <w:p w14:paraId="36E5B065" w14:textId="77777777" w:rsidR="00BE3968" w:rsidRDefault="00CA6E70">
            <w:pPr>
              <w:pStyle w:val="CMRBodySmall"/>
            </w:pPr>
            <w:r>
              <w:rPr>
                <w:b/>
              </w:rPr>
              <w:t>PROBLEM S1-081</w:t>
            </w:r>
          </w:p>
          <w:p w14:paraId="24ACE50A" w14:textId="77777777" w:rsidR="00BE3968" w:rsidRDefault="00CA6E70">
            <w:pPr>
              <w:spacing w:after="140"/>
            </w:pPr>
            <w:r>
              <w:t>Jasmine starts a training session at 10:30 AM. The lesson takes 30 minutes. What time does the session end?</w:t>
            </w:r>
          </w:p>
          <w:p w14:paraId="17DB7C03" w14:textId="77777777" w:rsidR="00BE3968" w:rsidRDefault="00CA6E70">
            <w:pPr>
              <w:pStyle w:val="CMRBodySmall"/>
              <w:spacing w:after="40"/>
            </w:pPr>
            <w:r>
              <w:rPr>
                <w:b/>
              </w:rPr>
              <w:t>STEP 1 — WHAT DO THEY WANT?</w:t>
            </w:r>
          </w:p>
          <w:p w14:paraId="5A314E96" w14:textId="77777777" w:rsidR="00BE3968" w:rsidRDefault="00CA6E70">
            <w:pPr>
              <w:pStyle w:val="CMRBodySmall"/>
              <w:spacing w:after="20"/>
            </w:pPr>
            <w:r>
              <w:t>○ A. The time the session ends.</w:t>
            </w:r>
          </w:p>
          <w:p w14:paraId="30A0C5FB" w14:textId="77777777" w:rsidR="00BE3968" w:rsidRDefault="00CA6E70">
            <w:pPr>
              <w:pStyle w:val="CMRBodySmall"/>
              <w:spacing w:after="80"/>
            </w:pPr>
            <w:r>
              <w:t>○ B. How long the session lasts.</w:t>
            </w:r>
          </w:p>
          <w:p w14:paraId="22D800D5" w14:textId="77777777" w:rsidR="00BE3968" w:rsidRDefault="00CA6E70">
            <w:pPr>
              <w:pStyle w:val="CMRBodySmall"/>
              <w:spacing w:after="40"/>
            </w:pPr>
            <w:r>
              <w:rPr>
                <w:b/>
              </w:rPr>
              <w:t>STEP 2 — WHAT DO I KNOW?</w:t>
            </w:r>
          </w:p>
          <w:p w14:paraId="53A4AC44" w14:textId="77777777" w:rsidR="00BE3968" w:rsidRDefault="00CA6E70">
            <w:pPr>
              <w:pStyle w:val="CMRBodySmall"/>
              <w:spacing w:after="40"/>
            </w:pPr>
            <w:r>
              <w:t>Start time: ____________________</w:t>
            </w:r>
          </w:p>
          <w:p w14:paraId="6F719214" w14:textId="77777777" w:rsidR="00BE3968" w:rsidRDefault="00CA6E70">
            <w:pPr>
              <w:pStyle w:val="CMRBodySmall"/>
              <w:spacing w:after="40"/>
            </w:pPr>
            <w:r>
              <w:t>Length: ____________________</w:t>
            </w:r>
          </w:p>
          <w:p w14:paraId="72FE0040" w14:textId="77777777" w:rsidR="00BE3968" w:rsidRDefault="00CA6E70">
            <w:pPr>
              <w:pStyle w:val="CMRBodySmall"/>
              <w:spacing w:after="40"/>
            </w:pPr>
            <w:r>
              <w:rPr>
                <w:b/>
              </w:rPr>
              <w:t>STEP 3 — HOW DO I FIND IT?</w:t>
            </w:r>
          </w:p>
          <w:p w14:paraId="155C822D" w14:textId="77777777" w:rsidR="00BE3968" w:rsidRDefault="00CA6E70">
            <w:pPr>
              <w:pStyle w:val="CMRBodySmall"/>
              <w:spacing w:after="20"/>
            </w:pPr>
            <w:r>
              <w:t>○ A. Count backward from the start time by the length.</w:t>
            </w:r>
          </w:p>
          <w:p w14:paraId="18FAB39E" w14:textId="77777777" w:rsidR="00BE3968" w:rsidRDefault="00CA6E70">
            <w:pPr>
              <w:pStyle w:val="CMRBodySmall"/>
            </w:pPr>
            <w:r>
              <w:t>○ B. Count forward from the start time by the length.</w:t>
            </w:r>
          </w:p>
          <w:p w14:paraId="64C981DF" w14:textId="77777777" w:rsidR="00BE3968" w:rsidRDefault="00CA6E70">
            <w:pPr>
              <w:pStyle w:val="CMRBodySmall"/>
              <w:spacing w:after="120"/>
            </w:pPr>
            <w:r>
              <w:t>My math: ____________________________________________________________</w:t>
            </w:r>
          </w:p>
          <w:p w14:paraId="2188412C" w14:textId="77777777" w:rsidR="00BE3968" w:rsidRDefault="00CA6E70">
            <w:pPr>
              <w:pStyle w:val="CMRBodySmall"/>
              <w:spacing w:after="120"/>
            </w:pPr>
            <w:r>
              <w:t>____________________________________________________________________</w:t>
            </w:r>
          </w:p>
          <w:p w14:paraId="033903D0" w14:textId="77777777" w:rsidR="00BE3968" w:rsidRDefault="00CA6E70">
            <w:pPr>
              <w:pStyle w:val="CMRBodySmall"/>
              <w:spacing w:after="100"/>
            </w:pPr>
            <w:r>
              <w:t>Answer and check: ___________________________________________________</w:t>
            </w:r>
          </w:p>
        </w:tc>
      </w:tr>
    </w:tbl>
    <w:p w14:paraId="5991299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C501EA0" w14:textId="77777777">
        <w:tc>
          <w:tcPr>
            <w:tcW w:w="10036" w:type="dxa"/>
            <w:tcMar>
              <w:top w:w="70" w:type="dxa"/>
              <w:left w:w="140" w:type="dxa"/>
              <w:bottom w:w="85" w:type="dxa"/>
              <w:right w:w="140" w:type="dxa"/>
            </w:tcMar>
          </w:tcPr>
          <w:p w14:paraId="30F666EB" w14:textId="77777777" w:rsidR="00BE3968" w:rsidRDefault="00BE3968"/>
          <w:p w14:paraId="77D71B03" w14:textId="77777777" w:rsidR="00BE3968" w:rsidRDefault="00CA6E70">
            <w:pPr>
              <w:pStyle w:val="CMRBodySmall"/>
            </w:pPr>
            <w:r>
              <w:rPr>
                <w:b/>
              </w:rPr>
              <w:t>PROBLEM S1-082</w:t>
            </w:r>
          </w:p>
          <w:p w14:paraId="12343389" w14:textId="77777777" w:rsidR="00BE3968" w:rsidRDefault="00CA6E70">
            <w:pPr>
              <w:spacing w:after="140"/>
            </w:pPr>
            <w:r>
              <w:t>A workshop lasts 45 minutes. Anthony begins it at 9:15 AM. At what time will it be over?</w:t>
            </w:r>
          </w:p>
          <w:p w14:paraId="77A9C28B" w14:textId="77777777" w:rsidR="00BE3968" w:rsidRDefault="00CA6E70">
            <w:pPr>
              <w:pStyle w:val="CMRBodySmall"/>
              <w:spacing w:after="40"/>
            </w:pPr>
            <w:r>
              <w:rPr>
                <w:b/>
              </w:rPr>
              <w:t>STEP 1 — WHAT DO THEY WANT?</w:t>
            </w:r>
          </w:p>
          <w:p w14:paraId="46993C0B" w14:textId="77777777" w:rsidR="00BE3968" w:rsidRDefault="00CA6E70">
            <w:pPr>
              <w:pStyle w:val="CMRBodySmall"/>
              <w:spacing w:after="20"/>
            </w:pPr>
            <w:r>
              <w:t>○ A. The time it starts.</w:t>
            </w:r>
          </w:p>
          <w:p w14:paraId="7FA13B0C" w14:textId="77777777" w:rsidR="00BE3968" w:rsidRDefault="00CA6E70">
            <w:pPr>
              <w:pStyle w:val="CMRBodySmall"/>
              <w:spacing w:after="80"/>
            </w:pPr>
            <w:r>
              <w:t>○ B. The clock time when it is over.</w:t>
            </w:r>
          </w:p>
          <w:p w14:paraId="67633F62" w14:textId="77777777" w:rsidR="00BE3968" w:rsidRDefault="00CA6E70">
            <w:pPr>
              <w:pStyle w:val="CMRBodySmall"/>
              <w:spacing w:after="40"/>
            </w:pPr>
            <w:r>
              <w:rPr>
                <w:b/>
              </w:rPr>
              <w:t>STEP 2 — WHAT DO I KNOW?</w:t>
            </w:r>
          </w:p>
          <w:p w14:paraId="65836E89" w14:textId="77777777" w:rsidR="00BE3968" w:rsidRDefault="00CA6E70">
            <w:pPr>
              <w:pStyle w:val="CMRBodySmall"/>
              <w:spacing w:after="40"/>
            </w:pPr>
            <w:r>
              <w:t>Start time: ____________________</w:t>
            </w:r>
          </w:p>
          <w:p w14:paraId="7E347919" w14:textId="77777777" w:rsidR="00BE3968" w:rsidRDefault="00CA6E70">
            <w:pPr>
              <w:pStyle w:val="CMRBodySmall"/>
              <w:spacing w:after="40"/>
            </w:pPr>
            <w:r>
              <w:t>Length: ____________________</w:t>
            </w:r>
          </w:p>
          <w:p w14:paraId="3E16B389" w14:textId="77777777" w:rsidR="00BE3968" w:rsidRDefault="00CA6E70">
            <w:pPr>
              <w:pStyle w:val="CMRBodySmall"/>
              <w:spacing w:after="40"/>
            </w:pPr>
            <w:r>
              <w:rPr>
                <w:b/>
              </w:rPr>
              <w:t>STEP 3 — HOW DO I FIND IT?</w:t>
            </w:r>
          </w:p>
          <w:p w14:paraId="07F26790" w14:textId="77777777" w:rsidR="00BE3968" w:rsidRDefault="00CA6E70">
            <w:pPr>
              <w:pStyle w:val="CMRBodySmall"/>
              <w:spacing w:after="20"/>
            </w:pPr>
            <w:r>
              <w:t>○ A. Add the minutes to the start time.</w:t>
            </w:r>
          </w:p>
          <w:p w14:paraId="797BBC27" w14:textId="77777777" w:rsidR="00BE3968" w:rsidRDefault="00CA6E70">
            <w:pPr>
              <w:pStyle w:val="CMRBodySmall"/>
            </w:pPr>
            <w:r>
              <w:t>○ B. Subtract the minutes from the start time.</w:t>
            </w:r>
          </w:p>
          <w:p w14:paraId="1AEE10E4" w14:textId="77777777" w:rsidR="00BE3968" w:rsidRDefault="00CA6E70">
            <w:pPr>
              <w:pStyle w:val="CMRBodySmall"/>
              <w:spacing w:after="120"/>
            </w:pPr>
            <w:r>
              <w:t>My math: ____________________________________________________________</w:t>
            </w:r>
          </w:p>
          <w:p w14:paraId="3A0AC3E2" w14:textId="77777777" w:rsidR="00BE3968" w:rsidRDefault="00CA6E70">
            <w:pPr>
              <w:pStyle w:val="CMRBodySmall"/>
              <w:spacing w:after="120"/>
            </w:pPr>
            <w:r>
              <w:t>____________________________________________________________________</w:t>
            </w:r>
          </w:p>
          <w:p w14:paraId="4A0992C3" w14:textId="77777777" w:rsidR="00BE3968" w:rsidRDefault="00CA6E70">
            <w:pPr>
              <w:pStyle w:val="CMRBodySmall"/>
              <w:spacing w:after="100"/>
            </w:pPr>
            <w:r>
              <w:t>Answer and check: ___________________________________________________</w:t>
            </w:r>
          </w:p>
        </w:tc>
      </w:tr>
    </w:tbl>
    <w:p w14:paraId="58B3CD85" w14:textId="77777777" w:rsidR="00BE3968" w:rsidRDefault="00CA6E70">
      <w:r>
        <w:br w:type="page"/>
      </w:r>
    </w:p>
    <w:p w14:paraId="04E048A7" w14:textId="77777777" w:rsidR="00BE3968" w:rsidRDefault="00CA6E70">
      <w:pPr>
        <w:pStyle w:val="CMRSmallLabel"/>
        <w:spacing w:after="60"/>
      </w:pPr>
      <w:r>
        <w:rPr>
          <w:b w:val="0"/>
        </w:rPr>
        <w:lastRenderedPageBreak/>
        <w:t>SECTION 1  |  TOPIC 09  |  PRACTICE PAGE 2/5</w:t>
      </w:r>
    </w:p>
    <w:p w14:paraId="2B4FE046" w14:textId="77777777" w:rsidR="00BE3968" w:rsidRDefault="00CA6E70">
      <w:pPr>
        <w:pStyle w:val="CMRPageTitle"/>
        <w:spacing w:after="60"/>
      </w:pPr>
      <w:r>
        <w:rPr>
          <w:b w:val="0"/>
        </w:rPr>
        <w:t>Schedules and time</w:t>
      </w:r>
    </w:p>
    <w:p w14:paraId="325B9A5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27CF5CF" w14:textId="77777777">
        <w:tc>
          <w:tcPr>
            <w:tcW w:w="10036" w:type="dxa"/>
            <w:shd w:val="clear" w:color="auto" w:fill="F5F8F9"/>
            <w:tcMar>
              <w:top w:w="70" w:type="dxa"/>
              <w:left w:w="140" w:type="dxa"/>
              <w:bottom w:w="85" w:type="dxa"/>
              <w:right w:w="140" w:type="dxa"/>
            </w:tcMar>
          </w:tcPr>
          <w:p w14:paraId="7F3D15A8" w14:textId="77777777" w:rsidR="00BE3968" w:rsidRDefault="00BE3968"/>
          <w:p w14:paraId="6574B940" w14:textId="77777777" w:rsidR="00BE3968" w:rsidRDefault="00CA6E70">
            <w:pPr>
              <w:pStyle w:val="CMRBodySmall"/>
            </w:pPr>
            <w:r>
              <w:rPr>
                <w:b/>
              </w:rPr>
              <w:t>PROBLEM S1-083</w:t>
            </w:r>
          </w:p>
          <w:p w14:paraId="49F3C9C1" w14:textId="77777777" w:rsidR="00BE3968" w:rsidRDefault="00CA6E70">
            <w:pPr>
              <w:spacing w:after="140"/>
            </w:pPr>
            <w:r>
              <w:t>Joseph’s class begins at 8:00 AM and runs for 60 minutes. What time does the class let out?</w:t>
            </w:r>
          </w:p>
          <w:p w14:paraId="288FD478" w14:textId="77777777" w:rsidR="00BE3968" w:rsidRDefault="00CA6E70">
            <w:pPr>
              <w:pStyle w:val="CMRBodySmall"/>
              <w:spacing w:after="40"/>
            </w:pPr>
            <w:r>
              <w:rPr>
                <w:b/>
              </w:rPr>
              <w:t>STEP 1 — WHAT DO THEY WANT?</w:t>
            </w:r>
          </w:p>
          <w:p w14:paraId="30D6D3E4" w14:textId="77777777" w:rsidR="00BE3968" w:rsidRDefault="00CA6E70">
            <w:pPr>
              <w:pStyle w:val="CMRBodySmall"/>
              <w:spacing w:after="20"/>
            </w:pPr>
            <w:r>
              <w:t>○ A. The finishing time.</w:t>
            </w:r>
          </w:p>
          <w:p w14:paraId="3C8B9291" w14:textId="77777777" w:rsidR="00BE3968" w:rsidRDefault="00CA6E70">
            <w:pPr>
              <w:pStyle w:val="CMRBodySmall"/>
              <w:spacing w:after="80"/>
            </w:pPr>
            <w:r>
              <w:t>○ B. How many minutes are left in the session.</w:t>
            </w:r>
          </w:p>
          <w:p w14:paraId="51829C1E" w14:textId="77777777" w:rsidR="00BE3968" w:rsidRDefault="00CA6E70">
            <w:pPr>
              <w:pStyle w:val="CMRBodySmall"/>
              <w:spacing w:after="40"/>
            </w:pPr>
            <w:r>
              <w:rPr>
                <w:b/>
              </w:rPr>
              <w:t>STEP 2 — WHAT DO I KNOW?</w:t>
            </w:r>
          </w:p>
          <w:p w14:paraId="1AAC03C4" w14:textId="77777777" w:rsidR="00BE3968" w:rsidRDefault="00CA6E70">
            <w:pPr>
              <w:pStyle w:val="CMRBodySmall"/>
              <w:spacing w:after="40"/>
            </w:pPr>
            <w:r>
              <w:t>Start time: ____________________</w:t>
            </w:r>
          </w:p>
          <w:p w14:paraId="54193A03" w14:textId="77777777" w:rsidR="00BE3968" w:rsidRDefault="00CA6E70">
            <w:pPr>
              <w:pStyle w:val="CMRBodySmall"/>
              <w:spacing w:after="40"/>
            </w:pPr>
            <w:r>
              <w:t>Length: ____________________</w:t>
            </w:r>
          </w:p>
          <w:p w14:paraId="66D36DB0" w14:textId="77777777" w:rsidR="00BE3968" w:rsidRDefault="00CA6E70">
            <w:pPr>
              <w:pStyle w:val="CMRBodySmall"/>
              <w:spacing w:after="40"/>
            </w:pPr>
            <w:r>
              <w:rPr>
                <w:b/>
              </w:rPr>
              <w:t>STEP 3 — HOW DO I FIND IT?</w:t>
            </w:r>
          </w:p>
          <w:p w14:paraId="5823E8A8" w14:textId="77777777" w:rsidR="00BE3968" w:rsidRDefault="00CA6E70">
            <w:pPr>
              <w:pStyle w:val="CMRBodySmall"/>
              <w:spacing w:after="20"/>
            </w:pPr>
            <w:r>
              <w:t>○ A. Count forward from the start time by the length.</w:t>
            </w:r>
          </w:p>
          <w:p w14:paraId="74A14833" w14:textId="77777777" w:rsidR="00BE3968" w:rsidRDefault="00CA6E70">
            <w:pPr>
              <w:pStyle w:val="CMRBodySmall"/>
            </w:pPr>
            <w:r>
              <w:t>○ B. Count backward from the start time by the length.</w:t>
            </w:r>
          </w:p>
          <w:p w14:paraId="6A5BBE31" w14:textId="77777777" w:rsidR="00BE3968" w:rsidRDefault="00CA6E70">
            <w:pPr>
              <w:pStyle w:val="CMRBodySmall"/>
              <w:spacing w:after="120"/>
            </w:pPr>
            <w:r>
              <w:t>My math: ____________________________________________________________</w:t>
            </w:r>
          </w:p>
          <w:p w14:paraId="5C9C4CC5" w14:textId="77777777" w:rsidR="00BE3968" w:rsidRDefault="00CA6E70">
            <w:pPr>
              <w:pStyle w:val="CMRBodySmall"/>
              <w:spacing w:after="120"/>
            </w:pPr>
            <w:r>
              <w:t>____________________________________________________________________</w:t>
            </w:r>
          </w:p>
          <w:p w14:paraId="7339FBC7" w14:textId="77777777" w:rsidR="00BE3968" w:rsidRDefault="00CA6E70">
            <w:pPr>
              <w:pStyle w:val="CMRBodySmall"/>
              <w:spacing w:after="100"/>
            </w:pPr>
            <w:r>
              <w:t>Answer and check: ___________________________________________________</w:t>
            </w:r>
          </w:p>
        </w:tc>
      </w:tr>
    </w:tbl>
    <w:p w14:paraId="5EEECB0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4999A8D" w14:textId="77777777">
        <w:tc>
          <w:tcPr>
            <w:tcW w:w="10036" w:type="dxa"/>
            <w:tcMar>
              <w:top w:w="70" w:type="dxa"/>
              <w:left w:w="140" w:type="dxa"/>
              <w:bottom w:w="85" w:type="dxa"/>
              <w:right w:w="140" w:type="dxa"/>
            </w:tcMar>
          </w:tcPr>
          <w:p w14:paraId="09F0D585" w14:textId="77777777" w:rsidR="00BE3968" w:rsidRDefault="00BE3968"/>
          <w:p w14:paraId="773C0556" w14:textId="77777777" w:rsidR="00BE3968" w:rsidRDefault="00CA6E70">
            <w:pPr>
              <w:pStyle w:val="CMRBodySmall"/>
            </w:pPr>
            <w:r>
              <w:rPr>
                <w:b/>
              </w:rPr>
              <w:t>PROBLEM S1-084</w:t>
            </w:r>
          </w:p>
          <w:p w14:paraId="54A5B305" w14:textId="77777777" w:rsidR="00BE3968" w:rsidRDefault="00CA6E70">
            <w:pPr>
              <w:spacing w:after="140"/>
            </w:pPr>
            <w:r>
              <w:t>Angela starts a training session at 8:45 AM. The lesson takes 60 minutes. What time does the session end?</w:t>
            </w:r>
          </w:p>
          <w:p w14:paraId="73D1AD8A" w14:textId="77777777" w:rsidR="00BE3968" w:rsidRDefault="00CA6E70">
            <w:pPr>
              <w:pStyle w:val="CMRBodySmall"/>
              <w:spacing w:after="40"/>
            </w:pPr>
            <w:r>
              <w:rPr>
                <w:b/>
              </w:rPr>
              <w:t>STEP 1 — WHAT DO THEY WANT?</w:t>
            </w:r>
          </w:p>
          <w:p w14:paraId="4DFB8875" w14:textId="77777777" w:rsidR="00BE3968" w:rsidRDefault="00CA6E70">
            <w:pPr>
              <w:pStyle w:val="CMRBodySmall"/>
              <w:spacing w:after="20"/>
            </w:pPr>
            <w:r>
              <w:t>○ A. How long the session lasts.</w:t>
            </w:r>
          </w:p>
          <w:p w14:paraId="45AEDE20" w14:textId="77777777" w:rsidR="00BE3968" w:rsidRDefault="00CA6E70">
            <w:pPr>
              <w:pStyle w:val="CMRBodySmall"/>
              <w:spacing w:after="80"/>
            </w:pPr>
            <w:r>
              <w:t>○ B. The time the session ends.</w:t>
            </w:r>
          </w:p>
          <w:p w14:paraId="608C417F" w14:textId="77777777" w:rsidR="00BE3968" w:rsidRDefault="00CA6E70">
            <w:pPr>
              <w:pStyle w:val="CMRBodySmall"/>
              <w:spacing w:after="40"/>
            </w:pPr>
            <w:r>
              <w:rPr>
                <w:b/>
              </w:rPr>
              <w:t>STEP 2 — WHAT DO I KNOW?</w:t>
            </w:r>
          </w:p>
          <w:p w14:paraId="7FB99719" w14:textId="77777777" w:rsidR="00BE3968" w:rsidRDefault="00CA6E70">
            <w:pPr>
              <w:pStyle w:val="CMRBodySmall"/>
              <w:spacing w:after="40"/>
            </w:pPr>
            <w:r>
              <w:t>Start time: ____________________</w:t>
            </w:r>
          </w:p>
          <w:p w14:paraId="0DE6A4DA" w14:textId="77777777" w:rsidR="00BE3968" w:rsidRDefault="00CA6E70">
            <w:pPr>
              <w:pStyle w:val="CMRBodySmall"/>
              <w:spacing w:after="40"/>
            </w:pPr>
            <w:r>
              <w:t>Length: ____________________</w:t>
            </w:r>
          </w:p>
          <w:p w14:paraId="644F01F4" w14:textId="77777777" w:rsidR="00BE3968" w:rsidRDefault="00CA6E70">
            <w:pPr>
              <w:pStyle w:val="CMRBodySmall"/>
              <w:spacing w:after="40"/>
            </w:pPr>
            <w:r>
              <w:rPr>
                <w:b/>
              </w:rPr>
              <w:t>STEP 3 — HOW DO I FIND IT?</w:t>
            </w:r>
          </w:p>
          <w:p w14:paraId="460AE7C6" w14:textId="77777777" w:rsidR="00BE3968" w:rsidRDefault="00CA6E70">
            <w:pPr>
              <w:pStyle w:val="CMRBodySmall"/>
              <w:spacing w:after="20"/>
            </w:pPr>
            <w:r>
              <w:t>○ A. Subtract the minutes from the start time.</w:t>
            </w:r>
          </w:p>
          <w:p w14:paraId="2B6A739E" w14:textId="77777777" w:rsidR="00BE3968" w:rsidRDefault="00CA6E70">
            <w:pPr>
              <w:pStyle w:val="CMRBodySmall"/>
            </w:pPr>
            <w:r>
              <w:t>○ B. Add the minutes to the start time.</w:t>
            </w:r>
          </w:p>
          <w:p w14:paraId="2DE24253" w14:textId="77777777" w:rsidR="00BE3968" w:rsidRDefault="00CA6E70">
            <w:pPr>
              <w:pStyle w:val="CMRBodySmall"/>
              <w:spacing w:after="120"/>
            </w:pPr>
            <w:r>
              <w:t>My math: ____________________________________________________________</w:t>
            </w:r>
          </w:p>
          <w:p w14:paraId="5C174065" w14:textId="77777777" w:rsidR="00BE3968" w:rsidRDefault="00CA6E70">
            <w:pPr>
              <w:pStyle w:val="CMRBodySmall"/>
              <w:spacing w:after="120"/>
            </w:pPr>
            <w:r>
              <w:t>____________________________________________________________________</w:t>
            </w:r>
          </w:p>
          <w:p w14:paraId="030E3F28" w14:textId="77777777" w:rsidR="00BE3968" w:rsidRDefault="00CA6E70">
            <w:pPr>
              <w:pStyle w:val="CMRBodySmall"/>
              <w:spacing w:after="100"/>
            </w:pPr>
            <w:r>
              <w:t>Answer and check: ___________________________________________________</w:t>
            </w:r>
          </w:p>
        </w:tc>
      </w:tr>
    </w:tbl>
    <w:p w14:paraId="23CAF5D5" w14:textId="77777777" w:rsidR="00BE3968" w:rsidRDefault="00CA6E70">
      <w:r>
        <w:br w:type="page"/>
      </w:r>
    </w:p>
    <w:p w14:paraId="3C45B85B" w14:textId="77777777" w:rsidR="00BE3968" w:rsidRDefault="00CA6E70">
      <w:pPr>
        <w:pStyle w:val="CMRSmallLabel"/>
        <w:spacing w:after="60"/>
      </w:pPr>
      <w:r>
        <w:rPr>
          <w:b w:val="0"/>
        </w:rPr>
        <w:lastRenderedPageBreak/>
        <w:t>SECTION 1  |  TOPIC 09  |  PRACTICE PAGE 3/5</w:t>
      </w:r>
    </w:p>
    <w:p w14:paraId="59BE5BF1" w14:textId="77777777" w:rsidR="00BE3968" w:rsidRDefault="00CA6E70">
      <w:pPr>
        <w:pStyle w:val="CMRPageTitle"/>
        <w:spacing w:after="60"/>
      </w:pPr>
      <w:r>
        <w:rPr>
          <w:b w:val="0"/>
        </w:rPr>
        <w:t>Schedules and time</w:t>
      </w:r>
    </w:p>
    <w:p w14:paraId="76DA011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D28C6BE" w14:textId="77777777">
        <w:tc>
          <w:tcPr>
            <w:tcW w:w="10036" w:type="dxa"/>
            <w:shd w:val="clear" w:color="auto" w:fill="F5F8F9"/>
            <w:tcMar>
              <w:top w:w="70" w:type="dxa"/>
              <w:left w:w="140" w:type="dxa"/>
              <w:bottom w:w="85" w:type="dxa"/>
              <w:right w:w="140" w:type="dxa"/>
            </w:tcMar>
          </w:tcPr>
          <w:p w14:paraId="2467E52F" w14:textId="77777777" w:rsidR="00BE3968" w:rsidRDefault="00BE3968"/>
          <w:p w14:paraId="40D0073A" w14:textId="77777777" w:rsidR="00BE3968" w:rsidRDefault="00CA6E70">
            <w:pPr>
              <w:pStyle w:val="CMRBodySmall"/>
            </w:pPr>
            <w:r>
              <w:rPr>
                <w:b/>
              </w:rPr>
              <w:t>PROBLEM S1-085</w:t>
            </w:r>
          </w:p>
          <w:p w14:paraId="07B21D08" w14:textId="77777777" w:rsidR="00BE3968" w:rsidRDefault="00CA6E70">
            <w:pPr>
              <w:spacing w:after="140"/>
            </w:pPr>
            <w:r>
              <w:t>A workshop lasts 30 minutes. Carlos begins it at 11:30 AM. At what time will it be over?</w:t>
            </w:r>
          </w:p>
          <w:p w14:paraId="57107108" w14:textId="77777777" w:rsidR="00BE3968" w:rsidRDefault="00CA6E70">
            <w:pPr>
              <w:pStyle w:val="CMRBodySmall"/>
              <w:spacing w:after="40"/>
            </w:pPr>
            <w:r>
              <w:rPr>
                <w:b/>
              </w:rPr>
              <w:t>STEP 1 — WHAT DO THEY WANT?</w:t>
            </w:r>
          </w:p>
          <w:p w14:paraId="2CCD116E" w14:textId="77777777" w:rsidR="00BE3968" w:rsidRDefault="00CA6E70">
            <w:pPr>
              <w:pStyle w:val="CMRBodySmall"/>
              <w:spacing w:after="20"/>
            </w:pPr>
            <w:r>
              <w:t>○ A. The time it starts.</w:t>
            </w:r>
          </w:p>
          <w:p w14:paraId="5222746A" w14:textId="77777777" w:rsidR="00BE3968" w:rsidRDefault="00CA6E70">
            <w:pPr>
              <w:pStyle w:val="CMRBodySmall"/>
              <w:spacing w:after="80"/>
            </w:pPr>
            <w:r>
              <w:t>○ B. The clock time when it is over.</w:t>
            </w:r>
          </w:p>
          <w:p w14:paraId="0ED8DCFA" w14:textId="77777777" w:rsidR="00BE3968" w:rsidRDefault="00CA6E70">
            <w:pPr>
              <w:pStyle w:val="CMRBodySmall"/>
              <w:spacing w:after="40"/>
            </w:pPr>
            <w:r>
              <w:rPr>
                <w:b/>
              </w:rPr>
              <w:t>STEP 2 — WHAT DO I KNOW?</w:t>
            </w:r>
          </w:p>
          <w:p w14:paraId="30A22DD3" w14:textId="77777777" w:rsidR="00BE3968" w:rsidRDefault="00CA6E70">
            <w:pPr>
              <w:pStyle w:val="CMRBodySmall"/>
              <w:spacing w:after="40"/>
            </w:pPr>
            <w:r>
              <w:t>Start time: ____________________</w:t>
            </w:r>
          </w:p>
          <w:p w14:paraId="58C4CAAC" w14:textId="77777777" w:rsidR="00BE3968" w:rsidRDefault="00CA6E70">
            <w:pPr>
              <w:pStyle w:val="CMRBodySmall"/>
              <w:spacing w:after="40"/>
            </w:pPr>
            <w:r>
              <w:t>Length: ____________________</w:t>
            </w:r>
          </w:p>
          <w:p w14:paraId="10A00C38" w14:textId="77777777" w:rsidR="00BE3968" w:rsidRDefault="00CA6E70">
            <w:pPr>
              <w:pStyle w:val="CMRBodySmall"/>
              <w:spacing w:after="40"/>
            </w:pPr>
            <w:r>
              <w:rPr>
                <w:b/>
              </w:rPr>
              <w:t>STEP 3 — HOW DO I FIND IT?</w:t>
            </w:r>
          </w:p>
          <w:p w14:paraId="67016AC0" w14:textId="77777777" w:rsidR="00BE3968" w:rsidRDefault="00CA6E70">
            <w:pPr>
              <w:pStyle w:val="CMRBodySmall"/>
              <w:spacing w:after="20"/>
            </w:pPr>
            <w:r>
              <w:t>○ A. Count backward from the start time by the length.</w:t>
            </w:r>
          </w:p>
          <w:p w14:paraId="3C69409C" w14:textId="77777777" w:rsidR="00BE3968" w:rsidRDefault="00CA6E70">
            <w:pPr>
              <w:pStyle w:val="CMRBodySmall"/>
            </w:pPr>
            <w:r>
              <w:t>○ B. Count forward from the start time by the length.</w:t>
            </w:r>
          </w:p>
          <w:p w14:paraId="2CE079FD" w14:textId="77777777" w:rsidR="00BE3968" w:rsidRDefault="00CA6E70">
            <w:pPr>
              <w:pStyle w:val="CMRBodySmall"/>
              <w:spacing w:after="120"/>
            </w:pPr>
            <w:r>
              <w:t>My math: ____________________________________________________________</w:t>
            </w:r>
          </w:p>
          <w:p w14:paraId="3AB4A62B" w14:textId="77777777" w:rsidR="00BE3968" w:rsidRDefault="00CA6E70">
            <w:pPr>
              <w:pStyle w:val="CMRBodySmall"/>
              <w:spacing w:after="120"/>
            </w:pPr>
            <w:r>
              <w:t>____________________________________________________________________</w:t>
            </w:r>
          </w:p>
          <w:p w14:paraId="3F578F7F" w14:textId="77777777" w:rsidR="00BE3968" w:rsidRDefault="00CA6E70">
            <w:pPr>
              <w:pStyle w:val="CMRBodySmall"/>
              <w:spacing w:after="100"/>
            </w:pPr>
            <w:r>
              <w:t>Answer and check: ___________________________________________________</w:t>
            </w:r>
          </w:p>
        </w:tc>
      </w:tr>
    </w:tbl>
    <w:p w14:paraId="405D251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96A9A5F" w14:textId="77777777">
        <w:tc>
          <w:tcPr>
            <w:tcW w:w="10036" w:type="dxa"/>
            <w:tcMar>
              <w:top w:w="70" w:type="dxa"/>
              <w:left w:w="140" w:type="dxa"/>
              <w:bottom w:w="85" w:type="dxa"/>
              <w:right w:w="140" w:type="dxa"/>
            </w:tcMar>
          </w:tcPr>
          <w:p w14:paraId="5063BFF0" w14:textId="77777777" w:rsidR="00BE3968" w:rsidRDefault="00BE3968"/>
          <w:p w14:paraId="1DC72DF6" w14:textId="77777777" w:rsidR="00BE3968" w:rsidRDefault="00CA6E70">
            <w:pPr>
              <w:pStyle w:val="CMRBodySmall"/>
            </w:pPr>
            <w:r>
              <w:rPr>
                <w:b/>
              </w:rPr>
              <w:t>PROBLEM S1-086</w:t>
            </w:r>
          </w:p>
          <w:p w14:paraId="7D3AECB0" w14:textId="77777777" w:rsidR="00BE3968" w:rsidRDefault="00CA6E70">
            <w:pPr>
              <w:spacing w:after="140"/>
            </w:pPr>
            <w:r>
              <w:t>Nicole’s class begins at 11:45 AM and runs for 90 minutes. What time does the class let out?</w:t>
            </w:r>
          </w:p>
          <w:p w14:paraId="5897103A" w14:textId="77777777" w:rsidR="00BE3968" w:rsidRDefault="00CA6E70">
            <w:pPr>
              <w:pStyle w:val="CMRBodySmall"/>
              <w:spacing w:after="40"/>
            </w:pPr>
            <w:r>
              <w:rPr>
                <w:b/>
              </w:rPr>
              <w:t>STEP 1 — WHAT DO THEY WANT?</w:t>
            </w:r>
          </w:p>
          <w:p w14:paraId="36565750" w14:textId="77777777" w:rsidR="00BE3968" w:rsidRDefault="00CA6E70">
            <w:pPr>
              <w:pStyle w:val="CMRBodySmall"/>
              <w:spacing w:after="20"/>
            </w:pPr>
            <w:r>
              <w:t>○ A. The finishing time.</w:t>
            </w:r>
          </w:p>
          <w:p w14:paraId="29607487" w14:textId="77777777" w:rsidR="00BE3968" w:rsidRDefault="00CA6E70">
            <w:pPr>
              <w:pStyle w:val="CMRBodySmall"/>
              <w:spacing w:after="80"/>
            </w:pPr>
            <w:r>
              <w:t>○ B. How many minutes are left in the session.</w:t>
            </w:r>
          </w:p>
          <w:p w14:paraId="7463180F" w14:textId="77777777" w:rsidR="00BE3968" w:rsidRDefault="00CA6E70">
            <w:pPr>
              <w:pStyle w:val="CMRBodySmall"/>
              <w:spacing w:after="40"/>
            </w:pPr>
            <w:r>
              <w:rPr>
                <w:b/>
              </w:rPr>
              <w:t>STEP 2 — WHAT DO I KNOW?</w:t>
            </w:r>
          </w:p>
          <w:p w14:paraId="189F006C" w14:textId="77777777" w:rsidR="00BE3968" w:rsidRDefault="00CA6E70">
            <w:pPr>
              <w:pStyle w:val="CMRBodySmall"/>
              <w:spacing w:after="40"/>
            </w:pPr>
            <w:r>
              <w:t>Start time: ____________________</w:t>
            </w:r>
          </w:p>
          <w:p w14:paraId="26DFE436" w14:textId="77777777" w:rsidR="00BE3968" w:rsidRDefault="00CA6E70">
            <w:pPr>
              <w:pStyle w:val="CMRBodySmall"/>
              <w:spacing w:after="40"/>
            </w:pPr>
            <w:r>
              <w:t>Length: ____________________</w:t>
            </w:r>
          </w:p>
          <w:p w14:paraId="7642AF33" w14:textId="77777777" w:rsidR="00BE3968" w:rsidRDefault="00CA6E70">
            <w:pPr>
              <w:pStyle w:val="CMRBodySmall"/>
              <w:spacing w:after="40"/>
            </w:pPr>
            <w:r>
              <w:rPr>
                <w:b/>
              </w:rPr>
              <w:t>STEP 3 — HOW DO I FIND IT?</w:t>
            </w:r>
          </w:p>
          <w:p w14:paraId="77483195" w14:textId="77777777" w:rsidR="00BE3968" w:rsidRDefault="00CA6E70">
            <w:pPr>
              <w:pStyle w:val="CMRBodySmall"/>
              <w:spacing w:after="20"/>
            </w:pPr>
            <w:r>
              <w:t>○ A. Add the minutes to the start time.</w:t>
            </w:r>
          </w:p>
          <w:p w14:paraId="27A31D49" w14:textId="77777777" w:rsidR="00BE3968" w:rsidRDefault="00CA6E70">
            <w:pPr>
              <w:pStyle w:val="CMRBodySmall"/>
            </w:pPr>
            <w:r>
              <w:t>○ B. Subtract the minutes from the start time.</w:t>
            </w:r>
          </w:p>
          <w:p w14:paraId="37A7529C" w14:textId="77777777" w:rsidR="00BE3968" w:rsidRDefault="00CA6E70">
            <w:pPr>
              <w:pStyle w:val="CMRBodySmall"/>
              <w:spacing w:after="120"/>
            </w:pPr>
            <w:r>
              <w:t>My math: ____________________________________________________________</w:t>
            </w:r>
          </w:p>
          <w:p w14:paraId="29190364" w14:textId="77777777" w:rsidR="00BE3968" w:rsidRDefault="00CA6E70">
            <w:pPr>
              <w:pStyle w:val="CMRBodySmall"/>
              <w:spacing w:after="120"/>
            </w:pPr>
            <w:r>
              <w:t>____________________________________________________________________</w:t>
            </w:r>
          </w:p>
          <w:p w14:paraId="3FA3C934" w14:textId="77777777" w:rsidR="00BE3968" w:rsidRDefault="00CA6E70">
            <w:pPr>
              <w:pStyle w:val="CMRBodySmall"/>
              <w:spacing w:after="100"/>
            </w:pPr>
            <w:r>
              <w:t>Answer and check: ___________________________________________________</w:t>
            </w:r>
          </w:p>
        </w:tc>
      </w:tr>
    </w:tbl>
    <w:p w14:paraId="59B0F71E" w14:textId="77777777" w:rsidR="00BE3968" w:rsidRDefault="00CA6E70">
      <w:r>
        <w:br w:type="page"/>
      </w:r>
    </w:p>
    <w:p w14:paraId="7505141C" w14:textId="77777777" w:rsidR="00BE3968" w:rsidRDefault="00CA6E70">
      <w:pPr>
        <w:pStyle w:val="CMRSmallLabel"/>
        <w:spacing w:after="60"/>
      </w:pPr>
      <w:r>
        <w:rPr>
          <w:b w:val="0"/>
        </w:rPr>
        <w:lastRenderedPageBreak/>
        <w:t>SECTION 1  |  TOPIC 09  |  PRACTICE PAGE 4/5</w:t>
      </w:r>
    </w:p>
    <w:p w14:paraId="5EE16AAF" w14:textId="77777777" w:rsidR="00BE3968" w:rsidRDefault="00CA6E70">
      <w:pPr>
        <w:pStyle w:val="CMRPageTitle"/>
        <w:spacing w:after="60"/>
      </w:pPr>
      <w:r>
        <w:rPr>
          <w:b w:val="0"/>
        </w:rPr>
        <w:t>Schedules and time</w:t>
      </w:r>
    </w:p>
    <w:p w14:paraId="08C6A6C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1CC2EAD" w14:textId="77777777">
        <w:tc>
          <w:tcPr>
            <w:tcW w:w="10036" w:type="dxa"/>
            <w:shd w:val="clear" w:color="auto" w:fill="F5F8F9"/>
            <w:tcMar>
              <w:top w:w="70" w:type="dxa"/>
              <w:left w:w="140" w:type="dxa"/>
              <w:bottom w:w="85" w:type="dxa"/>
              <w:right w:w="140" w:type="dxa"/>
            </w:tcMar>
          </w:tcPr>
          <w:p w14:paraId="47F9B72D" w14:textId="77777777" w:rsidR="00BE3968" w:rsidRDefault="00BE3968"/>
          <w:p w14:paraId="51F515BC" w14:textId="77777777" w:rsidR="00BE3968" w:rsidRDefault="00CA6E70">
            <w:pPr>
              <w:pStyle w:val="CMRBodySmall"/>
            </w:pPr>
            <w:r>
              <w:rPr>
                <w:b/>
              </w:rPr>
              <w:t>PROBLEM S1-087</w:t>
            </w:r>
          </w:p>
          <w:p w14:paraId="424FA5B6" w14:textId="77777777" w:rsidR="00BE3968" w:rsidRDefault="00CA6E70">
            <w:pPr>
              <w:spacing w:after="140"/>
            </w:pPr>
            <w:r>
              <w:t>Luis starts a training session at 7:30 AM. The lesson takes 30 minutes. What time does the session end?</w:t>
            </w:r>
          </w:p>
          <w:p w14:paraId="04951DD9" w14:textId="77777777" w:rsidR="00BE3968" w:rsidRDefault="00CA6E70">
            <w:pPr>
              <w:pStyle w:val="CMRBodySmall"/>
              <w:spacing w:after="40"/>
            </w:pPr>
            <w:r>
              <w:rPr>
                <w:b/>
              </w:rPr>
              <w:t>STEP 1 — WHAT DO THEY WANT?</w:t>
            </w:r>
          </w:p>
          <w:p w14:paraId="67A6C26E" w14:textId="77777777" w:rsidR="00BE3968" w:rsidRDefault="00CA6E70">
            <w:pPr>
              <w:pStyle w:val="CMRBodySmall"/>
              <w:spacing w:after="20"/>
            </w:pPr>
            <w:r>
              <w:t>○ A. How long the session lasts.</w:t>
            </w:r>
          </w:p>
          <w:p w14:paraId="037DE36F" w14:textId="77777777" w:rsidR="00BE3968" w:rsidRDefault="00CA6E70">
            <w:pPr>
              <w:pStyle w:val="CMRBodySmall"/>
              <w:spacing w:after="80"/>
            </w:pPr>
            <w:r>
              <w:t>○ B. The time the session ends.</w:t>
            </w:r>
          </w:p>
          <w:p w14:paraId="0F8ADB44" w14:textId="77777777" w:rsidR="00BE3968" w:rsidRDefault="00CA6E70">
            <w:pPr>
              <w:pStyle w:val="CMRBodySmall"/>
              <w:spacing w:after="40"/>
            </w:pPr>
            <w:r>
              <w:rPr>
                <w:b/>
              </w:rPr>
              <w:t>STEP 2 — WHAT DO I KNOW?</w:t>
            </w:r>
          </w:p>
          <w:p w14:paraId="5D0A6D2F" w14:textId="77777777" w:rsidR="00BE3968" w:rsidRDefault="00CA6E70">
            <w:pPr>
              <w:pStyle w:val="CMRBodySmall"/>
              <w:spacing w:after="40"/>
            </w:pPr>
            <w:r>
              <w:t>Start time: ____________________</w:t>
            </w:r>
          </w:p>
          <w:p w14:paraId="740B87BA" w14:textId="77777777" w:rsidR="00BE3968" w:rsidRDefault="00CA6E70">
            <w:pPr>
              <w:pStyle w:val="CMRBodySmall"/>
              <w:spacing w:after="40"/>
            </w:pPr>
            <w:r>
              <w:t>Length: ____________________</w:t>
            </w:r>
          </w:p>
          <w:p w14:paraId="7962DABC" w14:textId="77777777" w:rsidR="00BE3968" w:rsidRDefault="00CA6E70">
            <w:pPr>
              <w:pStyle w:val="CMRBodySmall"/>
              <w:spacing w:after="40"/>
            </w:pPr>
            <w:r>
              <w:rPr>
                <w:b/>
              </w:rPr>
              <w:t>STEP 3 — HOW DO I FIND IT?</w:t>
            </w:r>
          </w:p>
          <w:p w14:paraId="606E5B5A" w14:textId="77777777" w:rsidR="00BE3968" w:rsidRDefault="00CA6E70">
            <w:pPr>
              <w:pStyle w:val="CMRBodySmall"/>
              <w:spacing w:after="20"/>
            </w:pPr>
            <w:r>
              <w:t>○ A. Count backward from the start time by the length.</w:t>
            </w:r>
          </w:p>
          <w:p w14:paraId="04B36BAF" w14:textId="77777777" w:rsidR="00BE3968" w:rsidRDefault="00CA6E70">
            <w:pPr>
              <w:pStyle w:val="CMRBodySmall"/>
            </w:pPr>
            <w:r>
              <w:t>○ B. Count forward from the start time by the length.</w:t>
            </w:r>
          </w:p>
          <w:p w14:paraId="7236BFD5" w14:textId="77777777" w:rsidR="00BE3968" w:rsidRDefault="00CA6E70">
            <w:pPr>
              <w:pStyle w:val="CMRBodySmall"/>
              <w:spacing w:after="120"/>
            </w:pPr>
            <w:r>
              <w:t>My math: ____________________________________________________________</w:t>
            </w:r>
          </w:p>
          <w:p w14:paraId="396A557A" w14:textId="77777777" w:rsidR="00BE3968" w:rsidRDefault="00CA6E70">
            <w:pPr>
              <w:pStyle w:val="CMRBodySmall"/>
              <w:spacing w:after="120"/>
            </w:pPr>
            <w:r>
              <w:t>____________________________________________________________________</w:t>
            </w:r>
          </w:p>
          <w:p w14:paraId="3F5DEFFA" w14:textId="77777777" w:rsidR="00BE3968" w:rsidRDefault="00CA6E70">
            <w:pPr>
              <w:pStyle w:val="CMRBodySmall"/>
              <w:spacing w:after="100"/>
            </w:pPr>
            <w:r>
              <w:t>Answer and check: ___________________________________________________</w:t>
            </w:r>
          </w:p>
        </w:tc>
      </w:tr>
    </w:tbl>
    <w:p w14:paraId="6127690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F4BBB2A" w14:textId="77777777">
        <w:tc>
          <w:tcPr>
            <w:tcW w:w="10036" w:type="dxa"/>
            <w:tcMar>
              <w:top w:w="70" w:type="dxa"/>
              <w:left w:w="140" w:type="dxa"/>
              <w:bottom w:w="85" w:type="dxa"/>
              <w:right w:w="140" w:type="dxa"/>
            </w:tcMar>
          </w:tcPr>
          <w:p w14:paraId="3FF61F7E" w14:textId="77777777" w:rsidR="00BE3968" w:rsidRDefault="00BE3968"/>
          <w:p w14:paraId="602303B5" w14:textId="77777777" w:rsidR="00BE3968" w:rsidRDefault="00CA6E70">
            <w:pPr>
              <w:pStyle w:val="CMRBodySmall"/>
            </w:pPr>
            <w:r>
              <w:rPr>
                <w:b/>
              </w:rPr>
              <w:t>PROBLEM S1-088</w:t>
            </w:r>
          </w:p>
          <w:p w14:paraId="3A5215EA" w14:textId="77777777" w:rsidR="00BE3968" w:rsidRDefault="00CA6E70">
            <w:pPr>
              <w:spacing w:after="140"/>
            </w:pPr>
            <w:r>
              <w:t>A workshop lasts 75 minutes. Grace begins it at 10:20 AM. At what time will it be over?</w:t>
            </w:r>
          </w:p>
          <w:p w14:paraId="7A1F7FB5" w14:textId="77777777" w:rsidR="00BE3968" w:rsidRDefault="00CA6E70">
            <w:pPr>
              <w:pStyle w:val="CMRBodySmall"/>
              <w:spacing w:after="40"/>
            </w:pPr>
            <w:r>
              <w:rPr>
                <w:b/>
              </w:rPr>
              <w:t>STEP 1 — WHAT DO THEY WANT?</w:t>
            </w:r>
          </w:p>
          <w:p w14:paraId="25732A75" w14:textId="77777777" w:rsidR="00BE3968" w:rsidRDefault="00CA6E70">
            <w:pPr>
              <w:pStyle w:val="CMRBodySmall"/>
              <w:spacing w:after="20"/>
            </w:pPr>
            <w:r>
              <w:t>○ A. The clock time when it is over.</w:t>
            </w:r>
          </w:p>
          <w:p w14:paraId="4E308CF7" w14:textId="77777777" w:rsidR="00BE3968" w:rsidRDefault="00CA6E70">
            <w:pPr>
              <w:pStyle w:val="CMRBodySmall"/>
              <w:spacing w:after="80"/>
            </w:pPr>
            <w:r>
              <w:t>○ B. The time it starts.</w:t>
            </w:r>
          </w:p>
          <w:p w14:paraId="379CBDFE" w14:textId="77777777" w:rsidR="00BE3968" w:rsidRDefault="00CA6E70">
            <w:pPr>
              <w:pStyle w:val="CMRBodySmall"/>
              <w:spacing w:after="40"/>
            </w:pPr>
            <w:r>
              <w:rPr>
                <w:b/>
              </w:rPr>
              <w:t>STEP 2 — WHAT DO I KNOW?</w:t>
            </w:r>
          </w:p>
          <w:p w14:paraId="13318015" w14:textId="77777777" w:rsidR="00BE3968" w:rsidRDefault="00CA6E70">
            <w:pPr>
              <w:pStyle w:val="CMRBodySmall"/>
              <w:spacing w:after="40"/>
            </w:pPr>
            <w:r>
              <w:t>Start time: ____________________</w:t>
            </w:r>
          </w:p>
          <w:p w14:paraId="6D0B720E" w14:textId="77777777" w:rsidR="00BE3968" w:rsidRDefault="00CA6E70">
            <w:pPr>
              <w:pStyle w:val="CMRBodySmall"/>
              <w:spacing w:after="40"/>
            </w:pPr>
            <w:r>
              <w:t>Length: ____________________</w:t>
            </w:r>
          </w:p>
          <w:p w14:paraId="6B23676A" w14:textId="77777777" w:rsidR="00BE3968" w:rsidRDefault="00CA6E70">
            <w:pPr>
              <w:pStyle w:val="CMRBodySmall"/>
              <w:spacing w:after="40"/>
            </w:pPr>
            <w:r>
              <w:rPr>
                <w:b/>
              </w:rPr>
              <w:t>STEP 3 — HOW DO I FIND IT?</w:t>
            </w:r>
          </w:p>
          <w:p w14:paraId="48432FBD" w14:textId="77777777" w:rsidR="00BE3968" w:rsidRDefault="00CA6E70">
            <w:pPr>
              <w:pStyle w:val="CMRBodySmall"/>
              <w:spacing w:after="20"/>
            </w:pPr>
            <w:r>
              <w:t>○ A. Subtract the minutes from the start time.</w:t>
            </w:r>
          </w:p>
          <w:p w14:paraId="548B4498" w14:textId="77777777" w:rsidR="00BE3968" w:rsidRDefault="00CA6E70">
            <w:pPr>
              <w:pStyle w:val="CMRBodySmall"/>
            </w:pPr>
            <w:r>
              <w:t>○ B. Add the minutes to the start time.</w:t>
            </w:r>
          </w:p>
          <w:p w14:paraId="7DD35A60" w14:textId="77777777" w:rsidR="00BE3968" w:rsidRDefault="00CA6E70">
            <w:pPr>
              <w:pStyle w:val="CMRBodySmall"/>
              <w:spacing w:after="120"/>
            </w:pPr>
            <w:r>
              <w:t>My math: ____________________________________________________________</w:t>
            </w:r>
          </w:p>
          <w:p w14:paraId="303F08F1" w14:textId="77777777" w:rsidR="00BE3968" w:rsidRDefault="00CA6E70">
            <w:pPr>
              <w:pStyle w:val="CMRBodySmall"/>
              <w:spacing w:after="120"/>
            </w:pPr>
            <w:r>
              <w:t>____________________________________________________________________</w:t>
            </w:r>
          </w:p>
          <w:p w14:paraId="7D46C6F6" w14:textId="77777777" w:rsidR="00BE3968" w:rsidRDefault="00CA6E70">
            <w:pPr>
              <w:pStyle w:val="CMRBodySmall"/>
              <w:spacing w:after="100"/>
            </w:pPr>
            <w:r>
              <w:t>Answer and check: ___________________________________________________</w:t>
            </w:r>
          </w:p>
        </w:tc>
      </w:tr>
    </w:tbl>
    <w:p w14:paraId="3757EE09" w14:textId="77777777" w:rsidR="00BE3968" w:rsidRDefault="00CA6E70">
      <w:r>
        <w:br w:type="page"/>
      </w:r>
    </w:p>
    <w:p w14:paraId="43539674" w14:textId="77777777" w:rsidR="00BE3968" w:rsidRDefault="00CA6E70">
      <w:pPr>
        <w:pStyle w:val="CMRSmallLabel"/>
        <w:spacing w:after="60"/>
      </w:pPr>
      <w:r>
        <w:rPr>
          <w:b w:val="0"/>
        </w:rPr>
        <w:lastRenderedPageBreak/>
        <w:t>SECTION 1  |  TOPIC 09  |  PRACTICE PAGE 5/5</w:t>
      </w:r>
    </w:p>
    <w:p w14:paraId="78BFA90B" w14:textId="77777777" w:rsidR="00BE3968" w:rsidRDefault="00CA6E70">
      <w:pPr>
        <w:pStyle w:val="CMRPageTitle"/>
        <w:spacing w:after="60"/>
      </w:pPr>
      <w:r>
        <w:rPr>
          <w:b w:val="0"/>
        </w:rPr>
        <w:t>Schedules and time</w:t>
      </w:r>
    </w:p>
    <w:p w14:paraId="6BC5011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E892220" w14:textId="77777777">
        <w:tc>
          <w:tcPr>
            <w:tcW w:w="10036" w:type="dxa"/>
            <w:shd w:val="clear" w:color="auto" w:fill="F5F8F9"/>
            <w:tcMar>
              <w:top w:w="70" w:type="dxa"/>
              <w:left w:w="140" w:type="dxa"/>
              <w:bottom w:w="85" w:type="dxa"/>
              <w:right w:w="140" w:type="dxa"/>
            </w:tcMar>
          </w:tcPr>
          <w:p w14:paraId="7FC766A8" w14:textId="77777777" w:rsidR="00BE3968" w:rsidRDefault="00BE3968"/>
          <w:p w14:paraId="1FBA27C1" w14:textId="77777777" w:rsidR="00BE3968" w:rsidRDefault="00CA6E70">
            <w:pPr>
              <w:pStyle w:val="CMRBodySmall"/>
            </w:pPr>
            <w:r>
              <w:rPr>
                <w:b/>
              </w:rPr>
              <w:t>PROBLEM S1-089</w:t>
            </w:r>
          </w:p>
          <w:p w14:paraId="4393E02B" w14:textId="77777777" w:rsidR="00BE3968" w:rsidRDefault="00CA6E70">
            <w:pPr>
              <w:spacing w:after="140"/>
            </w:pPr>
            <w:r>
              <w:t>Daniel’s class begins at 9:15 AM and runs for 60 minutes. What time does the class let out?</w:t>
            </w:r>
          </w:p>
          <w:p w14:paraId="1B0BAF49" w14:textId="77777777" w:rsidR="00BE3968" w:rsidRDefault="00CA6E70">
            <w:pPr>
              <w:pStyle w:val="CMRBodySmall"/>
              <w:spacing w:after="40"/>
            </w:pPr>
            <w:r>
              <w:rPr>
                <w:b/>
              </w:rPr>
              <w:t>STEP 1 — WHAT DO THEY WANT?</w:t>
            </w:r>
          </w:p>
          <w:p w14:paraId="2A5038F2" w14:textId="77777777" w:rsidR="00BE3968" w:rsidRDefault="00CA6E70">
            <w:pPr>
              <w:pStyle w:val="CMRBodySmall"/>
              <w:spacing w:after="20"/>
            </w:pPr>
            <w:r>
              <w:t>○ A. The finishing time.</w:t>
            </w:r>
          </w:p>
          <w:p w14:paraId="62A562F2" w14:textId="77777777" w:rsidR="00BE3968" w:rsidRDefault="00CA6E70">
            <w:pPr>
              <w:pStyle w:val="CMRBodySmall"/>
              <w:spacing w:after="80"/>
            </w:pPr>
            <w:r>
              <w:t>○ B. How many minutes are left in the session.</w:t>
            </w:r>
          </w:p>
          <w:p w14:paraId="7DD1BF3E" w14:textId="77777777" w:rsidR="00BE3968" w:rsidRDefault="00CA6E70">
            <w:pPr>
              <w:pStyle w:val="CMRBodySmall"/>
              <w:spacing w:after="40"/>
            </w:pPr>
            <w:r>
              <w:rPr>
                <w:b/>
              </w:rPr>
              <w:t>STEP 2 — WHAT DO I KNOW?</w:t>
            </w:r>
          </w:p>
          <w:p w14:paraId="72A2ABDA" w14:textId="77777777" w:rsidR="00BE3968" w:rsidRDefault="00CA6E70">
            <w:pPr>
              <w:pStyle w:val="CMRBodySmall"/>
              <w:spacing w:after="40"/>
            </w:pPr>
            <w:r>
              <w:t>Start time: ____________________</w:t>
            </w:r>
          </w:p>
          <w:p w14:paraId="65A7ADA0" w14:textId="77777777" w:rsidR="00BE3968" w:rsidRDefault="00CA6E70">
            <w:pPr>
              <w:pStyle w:val="CMRBodySmall"/>
              <w:spacing w:after="40"/>
            </w:pPr>
            <w:r>
              <w:t>Length: ____________________</w:t>
            </w:r>
          </w:p>
          <w:p w14:paraId="6CBCAE76" w14:textId="77777777" w:rsidR="00BE3968" w:rsidRDefault="00CA6E70">
            <w:pPr>
              <w:pStyle w:val="CMRBodySmall"/>
              <w:spacing w:after="40"/>
            </w:pPr>
            <w:r>
              <w:rPr>
                <w:b/>
              </w:rPr>
              <w:t>STEP 3 — HOW DO I FIND IT?</w:t>
            </w:r>
          </w:p>
          <w:p w14:paraId="1D7DCED1" w14:textId="77777777" w:rsidR="00BE3968" w:rsidRDefault="00CA6E70">
            <w:pPr>
              <w:pStyle w:val="CMRBodySmall"/>
              <w:spacing w:after="20"/>
            </w:pPr>
            <w:r>
              <w:t>○ A. Count forward from the start time by the length.</w:t>
            </w:r>
          </w:p>
          <w:p w14:paraId="7E73FBC4" w14:textId="77777777" w:rsidR="00BE3968" w:rsidRDefault="00CA6E70">
            <w:pPr>
              <w:pStyle w:val="CMRBodySmall"/>
            </w:pPr>
            <w:r>
              <w:t>○ B. Count backward from the start time by the length.</w:t>
            </w:r>
          </w:p>
          <w:p w14:paraId="428E9839" w14:textId="77777777" w:rsidR="00BE3968" w:rsidRDefault="00CA6E70">
            <w:pPr>
              <w:pStyle w:val="CMRBodySmall"/>
              <w:spacing w:after="120"/>
            </w:pPr>
            <w:r>
              <w:t>My math: ____________________________________________________________</w:t>
            </w:r>
          </w:p>
          <w:p w14:paraId="73728CA9" w14:textId="77777777" w:rsidR="00BE3968" w:rsidRDefault="00CA6E70">
            <w:pPr>
              <w:pStyle w:val="CMRBodySmall"/>
              <w:spacing w:after="120"/>
            </w:pPr>
            <w:r>
              <w:t>____________________________________________________________________</w:t>
            </w:r>
          </w:p>
          <w:p w14:paraId="0C8B13F4" w14:textId="77777777" w:rsidR="00BE3968" w:rsidRDefault="00CA6E70">
            <w:pPr>
              <w:pStyle w:val="CMRBodySmall"/>
              <w:spacing w:after="100"/>
            </w:pPr>
            <w:r>
              <w:t>Answer and check: ___________________________________________________</w:t>
            </w:r>
          </w:p>
        </w:tc>
      </w:tr>
    </w:tbl>
    <w:p w14:paraId="7DEEFF1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69DF439" w14:textId="77777777">
        <w:tc>
          <w:tcPr>
            <w:tcW w:w="10036" w:type="dxa"/>
            <w:tcMar>
              <w:top w:w="70" w:type="dxa"/>
              <w:left w:w="140" w:type="dxa"/>
              <w:bottom w:w="85" w:type="dxa"/>
              <w:right w:w="140" w:type="dxa"/>
            </w:tcMar>
          </w:tcPr>
          <w:p w14:paraId="54BCEA8C" w14:textId="77777777" w:rsidR="00BE3968" w:rsidRDefault="00BE3968"/>
          <w:p w14:paraId="6E7EEAED" w14:textId="77777777" w:rsidR="00BE3968" w:rsidRDefault="00CA6E70">
            <w:pPr>
              <w:pStyle w:val="CMRBodySmall"/>
            </w:pPr>
            <w:r>
              <w:rPr>
                <w:b/>
              </w:rPr>
              <w:t>PROBLEM S1-090</w:t>
            </w:r>
          </w:p>
          <w:p w14:paraId="16077FC9" w14:textId="77777777" w:rsidR="00BE3968" w:rsidRDefault="00CA6E70">
            <w:pPr>
              <w:spacing w:after="140"/>
            </w:pPr>
            <w:r>
              <w:t>Marcus starts a training session at 7:45 AM. The lesson takes 90 minutes. What time does the session end?</w:t>
            </w:r>
          </w:p>
          <w:p w14:paraId="38BDF4E6" w14:textId="77777777" w:rsidR="00BE3968" w:rsidRDefault="00CA6E70">
            <w:pPr>
              <w:pStyle w:val="CMRBodySmall"/>
              <w:spacing w:after="40"/>
            </w:pPr>
            <w:r>
              <w:rPr>
                <w:b/>
              </w:rPr>
              <w:t>STEP 1 — WHAT DO THEY WANT?</w:t>
            </w:r>
          </w:p>
          <w:p w14:paraId="6A68DBD7" w14:textId="77777777" w:rsidR="00BE3968" w:rsidRDefault="00CA6E70">
            <w:pPr>
              <w:pStyle w:val="CMRBodySmall"/>
              <w:spacing w:after="20"/>
            </w:pPr>
            <w:r>
              <w:t>○ A. How long the session lasts.</w:t>
            </w:r>
          </w:p>
          <w:p w14:paraId="53C6C176" w14:textId="77777777" w:rsidR="00BE3968" w:rsidRDefault="00CA6E70">
            <w:pPr>
              <w:pStyle w:val="CMRBodySmall"/>
              <w:spacing w:after="80"/>
            </w:pPr>
            <w:r>
              <w:t>○ B. The time the session ends.</w:t>
            </w:r>
          </w:p>
          <w:p w14:paraId="0AF8BD76" w14:textId="77777777" w:rsidR="00BE3968" w:rsidRDefault="00CA6E70">
            <w:pPr>
              <w:pStyle w:val="CMRBodySmall"/>
              <w:spacing w:after="40"/>
            </w:pPr>
            <w:r>
              <w:rPr>
                <w:b/>
              </w:rPr>
              <w:t>STEP 2 — WHAT DO I KNOW?</w:t>
            </w:r>
          </w:p>
          <w:p w14:paraId="0389196F" w14:textId="77777777" w:rsidR="00BE3968" w:rsidRDefault="00CA6E70">
            <w:pPr>
              <w:pStyle w:val="CMRBodySmall"/>
              <w:spacing w:after="40"/>
            </w:pPr>
            <w:r>
              <w:t>Start time: ____________________</w:t>
            </w:r>
          </w:p>
          <w:p w14:paraId="3DA16854" w14:textId="77777777" w:rsidR="00BE3968" w:rsidRDefault="00CA6E70">
            <w:pPr>
              <w:pStyle w:val="CMRBodySmall"/>
              <w:spacing w:after="40"/>
            </w:pPr>
            <w:r>
              <w:t>Length: ____________________</w:t>
            </w:r>
          </w:p>
          <w:p w14:paraId="742C3069" w14:textId="77777777" w:rsidR="00BE3968" w:rsidRDefault="00CA6E70">
            <w:pPr>
              <w:pStyle w:val="CMRBodySmall"/>
              <w:spacing w:after="40"/>
            </w:pPr>
            <w:r>
              <w:rPr>
                <w:b/>
              </w:rPr>
              <w:t>STEP 3 — HOW DO I FIND IT?</w:t>
            </w:r>
          </w:p>
          <w:p w14:paraId="5E4A1A70" w14:textId="77777777" w:rsidR="00BE3968" w:rsidRDefault="00CA6E70">
            <w:pPr>
              <w:pStyle w:val="CMRBodySmall"/>
              <w:spacing w:after="20"/>
            </w:pPr>
            <w:r>
              <w:t>○ A. Add the minutes to the start time.</w:t>
            </w:r>
          </w:p>
          <w:p w14:paraId="5BE522E9" w14:textId="77777777" w:rsidR="00BE3968" w:rsidRDefault="00CA6E70">
            <w:pPr>
              <w:pStyle w:val="CMRBodySmall"/>
            </w:pPr>
            <w:r>
              <w:t>○ B. Subtract the minutes from the start time.</w:t>
            </w:r>
          </w:p>
          <w:p w14:paraId="007937E3" w14:textId="77777777" w:rsidR="00BE3968" w:rsidRDefault="00CA6E70">
            <w:pPr>
              <w:pStyle w:val="CMRBodySmall"/>
              <w:spacing w:after="120"/>
            </w:pPr>
            <w:r>
              <w:t>My math: ____________________________________________________________</w:t>
            </w:r>
          </w:p>
          <w:p w14:paraId="4561C0E1" w14:textId="77777777" w:rsidR="00BE3968" w:rsidRDefault="00CA6E70">
            <w:pPr>
              <w:pStyle w:val="CMRBodySmall"/>
              <w:spacing w:after="120"/>
            </w:pPr>
            <w:r>
              <w:t>____________________________________________________________________</w:t>
            </w:r>
          </w:p>
          <w:p w14:paraId="5231412B" w14:textId="77777777" w:rsidR="00BE3968" w:rsidRDefault="00CA6E70">
            <w:pPr>
              <w:pStyle w:val="CMRBodySmall"/>
              <w:spacing w:after="100"/>
            </w:pPr>
            <w:r>
              <w:t>Answer and check: ___________________________________________________</w:t>
            </w:r>
          </w:p>
        </w:tc>
      </w:tr>
    </w:tbl>
    <w:p w14:paraId="34AF143C" w14:textId="77777777" w:rsidR="00BE3968" w:rsidRDefault="00CA6E70">
      <w:r>
        <w:br w:type="page"/>
      </w:r>
    </w:p>
    <w:p w14:paraId="3BA8205B" w14:textId="77777777" w:rsidR="00BE3968" w:rsidRDefault="00CA6E70">
      <w:pPr>
        <w:pStyle w:val="CMRSmallLabel"/>
        <w:spacing w:after="60"/>
      </w:pPr>
      <w:r>
        <w:rPr>
          <w:b w:val="0"/>
        </w:rPr>
        <w:lastRenderedPageBreak/>
        <w:t>SECTION 1  |  TOPIC 10  |  PRACTICE PAGE 1/5</w:t>
      </w:r>
    </w:p>
    <w:p w14:paraId="3BEE25BD" w14:textId="77777777" w:rsidR="00BE3968" w:rsidRDefault="00CA6E70">
      <w:pPr>
        <w:pStyle w:val="CMRPageTitle"/>
        <w:spacing w:after="60"/>
      </w:pPr>
      <w:r>
        <w:rPr>
          <w:b w:val="0"/>
        </w:rPr>
        <w:t>Planning a budget</w:t>
      </w:r>
    </w:p>
    <w:p w14:paraId="3A2AA5F7" w14:textId="77777777" w:rsidR="00BE3968" w:rsidRDefault="00CA6E70">
      <w:pPr>
        <w:pStyle w:val="CMRBodySmall"/>
        <w:spacing w:after="100"/>
      </w:pPr>
      <w:r>
        <w:t>Remember: Read a budget situation before working with income and expenses.</w:t>
      </w:r>
    </w:p>
    <w:tbl>
      <w:tblPr>
        <w:tblW w:w="0" w:type="auto"/>
        <w:tblLayout w:type="fixed"/>
        <w:tblLook w:val="04A0" w:firstRow="1" w:lastRow="0" w:firstColumn="1" w:lastColumn="0" w:noHBand="0" w:noVBand="1"/>
      </w:tblPr>
      <w:tblGrid>
        <w:gridCol w:w="10036"/>
      </w:tblGrid>
      <w:tr w:rsidR="00BE3968" w14:paraId="05CEE185" w14:textId="77777777">
        <w:tc>
          <w:tcPr>
            <w:tcW w:w="10036" w:type="dxa"/>
            <w:shd w:val="clear" w:color="auto" w:fill="F5F8F9"/>
            <w:tcMar>
              <w:top w:w="70" w:type="dxa"/>
              <w:left w:w="140" w:type="dxa"/>
              <w:bottom w:w="85" w:type="dxa"/>
              <w:right w:w="140" w:type="dxa"/>
            </w:tcMar>
          </w:tcPr>
          <w:p w14:paraId="112DDA90" w14:textId="77777777" w:rsidR="00BE3968" w:rsidRDefault="00BE3968"/>
          <w:p w14:paraId="27267405" w14:textId="77777777" w:rsidR="00BE3968" w:rsidRDefault="00CA6E70">
            <w:pPr>
              <w:pStyle w:val="CMRBodySmall"/>
            </w:pPr>
            <w:r>
              <w:rPr>
                <w:b/>
              </w:rPr>
              <w:t>PROBLEM S1-091</w:t>
            </w:r>
          </w:p>
          <w:p w14:paraId="093DB604" w14:textId="77777777" w:rsidR="00BE3968" w:rsidRDefault="00CA6E70">
            <w:pPr>
              <w:spacing w:after="140"/>
            </w:pPr>
            <w:r>
              <w:t>Carmen has $513.00 available for this month. Rent is $381.00 and the electric bill is $63.00. How much money remains after these bills are paid?</w:t>
            </w:r>
          </w:p>
          <w:p w14:paraId="1F7C74E6" w14:textId="77777777" w:rsidR="00BE3968" w:rsidRDefault="00CA6E70">
            <w:pPr>
              <w:pStyle w:val="CMRBodySmall"/>
              <w:spacing w:after="40"/>
            </w:pPr>
            <w:r>
              <w:rPr>
                <w:b/>
              </w:rPr>
              <w:t>STEP 1 — WHAT DO THEY WANT?</w:t>
            </w:r>
          </w:p>
          <w:p w14:paraId="049D4CF0" w14:textId="77777777" w:rsidR="00BE3968" w:rsidRDefault="00CA6E70">
            <w:pPr>
              <w:pStyle w:val="CMRBodySmall"/>
              <w:spacing w:after="20"/>
            </w:pPr>
            <w:r>
              <w:t>○ A. The total of the two bills.</w:t>
            </w:r>
          </w:p>
          <w:p w14:paraId="219D3B34" w14:textId="77777777" w:rsidR="00BE3968" w:rsidRDefault="00CA6E70">
            <w:pPr>
              <w:pStyle w:val="CMRBodySmall"/>
              <w:spacing w:after="80"/>
            </w:pPr>
            <w:r>
              <w:t>○ B. The money left after both bills.</w:t>
            </w:r>
          </w:p>
          <w:p w14:paraId="27F4ED38" w14:textId="77777777" w:rsidR="00BE3968" w:rsidRDefault="00CA6E70">
            <w:pPr>
              <w:pStyle w:val="CMRBodySmall"/>
              <w:spacing w:after="40"/>
            </w:pPr>
            <w:r>
              <w:rPr>
                <w:b/>
              </w:rPr>
              <w:t>STEP 2 — WHAT DO I KNOW?</w:t>
            </w:r>
          </w:p>
          <w:p w14:paraId="7A3D4113" w14:textId="77777777" w:rsidR="00BE3968" w:rsidRDefault="00CA6E70">
            <w:pPr>
              <w:pStyle w:val="CMRBodySmall"/>
              <w:spacing w:after="40"/>
            </w:pPr>
            <w:r>
              <w:t>Money available: ____________________</w:t>
            </w:r>
          </w:p>
          <w:p w14:paraId="1AF67DE6" w14:textId="77777777" w:rsidR="00BE3968" w:rsidRDefault="00CA6E70">
            <w:pPr>
              <w:pStyle w:val="CMRBodySmall"/>
              <w:spacing w:after="40"/>
            </w:pPr>
            <w:r>
              <w:t>Rent: ____________________</w:t>
            </w:r>
          </w:p>
          <w:p w14:paraId="39735A1C" w14:textId="77777777" w:rsidR="00BE3968" w:rsidRDefault="00CA6E70">
            <w:pPr>
              <w:pStyle w:val="CMRBodySmall"/>
              <w:spacing w:after="40"/>
            </w:pPr>
            <w:r>
              <w:t>Electric bill: ____________________</w:t>
            </w:r>
          </w:p>
          <w:p w14:paraId="7D48AE1A" w14:textId="77777777" w:rsidR="00BE3968" w:rsidRDefault="00CA6E70">
            <w:pPr>
              <w:pStyle w:val="CMRBodySmall"/>
              <w:spacing w:after="40"/>
            </w:pPr>
            <w:r>
              <w:rPr>
                <w:b/>
              </w:rPr>
              <w:t>STEP 3 — HOW DO I FIND IT?</w:t>
            </w:r>
          </w:p>
          <w:p w14:paraId="684C1B92" w14:textId="77777777" w:rsidR="00BE3968" w:rsidRDefault="00CA6E70">
            <w:pPr>
              <w:pStyle w:val="CMRBodySmall"/>
              <w:spacing w:after="20"/>
            </w:pPr>
            <w:r>
              <w:t>○ A. Subtract both bills from the money available.</w:t>
            </w:r>
          </w:p>
          <w:p w14:paraId="4ACAA141" w14:textId="77777777" w:rsidR="00BE3968" w:rsidRDefault="00CA6E70">
            <w:pPr>
              <w:pStyle w:val="CMRBodySmall"/>
            </w:pPr>
            <w:r>
              <w:t>○ B. Add both bills to the money available.</w:t>
            </w:r>
          </w:p>
          <w:p w14:paraId="5A99260F" w14:textId="77777777" w:rsidR="00BE3968" w:rsidRDefault="00CA6E70">
            <w:pPr>
              <w:pStyle w:val="CMRBodySmall"/>
              <w:spacing w:after="120"/>
            </w:pPr>
            <w:r>
              <w:t>My math: ____________________________________________________________</w:t>
            </w:r>
          </w:p>
          <w:p w14:paraId="4055F96C" w14:textId="77777777" w:rsidR="00BE3968" w:rsidRDefault="00CA6E70">
            <w:pPr>
              <w:pStyle w:val="CMRBodySmall"/>
              <w:spacing w:after="120"/>
            </w:pPr>
            <w:r>
              <w:t>____________________________________________________________________</w:t>
            </w:r>
          </w:p>
          <w:p w14:paraId="3D4E7442" w14:textId="77777777" w:rsidR="00BE3968" w:rsidRDefault="00CA6E70">
            <w:pPr>
              <w:pStyle w:val="CMRBodySmall"/>
              <w:spacing w:after="100"/>
            </w:pPr>
            <w:r>
              <w:t>Answer and check: ___________________________________________________</w:t>
            </w:r>
          </w:p>
        </w:tc>
      </w:tr>
    </w:tbl>
    <w:p w14:paraId="6CAE611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507285A" w14:textId="77777777">
        <w:tc>
          <w:tcPr>
            <w:tcW w:w="10036" w:type="dxa"/>
            <w:tcMar>
              <w:top w:w="70" w:type="dxa"/>
              <w:left w:w="140" w:type="dxa"/>
              <w:bottom w:w="85" w:type="dxa"/>
              <w:right w:w="140" w:type="dxa"/>
            </w:tcMar>
          </w:tcPr>
          <w:p w14:paraId="78D07F68" w14:textId="77777777" w:rsidR="00BE3968" w:rsidRDefault="00BE3968"/>
          <w:p w14:paraId="71B4ABF1" w14:textId="77777777" w:rsidR="00BE3968" w:rsidRDefault="00CA6E70">
            <w:pPr>
              <w:pStyle w:val="CMRBodySmall"/>
            </w:pPr>
            <w:r>
              <w:rPr>
                <w:b/>
              </w:rPr>
              <w:t>PROBLEM S1-092</w:t>
            </w:r>
          </w:p>
          <w:p w14:paraId="3B3543CC" w14:textId="77777777" w:rsidR="00BE3968" w:rsidRDefault="00CA6E70">
            <w:pPr>
              <w:spacing w:after="140"/>
            </w:pPr>
            <w:r>
              <w:t>David’s rent of $372.00 and electric bill of $66.00 are both due. David has $651.00 for the month. How much will be left after paying both bills?</w:t>
            </w:r>
          </w:p>
          <w:p w14:paraId="0576BDB5" w14:textId="77777777" w:rsidR="00BE3968" w:rsidRDefault="00CA6E70">
            <w:pPr>
              <w:pStyle w:val="CMRBodySmall"/>
              <w:spacing w:after="40"/>
            </w:pPr>
            <w:r>
              <w:rPr>
                <w:b/>
              </w:rPr>
              <w:t>STEP 1 — WHAT DO THEY WANT?</w:t>
            </w:r>
          </w:p>
          <w:p w14:paraId="37587F01" w14:textId="77777777" w:rsidR="00BE3968" w:rsidRDefault="00CA6E70">
            <w:pPr>
              <w:pStyle w:val="CMRBodySmall"/>
              <w:spacing w:after="20"/>
            </w:pPr>
            <w:r>
              <w:t>○ A. What remains for the rest of the month.</w:t>
            </w:r>
          </w:p>
          <w:p w14:paraId="590D1052" w14:textId="77777777" w:rsidR="00BE3968" w:rsidRDefault="00CA6E70">
            <w:pPr>
              <w:pStyle w:val="CMRBodySmall"/>
              <w:spacing w:after="80"/>
            </w:pPr>
            <w:r>
              <w:t>○ B. The money available at the start.</w:t>
            </w:r>
          </w:p>
          <w:p w14:paraId="6537F427" w14:textId="77777777" w:rsidR="00BE3968" w:rsidRDefault="00CA6E70">
            <w:pPr>
              <w:pStyle w:val="CMRBodySmall"/>
              <w:spacing w:after="40"/>
            </w:pPr>
            <w:r>
              <w:rPr>
                <w:b/>
              </w:rPr>
              <w:t>STEP 2 — WHAT DO I KNOW?</w:t>
            </w:r>
          </w:p>
          <w:p w14:paraId="2E9E5842" w14:textId="77777777" w:rsidR="00BE3968" w:rsidRDefault="00CA6E70">
            <w:pPr>
              <w:pStyle w:val="CMRBodySmall"/>
              <w:spacing w:after="40"/>
            </w:pPr>
            <w:r>
              <w:t>Money available: ____________________</w:t>
            </w:r>
          </w:p>
          <w:p w14:paraId="0BAC9886" w14:textId="77777777" w:rsidR="00BE3968" w:rsidRDefault="00CA6E70">
            <w:pPr>
              <w:pStyle w:val="CMRBodySmall"/>
              <w:spacing w:after="40"/>
            </w:pPr>
            <w:r>
              <w:t>Rent: ____________________</w:t>
            </w:r>
          </w:p>
          <w:p w14:paraId="234F069B" w14:textId="77777777" w:rsidR="00BE3968" w:rsidRDefault="00CA6E70">
            <w:pPr>
              <w:pStyle w:val="CMRBodySmall"/>
              <w:spacing w:after="40"/>
            </w:pPr>
            <w:r>
              <w:t>Electric bill: ____________________</w:t>
            </w:r>
          </w:p>
          <w:p w14:paraId="7763F729" w14:textId="77777777" w:rsidR="00BE3968" w:rsidRDefault="00CA6E70">
            <w:pPr>
              <w:pStyle w:val="CMRBodySmall"/>
              <w:spacing w:after="40"/>
            </w:pPr>
            <w:r>
              <w:rPr>
                <w:b/>
              </w:rPr>
              <w:t>STEP 3 — HOW DO I FIND IT?</w:t>
            </w:r>
          </w:p>
          <w:p w14:paraId="510DDFB9" w14:textId="77777777" w:rsidR="00BE3968" w:rsidRDefault="00CA6E70">
            <w:pPr>
              <w:pStyle w:val="CMRBodySmall"/>
              <w:spacing w:after="20"/>
            </w:pPr>
            <w:r>
              <w:t>○ A. Subtract only the rent from the starting money.</w:t>
            </w:r>
          </w:p>
          <w:p w14:paraId="1C4C918E" w14:textId="77777777" w:rsidR="00BE3968" w:rsidRDefault="00CA6E70">
            <w:pPr>
              <w:pStyle w:val="CMRBodySmall"/>
            </w:pPr>
            <w:r>
              <w:t>○ B. Take each bill away from the starting money.</w:t>
            </w:r>
          </w:p>
          <w:p w14:paraId="4078A3CB" w14:textId="77777777" w:rsidR="00BE3968" w:rsidRDefault="00CA6E70">
            <w:pPr>
              <w:pStyle w:val="CMRBodySmall"/>
              <w:spacing w:after="120"/>
            </w:pPr>
            <w:r>
              <w:t>My math: ____________________________________________________________</w:t>
            </w:r>
          </w:p>
          <w:p w14:paraId="6F3066DA" w14:textId="77777777" w:rsidR="00BE3968" w:rsidRDefault="00CA6E70">
            <w:pPr>
              <w:pStyle w:val="CMRBodySmall"/>
              <w:spacing w:after="120"/>
            </w:pPr>
            <w:r>
              <w:t>____________________________________________________________________</w:t>
            </w:r>
          </w:p>
          <w:p w14:paraId="2EE6BDAB" w14:textId="77777777" w:rsidR="00BE3968" w:rsidRDefault="00CA6E70">
            <w:pPr>
              <w:pStyle w:val="CMRBodySmall"/>
              <w:spacing w:after="100"/>
            </w:pPr>
            <w:r>
              <w:lastRenderedPageBreak/>
              <w:t>Answer and check: ___________________________________________________</w:t>
            </w:r>
          </w:p>
        </w:tc>
      </w:tr>
    </w:tbl>
    <w:p w14:paraId="5EA3FFBA" w14:textId="77777777" w:rsidR="00BE3968" w:rsidRDefault="00CA6E70">
      <w:r>
        <w:lastRenderedPageBreak/>
        <w:br w:type="page"/>
      </w:r>
    </w:p>
    <w:p w14:paraId="54966626" w14:textId="77777777" w:rsidR="00BE3968" w:rsidRDefault="00CA6E70">
      <w:pPr>
        <w:pStyle w:val="CMRSmallLabel"/>
        <w:spacing w:after="60"/>
      </w:pPr>
      <w:r>
        <w:rPr>
          <w:b w:val="0"/>
        </w:rPr>
        <w:lastRenderedPageBreak/>
        <w:t>SECTION 1  |  TOPIC 10  |  PRACTICE PAGE 2/5</w:t>
      </w:r>
    </w:p>
    <w:p w14:paraId="28D9A901" w14:textId="77777777" w:rsidR="00BE3968" w:rsidRDefault="00CA6E70">
      <w:pPr>
        <w:pStyle w:val="CMRPageTitle"/>
        <w:spacing w:after="60"/>
      </w:pPr>
      <w:r>
        <w:rPr>
          <w:b w:val="0"/>
        </w:rPr>
        <w:t>Planning a budget</w:t>
      </w:r>
    </w:p>
    <w:p w14:paraId="4135661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94F125E" w14:textId="77777777">
        <w:tc>
          <w:tcPr>
            <w:tcW w:w="10036" w:type="dxa"/>
            <w:shd w:val="clear" w:color="auto" w:fill="F5F8F9"/>
            <w:tcMar>
              <w:top w:w="70" w:type="dxa"/>
              <w:left w:w="140" w:type="dxa"/>
              <w:bottom w:w="85" w:type="dxa"/>
              <w:right w:w="140" w:type="dxa"/>
            </w:tcMar>
          </w:tcPr>
          <w:p w14:paraId="389ACC03" w14:textId="77777777" w:rsidR="00BE3968" w:rsidRDefault="00BE3968"/>
          <w:p w14:paraId="25915D64" w14:textId="77777777" w:rsidR="00BE3968" w:rsidRDefault="00CA6E70">
            <w:pPr>
              <w:pStyle w:val="CMRBodySmall"/>
            </w:pPr>
            <w:r>
              <w:rPr>
                <w:b/>
              </w:rPr>
              <w:t>PROBLEM S1-093</w:t>
            </w:r>
          </w:p>
          <w:p w14:paraId="54B8980C" w14:textId="77777777" w:rsidR="00BE3968" w:rsidRDefault="00CA6E70">
            <w:pPr>
              <w:spacing w:after="140"/>
            </w:pPr>
            <w:r>
              <w:t>This month, Tanya has $508.00. Tanya pays $287.00 for rent and $74.00 for electricity. What amount is left for other expenses?</w:t>
            </w:r>
          </w:p>
          <w:p w14:paraId="48ADF294" w14:textId="77777777" w:rsidR="00BE3968" w:rsidRDefault="00CA6E70">
            <w:pPr>
              <w:pStyle w:val="CMRBodySmall"/>
              <w:spacing w:after="40"/>
            </w:pPr>
            <w:r>
              <w:rPr>
                <w:b/>
              </w:rPr>
              <w:t>STEP 1 — WHAT DO THEY WANT?</w:t>
            </w:r>
          </w:p>
          <w:p w14:paraId="543FF906" w14:textId="77777777" w:rsidR="00BE3968" w:rsidRDefault="00CA6E70">
            <w:pPr>
              <w:pStyle w:val="CMRBodySmall"/>
              <w:spacing w:after="20"/>
            </w:pPr>
            <w:r>
              <w:t>○ A. How much the rent costs.</w:t>
            </w:r>
          </w:p>
          <w:p w14:paraId="35412C2E" w14:textId="77777777" w:rsidR="00BE3968" w:rsidRDefault="00CA6E70">
            <w:pPr>
              <w:pStyle w:val="CMRBodySmall"/>
              <w:spacing w:after="80"/>
            </w:pPr>
            <w:r>
              <w:t>○ B. How much is left over.</w:t>
            </w:r>
          </w:p>
          <w:p w14:paraId="2048A1C0" w14:textId="77777777" w:rsidR="00BE3968" w:rsidRDefault="00CA6E70">
            <w:pPr>
              <w:pStyle w:val="CMRBodySmall"/>
              <w:spacing w:after="40"/>
            </w:pPr>
            <w:r>
              <w:rPr>
                <w:b/>
              </w:rPr>
              <w:t>STEP 2 — WHAT DO I KNOW?</w:t>
            </w:r>
          </w:p>
          <w:p w14:paraId="1D720FB4" w14:textId="77777777" w:rsidR="00BE3968" w:rsidRDefault="00CA6E70">
            <w:pPr>
              <w:pStyle w:val="CMRBodySmall"/>
              <w:spacing w:after="40"/>
            </w:pPr>
            <w:r>
              <w:t>Money available: ____________________</w:t>
            </w:r>
          </w:p>
          <w:p w14:paraId="3BD134C6" w14:textId="77777777" w:rsidR="00BE3968" w:rsidRDefault="00CA6E70">
            <w:pPr>
              <w:pStyle w:val="CMRBodySmall"/>
              <w:spacing w:after="40"/>
            </w:pPr>
            <w:r>
              <w:t>Rent: ____________________</w:t>
            </w:r>
          </w:p>
          <w:p w14:paraId="42899387" w14:textId="77777777" w:rsidR="00BE3968" w:rsidRDefault="00CA6E70">
            <w:pPr>
              <w:pStyle w:val="CMRBodySmall"/>
              <w:spacing w:after="40"/>
            </w:pPr>
            <w:r>
              <w:t>Electric bill: ____________________</w:t>
            </w:r>
          </w:p>
          <w:p w14:paraId="63E2553D" w14:textId="77777777" w:rsidR="00BE3968" w:rsidRDefault="00CA6E70">
            <w:pPr>
              <w:pStyle w:val="CMRBodySmall"/>
              <w:spacing w:after="40"/>
            </w:pPr>
            <w:r>
              <w:rPr>
                <w:b/>
              </w:rPr>
              <w:t>STEP 3 — HOW DO I FIND IT?</w:t>
            </w:r>
          </w:p>
          <w:p w14:paraId="7CECDFAC" w14:textId="77777777" w:rsidR="00BE3968" w:rsidRDefault="00CA6E70">
            <w:pPr>
              <w:pStyle w:val="CMRBodySmall"/>
              <w:spacing w:after="20"/>
            </w:pPr>
            <w:r>
              <w:t>○ A. Add both bills to the money available.</w:t>
            </w:r>
          </w:p>
          <w:p w14:paraId="264DB383" w14:textId="77777777" w:rsidR="00BE3968" w:rsidRDefault="00CA6E70">
            <w:pPr>
              <w:pStyle w:val="CMRBodySmall"/>
            </w:pPr>
            <w:r>
              <w:t>○ B. Subtract both bills from the money available.</w:t>
            </w:r>
          </w:p>
          <w:p w14:paraId="0DEC5CF8" w14:textId="77777777" w:rsidR="00BE3968" w:rsidRDefault="00CA6E70">
            <w:pPr>
              <w:pStyle w:val="CMRBodySmall"/>
              <w:spacing w:after="120"/>
            </w:pPr>
            <w:r>
              <w:t>My math: ____________________________________________________________</w:t>
            </w:r>
          </w:p>
          <w:p w14:paraId="3FB7484C" w14:textId="77777777" w:rsidR="00BE3968" w:rsidRDefault="00CA6E70">
            <w:pPr>
              <w:pStyle w:val="CMRBodySmall"/>
              <w:spacing w:after="120"/>
            </w:pPr>
            <w:r>
              <w:t>____________________________________________________________________</w:t>
            </w:r>
          </w:p>
          <w:p w14:paraId="755D59E8" w14:textId="77777777" w:rsidR="00BE3968" w:rsidRDefault="00CA6E70">
            <w:pPr>
              <w:pStyle w:val="CMRBodySmall"/>
              <w:spacing w:after="100"/>
            </w:pPr>
            <w:r>
              <w:t>Answer and check: ___________________________________________________</w:t>
            </w:r>
          </w:p>
        </w:tc>
      </w:tr>
    </w:tbl>
    <w:p w14:paraId="0980680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52A964B" w14:textId="77777777">
        <w:tc>
          <w:tcPr>
            <w:tcW w:w="10036" w:type="dxa"/>
            <w:tcMar>
              <w:top w:w="70" w:type="dxa"/>
              <w:left w:w="140" w:type="dxa"/>
              <w:bottom w:w="85" w:type="dxa"/>
              <w:right w:w="140" w:type="dxa"/>
            </w:tcMar>
          </w:tcPr>
          <w:p w14:paraId="1E22CF9F" w14:textId="77777777" w:rsidR="00BE3968" w:rsidRDefault="00BE3968"/>
          <w:p w14:paraId="3883D7C3" w14:textId="77777777" w:rsidR="00BE3968" w:rsidRDefault="00CA6E70">
            <w:pPr>
              <w:pStyle w:val="CMRBodySmall"/>
            </w:pPr>
            <w:r>
              <w:rPr>
                <w:b/>
              </w:rPr>
              <w:t>PROBLEM S1-094</w:t>
            </w:r>
          </w:p>
          <w:p w14:paraId="34F914E1" w14:textId="77777777" w:rsidR="00BE3968" w:rsidRDefault="00CA6E70">
            <w:pPr>
              <w:spacing w:after="140"/>
            </w:pPr>
            <w:r>
              <w:t>Kevin has $731.00 available for this month. Rent is $259.00 and the electric bill is $51.00. How much money remains after these bills are paid?</w:t>
            </w:r>
          </w:p>
          <w:p w14:paraId="52A2C8B0" w14:textId="77777777" w:rsidR="00BE3968" w:rsidRDefault="00CA6E70">
            <w:pPr>
              <w:pStyle w:val="CMRBodySmall"/>
              <w:spacing w:after="40"/>
            </w:pPr>
            <w:r>
              <w:rPr>
                <w:b/>
              </w:rPr>
              <w:t>STEP 1 — WHAT DO THEY WANT?</w:t>
            </w:r>
          </w:p>
          <w:p w14:paraId="49F9F6AE" w14:textId="77777777" w:rsidR="00BE3968" w:rsidRDefault="00CA6E70">
            <w:pPr>
              <w:pStyle w:val="CMRBodySmall"/>
              <w:spacing w:after="20"/>
            </w:pPr>
            <w:r>
              <w:t>○ A. The total of the two bills.</w:t>
            </w:r>
          </w:p>
          <w:p w14:paraId="15795CE3" w14:textId="77777777" w:rsidR="00BE3968" w:rsidRDefault="00CA6E70">
            <w:pPr>
              <w:pStyle w:val="CMRBodySmall"/>
              <w:spacing w:after="80"/>
            </w:pPr>
            <w:r>
              <w:t>○ B. The money left after both bills.</w:t>
            </w:r>
          </w:p>
          <w:p w14:paraId="6BED249D" w14:textId="77777777" w:rsidR="00BE3968" w:rsidRDefault="00CA6E70">
            <w:pPr>
              <w:pStyle w:val="CMRBodySmall"/>
              <w:spacing w:after="40"/>
            </w:pPr>
            <w:r>
              <w:rPr>
                <w:b/>
              </w:rPr>
              <w:t>STEP 2 — WHAT DO I KNOW?</w:t>
            </w:r>
          </w:p>
          <w:p w14:paraId="03A28510" w14:textId="77777777" w:rsidR="00BE3968" w:rsidRDefault="00CA6E70">
            <w:pPr>
              <w:pStyle w:val="CMRBodySmall"/>
              <w:spacing w:after="40"/>
            </w:pPr>
            <w:r>
              <w:t>Money available: ____________________</w:t>
            </w:r>
          </w:p>
          <w:p w14:paraId="0CD76B31" w14:textId="77777777" w:rsidR="00BE3968" w:rsidRDefault="00CA6E70">
            <w:pPr>
              <w:pStyle w:val="CMRBodySmall"/>
              <w:spacing w:after="40"/>
            </w:pPr>
            <w:r>
              <w:t>Rent: ____________________</w:t>
            </w:r>
          </w:p>
          <w:p w14:paraId="6351D228" w14:textId="77777777" w:rsidR="00BE3968" w:rsidRDefault="00CA6E70">
            <w:pPr>
              <w:pStyle w:val="CMRBodySmall"/>
              <w:spacing w:after="40"/>
            </w:pPr>
            <w:r>
              <w:t>Electric bill: ____________________</w:t>
            </w:r>
          </w:p>
          <w:p w14:paraId="3F37E901" w14:textId="77777777" w:rsidR="00BE3968" w:rsidRDefault="00CA6E70">
            <w:pPr>
              <w:pStyle w:val="CMRBodySmall"/>
              <w:spacing w:after="40"/>
            </w:pPr>
            <w:r>
              <w:rPr>
                <w:b/>
              </w:rPr>
              <w:t>STEP 3 — HOW DO I FIND IT?</w:t>
            </w:r>
          </w:p>
          <w:p w14:paraId="5EF299A9" w14:textId="77777777" w:rsidR="00BE3968" w:rsidRDefault="00CA6E70">
            <w:pPr>
              <w:pStyle w:val="CMRBodySmall"/>
              <w:spacing w:after="20"/>
            </w:pPr>
            <w:r>
              <w:t>○ A. Take each bill away from the starting money.</w:t>
            </w:r>
          </w:p>
          <w:p w14:paraId="1BFDE17B" w14:textId="77777777" w:rsidR="00BE3968" w:rsidRDefault="00CA6E70">
            <w:pPr>
              <w:pStyle w:val="CMRBodySmall"/>
            </w:pPr>
            <w:r>
              <w:t>○ B. Subtract only the rent from the starting money.</w:t>
            </w:r>
          </w:p>
          <w:p w14:paraId="75BFF389" w14:textId="77777777" w:rsidR="00BE3968" w:rsidRDefault="00CA6E70">
            <w:pPr>
              <w:pStyle w:val="CMRBodySmall"/>
              <w:spacing w:after="120"/>
            </w:pPr>
            <w:r>
              <w:t>My math: ____________________________________________________________</w:t>
            </w:r>
          </w:p>
          <w:p w14:paraId="5FEED663" w14:textId="77777777" w:rsidR="00BE3968" w:rsidRDefault="00CA6E70">
            <w:pPr>
              <w:pStyle w:val="CMRBodySmall"/>
              <w:spacing w:after="120"/>
            </w:pPr>
            <w:r>
              <w:t>____________________________________________________________________</w:t>
            </w:r>
          </w:p>
          <w:p w14:paraId="68A38B79" w14:textId="77777777" w:rsidR="00BE3968" w:rsidRDefault="00CA6E70">
            <w:pPr>
              <w:pStyle w:val="CMRBodySmall"/>
              <w:spacing w:after="100"/>
            </w:pPr>
            <w:r>
              <w:lastRenderedPageBreak/>
              <w:t>Answer and check: ___________________________________________________</w:t>
            </w:r>
          </w:p>
        </w:tc>
      </w:tr>
    </w:tbl>
    <w:p w14:paraId="2DD4A652" w14:textId="77777777" w:rsidR="00BE3968" w:rsidRDefault="00CA6E70">
      <w:r>
        <w:lastRenderedPageBreak/>
        <w:br w:type="page"/>
      </w:r>
    </w:p>
    <w:p w14:paraId="51FD60EB" w14:textId="77777777" w:rsidR="00BE3968" w:rsidRDefault="00CA6E70">
      <w:pPr>
        <w:pStyle w:val="CMRSmallLabel"/>
        <w:spacing w:after="60"/>
      </w:pPr>
      <w:r>
        <w:rPr>
          <w:b w:val="0"/>
        </w:rPr>
        <w:lastRenderedPageBreak/>
        <w:t>SECTION 1  |  TOPIC 10  |  PRACTICE PAGE 3/5</w:t>
      </w:r>
    </w:p>
    <w:p w14:paraId="007BFC01" w14:textId="77777777" w:rsidR="00BE3968" w:rsidRDefault="00CA6E70">
      <w:pPr>
        <w:pStyle w:val="CMRPageTitle"/>
        <w:spacing w:after="60"/>
      </w:pPr>
      <w:r>
        <w:rPr>
          <w:b w:val="0"/>
        </w:rPr>
        <w:t>Planning a budget</w:t>
      </w:r>
    </w:p>
    <w:p w14:paraId="2F7F63A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968E4B5" w14:textId="77777777">
        <w:tc>
          <w:tcPr>
            <w:tcW w:w="10036" w:type="dxa"/>
            <w:shd w:val="clear" w:color="auto" w:fill="F5F8F9"/>
            <w:tcMar>
              <w:top w:w="70" w:type="dxa"/>
              <w:left w:w="140" w:type="dxa"/>
              <w:bottom w:w="85" w:type="dxa"/>
              <w:right w:w="140" w:type="dxa"/>
            </w:tcMar>
          </w:tcPr>
          <w:p w14:paraId="451F5E87" w14:textId="77777777" w:rsidR="00BE3968" w:rsidRDefault="00BE3968"/>
          <w:p w14:paraId="5F7A4A5A" w14:textId="77777777" w:rsidR="00BE3968" w:rsidRDefault="00CA6E70">
            <w:pPr>
              <w:pStyle w:val="CMRBodySmall"/>
            </w:pPr>
            <w:r>
              <w:rPr>
                <w:b/>
              </w:rPr>
              <w:t>PROBLEM S1-095</w:t>
            </w:r>
          </w:p>
          <w:p w14:paraId="71835707" w14:textId="77777777" w:rsidR="00BE3968" w:rsidRDefault="00CA6E70">
            <w:pPr>
              <w:spacing w:after="140"/>
            </w:pPr>
            <w:r>
              <w:t>Sharon’s rent of $309.00 and electric bill of $54.00 are both due. Sharon has $746.00 for the month. How much will be left after paying both bills?</w:t>
            </w:r>
          </w:p>
          <w:p w14:paraId="56AE9CCE" w14:textId="77777777" w:rsidR="00BE3968" w:rsidRDefault="00CA6E70">
            <w:pPr>
              <w:pStyle w:val="CMRBodySmall"/>
              <w:spacing w:after="40"/>
            </w:pPr>
            <w:r>
              <w:rPr>
                <w:b/>
              </w:rPr>
              <w:t>STEP 1 — WHAT DO THEY WANT?</w:t>
            </w:r>
          </w:p>
          <w:p w14:paraId="03C26F05" w14:textId="77777777" w:rsidR="00BE3968" w:rsidRDefault="00CA6E70">
            <w:pPr>
              <w:pStyle w:val="CMRBodySmall"/>
              <w:spacing w:after="20"/>
            </w:pPr>
            <w:r>
              <w:t>○ A. What remains for the rest of the month.</w:t>
            </w:r>
          </w:p>
          <w:p w14:paraId="5529C0AC" w14:textId="77777777" w:rsidR="00BE3968" w:rsidRDefault="00CA6E70">
            <w:pPr>
              <w:pStyle w:val="CMRBodySmall"/>
              <w:spacing w:after="80"/>
            </w:pPr>
            <w:r>
              <w:t>○ B. The money available at the start.</w:t>
            </w:r>
          </w:p>
          <w:p w14:paraId="3DD1669E" w14:textId="77777777" w:rsidR="00BE3968" w:rsidRDefault="00CA6E70">
            <w:pPr>
              <w:pStyle w:val="CMRBodySmall"/>
              <w:spacing w:after="40"/>
            </w:pPr>
            <w:r>
              <w:rPr>
                <w:b/>
              </w:rPr>
              <w:t>STEP 2 — WHAT DO I KNOW?</w:t>
            </w:r>
          </w:p>
          <w:p w14:paraId="255A96F6" w14:textId="77777777" w:rsidR="00BE3968" w:rsidRDefault="00CA6E70">
            <w:pPr>
              <w:pStyle w:val="CMRBodySmall"/>
              <w:spacing w:after="40"/>
            </w:pPr>
            <w:r>
              <w:t>Money available: ____________________</w:t>
            </w:r>
          </w:p>
          <w:p w14:paraId="1F5E33DC" w14:textId="77777777" w:rsidR="00BE3968" w:rsidRDefault="00CA6E70">
            <w:pPr>
              <w:pStyle w:val="CMRBodySmall"/>
              <w:spacing w:after="40"/>
            </w:pPr>
            <w:r>
              <w:t>Rent: ____________________</w:t>
            </w:r>
          </w:p>
          <w:p w14:paraId="162E3FE8" w14:textId="77777777" w:rsidR="00BE3968" w:rsidRDefault="00CA6E70">
            <w:pPr>
              <w:pStyle w:val="CMRBodySmall"/>
              <w:spacing w:after="40"/>
            </w:pPr>
            <w:r>
              <w:t>Electric bill: ____________________</w:t>
            </w:r>
          </w:p>
          <w:p w14:paraId="7BF84640" w14:textId="77777777" w:rsidR="00BE3968" w:rsidRDefault="00CA6E70">
            <w:pPr>
              <w:pStyle w:val="CMRBodySmall"/>
              <w:spacing w:after="40"/>
            </w:pPr>
            <w:r>
              <w:rPr>
                <w:b/>
              </w:rPr>
              <w:t>STEP 3 — HOW DO I FIND IT?</w:t>
            </w:r>
          </w:p>
          <w:p w14:paraId="7EAC0274" w14:textId="77777777" w:rsidR="00BE3968" w:rsidRDefault="00CA6E70">
            <w:pPr>
              <w:pStyle w:val="CMRBodySmall"/>
              <w:spacing w:after="20"/>
            </w:pPr>
            <w:r>
              <w:t>○ A. Add both bills to the money available.</w:t>
            </w:r>
          </w:p>
          <w:p w14:paraId="27E70A10" w14:textId="77777777" w:rsidR="00BE3968" w:rsidRDefault="00CA6E70">
            <w:pPr>
              <w:pStyle w:val="CMRBodySmall"/>
            </w:pPr>
            <w:r>
              <w:t>○ B. Subtract both bills from the money available.</w:t>
            </w:r>
          </w:p>
          <w:p w14:paraId="6579CD45" w14:textId="77777777" w:rsidR="00BE3968" w:rsidRDefault="00CA6E70">
            <w:pPr>
              <w:pStyle w:val="CMRBodySmall"/>
              <w:spacing w:after="120"/>
            </w:pPr>
            <w:r>
              <w:t>My math: ____________________________________________________________</w:t>
            </w:r>
          </w:p>
          <w:p w14:paraId="0CC4B885" w14:textId="77777777" w:rsidR="00BE3968" w:rsidRDefault="00CA6E70">
            <w:pPr>
              <w:pStyle w:val="CMRBodySmall"/>
              <w:spacing w:after="120"/>
            </w:pPr>
            <w:r>
              <w:t>____________________________________________________________________</w:t>
            </w:r>
          </w:p>
          <w:p w14:paraId="71E781BB" w14:textId="77777777" w:rsidR="00BE3968" w:rsidRDefault="00CA6E70">
            <w:pPr>
              <w:pStyle w:val="CMRBodySmall"/>
              <w:spacing w:after="100"/>
            </w:pPr>
            <w:r>
              <w:t>Answer and check: ___________________________________________________</w:t>
            </w:r>
          </w:p>
        </w:tc>
      </w:tr>
    </w:tbl>
    <w:p w14:paraId="281AE4A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37BE28F" w14:textId="77777777">
        <w:tc>
          <w:tcPr>
            <w:tcW w:w="10036" w:type="dxa"/>
            <w:tcMar>
              <w:top w:w="70" w:type="dxa"/>
              <w:left w:w="140" w:type="dxa"/>
              <w:bottom w:w="85" w:type="dxa"/>
              <w:right w:w="140" w:type="dxa"/>
            </w:tcMar>
          </w:tcPr>
          <w:p w14:paraId="2AC36A0F" w14:textId="77777777" w:rsidR="00BE3968" w:rsidRDefault="00BE3968"/>
          <w:p w14:paraId="25C8978B" w14:textId="77777777" w:rsidR="00BE3968" w:rsidRDefault="00CA6E70">
            <w:pPr>
              <w:pStyle w:val="CMRBodySmall"/>
            </w:pPr>
            <w:r>
              <w:rPr>
                <w:b/>
              </w:rPr>
              <w:t>PROBLEM S1-096</w:t>
            </w:r>
          </w:p>
          <w:p w14:paraId="1B6A7E06" w14:textId="77777777" w:rsidR="00BE3968" w:rsidRDefault="00CA6E70">
            <w:pPr>
              <w:spacing w:after="140"/>
            </w:pPr>
            <w:r>
              <w:t>This month, Andre has $733.00. Andre pays $267.00 for rent and $53.00 for electricity. What amount is left for other expenses?</w:t>
            </w:r>
          </w:p>
          <w:p w14:paraId="5F716D71" w14:textId="77777777" w:rsidR="00BE3968" w:rsidRDefault="00CA6E70">
            <w:pPr>
              <w:pStyle w:val="CMRBodySmall"/>
              <w:spacing w:after="40"/>
            </w:pPr>
            <w:r>
              <w:rPr>
                <w:b/>
              </w:rPr>
              <w:t>STEP 1 — WHAT DO THEY WANT?</w:t>
            </w:r>
          </w:p>
          <w:p w14:paraId="1D8069E9" w14:textId="77777777" w:rsidR="00BE3968" w:rsidRDefault="00CA6E70">
            <w:pPr>
              <w:pStyle w:val="CMRBodySmall"/>
              <w:spacing w:after="20"/>
            </w:pPr>
            <w:r>
              <w:t>○ A. How much the rent costs.</w:t>
            </w:r>
          </w:p>
          <w:p w14:paraId="626BCBA9" w14:textId="77777777" w:rsidR="00BE3968" w:rsidRDefault="00CA6E70">
            <w:pPr>
              <w:pStyle w:val="CMRBodySmall"/>
              <w:spacing w:after="80"/>
            </w:pPr>
            <w:r>
              <w:t>○ B. How much is left over.</w:t>
            </w:r>
          </w:p>
          <w:p w14:paraId="5C70FF30" w14:textId="77777777" w:rsidR="00BE3968" w:rsidRDefault="00CA6E70">
            <w:pPr>
              <w:pStyle w:val="CMRBodySmall"/>
              <w:spacing w:after="40"/>
            </w:pPr>
            <w:r>
              <w:rPr>
                <w:b/>
              </w:rPr>
              <w:t>STEP 2 — WHAT DO I KNOW?</w:t>
            </w:r>
          </w:p>
          <w:p w14:paraId="75FACABF" w14:textId="77777777" w:rsidR="00BE3968" w:rsidRDefault="00CA6E70">
            <w:pPr>
              <w:pStyle w:val="CMRBodySmall"/>
              <w:spacing w:after="40"/>
            </w:pPr>
            <w:r>
              <w:t>Money available: ____________________</w:t>
            </w:r>
          </w:p>
          <w:p w14:paraId="3140FA52" w14:textId="77777777" w:rsidR="00BE3968" w:rsidRDefault="00CA6E70">
            <w:pPr>
              <w:pStyle w:val="CMRBodySmall"/>
              <w:spacing w:after="40"/>
            </w:pPr>
            <w:r>
              <w:t>Rent: ____________________</w:t>
            </w:r>
          </w:p>
          <w:p w14:paraId="19459799" w14:textId="77777777" w:rsidR="00BE3968" w:rsidRDefault="00CA6E70">
            <w:pPr>
              <w:pStyle w:val="CMRBodySmall"/>
              <w:spacing w:after="40"/>
            </w:pPr>
            <w:r>
              <w:t>Electric bill: ____________________</w:t>
            </w:r>
          </w:p>
          <w:p w14:paraId="24CFFC39" w14:textId="77777777" w:rsidR="00BE3968" w:rsidRDefault="00CA6E70">
            <w:pPr>
              <w:pStyle w:val="CMRBodySmall"/>
              <w:spacing w:after="40"/>
            </w:pPr>
            <w:r>
              <w:rPr>
                <w:b/>
              </w:rPr>
              <w:t>STEP 3 — HOW DO I FIND IT?</w:t>
            </w:r>
          </w:p>
          <w:p w14:paraId="5A0BE7C7" w14:textId="77777777" w:rsidR="00BE3968" w:rsidRDefault="00CA6E70">
            <w:pPr>
              <w:pStyle w:val="CMRBodySmall"/>
              <w:spacing w:after="20"/>
            </w:pPr>
            <w:r>
              <w:t>○ A. Subtract only the rent from the starting money.</w:t>
            </w:r>
          </w:p>
          <w:p w14:paraId="15C7ABAA" w14:textId="77777777" w:rsidR="00BE3968" w:rsidRDefault="00CA6E70">
            <w:pPr>
              <w:pStyle w:val="CMRBodySmall"/>
            </w:pPr>
            <w:r>
              <w:t>○ B. Take each bill away from the starting money.</w:t>
            </w:r>
          </w:p>
          <w:p w14:paraId="28116197" w14:textId="77777777" w:rsidR="00BE3968" w:rsidRDefault="00CA6E70">
            <w:pPr>
              <w:pStyle w:val="CMRBodySmall"/>
              <w:spacing w:after="120"/>
            </w:pPr>
            <w:r>
              <w:t>My math: ____________________________________________________________</w:t>
            </w:r>
          </w:p>
          <w:p w14:paraId="3DD9A69C" w14:textId="77777777" w:rsidR="00BE3968" w:rsidRDefault="00CA6E70">
            <w:pPr>
              <w:pStyle w:val="CMRBodySmall"/>
              <w:spacing w:after="120"/>
            </w:pPr>
            <w:r>
              <w:t>____________________________________________________________________</w:t>
            </w:r>
          </w:p>
          <w:p w14:paraId="61D996D2" w14:textId="77777777" w:rsidR="00BE3968" w:rsidRDefault="00CA6E70">
            <w:pPr>
              <w:pStyle w:val="CMRBodySmall"/>
              <w:spacing w:after="100"/>
            </w:pPr>
            <w:r>
              <w:lastRenderedPageBreak/>
              <w:t>Answer and check: ___________________________________________________</w:t>
            </w:r>
          </w:p>
        </w:tc>
      </w:tr>
    </w:tbl>
    <w:p w14:paraId="72AF73D8" w14:textId="77777777" w:rsidR="00BE3968" w:rsidRDefault="00CA6E70">
      <w:r>
        <w:lastRenderedPageBreak/>
        <w:br w:type="page"/>
      </w:r>
    </w:p>
    <w:p w14:paraId="4FFC14E3" w14:textId="77777777" w:rsidR="00BE3968" w:rsidRDefault="00CA6E70">
      <w:pPr>
        <w:pStyle w:val="CMRSmallLabel"/>
        <w:spacing w:after="60"/>
      </w:pPr>
      <w:r>
        <w:rPr>
          <w:b w:val="0"/>
        </w:rPr>
        <w:lastRenderedPageBreak/>
        <w:t>SECTION 1  |  TOPIC 10  |  PRACTICE PAGE 4/5</w:t>
      </w:r>
    </w:p>
    <w:p w14:paraId="14BA2634" w14:textId="77777777" w:rsidR="00BE3968" w:rsidRDefault="00CA6E70">
      <w:pPr>
        <w:pStyle w:val="CMRPageTitle"/>
        <w:spacing w:after="60"/>
      </w:pPr>
      <w:r>
        <w:rPr>
          <w:b w:val="0"/>
        </w:rPr>
        <w:t>Planning a budget</w:t>
      </w:r>
    </w:p>
    <w:p w14:paraId="4458554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59F798C" w14:textId="77777777">
        <w:tc>
          <w:tcPr>
            <w:tcW w:w="10036" w:type="dxa"/>
            <w:shd w:val="clear" w:color="auto" w:fill="F5F8F9"/>
            <w:tcMar>
              <w:top w:w="70" w:type="dxa"/>
              <w:left w:w="140" w:type="dxa"/>
              <w:bottom w:w="85" w:type="dxa"/>
              <w:right w:w="140" w:type="dxa"/>
            </w:tcMar>
          </w:tcPr>
          <w:p w14:paraId="0BCC946F" w14:textId="77777777" w:rsidR="00BE3968" w:rsidRDefault="00BE3968"/>
          <w:p w14:paraId="426721AB" w14:textId="77777777" w:rsidR="00BE3968" w:rsidRDefault="00CA6E70">
            <w:pPr>
              <w:pStyle w:val="CMRBodySmall"/>
            </w:pPr>
            <w:r>
              <w:rPr>
                <w:b/>
              </w:rPr>
              <w:t>PROBLEM S1-097</w:t>
            </w:r>
          </w:p>
          <w:p w14:paraId="09837192" w14:textId="77777777" w:rsidR="00BE3968" w:rsidRDefault="00CA6E70">
            <w:pPr>
              <w:spacing w:after="140"/>
            </w:pPr>
            <w:r>
              <w:t>Patricia has $447.00 available for this month. Rent is $346.00 and the electric bill is $51.00. How much money remains after these bills are paid?</w:t>
            </w:r>
          </w:p>
          <w:p w14:paraId="12A8965B" w14:textId="77777777" w:rsidR="00BE3968" w:rsidRDefault="00CA6E70">
            <w:pPr>
              <w:pStyle w:val="CMRBodySmall"/>
              <w:spacing w:after="40"/>
            </w:pPr>
            <w:r>
              <w:rPr>
                <w:b/>
              </w:rPr>
              <w:t>STEP 1 — WHAT DO THEY WANT?</w:t>
            </w:r>
          </w:p>
          <w:p w14:paraId="689CC9E4" w14:textId="77777777" w:rsidR="00BE3968" w:rsidRDefault="00CA6E70">
            <w:pPr>
              <w:pStyle w:val="CMRBodySmall"/>
              <w:spacing w:after="20"/>
            </w:pPr>
            <w:r>
              <w:t>○ A. The money left after both bills.</w:t>
            </w:r>
          </w:p>
          <w:p w14:paraId="61FA2FCE" w14:textId="77777777" w:rsidR="00BE3968" w:rsidRDefault="00CA6E70">
            <w:pPr>
              <w:pStyle w:val="CMRBodySmall"/>
              <w:spacing w:after="80"/>
            </w:pPr>
            <w:r>
              <w:t>○ B. The total of the two bills.</w:t>
            </w:r>
          </w:p>
          <w:p w14:paraId="5608D4F7" w14:textId="77777777" w:rsidR="00BE3968" w:rsidRDefault="00CA6E70">
            <w:pPr>
              <w:pStyle w:val="CMRBodySmall"/>
              <w:spacing w:after="40"/>
            </w:pPr>
            <w:r>
              <w:rPr>
                <w:b/>
              </w:rPr>
              <w:t>STEP 2 — WHAT DO I KNOW?</w:t>
            </w:r>
          </w:p>
          <w:p w14:paraId="2BDEED7C" w14:textId="77777777" w:rsidR="00BE3968" w:rsidRDefault="00CA6E70">
            <w:pPr>
              <w:pStyle w:val="CMRBodySmall"/>
              <w:spacing w:after="40"/>
            </w:pPr>
            <w:r>
              <w:t>Money available: ____________________</w:t>
            </w:r>
          </w:p>
          <w:p w14:paraId="22497B26" w14:textId="77777777" w:rsidR="00BE3968" w:rsidRDefault="00CA6E70">
            <w:pPr>
              <w:pStyle w:val="CMRBodySmall"/>
              <w:spacing w:after="40"/>
            </w:pPr>
            <w:r>
              <w:t>Rent: ____________________</w:t>
            </w:r>
          </w:p>
          <w:p w14:paraId="791F8412" w14:textId="77777777" w:rsidR="00BE3968" w:rsidRDefault="00CA6E70">
            <w:pPr>
              <w:pStyle w:val="CMRBodySmall"/>
              <w:spacing w:after="40"/>
            </w:pPr>
            <w:r>
              <w:t>Electric bill: ____________________</w:t>
            </w:r>
          </w:p>
          <w:p w14:paraId="7806371E" w14:textId="77777777" w:rsidR="00BE3968" w:rsidRDefault="00CA6E70">
            <w:pPr>
              <w:pStyle w:val="CMRBodySmall"/>
              <w:spacing w:after="40"/>
            </w:pPr>
            <w:r>
              <w:rPr>
                <w:b/>
              </w:rPr>
              <w:t>STEP 3 — HOW DO I FIND IT?</w:t>
            </w:r>
          </w:p>
          <w:p w14:paraId="217D83B2" w14:textId="77777777" w:rsidR="00BE3968" w:rsidRDefault="00CA6E70">
            <w:pPr>
              <w:pStyle w:val="CMRBodySmall"/>
              <w:spacing w:after="20"/>
            </w:pPr>
            <w:r>
              <w:t>○ A. Subtract both bills from the money available.</w:t>
            </w:r>
          </w:p>
          <w:p w14:paraId="6731F8A3" w14:textId="77777777" w:rsidR="00BE3968" w:rsidRDefault="00CA6E70">
            <w:pPr>
              <w:pStyle w:val="CMRBodySmall"/>
            </w:pPr>
            <w:r>
              <w:t>○ B. Add both bills to the money available.</w:t>
            </w:r>
          </w:p>
          <w:p w14:paraId="031C6F2B" w14:textId="77777777" w:rsidR="00BE3968" w:rsidRDefault="00CA6E70">
            <w:pPr>
              <w:pStyle w:val="CMRBodySmall"/>
              <w:spacing w:after="120"/>
            </w:pPr>
            <w:r>
              <w:t>My math: ____________________________________________________________</w:t>
            </w:r>
          </w:p>
          <w:p w14:paraId="74E171F3" w14:textId="77777777" w:rsidR="00BE3968" w:rsidRDefault="00CA6E70">
            <w:pPr>
              <w:pStyle w:val="CMRBodySmall"/>
              <w:spacing w:after="120"/>
            </w:pPr>
            <w:r>
              <w:t>____________________________________________________________________</w:t>
            </w:r>
          </w:p>
          <w:p w14:paraId="07DD735D" w14:textId="77777777" w:rsidR="00BE3968" w:rsidRDefault="00CA6E70">
            <w:pPr>
              <w:pStyle w:val="CMRBodySmall"/>
              <w:spacing w:after="100"/>
            </w:pPr>
            <w:r>
              <w:t>Answer and check: ___________________________________________________</w:t>
            </w:r>
          </w:p>
        </w:tc>
      </w:tr>
    </w:tbl>
    <w:p w14:paraId="6206C3A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5E6E521" w14:textId="77777777">
        <w:tc>
          <w:tcPr>
            <w:tcW w:w="10036" w:type="dxa"/>
            <w:tcMar>
              <w:top w:w="70" w:type="dxa"/>
              <w:left w:w="140" w:type="dxa"/>
              <w:bottom w:w="85" w:type="dxa"/>
              <w:right w:w="140" w:type="dxa"/>
            </w:tcMar>
          </w:tcPr>
          <w:p w14:paraId="388BD42D" w14:textId="77777777" w:rsidR="00BE3968" w:rsidRDefault="00BE3968"/>
          <w:p w14:paraId="67579045" w14:textId="77777777" w:rsidR="00BE3968" w:rsidRDefault="00CA6E70">
            <w:pPr>
              <w:pStyle w:val="CMRBodySmall"/>
            </w:pPr>
            <w:r>
              <w:rPr>
                <w:b/>
              </w:rPr>
              <w:t>PROBLEM S1-098</w:t>
            </w:r>
          </w:p>
          <w:p w14:paraId="2546A3AD" w14:textId="77777777" w:rsidR="00BE3968" w:rsidRDefault="00CA6E70">
            <w:pPr>
              <w:spacing w:after="140"/>
            </w:pPr>
            <w:r>
              <w:t>Elaine’s rent of $305.00 and electric bill of $61.00 are both due. Elaine has $537.00 for the month. How much will be left after paying both bills?</w:t>
            </w:r>
          </w:p>
          <w:p w14:paraId="2201D9F3" w14:textId="77777777" w:rsidR="00BE3968" w:rsidRDefault="00CA6E70">
            <w:pPr>
              <w:pStyle w:val="CMRBodySmall"/>
              <w:spacing w:after="40"/>
            </w:pPr>
            <w:r>
              <w:rPr>
                <w:b/>
              </w:rPr>
              <w:t>STEP 1 — WHAT DO THEY WANT?</w:t>
            </w:r>
          </w:p>
          <w:p w14:paraId="3C12F84C" w14:textId="77777777" w:rsidR="00BE3968" w:rsidRDefault="00CA6E70">
            <w:pPr>
              <w:pStyle w:val="CMRBodySmall"/>
              <w:spacing w:after="20"/>
            </w:pPr>
            <w:r>
              <w:t>○ A. What remains for the rest of the month.</w:t>
            </w:r>
          </w:p>
          <w:p w14:paraId="3ECC5E37" w14:textId="77777777" w:rsidR="00BE3968" w:rsidRDefault="00CA6E70">
            <w:pPr>
              <w:pStyle w:val="CMRBodySmall"/>
              <w:spacing w:after="80"/>
            </w:pPr>
            <w:r>
              <w:t>○ B. The money available at the start.</w:t>
            </w:r>
          </w:p>
          <w:p w14:paraId="41473F51" w14:textId="77777777" w:rsidR="00BE3968" w:rsidRDefault="00CA6E70">
            <w:pPr>
              <w:pStyle w:val="CMRBodySmall"/>
              <w:spacing w:after="40"/>
            </w:pPr>
            <w:r>
              <w:rPr>
                <w:b/>
              </w:rPr>
              <w:t>STEP 2 — WHAT DO I KNOW?</w:t>
            </w:r>
          </w:p>
          <w:p w14:paraId="6554F05F" w14:textId="77777777" w:rsidR="00BE3968" w:rsidRDefault="00CA6E70">
            <w:pPr>
              <w:pStyle w:val="CMRBodySmall"/>
              <w:spacing w:after="40"/>
            </w:pPr>
            <w:r>
              <w:t>Money available: ____________________</w:t>
            </w:r>
          </w:p>
          <w:p w14:paraId="06966693" w14:textId="77777777" w:rsidR="00BE3968" w:rsidRDefault="00CA6E70">
            <w:pPr>
              <w:pStyle w:val="CMRBodySmall"/>
              <w:spacing w:after="40"/>
            </w:pPr>
            <w:r>
              <w:t>Rent: ____________________</w:t>
            </w:r>
          </w:p>
          <w:p w14:paraId="5497C815" w14:textId="77777777" w:rsidR="00BE3968" w:rsidRDefault="00CA6E70">
            <w:pPr>
              <w:pStyle w:val="CMRBodySmall"/>
              <w:spacing w:after="40"/>
            </w:pPr>
            <w:r>
              <w:t>Electric bill: ____________________</w:t>
            </w:r>
          </w:p>
          <w:p w14:paraId="52E9C4C2" w14:textId="77777777" w:rsidR="00BE3968" w:rsidRDefault="00CA6E70">
            <w:pPr>
              <w:pStyle w:val="CMRBodySmall"/>
              <w:spacing w:after="40"/>
            </w:pPr>
            <w:r>
              <w:rPr>
                <w:b/>
              </w:rPr>
              <w:t>STEP 3 — HOW DO I FIND IT?</w:t>
            </w:r>
          </w:p>
          <w:p w14:paraId="6D2E1885" w14:textId="77777777" w:rsidR="00BE3968" w:rsidRDefault="00CA6E70">
            <w:pPr>
              <w:pStyle w:val="CMRBodySmall"/>
              <w:spacing w:after="20"/>
            </w:pPr>
            <w:r>
              <w:t>○ A. Take each bill away from the starting money.</w:t>
            </w:r>
          </w:p>
          <w:p w14:paraId="1C6FA28D" w14:textId="77777777" w:rsidR="00BE3968" w:rsidRDefault="00CA6E70">
            <w:pPr>
              <w:pStyle w:val="CMRBodySmall"/>
            </w:pPr>
            <w:r>
              <w:t>○ B. Subtract only the rent from the starting money.</w:t>
            </w:r>
          </w:p>
          <w:p w14:paraId="01BBB4FF" w14:textId="77777777" w:rsidR="00BE3968" w:rsidRDefault="00CA6E70">
            <w:pPr>
              <w:pStyle w:val="CMRBodySmall"/>
              <w:spacing w:after="120"/>
            </w:pPr>
            <w:r>
              <w:t>My math: ____________________________________________________________</w:t>
            </w:r>
          </w:p>
          <w:p w14:paraId="191B4FD7" w14:textId="77777777" w:rsidR="00BE3968" w:rsidRDefault="00CA6E70">
            <w:pPr>
              <w:pStyle w:val="CMRBodySmall"/>
              <w:spacing w:after="120"/>
            </w:pPr>
            <w:r>
              <w:t>____________________________________________________________________</w:t>
            </w:r>
          </w:p>
          <w:p w14:paraId="47D29D3C" w14:textId="77777777" w:rsidR="00BE3968" w:rsidRDefault="00CA6E70">
            <w:pPr>
              <w:pStyle w:val="CMRBodySmall"/>
              <w:spacing w:after="100"/>
            </w:pPr>
            <w:r>
              <w:lastRenderedPageBreak/>
              <w:t>Answer and check: ___________________________________________________</w:t>
            </w:r>
          </w:p>
        </w:tc>
      </w:tr>
    </w:tbl>
    <w:p w14:paraId="35F11721" w14:textId="77777777" w:rsidR="00BE3968" w:rsidRDefault="00CA6E70">
      <w:r>
        <w:lastRenderedPageBreak/>
        <w:br w:type="page"/>
      </w:r>
    </w:p>
    <w:p w14:paraId="7D111571" w14:textId="77777777" w:rsidR="00BE3968" w:rsidRDefault="00CA6E70">
      <w:pPr>
        <w:pStyle w:val="CMRSmallLabel"/>
        <w:spacing w:after="60"/>
      </w:pPr>
      <w:r>
        <w:rPr>
          <w:b w:val="0"/>
        </w:rPr>
        <w:lastRenderedPageBreak/>
        <w:t>SECTION 1  |  TOPIC 10  |  PRACTICE PAGE 5/5</w:t>
      </w:r>
    </w:p>
    <w:p w14:paraId="137082B2" w14:textId="77777777" w:rsidR="00BE3968" w:rsidRDefault="00CA6E70">
      <w:pPr>
        <w:pStyle w:val="CMRPageTitle"/>
        <w:spacing w:after="60"/>
      </w:pPr>
      <w:r>
        <w:rPr>
          <w:b w:val="0"/>
        </w:rPr>
        <w:t>Planning a budget</w:t>
      </w:r>
    </w:p>
    <w:p w14:paraId="5E5296D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2270EC3" w14:textId="77777777">
        <w:tc>
          <w:tcPr>
            <w:tcW w:w="10036" w:type="dxa"/>
            <w:shd w:val="clear" w:color="auto" w:fill="F5F8F9"/>
            <w:tcMar>
              <w:top w:w="70" w:type="dxa"/>
              <w:left w:w="140" w:type="dxa"/>
              <w:bottom w:w="85" w:type="dxa"/>
              <w:right w:w="140" w:type="dxa"/>
            </w:tcMar>
          </w:tcPr>
          <w:p w14:paraId="2171AE71" w14:textId="77777777" w:rsidR="00BE3968" w:rsidRDefault="00BE3968"/>
          <w:p w14:paraId="213DF3F4" w14:textId="77777777" w:rsidR="00BE3968" w:rsidRDefault="00CA6E70">
            <w:pPr>
              <w:pStyle w:val="CMRBodySmall"/>
            </w:pPr>
            <w:r>
              <w:rPr>
                <w:b/>
              </w:rPr>
              <w:t>PROBLEM S1-099</w:t>
            </w:r>
          </w:p>
          <w:p w14:paraId="60C49561" w14:textId="77777777" w:rsidR="00BE3968" w:rsidRDefault="00CA6E70">
            <w:pPr>
              <w:spacing w:after="140"/>
            </w:pPr>
            <w:r>
              <w:t>This month, Terry has $600.00. Terry pays $338.00 for rent and $53.00 for electricity. What amount is left for other expenses?</w:t>
            </w:r>
          </w:p>
          <w:p w14:paraId="70A39DDA" w14:textId="77777777" w:rsidR="00BE3968" w:rsidRDefault="00CA6E70">
            <w:pPr>
              <w:pStyle w:val="CMRBodySmall"/>
              <w:spacing w:after="40"/>
            </w:pPr>
            <w:r>
              <w:rPr>
                <w:b/>
              </w:rPr>
              <w:t>STEP 1 — WHAT DO THEY WANT?</w:t>
            </w:r>
          </w:p>
          <w:p w14:paraId="4FEB9873" w14:textId="77777777" w:rsidR="00BE3968" w:rsidRDefault="00CA6E70">
            <w:pPr>
              <w:pStyle w:val="CMRBodySmall"/>
              <w:spacing w:after="20"/>
            </w:pPr>
            <w:r>
              <w:t>○ A. How much the rent costs.</w:t>
            </w:r>
          </w:p>
          <w:p w14:paraId="1C444F1E" w14:textId="77777777" w:rsidR="00BE3968" w:rsidRDefault="00CA6E70">
            <w:pPr>
              <w:pStyle w:val="CMRBodySmall"/>
              <w:spacing w:after="80"/>
            </w:pPr>
            <w:r>
              <w:t>○ B. How much is left over.</w:t>
            </w:r>
          </w:p>
          <w:p w14:paraId="039BF57D" w14:textId="77777777" w:rsidR="00BE3968" w:rsidRDefault="00CA6E70">
            <w:pPr>
              <w:pStyle w:val="CMRBodySmall"/>
              <w:spacing w:after="40"/>
            </w:pPr>
            <w:r>
              <w:rPr>
                <w:b/>
              </w:rPr>
              <w:t>STEP 2 — WHAT DO I KNOW?</w:t>
            </w:r>
          </w:p>
          <w:p w14:paraId="112569BF" w14:textId="77777777" w:rsidR="00BE3968" w:rsidRDefault="00CA6E70">
            <w:pPr>
              <w:pStyle w:val="CMRBodySmall"/>
              <w:spacing w:after="40"/>
            </w:pPr>
            <w:r>
              <w:t>Money available: ____________________</w:t>
            </w:r>
          </w:p>
          <w:p w14:paraId="635673BD" w14:textId="77777777" w:rsidR="00BE3968" w:rsidRDefault="00CA6E70">
            <w:pPr>
              <w:pStyle w:val="CMRBodySmall"/>
              <w:spacing w:after="40"/>
            </w:pPr>
            <w:r>
              <w:t>Rent: ____________________</w:t>
            </w:r>
          </w:p>
          <w:p w14:paraId="1C0C7408" w14:textId="77777777" w:rsidR="00BE3968" w:rsidRDefault="00CA6E70">
            <w:pPr>
              <w:pStyle w:val="CMRBodySmall"/>
              <w:spacing w:after="40"/>
            </w:pPr>
            <w:r>
              <w:t>Electric bill: ____________________</w:t>
            </w:r>
          </w:p>
          <w:p w14:paraId="06A31213" w14:textId="77777777" w:rsidR="00BE3968" w:rsidRDefault="00CA6E70">
            <w:pPr>
              <w:pStyle w:val="CMRBodySmall"/>
              <w:spacing w:after="40"/>
            </w:pPr>
            <w:r>
              <w:rPr>
                <w:b/>
              </w:rPr>
              <w:t>STEP 3 — HOW DO I FIND IT?</w:t>
            </w:r>
          </w:p>
          <w:p w14:paraId="38F91268" w14:textId="77777777" w:rsidR="00BE3968" w:rsidRDefault="00CA6E70">
            <w:pPr>
              <w:pStyle w:val="CMRBodySmall"/>
              <w:spacing w:after="20"/>
            </w:pPr>
            <w:r>
              <w:t>○ A. Add both bills to the money available.</w:t>
            </w:r>
          </w:p>
          <w:p w14:paraId="4643FFC4" w14:textId="77777777" w:rsidR="00BE3968" w:rsidRDefault="00CA6E70">
            <w:pPr>
              <w:pStyle w:val="CMRBodySmall"/>
            </w:pPr>
            <w:r>
              <w:t>○ B. Subtract both bills from the money available.</w:t>
            </w:r>
          </w:p>
          <w:p w14:paraId="39B7CFD4" w14:textId="77777777" w:rsidR="00BE3968" w:rsidRDefault="00CA6E70">
            <w:pPr>
              <w:pStyle w:val="CMRBodySmall"/>
              <w:spacing w:after="120"/>
            </w:pPr>
            <w:r>
              <w:t>My math: ____________________________________________________________</w:t>
            </w:r>
          </w:p>
          <w:p w14:paraId="5BACD8BF" w14:textId="77777777" w:rsidR="00BE3968" w:rsidRDefault="00CA6E70">
            <w:pPr>
              <w:pStyle w:val="CMRBodySmall"/>
              <w:spacing w:after="120"/>
            </w:pPr>
            <w:r>
              <w:t>____________________________________________________________________</w:t>
            </w:r>
          </w:p>
          <w:p w14:paraId="11040456" w14:textId="77777777" w:rsidR="00BE3968" w:rsidRDefault="00CA6E70">
            <w:pPr>
              <w:pStyle w:val="CMRBodySmall"/>
              <w:spacing w:after="100"/>
            </w:pPr>
            <w:r>
              <w:t>Answer and check: ___________________________________________________</w:t>
            </w:r>
          </w:p>
        </w:tc>
      </w:tr>
    </w:tbl>
    <w:p w14:paraId="0F6E3F8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798CA07" w14:textId="77777777">
        <w:tc>
          <w:tcPr>
            <w:tcW w:w="10036" w:type="dxa"/>
            <w:tcMar>
              <w:top w:w="70" w:type="dxa"/>
              <w:left w:w="140" w:type="dxa"/>
              <w:bottom w:w="85" w:type="dxa"/>
              <w:right w:w="140" w:type="dxa"/>
            </w:tcMar>
          </w:tcPr>
          <w:p w14:paraId="13882571" w14:textId="77777777" w:rsidR="00BE3968" w:rsidRDefault="00BE3968"/>
          <w:p w14:paraId="69111C24" w14:textId="77777777" w:rsidR="00BE3968" w:rsidRDefault="00CA6E70">
            <w:pPr>
              <w:pStyle w:val="CMRBodySmall"/>
            </w:pPr>
            <w:r>
              <w:rPr>
                <w:b/>
              </w:rPr>
              <w:t>PROBLEM S1-100</w:t>
            </w:r>
          </w:p>
          <w:p w14:paraId="507184D7" w14:textId="77777777" w:rsidR="00BE3968" w:rsidRDefault="00CA6E70">
            <w:pPr>
              <w:spacing w:after="140"/>
            </w:pPr>
            <w:r>
              <w:t>Rachel has $668.00 available for this month. Rent is $373.00 and the electric bill is $41.00. How much money remains after these bills are paid?</w:t>
            </w:r>
          </w:p>
          <w:p w14:paraId="2E021E4C" w14:textId="77777777" w:rsidR="00BE3968" w:rsidRDefault="00CA6E70">
            <w:pPr>
              <w:pStyle w:val="CMRBodySmall"/>
              <w:spacing w:after="40"/>
            </w:pPr>
            <w:r>
              <w:rPr>
                <w:b/>
              </w:rPr>
              <w:t>STEP 1 — WHAT DO THEY WANT?</w:t>
            </w:r>
          </w:p>
          <w:p w14:paraId="22511C8F" w14:textId="77777777" w:rsidR="00BE3968" w:rsidRDefault="00CA6E70">
            <w:pPr>
              <w:pStyle w:val="CMRBodySmall"/>
              <w:spacing w:after="20"/>
            </w:pPr>
            <w:r>
              <w:t>○ A. The money left after both bills.</w:t>
            </w:r>
          </w:p>
          <w:p w14:paraId="1CC1505A" w14:textId="77777777" w:rsidR="00BE3968" w:rsidRDefault="00CA6E70">
            <w:pPr>
              <w:pStyle w:val="CMRBodySmall"/>
              <w:spacing w:after="80"/>
            </w:pPr>
            <w:r>
              <w:t>○ B. The total of the two bills.</w:t>
            </w:r>
          </w:p>
          <w:p w14:paraId="3F343B3A" w14:textId="77777777" w:rsidR="00BE3968" w:rsidRDefault="00CA6E70">
            <w:pPr>
              <w:pStyle w:val="CMRBodySmall"/>
              <w:spacing w:after="40"/>
            </w:pPr>
            <w:r>
              <w:rPr>
                <w:b/>
              </w:rPr>
              <w:t>STEP 2 — WHAT DO I KNOW?</w:t>
            </w:r>
          </w:p>
          <w:p w14:paraId="51D0F231" w14:textId="77777777" w:rsidR="00BE3968" w:rsidRDefault="00CA6E70">
            <w:pPr>
              <w:pStyle w:val="CMRBodySmall"/>
              <w:spacing w:after="40"/>
            </w:pPr>
            <w:r>
              <w:t>Money available: ____________________</w:t>
            </w:r>
          </w:p>
          <w:p w14:paraId="57E81EA3" w14:textId="77777777" w:rsidR="00BE3968" w:rsidRDefault="00CA6E70">
            <w:pPr>
              <w:pStyle w:val="CMRBodySmall"/>
              <w:spacing w:after="40"/>
            </w:pPr>
            <w:r>
              <w:t>Rent: ____________________</w:t>
            </w:r>
          </w:p>
          <w:p w14:paraId="3ECEE4FC" w14:textId="77777777" w:rsidR="00BE3968" w:rsidRDefault="00CA6E70">
            <w:pPr>
              <w:pStyle w:val="CMRBodySmall"/>
              <w:spacing w:after="40"/>
            </w:pPr>
            <w:r>
              <w:t>Electric bill: ____________________</w:t>
            </w:r>
          </w:p>
          <w:p w14:paraId="7EEC2F13" w14:textId="77777777" w:rsidR="00BE3968" w:rsidRDefault="00CA6E70">
            <w:pPr>
              <w:pStyle w:val="CMRBodySmall"/>
              <w:spacing w:after="40"/>
            </w:pPr>
            <w:r>
              <w:rPr>
                <w:b/>
              </w:rPr>
              <w:t>STEP 3 — HOW DO I FIND IT?</w:t>
            </w:r>
          </w:p>
          <w:p w14:paraId="45D6E044" w14:textId="77777777" w:rsidR="00BE3968" w:rsidRDefault="00CA6E70">
            <w:pPr>
              <w:pStyle w:val="CMRBodySmall"/>
              <w:spacing w:after="20"/>
            </w:pPr>
            <w:r>
              <w:t>○ A. Take each bill away from the starting money.</w:t>
            </w:r>
          </w:p>
          <w:p w14:paraId="5F666DFD" w14:textId="77777777" w:rsidR="00BE3968" w:rsidRDefault="00CA6E70">
            <w:pPr>
              <w:pStyle w:val="CMRBodySmall"/>
            </w:pPr>
            <w:r>
              <w:t>○ B. Subtract only the rent from the starting money.</w:t>
            </w:r>
          </w:p>
          <w:p w14:paraId="77966237" w14:textId="77777777" w:rsidR="00BE3968" w:rsidRDefault="00CA6E70">
            <w:pPr>
              <w:pStyle w:val="CMRBodySmall"/>
              <w:spacing w:after="120"/>
            </w:pPr>
            <w:r>
              <w:t>My math: ____________________________________________________________</w:t>
            </w:r>
          </w:p>
          <w:p w14:paraId="5F42D9FB" w14:textId="77777777" w:rsidR="00BE3968" w:rsidRDefault="00CA6E70">
            <w:pPr>
              <w:pStyle w:val="CMRBodySmall"/>
              <w:spacing w:after="120"/>
            </w:pPr>
            <w:r>
              <w:t>____________________________________________________________________</w:t>
            </w:r>
          </w:p>
          <w:p w14:paraId="22B151B8" w14:textId="77777777" w:rsidR="00BE3968" w:rsidRDefault="00CA6E70">
            <w:pPr>
              <w:pStyle w:val="CMRBodySmall"/>
              <w:spacing w:after="100"/>
            </w:pPr>
            <w:r>
              <w:lastRenderedPageBreak/>
              <w:t>Answer and check: ___________________________________________________</w:t>
            </w:r>
          </w:p>
        </w:tc>
      </w:tr>
    </w:tbl>
    <w:p w14:paraId="0B8B1B47" w14:textId="77777777" w:rsidR="00BE3968" w:rsidRDefault="00CA6E70">
      <w:r>
        <w:lastRenderedPageBreak/>
        <w:br w:type="page"/>
      </w:r>
    </w:p>
    <w:p w14:paraId="72A23720" w14:textId="77777777" w:rsidR="00BE3968" w:rsidRDefault="00CA6E70">
      <w:pPr>
        <w:pStyle w:val="CMRSmallLabel"/>
        <w:spacing w:after="60"/>
      </w:pPr>
      <w:r>
        <w:rPr>
          <w:b w:val="0"/>
        </w:rPr>
        <w:lastRenderedPageBreak/>
        <w:t>SECTION 1  |  TOPIC 11  |  PRACTICE PAGE 1/5</w:t>
      </w:r>
    </w:p>
    <w:p w14:paraId="5429B9A4" w14:textId="77777777" w:rsidR="00BE3968" w:rsidRDefault="00CA6E70">
      <w:pPr>
        <w:pStyle w:val="CMRPageTitle"/>
        <w:spacing w:after="60"/>
      </w:pPr>
      <w:r>
        <w:rPr>
          <w:b w:val="0"/>
        </w:rPr>
        <w:t>Comparing unit prices</w:t>
      </w:r>
    </w:p>
    <w:p w14:paraId="5FC39B86" w14:textId="77777777" w:rsidR="00BE3968" w:rsidRDefault="00CA6E70">
      <w:pPr>
        <w:pStyle w:val="CMRBodySmall"/>
        <w:spacing w:after="100"/>
      </w:pPr>
      <w:r>
        <w:t>Remember: Compare costs for the same amount rather than guessing by package price.</w:t>
      </w:r>
    </w:p>
    <w:tbl>
      <w:tblPr>
        <w:tblW w:w="0" w:type="auto"/>
        <w:tblLayout w:type="fixed"/>
        <w:tblLook w:val="04A0" w:firstRow="1" w:lastRow="0" w:firstColumn="1" w:lastColumn="0" w:noHBand="0" w:noVBand="1"/>
      </w:tblPr>
      <w:tblGrid>
        <w:gridCol w:w="10036"/>
      </w:tblGrid>
      <w:tr w:rsidR="00BE3968" w14:paraId="6B8C4776" w14:textId="77777777">
        <w:tc>
          <w:tcPr>
            <w:tcW w:w="10036" w:type="dxa"/>
            <w:shd w:val="clear" w:color="auto" w:fill="F5F8F9"/>
            <w:tcMar>
              <w:top w:w="70" w:type="dxa"/>
              <w:left w:w="140" w:type="dxa"/>
              <w:bottom w:w="85" w:type="dxa"/>
              <w:right w:w="140" w:type="dxa"/>
            </w:tcMar>
          </w:tcPr>
          <w:p w14:paraId="6E324070" w14:textId="77777777" w:rsidR="00BE3968" w:rsidRDefault="00BE3968"/>
          <w:p w14:paraId="18DF03F2" w14:textId="77777777" w:rsidR="00BE3968" w:rsidRDefault="00CA6E70">
            <w:pPr>
              <w:pStyle w:val="CMRBodySmall"/>
            </w:pPr>
            <w:r>
              <w:rPr>
                <w:b/>
              </w:rPr>
              <w:t>PROBLEM S1-101</w:t>
            </w:r>
          </w:p>
          <w:p w14:paraId="3EA72D1C" w14:textId="77777777" w:rsidR="00BE3968" w:rsidRDefault="00CA6E70">
            <w:pPr>
              <w:spacing w:after="140"/>
            </w:pPr>
            <w:r>
              <w:t>A store sells a 2-pack of dishcloths for $3.00 and a 4-pack of the same dishcloths for $8.00. Which pack has the lower price per dishcloth, and what is that price?</w:t>
            </w:r>
          </w:p>
          <w:p w14:paraId="2E7A6EFA" w14:textId="77777777" w:rsidR="00BE3968" w:rsidRDefault="00CA6E70">
            <w:pPr>
              <w:pStyle w:val="CMRBodySmall"/>
              <w:spacing w:after="40"/>
            </w:pPr>
            <w:r>
              <w:rPr>
                <w:b/>
              </w:rPr>
              <w:t>STEP 1 — WHAT DO THEY WANT?</w:t>
            </w:r>
          </w:p>
          <w:p w14:paraId="2A004490" w14:textId="77777777" w:rsidR="00BE3968" w:rsidRDefault="00CA6E70">
            <w:pPr>
              <w:pStyle w:val="CMRBodySmall"/>
              <w:spacing w:after="20"/>
            </w:pPr>
            <w:r>
              <w:t>○ A. Which pack costs less for one dishcloth.</w:t>
            </w:r>
          </w:p>
          <w:p w14:paraId="675316AF" w14:textId="77777777" w:rsidR="00BE3968" w:rsidRDefault="00CA6E70">
            <w:pPr>
              <w:pStyle w:val="CMRBodySmall"/>
              <w:spacing w:after="80"/>
            </w:pPr>
            <w:r>
              <w:t>○ B. Which pack has the lower price at the register.</w:t>
            </w:r>
          </w:p>
          <w:p w14:paraId="799A37A0" w14:textId="77777777" w:rsidR="00BE3968" w:rsidRDefault="00CA6E70">
            <w:pPr>
              <w:pStyle w:val="CMRBodySmall"/>
              <w:spacing w:after="40"/>
            </w:pPr>
            <w:r>
              <w:rPr>
                <w:b/>
              </w:rPr>
              <w:t>STEP 2 — WHAT DO I KNOW?</w:t>
            </w:r>
          </w:p>
          <w:p w14:paraId="2C54DF3A" w14:textId="77777777" w:rsidR="00BE3968" w:rsidRDefault="00CA6E70">
            <w:pPr>
              <w:pStyle w:val="CMRBodySmall"/>
              <w:spacing w:after="40"/>
            </w:pPr>
            <w:r>
              <w:t>2-pack: ____________________</w:t>
            </w:r>
          </w:p>
          <w:p w14:paraId="4F046F57" w14:textId="77777777" w:rsidR="00BE3968" w:rsidRDefault="00CA6E70">
            <w:pPr>
              <w:pStyle w:val="CMRBodySmall"/>
              <w:spacing w:after="40"/>
            </w:pPr>
            <w:r>
              <w:t>4-pack: ____________________</w:t>
            </w:r>
          </w:p>
          <w:p w14:paraId="78302A14" w14:textId="77777777" w:rsidR="00BE3968" w:rsidRDefault="00CA6E70">
            <w:pPr>
              <w:pStyle w:val="CMRBodySmall"/>
              <w:spacing w:after="40"/>
            </w:pPr>
            <w:r>
              <w:rPr>
                <w:b/>
              </w:rPr>
              <w:t>STEP 3 — HOW DO I FIND IT?</w:t>
            </w:r>
          </w:p>
          <w:p w14:paraId="6ACB3A6C" w14:textId="77777777" w:rsidR="00BE3968" w:rsidRDefault="00CA6E70">
            <w:pPr>
              <w:pStyle w:val="CMRBodySmall"/>
              <w:spacing w:after="20"/>
            </w:pPr>
            <w:r>
              <w:t>○ A. Pick the pack with the lower total price.</w:t>
            </w:r>
          </w:p>
          <w:p w14:paraId="118D3680" w14:textId="77777777" w:rsidR="00BE3968" w:rsidRDefault="00CA6E70">
            <w:pPr>
              <w:pStyle w:val="CMRBodySmall"/>
            </w:pPr>
            <w:r>
              <w:t>○ B. Divide each pack’s price by its count, then compare.</w:t>
            </w:r>
          </w:p>
          <w:p w14:paraId="71708A50" w14:textId="77777777" w:rsidR="00BE3968" w:rsidRDefault="00CA6E70">
            <w:pPr>
              <w:pStyle w:val="CMRBodySmall"/>
              <w:spacing w:after="120"/>
            </w:pPr>
            <w:r>
              <w:t>My math: ____________________________________________________________</w:t>
            </w:r>
          </w:p>
          <w:p w14:paraId="057719A6" w14:textId="77777777" w:rsidR="00BE3968" w:rsidRDefault="00CA6E70">
            <w:pPr>
              <w:pStyle w:val="CMRBodySmall"/>
              <w:spacing w:after="120"/>
            </w:pPr>
            <w:r>
              <w:t>____________________________________________________________________</w:t>
            </w:r>
          </w:p>
          <w:p w14:paraId="451FAF13" w14:textId="77777777" w:rsidR="00BE3968" w:rsidRDefault="00CA6E70">
            <w:pPr>
              <w:pStyle w:val="CMRBodySmall"/>
              <w:spacing w:after="100"/>
            </w:pPr>
            <w:r>
              <w:t>Answer and check: ___________________________________________________</w:t>
            </w:r>
          </w:p>
        </w:tc>
      </w:tr>
    </w:tbl>
    <w:p w14:paraId="7F9E78B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C3A0C3D" w14:textId="77777777">
        <w:tc>
          <w:tcPr>
            <w:tcW w:w="10036" w:type="dxa"/>
            <w:tcMar>
              <w:top w:w="70" w:type="dxa"/>
              <w:left w:w="140" w:type="dxa"/>
              <w:bottom w:w="85" w:type="dxa"/>
              <w:right w:w="140" w:type="dxa"/>
            </w:tcMar>
          </w:tcPr>
          <w:p w14:paraId="7D8A189C" w14:textId="77777777" w:rsidR="00BE3968" w:rsidRDefault="00BE3968"/>
          <w:p w14:paraId="35DF1CEC" w14:textId="77777777" w:rsidR="00BE3968" w:rsidRDefault="00CA6E70">
            <w:pPr>
              <w:pStyle w:val="CMRBodySmall"/>
            </w:pPr>
            <w:r>
              <w:rPr>
                <w:b/>
              </w:rPr>
              <w:t>PROBLEM S1-102</w:t>
            </w:r>
          </w:p>
          <w:p w14:paraId="4B655423" w14:textId="77777777" w:rsidR="00BE3968" w:rsidRDefault="00CA6E70">
            <w:pPr>
              <w:spacing w:after="140"/>
            </w:pPr>
            <w:r>
              <w:t>Kevin needs notebooks. A 4-pack costs $6.00. A 7-pack costs $8.75. Which pack is the better deal for each notebook, and how much is one notebook in that pack?</w:t>
            </w:r>
          </w:p>
          <w:p w14:paraId="0959AAB8" w14:textId="77777777" w:rsidR="00BE3968" w:rsidRDefault="00CA6E70">
            <w:pPr>
              <w:pStyle w:val="CMRBodySmall"/>
              <w:spacing w:after="40"/>
            </w:pPr>
            <w:r>
              <w:rPr>
                <w:b/>
              </w:rPr>
              <w:t>STEP 1 — WHAT DO THEY WANT?</w:t>
            </w:r>
          </w:p>
          <w:p w14:paraId="4FF70CD1" w14:textId="77777777" w:rsidR="00BE3968" w:rsidRDefault="00CA6E70">
            <w:pPr>
              <w:pStyle w:val="CMRBodySmall"/>
              <w:spacing w:after="20"/>
            </w:pPr>
            <w:r>
              <w:t>○ A. The pack with more notebooks in it.</w:t>
            </w:r>
          </w:p>
          <w:p w14:paraId="53B37BB3" w14:textId="77777777" w:rsidR="00BE3968" w:rsidRDefault="00CA6E70">
            <w:pPr>
              <w:pStyle w:val="CMRBodySmall"/>
              <w:spacing w:after="80"/>
            </w:pPr>
            <w:r>
              <w:t>○ B. The pack with the lower price per notebook.</w:t>
            </w:r>
          </w:p>
          <w:p w14:paraId="279D70B3" w14:textId="77777777" w:rsidR="00BE3968" w:rsidRDefault="00CA6E70">
            <w:pPr>
              <w:pStyle w:val="CMRBodySmall"/>
              <w:spacing w:after="40"/>
            </w:pPr>
            <w:r>
              <w:rPr>
                <w:b/>
              </w:rPr>
              <w:t>STEP 2 — WHAT DO I KNOW?</w:t>
            </w:r>
          </w:p>
          <w:p w14:paraId="5DF9415E" w14:textId="77777777" w:rsidR="00BE3968" w:rsidRDefault="00CA6E70">
            <w:pPr>
              <w:pStyle w:val="CMRBodySmall"/>
              <w:spacing w:after="40"/>
            </w:pPr>
            <w:r>
              <w:t>4-pack: ____________________</w:t>
            </w:r>
          </w:p>
          <w:p w14:paraId="3E4D91C9" w14:textId="77777777" w:rsidR="00BE3968" w:rsidRDefault="00CA6E70">
            <w:pPr>
              <w:pStyle w:val="CMRBodySmall"/>
              <w:spacing w:after="40"/>
            </w:pPr>
            <w:r>
              <w:t>7-pack: ____________________</w:t>
            </w:r>
          </w:p>
          <w:p w14:paraId="40DE8F4E" w14:textId="77777777" w:rsidR="00BE3968" w:rsidRDefault="00CA6E70">
            <w:pPr>
              <w:pStyle w:val="CMRBodySmall"/>
              <w:spacing w:after="40"/>
            </w:pPr>
            <w:r>
              <w:rPr>
                <w:b/>
              </w:rPr>
              <w:t>STEP 3 — HOW DO I FIND IT?</w:t>
            </w:r>
          </w:p>
          <w:p w14:paraId="352C8186" w14:textId="77777777" w:rsidR="00BE3968" w:rsidRDefault="00CA6E70">
            <w:pPr>
              <w:pStyle w:val="CMRBodySmall"/>
              <w:spacing w:after="20"/>
            </w:pPr>
            <w:r>
              <w:t>○ A. Find the price of one notebook in each pack.</w:t>
            </w:r>
          </w:p>
          <w:p w14:paraId="0771B186" w14:textId="77777777" w:rsidR="00BE3968" w:rsidRDefault="00CA6E70">
            <w:pPr>
              <w:pStyle w:val="CMRBodySmall"/>
            </w:pPr>
            <w:r>
              <w:t>○ B. Pick the pack with more notebooks.</w:t>
            </w:r>
          </w:p>
          <w:p w14:paraId="2FB40BDE" w14:textId="77777777" w:rsidR="00BE3968" w:rsidRDefault="00CA6E70">
            <w:pPr>
              <w:pStyle w:val="CMRBodySmall"/>
              <w:spacing w:after="120"/>
            </w:pPr>
            <w:r>
              <w:t>My math: ____________________________________________________________</w:t>
            </w:r>
          </w:p>
          <w:p w14:paraId="2938013E" w14:textId="77777777" w:rsidR="00BE3968" w:rsidRDefault="00CA6E70">
            <w:pPr>
              <w:pStyle w:val="CMRBodySmall"/>
              <w:spacing w:after="120"/>
            </w:pPr>
            <w:r>
              <w:t>____________________________________________________________________</w:t>
            </w:r>
          </w:p>
          <w:p w14:paraId="649466D6" w14:textId="77777777" w:rsidR="00BE3968" w:rsidRDefault="00CA6E70">
            <w:pPr>
              <w:pStyle w:val="CMRBodySmall"/>
              <w:spacing w:after="100"/>
            </w:pPr>
            <w:r>
              <w:t>Answer and check: ___________________________________________________</w:t>
            </w:r>
          </w:p>
        </w:tc>
      </w:tr>
    </w:tbl>
    <w:p w14:paraId="49F45A99" w14:textId="77777777" w:rsidR="00BE3968" w:rsidRDefault="00CA6E70">
      <w:r>
        <w:br w:type="page"/>
      </w:r>
    </w:p>
    <w:p w14:paraId="3E4482A3" w14:textId="77777777" w:rsidR="00BE3968" w:rsidRDefault="00CA6E70">
      <w:pPr>
        <w:pStyle w:val="CMRSmallLabel"/>
        <w:spacing w:after="60"/>
      </w:pPr>
      <w:r>
        <w:rPr>
          <w:b w:val="0"/>
        </w:rPr>
        <w:lastRenderedPageBreak/>
        <w:t>SECTION 1  |  TOPIC 11  |  PRACTICE PAGE 2/5</w:t>
      </w:r>
    </w:p>
    <w:p w14:paraId="655485FF" w14:textId="77777777" w:rsidR="00BE3968" w:rsidRDefault="00CA6E70">
      <w:pPr>
        <w:pStyle w:val="CMRPageTitle"/>
        <w:spacing w:after="60"/>
      </w:pPr>
      <w:r>
        <w:rPr>
          <w:b w:val="0"/>
        </w:rPr>
        <w:t>Comparing unit prices</w:t>
      </w:r>
    </w:p>
    <w:p w14:paraId="76A57F3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A289974" w14:textId="77777777">
        <w:tc>
          <w:tcPr>
            <w:tcW w:w="10036" w:type="dxa"/>
            <w:shd w:val="clear" w:color="auto" w:fill="F5F8F9"/>
            <w:tcMar>
              <w:top w:w="70" w:type="dxa"/>
              <w:left w:w="140" w:type="dxa"/>
              <w:bottom w:w="85" w:type="dxa"/>
              <w:right w:w="140" w:type="dxa"/>
            </w:tcMar>
          </w:tcPr>
          <w:p w14:paraId="460E83A6" w14:textId="77777777" w:rsidR="00BE3968" w:rsidRDefault="00BE3968"/>
          <w:p w14:paraId="35DD5E55" w14:textId="77777777" w:rsidR="00BE3968" w:rsidRDefault="00CA6E70">
            <w:pPr>
              <w:pStyle w:val="CMRBodySmall"/>
            </w:pPr>
            <w:r>
              <w:rPr>
                <w:b/>
              </w:rPr>
              <w:t>PROBLEM S1-103</w:t>
            </w:r>
          </w:p>
          <w:p w14:paraId="0878B35B" w14:textId="77777777" w:rsidR="00BE3968" w:rsidRDefault="00CA6E70">
            <w:pPr>
              <w:spacing w:after="140"/>
            </w:pPr>
            <w:r>
              <w:t>Two packs of the same batteries are on the shelf: a 4-pack for $10.00 and a 2-pack for $4.00. Which pack costs less for each battery? Give the price of one battery in that pack.</w:t>
            </w:r>
          </w:p>
          <w:p w14:paraId="198560AF" w14:textId="77777777" w:rsidR="00BE3968" w:rsidRDefault="00CA6E70">
            <w:pPr>
              <w:pStyle w:val="CMRBodySmall"/>
              <w:spacing w:after="40"/>
            </w:pPr>
            <w:r>
              <w:rPr>
                <w:b/>
              </w:rPr>
              <w:t>STEP 1 — WHAT DO THEY WANT?</w:t>
            </w:r>
          </w:p>
          <w:p w14:paraId="2CDADD03" w14:textId="77777777" w:rsidR="00BE3968" w:rsidRDefault="00CA6E70">
            <w:pPr>
              <w:pStyle w:val="CMRBodySmall"/>
              <w:spacing w:after="20"/>
            </w:pPr>
            <w:r>
              <w:t>○ A. The total cost of buying both packs.</w:t>
            </w:r>
          </w:p>
          <w:p w14:paraId="635D81D9" w14:textId="77777777" w:rsidR="00BE3968" w:rsidRDefault="00CA6E70">
            <w:pPr>
              <w:pStyle w:val="CMRBodySmall"/>
              <w:spacing w:after="80"/>
            </w:pPr>
            <w:r>
              <w:t>○ B. The better deal for each battery, and its price.</w:t>
            </w:r>
          </w:p>
          <w:p w14:paraId="154B3FCC" w14:textId="77777777" w:rsidR="00BE3968" w:rsidRDefault="00CA6E70">
            <w:pPr>
              <w:pStyle w:val="CMRBodySmall"/>
              <w:spacing w:after="40"/>
            </w:pPr>
            <w:r>
              <w:rPr>
                <w:b/>
              </w:rPr>
              <w:t>STEP 2 — WHAT DO I KNOW?</w:t>
            </w:r>
          </w:p>
          <w:p w14:paraId="02DB200C" w14:textId="77777777" w:rsidR="00BE3968" w:rsidRDefault="00CA6E70">
            <w:pPr>
              <w:pStyle w:val="CMRBodySmall"/>
              <w:spacing w:after="40"/>
            </w:pPr>
            <w:r>
              <w:t>2-pack: ____________________</w:t>
            </w:r>
          </w:p>
          <w:p w14:paraId="2B6922E9" w14:textId="77777777" w:rsidR="00BE3968" w:rsidRDefault="00CA6E70">
            <w:pPr>
              <w:pStyle w:val="CMRBodySmall"/>
              <w:spacing w:after="40"/>
            </w:pPr>
            <w:r>
              <w:t>4-pack: ____________________</w:t>
            </w:r>
          </w:p>
          <w:p w14:paraId="7B6D011C" w14:textId="77777777" w:rsidR="00BE3968" w:rsidRDefault="00CA6E70">
            <w:pPr>
              <w:pStyle w:val="CMRBodySmall"/>
              <w:spacing w:after="40"/>
            </w:pPr>
            <w:r>
              <w:rPr>
                <w:b/>
              </w:rPr>
              <w:t>STEP 3 — HOW DO I FIND IT?</w:t>
            </w:r>
          </w:p>
          <w:p w14:paraId="1FD0966B" w14:textId="77777777" w:rsidR="00BE3968" w:rsidRDefault="00CA6E70">
            <w:pPr>
              <w:pStyle w:val="CMRBodySmall"/>
              <w:spacing w:after="20"/>
            </w:pPr>
            <w:r>
              <w:t>○ A. Pick the pack with the lower total price.</w:t>
            </w:r>
          </w:p>
          <w:p w14:paraId="20275B78" w14:textId="77777777" w:rsidR="00BE3968" w:rsidRDefault="00CA6E70">
            <w:pPr>
              <w:pStyle w:val="CMRBodySmall"/>
            </w:pPr>
            <w:r>
              <w:t>○ B. Divide each pack’s price by its count, then compare.</w:t>
            </w:r>
          </w:p>
          <w:p w14:paraId="20ECC0D8" w14:textId="77777777" w:rsidR="00BE3968" w:rsidRDefault="00CA6E70">
            <w:pPr>
              <w:pStyle w:val="CMRBodySmall"/>
              <w:spacing w:after="120"/>
            </w:pPr>
            <w:r>
              <w:t>My math: ____________________________________________________________</w:t>
            </w:r>
          </w:p>
          <w:p w14:paraId="35AEE56D" w14:textId="77777777" w:rsidR="00BE3968" w:rsidRDefault="00CA6E70">
            <w:pPr>
              <w:pStyle w:val="CMRBodySmall"/>
              <w:spacing w:after="120"/>
            </w:pPr>
            <w:r>
              <w:t>____________________________________________________________________</w:t>
            </w:r>
          </w:p>
          <w:p w14:paraId="11A460F7" w14:textId="77777777" w:rsidR="00BE3968" w:rsidRDefault="00CA6E70">
            <w:pPr>
              <w:pStyle w:val="CMRBodySmall"/>
              <w:spacing w:after="100"/>
            </w:pPr>
            <w:r>
              <w:t>Answer and check: ___________________________________________________</w:t>
            </w:r>
          </w:p>
        </w:tc>
      </w:tr>
    </w:tbl>
    <w:p w14:paraId="3293DA0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0CEE54E" w14:textId="77777777">
        <w:tc>
          <w:tcPr>
            <w:tcW w:w="10036" w:type="dxa"/>
            <w:tcMar>
              <w:top w:w="70" w:type="dxa"/>
              <w:left w:w="140" w:type="dxa"/>
              <w:bottom w:w="85" w:type="dxa"/>
              <w:right w:w="140" w:type="dxa"/>
            </w:tcMar>
          </w:tcPr>
          <w:p w14:paraId="6D20CF34" w14:textId="77777777" w:rsidR="00BE3968" w:rsidRDefault="00BE3968"/>
          <w:p w14:paraId="1EB9FDB8" w14:textId="77777777" w:rsidR="00BE3968" w:rsidRDefault="00CA6E70">
            <w:pPr>
              <w:pStyle w:val="CMRBodySmall"/>
            </w:pPr>
            <w:r>
              <w:rPr>
                <w:b/>
              </w:rPr>
              <w:t>PROBLEM S1-104</w:t>
            </w:r>
          </w:p>
          <w:p w14:paraId="6047512F" w14:textId="77777777" w:rsidR="00BE3968" w:rsidRDefault="00CA6E70">
            <w:pPr>
              <w:spacing w:after="140"/>
            </w:pPr>
            <w:r>
              <w:t>A store sells a 2-pack of towels for $3.00 and a 4-pack of the same towels for $4.00. Which pack has the lower price per towel, and what is that price?</w:t>
            </w:r>
          </w:p>
          <w:p w14:paraId="2B027402" w14:textId="77777777" w:rsidR="00BE3968" w:rsidRDefault="00CA6E70">
            <w:pPr>
              <w:pStyle w:val="CMRBodySmall"/>
              <w:spacing w:after="40"/>
            </w:pPr>
            <w:r>
              <w:rPr>
                <w:b/>
              </w:rPr>
              <w:t>STEP 1 — WHAT DO THEY WANT?</w:t>
            </w:r>
          </w:p>
          <w:p w14:paraId="182934D7" w14:textId="77777777" w:rsidR="00BE3968" w:rsidRDefault="00CA6E70">
            <w:pPr>
              <w:pStyle w:val="CMRBodySmall"/>
              <w:spacing w:after="20"/>
            </w:pPr>
            <w:r>
              <w:t>○ A. Which pack costs less for one towel.</w:t>
            </w:r>
          </w:p>
          <w:p w14:paraId="7FDCD3D9" w14:textId="77777777" w:rsidR="00BE3968" w:rsidRDefault="00CA6E70">
            <w:pPr>
              <w:pStyle w:val="CMRBodySmall"/>
              <w:spacing w:after="80"/>
            </w:pPr>
            <w:r>
              <w:t>○ B. Which pack has the lower price at the register.</w:t>
            </w:r>
          </w:p>
          <w:p w14:paraId="55B8316E" w14:textId="77777777" w:rsidR="00BE3968" w:rsidRDefault="00CA6E70">
            <w:pPr>
              <w:pStyle w:val="CMRBodySmall"/>
              <w:spacing w:after="40"/>
            </w:pPr>
            <w:r>
              <w:rPr>
                <w:b/>
              </w:rPr>
              <w:t>STEP 2 — WHAT DO I KNOW?</w:t>
            </w:r>
          </w:p>
          <w:p w14:paraId="164D1DB5" w14:textId="77777777" w:rsidR="00BE3968" w:rsidRDefault="00CA6E70">
            <w:pPr>
              <w:pStyle w:val="CMRBodySmall"/>
              <w:spacing w:after="40"/>
            </w:pPr>
            <w:r>
              <w:t>2-pack: ____________________</w:t>
            </w:r>
          </w:p>
          <w:p w14:paraId="27796CF1" w14:textId="77777777" w:rsidR="00BE3968" w:rsidRDefault="00CA6E70">
            <w:pPr>
              <w:pStyle w:val="CMRBodySmall"/>
              <w:spacing w:after="40"/>
            </w:pPr>
            <w:r>
              <w:t>4-pack: ____________________</w:t>
            </w:r>
          </w:p>
          <w:p w14:paraId="78551843" w14:textId="77777777" w:rsidR="00BE3968" w:rsidRDefault="00CA6E70">
            <w:pPr>
              <w:pStyle w:val="CMRBodySmall"/>
              <w:spacing w:after="40"/>
            </w:pPr>
            <w:r>
              <w:rPr>
                <w:b/>
              </w:rPr>
              <w:t>STEP 3 — HOW DO I FIND IT?</w:t>
            </w:r>
          </w:p>
          <w:p w14:paraId="7390C3D0" w14:textId="77777777" w:rsidR="00BE3968" w:rsidRDefault="00CA6E70">
            <w:pPr>
              <w:pStyle w:val="CMRBodySmall"/>
              <w:spacing w:after="20"/>
            </w:pPr>
            <w:r>
              <w:t>○ A. Pick the pack with more towels.</w:t>
            </w:r>
          </w:p>
          <w:p w14:paraId="13B4FDF9" w14:textId="77777777" w:rsidR="00BE3968" w:rsidRDefault="00CA6E70">
            <w:pPr>
              <w:pStyle w:val="CMRBodySmall"/>
            </w:pPr>
            <w:r>
              <w:t>○ B. Find the price of one towel in each pack.</w:t>
            </w:r>
          </w:p>
          <w:p w14:paraId="217FF33B" w14:textId="77777777" w:rsidR="00BE3968" w:rsidRDefault="00CA6E70">
            <w:pPr>
              <w:pStyle w:val="CMRBodySmall"/>
              <w:spacing w:after="120"/>
            </w:pPr>
            <w:r>
              <w:t>My math: ____________________________________________________________</w:t>
            </w:r>
          </w:p>
          <w:p w14:paraId="44A2D3A2" w14:textId="77777777" w:rsidR="00BE3968" w:rsidRDefault="00CA6E70">
            <w:pPr>
              <w:pStyle w:val="CMRBodySmall"/>
              <w:spacing w:after="120"/>
            </w:pPr>
            <w:r>
              <w:t>____________________________________________________________________</w:t>
            </w:r>
          </w:p>
          <w:p w14:paraId="359DC658" w14:textId="77777777" w:rsidR="00BE3968" w:rsidRDefault="00CA6E70">
            <w:pPr>
              <w:pStyle w:val="CMRBodySmall"/>
              <w:spacing w:after="100"/>
            </w:pPr>
            <w:r>
              <w:t>Answer and check: ___________________________________________________</w:t>
            </w:r>
          </w:p>
        </w:tc>
      </w:tr>
    </w:tbl>
    <w:p w14:paraId="1C3F91D1" w14:textId="77777777" w:rsidR="00BE3968" w:rsidRDefault="00CA6E70">
      <w:r>
        <w:br w:type="page"/>
      </w:r>
    </w:p>
    <w:p w14:paraId="4DC9C668" w14:textId="77777777" w:rsidR="00BE3968" w:rsidRDefault="00CA6E70">
      <w:pPr>
        <w:pStyle w:val="CMRSmallLabel"/>
        <w:spacing w:after="60"/>
      </w:pPr>
      <w:r>
        <w:rPr>
          <w:b w:val="0"/>
        </w:rPr>
        <w:lastRenderedPageBreak/>
        <w:t>SECTION 1  |  TOPIC 11  |  PRACTICE PAGE 3/5</w:t>
      </w:r>
    </w:p>
    <w:p w14:paraId="50CD7410" w14:textId="77777777" w:rsidR="00BE3968" w:rsidRDefault="00CA6E70">
      <w:pPr>
        <w:pStyle w:val="CMRPageTitle"/>
        <w:spacing w:after="60"/>
      </w:pPr>
      <w:r>
        <w:rPr>
          <w:b w:val="0"/>
        </w:rPr>
        <w:t>Comparing unit prices</w:t>
      </w:r>
    </w:p>
    <w:p w14:paraId="74EA57B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BD322DD" w14:textId="77777777">
        <w:tc>
          <w:tcPr>
            <w:tcW w:w="10036" w:type="dxa"/>
            <w:shd w:val="clear" w:color="auto" w:fill="F5F8F9"/>
            <w:tcMar>
              <w:top w:w="70" w:type="dxa"/>
              <w:left w:w="140" w:type="dxa"/>
              <w:bottom w:w="85" w:type="dxa"/>
              <w:right w:w="140" w:type="dxa"/>
            </w:tcMar>
          </w:tcPr>
          <w:p w14:paraId="5D34C3E7" w14:textId="77777777" w:rsidR="00BE3968" w:rsidRDefault="00BE3968"/>
          <w:p w14:paraId="4C4C5174" w14:textId="77777777" w:rsidR="00BE3968" w:rsidRDefault="00CA6E70">
            <w:pPr>
              <w:pStyle w:val="CMRBodySmall"/>
            </w:pPr>
            <w:r>
              <w:rPr>
                <w:b/>
              </w:rPr>
              <w:t>PROBLEM S1-105</w:t>
            </w:r>
          </w:p>
          <w:p w14:paraId="26DDB57F" w14:textId="77777777" w:rsidR="00BE3968" w:rsidRDefault="00CA6E70">
            <w:pPr>
              <w:spacing w:after="140"/>
            </w:pPr>
            <w:r>
              <w:t>Denise needs dishcloths. A 2-pack costs $5.00. A 6-pack costs $18.00. Which pack is the better deal for each dishcloth, and how much is one dishcloth in that pack?</w:t>
            </w:r>
          </w:p>
          <w:p w14:paraId="22888143" w14:textId="77777777" w:rsidR="00BE3968" w:rsidRDefault="00CA6E70">
            <w:pPr>
              <w:pStyle w:val="CMRBodySmall"/>
              <w:spacing w:after="40"/>
            </w:pPr>
            <w:r>
              <w:rPr>
                <w:b/>
              </w:rPr>
              <w:t>STEP 1 — WHAT DO THEY WANT?</w:t>
            </w:r>
          </w:p>
          <w:p w14:paraId="69D39CB0" w14:textId="77777777" w:rsidR="00BE3968" w:rsidRDefault="00CA6E70">
            <w:pPr>
              <w:pStyle w:val="CMRBodySmall"/>
              <w:spacing w:after="20"/>
            </w:pPr>
            <w:r>
              <w:t>○ A. The pack with more dishcloths in it.</w:t>
            </w:r>
          </w:p>
          <w:p w14:paraId="762EF25D" w14:textId="77777777" w:rsidR="00BE3968" w:rsidRDefault="00CA6E70">
            <w:pPr>
              <w:pStyle w:val="CMRBodySmall"/>
              <w:spacing w:after="80"/>
            </w:pPr>
            <w:r>
              <w:t>○ B. The pack with the lower price per dishcloth.</w:t>
            </w:r>
          </w:p>
          <w:p w14:paraId="0214BF3E" w14:textId="77777777" w:rsidR="00BE3968" w:rsidRDefault="00CA6E70">
            <w:pPr>
              <w:pStyle w:val="CMRBodySmall"/>
              <w:spacing w:after="40"/>
            </w:pPr>
            <w:r>
              <w:rPr>
                <w:b/>
              </w:rPr>
              <w:t>STEP 2 — WHAT DO I KNOW?</w:t>
            </w:r>
          </w:p>
          <w:p w14:paraId="70F95EE6" w14:textId="77777777" w:rsidR="00BE3968" w:rsidRDefault="00CA6E70">
            <w:pPr>
              <w:pStyle w:val="CMRBodySmall"/>
              <w:spacing w:after="40"/>
            </w:pPr>
            <w:r>
              <w:t>2-pack: ____________________</w:t>
            </w:r>
          </w:p>
          <w:p w14:paraId="29BA924C" w14:textId="77777777" w:rsidR="00BE3968" w:rsidRDefault="00CA6E70">
            <w:pPr>
              <w:pStyle w:val="CMRBodySmall"/>
              <w:spacing w:after="40"/>
            </w:pPr>
            <w:r>
              <w:t>6-pack: ____________________</w:t>
            </w:r>
          </w:p>
          <w:p w14:paraId="758B3803" w14:textId="77777777" w:rsidR="00BE3968" w:rsidRDefault="00CA6E70">
            <w:pPr>
              <w:pStyle w:val="CMRBodySmall"/>
              <w:spacing w:after="40"/>
            </w:pPr>
            <w:r>
              <w:rPr>
                <w:b/>
              </w:rPr>
              <w:t>STEP 3 — HOW DO I FIND IT?</w:t>
            </w:r>
          </w:p>
          <w:p w14:paraId="78F0B316" w14:textId="77777777" w:rsidR="00BE3968" w:rsidRDefault="00CA6E70">
            <w:pPr>
              <w:pStyle w:val="CMRBodySmall"/>
              <w:spacing w:after="20"/>
            </w:pPr>
            <w:r>
              <w:t>○ A. Divide each pack’s price by its count, then compare.</w:t>
            </w:r>
          </w:p>
          <w:p w14:paraId="451357B1" w14:textId="77777777" w:rsidR="00BE3968" w:rsidRDefault="00CA6E70">
            <w:pPr>
              <w:pStyle w:val="CMRBodySmall"/>
            </w:pPr>
            <w:r>
              <w:t>○ B. Pick the pack with the lower total price.</w:t>
            </w:r>
          </w:p>
          <w:p w14:paraId="1217EF28" w14:textId="77777777" w:rsidR="00BE3968" w:rsidRDefault="00CA6E70">
            <w:pPr>
              <w:pStyle w:val="CMRBodySmall"/>
              <w:spacing w:after="120"/>
            </w:pPr>
            <w:r>
              <w:t>My math: ____________________________________________________________</w:t>
            </w:r>
          </w:p>
          <w:p w14:paraId="3B3E7A71" w14:textId="77777777" w:rsidR="00BE3968" w:rsidRDefault="00CA6E70">
            <w:pPr>
              <w:pStyle w:val="CMRBodySmall"/>
              <w:spacing w:after="120"/>
            </w:pPr>
            <w:r>
              <w:t>____________________________________________________________________</w:t>
            </w:r>
          </w:p>
          <w:p w14:paraId="66EC21A2" w14:textId="77777777" w:rsidR="00BE3968" w:rsidRDefault="00CA6E70">
            <w:pPr>
              <w:pStyle w:val="CMRBodySmall"/>
              <w:spacing w:after="100"/>
            </w:pPr>
            <w:r>
              <w:t>Answer and check: ___________________________________________________</w:t>
            </w:r>
          </w:p>
        </w:tc>
      </w:tr>
    </w:tbl>
    <w:p w14:paraId="3DED380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52C38A4" w14:textId="77777777">
        <w:tc>
          <w:tcPr>
            <w:tcW w:w="10036" w:type="dxa"/>
            <w:tcMar>
              <w:top w:w="70" w:type="dxa"/>
              <w:left w:w="140" w:type="dxa"/>
              <w:bottom w:w="85" w:type="dxa"/>
              <w:right w:w="140" w:type="dxa"/>
            </w:tcMar>
          </w:tcPr>
          <w:p w14:paraId="508C144D" w14:textId="77777777" w:rsidR="00BE3968" w:rsidRDefault="00BE3968"/>
          <w:p w14:paraId="28F3B60D" w14:textId="77777777" w:rsidR="00BE3968" w:rsidRDefault="00CA6E70">
            <w:pPr>
              <w:pStyle w:val="CMRBodySmall"/>
            </w:pPr>
            <w:r>
              <w:rPr>
                <w:b/>
              </w:rPr>
              <w:t>PROBLEM S1-106</w:t>
            </w:r>
          </w:p>
          <w:p w14:paraId="289BCFAA" w14:textId="77777777" w:rsidR="00BE3968" w:rsidRDefault="00CA6E70">
            <w:pPr>
              <w:spacing w:after="140"/>
            </w:pPr>
            <w:r>
              <w:t>Two packs of the same notebooks are on the shelf: a 4-pack for $8.00 and a 2-pack for $5.00. Which pack costs less for each notebook? Give the price of one notebook in that pack.</w:t>
            </w:r>
          </w:p>
          <w:p w14:paraId="7C7A7669" w14:textId="77777777" w:rsidR="00BE3968" w:rsidRDefault="00CA6E70">
            <w:pPr>
              <w:pStyle w:val="CMRBodySmall"/>
              <w:spacing w:after="40"/>
            </w:pPr>
            <w:r>
              <w:rPr>
                <w:b/>
              </w:rPr>
              <w:t>STEP 1 — WHAT DO THEY WANT?</w:t>
            </w:r>
          </w:p>
          <w:p w14:paraId="011D8931" w14:textId="77777777" w:rsidR="00BE3968" w:rsidRDefault="00CA6E70">
            <w:pPr>
              <w:pStyle w:val="CMRBodySmall"/>
              <w:spacing w:after="20"/>
            </w:pPr>
            <w:r>
              <w:t>○ A. The better deal for each notebook, and its price.</w:t>
            </w:r>
          </w:p>
          <w:p w14:paraId="6524D7C4" w14:textId="77777777" w:rsidR="00BE3968" w:rsidRDefault="00CA6E70">
            <w:pPr>
              <w:pStyle w:val="CMRBodySmall"/>
              <w:spacing w:after="80"/>
            </w:pPr>
            <w:r>
              <w:t>○ B. The total cost of buying both packs.</w:t>
            </w:r>
          </w:p>
          <w:p w14:paraId="51767888" w14:textId="77777777" w:rsidR="00BE3968" w:rsidRDefault="00CA6E70">
            <w:pPr>
              <w:pStyle w:val="CMRBodySmall"/>
              <w:spacing w:after="40"/>
            </w:pPr>
            <w:r>
              <w:rPr>
                <w:b/>
              </w:rPr>
              <w:t>STEP 2 — WHAT DO I KNOW?</w:t>
            </w:r>
          </w:p>
          <w:p w14:paraId="48FAE826" w14:textId="77777777" w:rsidR="00BE3968" w:rsidRDefault="00CA6E70">
            <w:pPr>
              <w:pStyle w:val="CMRBodySmall"/>
              <w:spacing w:after="40"/>
            </w:pPr>
            <w:r>
              <w:t>2-pack: ____________________</w:t>
            </w:r>
          </w:p>
          <w:p w14:paraId="5CA8E57A" w14:textId="77777777" w:rsidR="00BE3968" w:rsidRDefault="00CA6E70">
            <w:pPr>
              <w:pStyle w:val="CMRBodySmall"/>
              <w:spacing w:after="40"/>
            </w:pPr>
            <w:r>
              <w:t>4-pack: ____________________</w:t>
            </w:r>
          </w:p>
          <w:p w14:paraId="567853D5" w14:textId="77777777" w:rsidR="00BE3968" w:rsidRDefault="00CA6E70">
            <w:pPr>
              <w:pStyle w:val="CMRBodySmall"/>
              <w:spacing w:after="40"/>
            </w:pPr>
            <w:r>
              <w:rPr>
                <w:b/>
              </w:rPr>
              <w:t>STEP 3 — HOW DO I FIND IT?</w:t>
            </w:r>
          </w:p>
          <w:p w14:paraId="6134FC67" w14:textId="77777777" w:rsidR="00BE3968" w:rsidRDefault="00CA6E70">
            <w:pPr>
              <w:pStyle w:val="CMRBodySmall"/>
              <w:spacing w:after="20"/>
            </w:pPr>
            <w:r>
              <w:t>○ A. Find the price of one notebook in each pack.</w:t>
            </w:r>
          </w:p>
          <w:p w14:paraId="48C3D615" w14:textId="77777777" w:rsidR="00BE3968" w:rsidRDefault="00CA6E70">
            <w:pPr>
              <w:pStyle w:val="CMRBodySmall"/>
            </w:pPr>
            <w:r>
              <w:t>○ B. Pick the pack with more notebooks.</w:t>
            </w:r>
          </w:p>
          <w:p w14:paraId="1BF8B53A" w14:textId="77777777" w:rsidR="00BE3968" w:rsidRDefault="00CA6E70">
            <w:pPr>
              <w:pStyle w:val="CMRBodySmall"/>
              <w:spacing w:after="120"/>
            </w:pPr>
            <w:r>
              <w:t>My math: ____________________________________________________________</w:t>
            </w:r>
          </w:p>
          <w:p w14:paraId="2F4D447E" w14:textId="77777777" w:rsidR="00BE3968" w:rsidRDefault="00CA6E70">
            <w:pPr>
              <w:pStyle w:val="CMRBodySmall"/>
              <w:spacing w:after="120"/>
            </w:pPr>
            <w:r>
              <w:t>____________________________________________________________________</w:t>
            </w:r>
          </w:p>
          <w:p w14:paraId="4249681F" w14:textId="77777777" w:rsidR="00BE3968" w:rsidRDefault="00CA6E70">
            <w:pPr>
              <w:pStyle w:val="CMRBodySmall"/>
              <w:spacing w:after="100"/>
            </w:pPr>
            <w:r>
              <w:t>Answer and check: ___________________________________________________</w:t>
            </w:r>
          </w:p>
        </w:tc>
      </w:tr>
    </w:tbl>
    <w:p w14:paraId="5C85BB13" w14:textId="77777777" w:rsidR="00BE3968" w:rsidRDefault="00CA6E70">
      <w:r>
        <w:br w:type="page"/>
      </w:r>
    </w:p>
    <w:p w14:paraId="1166BD65" w14:textId="77777777" w:rsidR="00BE3968" w:rsidRDefault="00CA6E70">
      <w:pPr>
        <w:pStyle w:val="CMRSmallLabel"/>
        <w:spacing w:after="60"/>
      </w:pPr>
      <w:r>
        <w:rPr>
          <w:b w:val="0"/>
        </w:rPr>
        <w:lastRenderedPageBreak/>
        <w:t>SECTION 1  |  TOPIC 11  |  PRACTICE PAGE 4/5</w:t>
      </w:r>
    </w:p>
    <w:p w14:paraId="2D7C77FA" w14:textId="77777777" w:rsidR="00BE3968" w:rsidRDefault="00CA6E70">
      <w:pPr>
        <w:pStyle w:val="CMRPageTitle"/>
        <w:spacing w:after="60"/>
      </w:pPr>
      <w:r>
        <w:rPr>
          <w:b w:val="0"/>
        </w:rPr>
        <w:t>Comparing unit prices</w:t>
      </w:r>
    </w:p>
    <w:p w14:paraId="1B1372B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E5C3E9F" w14:textId="77777777">
        <w:tc>
          <w:tcPr>
            <w:tcW w:w="10036" w:type="dxa"/>
            <w:shd w:val="clear" w:color="auto" w:fill="F5F8F9"/>
            <w:tcMar>
              <w:top w:w="70" w:type="dxa"/>
              <w:left w:w="140" w:type="dxa"/>
              <w:bottom w:w="85" w:type="dxa"/>
              <w:right w:w="140" w:type="dxa"/>
            </w:tcMar>
          </w:tcPr>
          <w:p w14:paraId="54246F22" w14:textId="77777777" w:rsidR="00BE3968" w:rsidRDefault="00BE3968"/>
          <w:p w14:paraId="14C83BFA" w14:textId="77777777" w:rsidR="00BE3968" w:rsidRDefault="00CA6E70">
            <w:pPr>
              <w:pStyle w:val="CMRBodySmall"/>
            </w:pPr>
            <w:r>
              <w:rPr>
                <w:b/>
              </w:rPr>
              <w:t>PROBLEM S1-107</w:t>
            </w:r>
          </w:p>
          <w:p w14:paraId="60B1AA61" w14:textId="77777777" w:rsidR="00BE3968" w:rsidRDefault="00CA6E70">
            <w:pPr>
              <w:spacing w:after="140"/>
            </w:pPr>
            <w:r>
              <w:t>A store sells a 4-pack of batteries for $12.00 and a 7-pack of the same batteries for $24.50. Which pack has the lower price per battery, and what is that price?</w:t>
            </w:r>
          </w:p>
          <w:p w14:paraId="1AE22CCC" w14:textId="77777777" w:rsidR="00BE3968" w:rsidRDefault="00CA6E70">
            <w:pPr>
              <w:pStyle w:val="CMRBodySmall"/>
              <w:spacing w:after="40"/>
            </w:pPr>
            <w:r>
              <w:rPr>
                <w:b/>
              </w:rPr>
              <w:t>STEP 1 — WHAT DO THEY WANT?</w:t>
            </w:r>
          </w:p>
          <w:p w14:paraId="71DD549D" w14:textId="77777777" w:rsidR="00BE3968" w:rsidRDefault="00CA6E70">
            <w:pPr>
              <w:pStyle w:val="CMRBodySmall"/>
              <w:spacing w:after="20"/>
            </w:pPr>
            <w:r>
              <w:t>○ A. Which pack costs less for one battery.</w:t>
            </w:r>
          </w:p>
          <w:p w14:paraId="53040850" w14:textId="77777777" w:rsidR="00BE3968" w:rsidRDefault="00CA6E70">
            <w:pPr>
              <w:pStyle w:val="CMRBodySmall"/>
              <w:spacing w:after="80"/>
            </w:pPr>
            <w:r>
              <w:t>○ B. Which pack has the lower price at the register.</w:t>
            </w:r>
          </w:p>
          <w:p w14:paraId="5CBFD9E0" w14:textId="77777777" w:rsidR="00BE3968" w:rsidRDefault="00CA6E70">
            <w:pPr>
              <w:pStyle w:val="CMRBodySmall"/>
              <w:spacing w:after="40"/>
            </w:pPr>
            <w:r>
              <w:rPr>
                <w:b/>
              </w:rPr>
              <w:t>STEP 2 — WHAT DO I KNOW?</w:t>
            </w:r>
          </w:p>
          <w:p w14:paraId="47164708" w14:textId="77777777" w:rsidR="00BE3968" w:rsidRDefault="00CA6E70">
            <w:pPr>
              <w:pStyle w:val="CMRBodySmall"/>
              <w:spacing w:after="40"/>
            </w:pPr>
            <w:r>
              <w:t>4-pack: ____________________</w:t>
            </w:r>
          </w:p>
          <w:p w14:paraId="3CAFE3E2" w14:textId="77777777" w:rsidR="00BE3968" w:rsidRDefault="00CA6E70">
            <w:pPr>
              <w:pStyle w:val="CMRBodySmall"/>
              <w:spacing w:after="40"/>
            </w:pPr>
            <w:r>
              <w:t>7-pack: ____________________</w:t>
            </w:r>
          </w:p>
          <w:p w14:paraId="42C6371C" w14:textId="77777777" w:rsidR="00BE3968" w:rsidRDefault="00CA6E70">
            <w:pPr>
              <w:pStyle w:val="CMRBodySmall"/>
              <w:spacing w:after="40"/>
            </w:pPr>
            <w:r>
              <w:rPr>
                <w:b/>
              </w:rPr>
              <w:t>STEP 3 — HOW DO I FIND IT?</w:t>
            </w:r>
          </w:p>
          <w:p w14:paraId="493CF720" w14:textId="77777777" w:rsidR="00BE3968" w:rsidRDefault="00CA6E70">
            <w:pPr>
              <w:pStyle w:val="CMRBodySmall"/>
              <w:spacing w:after="20"/>
            </w:pPr>
            <w:r>
              <w:t>○ A. Pick the pack with the lower total price.</w:t>
            </w:r>
          </w:p>
          <w:p w14:paraId="42E16B2E" w14:textId="77777777" w:rsidR="00BE3968" w:rsidRDefault="00CA6E70">
            <w:pPr>
              <w:pStyle w:val="CMRBodySmall"/>
            </w:pPr>
            <w:r>
              <w:t>○ B. Divide each pack’s price by its count, then compare.</w:t>
            </w:r>
          </w:p>
          <w:p w14:paraId="5CD99468" w14:textId="77777777" w:rsidR="00BE3968" w:rsidRDefault="00CA6E70">
            <w:pPr>
              <w:pStyle w:val="CMRBodySmall"/>
              <w:spacing w:after="120"/>
            </w:pPr>
            <w:r>
              <w:t>My math: ____________________________________________________________</w:t>
            </w:r>
          </w:p>
          <w:p w14:paraId="221F4BAD" w14:textId="77777777" w:rsidR="00BE3968" w:rsidRDefault="00CA6E70">
            <w:pPr>
              <w:pStyle w:val="CMRBodySmall"/>
              <w:spacing w:after="120"/>
            </w:pPr>
            <w:r>
              <w:t>____________________________________________________________________</w:t>
            </w:r>
          </w:p>
          <w:p w14:paraId="25A6E2EC" w14:textId="77777777" w:rsidR="00BE3968" w:rsidRDefault="00CA6E70">
            <w:pPr>
              <w:pStyle w:val="CMRBodySmall"/>
              <w:spacing w:after="100"/>
            </w:pPr>
            <w:r>
              <w:t>Answer and check: ___________________________________________________</w:t>
            </w:r>
          </w:p>
        </w:tc>
      </w:tr>
    </w:tbl>
    <w:p w14:paraId="03DB06C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1ED24D1" w14:textId="77777777">
        <w:tc>
          <w:tcPr>
            <w:tcW w:w="10036" w:type="dxa"/>
            <w:tcMar>
              <w:top w:w="70" w:type="dxa"/>
              <w:left w:w="140" w:type="dxa"/>
              <w:bottom w:w="85" w:type="dxa"/>
              <w:right w:w="140" w:type="dxa"/>
            </w:tcMar>
          </w:tcPr>
          <w:p w14:paraId="04A079F5" w14:textId="77777777" w:rsidR="00BE3968" w:rsidRDefault="00BE3968"/>
          <w:p w14:paraId="1B73682D" w14:textId="77777777" w:rsidR="00BE3968" w:rsidRDefault="00CA6E70">
            <w:pPr>
              <w:pStyle w:val="CMRBodySmall"/>
            </w:pPr>
            <w:r>
              <w:rPr>
                <w:b/>
              </w:rPr>
              <w:t>PROBLEM S1-108</w:t>
            </w:r>
          </w:p>
          <w:p w14:paraId="3570345B" w14:textId="77777777" w:rsidR="00BE3968" w:rsidRDefault="00CA6E70">
            <w:pPr>
              <w:spacing w:after="140"/>
            </w:pPr>
            <w:r>
              <w:t>Andre needs towels. A 3-pack costs $9.00. A 7-pack costs $17.50. Which pack is the better deal for each towel, and how much is one towel in that pack?</w:t>
            </w:r>
          </w:p>
          <w:p w14:paraId="2C954EC4" w14:textId="77777777" w:rsidR="00BE3968" w:rsidRDefault="00CA6E70">
            <w:pPr>
              <w:pStyle w:val="CMRBodySmall"/>
              <w:spacing w:after="40"/>
            </w:pPr>
            <w:r>
              <w:rPr>
                <w:b/>
              </w:rPr>
              <w:t>STEP 1 — WHAT DO THEY WANT?</w:t>
            </w:r>
          </w:p>
          <w:p w14:paraId="76FB8885" w14:textId="77777777" w:rsidR="00BE3968" w:rsidRDefault="00CA6E70">
            <w:pPr>
              <w:pStyle w:val="CMRBodySmall"/>
              <w:spacing w:after="20"/>
            </w:pPr>
            <w:r>
              <w:t>○ A. The pack with more towels in it.</w:t>
            </w:r>
          </w:p>
          <w:p w14:paraId="2AB155EC" w14:textId="77777777" w:rsidR="00BE3968" w:rsidRDefault="00CA6E70">
            <w:pPr>
              <w:pStyle w:val="CMRBodySmall"/>
              <w:spacing w:after="80"/>
            </w:pPr>
            <w:r>
              <w:t>○ B. The pack with the lower price per towel.</w:t>
            </w:r>
          </w:p>
          <w:p w14:paraId="7039FF18" w14:textId="77777777" w:rsidR="00BE3968" w:rsidRDefault="00CA6E70">
            <w:pPr>
              <w:pStyle w:val="CMRBodySmall"/>
              <w:spacing w:after="40"/>
            </w:pPr>
            <w:r>
              <w:rPr>
                <w:b/>
              </w:rPr>
              <w:t>STEP 2 — WHAT DO I KNOW?</w:t>
            </w:r>
          </w:p>
          <w:p w14:paraId="7BFC3D0B" w14:textId="77777777" w:rsidR="00BE3968" w:rsidRDefault="00CA6E70">
            <w:pPr>
              <w:pStyle w:val="CMRBodySmall"/>
              <w:spacing w:after="40"/>
            </w:pPr>
            <w:r>
              <w:t>3-pack: ____________________</w:t>
            </w:r>
          </w:p>
          <w:p w14:paraId="16BEBC9E" w14:textId="77777777" w:rsidR="00BE3968" w:rsidRDefault="00CA6E70">
            <w:pPr>
              <w:pStyle w:val="CMRBodySmall"/>
              <w:spacing w:after="40"/>
            </w:pPr>
            <w:r>
              <w:t>7-pack: ____________________</w:t>
            </w:r>
          </w:p>
          <w:p w14:paraId="2E56C959" w14:textId="77777777" w:rsidR="00BE3968" w:rsidRDefault="00CA6E70">
            <w:pPr>
              <w:pStyle w:val="CMRBodySmall"/>
              <w:spacing w:after="40"/>
            </w:pPr>
            <w:r>
              <w:rPr>
                <w:b/>
              </w:rPr>
              <w:t>STEP 3 — HOW DO I FIND IT?</w:t>
            </w:r>
          </w:p>
          <w:p w14:paraId="52772DE7" w14:textId="77777777" w:rsidR="00BE3968" w:rsidRDefault="00CA6E70">
            <w:pPr>
              <w:pStyle w:val="CMRBodySmall"/>
              <w:spacing w:after="20"/>
            </w:pPr>
            <w:r>
              <w:t>○ A. Find the price of one towel in each pack.</w:t>
            </w:r>
          </w:p>
          <w:p w14:paraId="4128D733" w14:textId="77777777" w:rsidR="00BE3968" w:rsidRDefault="00CA6E70">
            <w:pPr>
              <w:pStyle w:val="CMRBodySmall"/>
            </w:pPr>
            <w:r>
              <w:t>○ B. Pick the pack with more towels.</w:t>
            </w:r>
          </w:p>
          <w:p w14:paraId="56D4A906" w14:textId="77777777" w:rsidR="00BE3968" w:rsidRDefault="00CA6E70">
            <w:pPr>
              <w:pStyle w:val="CMRBodySmall"/>
              <w:spacing w:after="120"/>
            </w:pPr>
            <w:r>
              <w:t>My math: ____________________________________________________________</w:t>
            </w:r>
          </w:p>
          <w:p w14:paraId="376541CB" w14:textId="77777777" w:rsidR="00BE3968" w:rsidRDefault="00CA6E70">
            <w:pPr>
              <w:pStyle w:val="CMRBodySmall"/>
              <w:spacing w:after="120"/>
            </w:pPr>
            <w:r>
              <w:t>____________________________________________________________________</w:t>
            </w:r>
          </w:p>
          <w:p w14:paraId="4299D0D4" w14:textId="77777777" w:rsidR="00BE3968" w:rsidRDefault="00CA6E70">
            <w:pPr>
              <w:pStyle w:val="CMRBodySmall"/>
              <w:spacing w:after="100"/>
            </w:pPr>
            <w:r>
              <w:t>Answer and check: ___________________________________________________</w:t>
            </w:r>
          </w:p>
        </w:tc>
      </w:tr>
    </w:tbl>
    <w:p w14:paraId="21AA2A90" w14:textId="77777777" w:rsidR="00BE3968" w:rsidRDefault="00CA6E70">
      <w:r>
        <w:br w:type="page"/>
      </w:r>
    </w:p>
    <w:p w14:paraId="182F987A" w14:textId="77777777" w:rsidR="00BE3968" w:rsidRDefault="00CA6E70">
      <w:pPr>
        <w:pStyle w:val="CMRSmallLabel"/>
        <w:spacing w:after="60"/>
      </w:pPr>
      <w:r>
        <w:rPr>
          <w:b w:val="0"/>
        </w:rPr>
        <w:lastRenderedPageBreak/>
        <w:t>SECTION 1  |  TOPIC 11  |  PRACTICE PAGE 5/5</w:t>
      </w:r>
    </w:p>
    <w:p w14:paraId="74F942B4" w14:textId="77777777" w:rsidR="00BE3968" w:rsidRDefault="00CA6E70">
      <w:pPr>
        <w:pStyle w:val="CMRPageTitle"/>
        <w:spacing w:after="60"/>
      </w:pPr>
      <w:r>
        <w:rPr>
          <w:b w:val="0"/>
        </w:rPr>
        <w:t>Comparing unit prices</w:t>
      </w:r>
    </w:p>
    <w:p w14:paraId="1980F10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1F8BF20" w14:textId="77777777">
        <w:tc>
          <w:tcPr>
            <w:tcW w:w="10036" w:type="dxa"/>
            <w:shd w:val="clear" w:color="auto" w:fill="F5F8F9"/>
            <w:tcMar>
              <w:top w:w="70" w:type="dxa"/>
              <w:left w:w="140" w:type="dxa"/>
              <w:bottom w:w="85" w:type="dxa"/>
              <w:right w:w="140" w:type="dxa"/>
            </w:tcMar>
          </w:tcPr>
          <w:p w14:paraId="02AC245E" w14:textId="77777777" w:rsidR="00BE3968" w:rsidRDefault="00BE3968"/>
          <w:p w14:paraId="20FBD6CF" w14:textId="77777777" w:rsidR="00BE3968" w:rsidRDefault="00CA6E70">
            <w:pPr>
              <w:pStyle w:val="CMRBodySmall"/>
            </w:pPr>
            <w:r>
              <w:rPr>
                <w:b/>
              </w:rPr>
              <w:t>PROBLEM S1-109</w:t>
            </w:r>
          </w:p>
          <w:p w14:paraId="786C8091" w14:textId="77777777" w:rsidR="00BE3968" w:rsidRDefault="00CA6E70">
            <w:pPr>
              <w:spacing w:after="140"/>
            </w:pPr>
            <w:r>
              <w:t>Two packs of the same dishcloths are on the shelf: a 6-pack for $18.00 and a 3-pack for $7.50. Which pack costs less for each dishcloth? Give the price of one dishcloth in that pack.</w:t>
            </w:r>
          </w:p>
          <w:p w14:paraId="758D2273" w14:textId="77777777" w:rsidR="00BE3968" w:rsidRDefault="00CA6E70">
            <w:pPr>
              <w:pStyle w:val="CMRBodySmall"/>
              <w:spacing w:after="40"/>
            </w:pPr>
            <w:r>
              <w:rPr>
                <w:b/>
              </w:rPr>
              <w:t>STEP 1 — WHAT DO THEY WANT?</w:t>
            </w:r>
          </w:p>
          <w:p w14:paraId="426F85A5" w14:textId="77777777" w:rsidR="00BE3968" w:rsidRDefault="00CA6E70">
            <w:pPr>
              <w:pStyle w:val="CMRBodySmall"/>
              <w:spacing w:after="20"/>
            </w:pPr>
            <w:r>
              <w:t>○ A. The better deal for each dishcloth, and its price.</w:t>
            </w:r>
          </w:p>
          <w:p w14:paraId="4B66EC1F" w14:textId="77777777" w:rsidR="00BE3968" w:rsidRDefault="00CA6E70">
            <w:pPr>
              <w:pStyle w:val="CMRBodySmall"/>
              <w:spacing w:after="80"/>
            </w:pPr>
            <w:r>
              <w:t>○ B. The total cost of buying both packs.</w:t>
            </w:r>
          </w:p>
          <w:p w14:paraId="467D51A7" w14:textId="77777777" w:rsidR="00BE3968" w:rsidRDefault="00CA6E70">
            <w:pPr>
              <w:pStyle w:val="CMRBodySmall"/>
              <w:spacing w:after="40"/>
            </w:pPr>
            <w:r>
              <w:rPr>
                <w:b/>
              </w:rPr>
              <w:t>STEP 2 — WHAT DO I KNOW?</w:t>
            </w:r>
          </w:p>
          <w:p w14:paraId="50B25F30" w14:textId="77777777" w:rsidR="00BE3968" w:rsidRDefault="00CA6E70">
            <w:pPr>
              <w:pStyle w:val="CMRBodySmall"/>
              <w:spacing w:after="40"/>
            </w:pPr>
            <w:r>
              <w:t>3-pack: ____________________</w:t>
            </w:r>
          </w:p>
          <w:p w14:paraId="65FAA760" w14:textId="77777777" w:rsidR="00BE3968" w:rsidRDefault="00CA6E70">
            <w:pPr>
              <w:pStyle w:val="CMRBodySmall"/>
              <w:spacing w:after="40"/>
            </w:pPr>
            <w:r>
              <w:t>6-pack: ____________________</w:t>
            </w:r>
          </w:p>
          <w:p w14:paraId="5BF40024" w14:textId="77777777" w:rsidR="00BE3968" w:rsidRDefault="00CA6E70">
            <w:pPr>
              <w:pStyle w:val="CMRBodySmall"/>
              <w:spacing w:after="40"/>
            </w:pPr>
            <w:r>
              <w:rPr>
                <w:b/>
              </w:rPr>
              <w:t>STEP 3 — HOW DO I FIND IT?</w:t>
            </w:r>
          </w:p>
          <w:p w14:paraId="3AB63EFE" w14:textId="77777777" w:rsidR="00BE3968" w:rsidRDefault="00CA6E70">
            <w:pPr>
              <w:pStyle w:val="CMRBodySmall"/>
              <w:spacing w:after="20"/>
            </w:pPr>
            <w:r>
              <w:t>○ A. Divide each pack’s price by its count, then compare.</w:t>
            </w:r>
          </w:p>
          <w:p w14:paraId="7C9B6EE9" w14:textId="77777777" w:rsidR="00BE3968" w:rsidRDefault="00CA6E70">
            <w:pPr>
              <w:pStyle w:val="CMRBodySmall"/>
            </w:pPr>
            <w:r>
              <w:t>○ B. Pick the pack with the lower total price.</w:t>
            </w:r>
          </w:p>
          <w:p w14:paraId="71FADC46" w14:textId="77777777" w:rsidR="00BE3968" w:rsidRDefault="00CA6E70">
            <w:pPr>
              <w:pStyle w:val="CMRBodySmall"/>
              <w:spacing w:after="120"/>
            </w:pPr>
            <w:r>
              <w:t>My math: ____________________________________________________________</w:t>
            </w:r>
          </w:p>
          <w:p w14:paraId="3FE15E8B" w14:textId="77777777" w:rsidR="00BE3968" w:rsidRDefault="00CA6E70">
            <w:pPr>
              <w:pStyle w:val="CMRBodySmall"/>
              <w:spacing w:after="120"/>
            </w:pPr>
            <w:r>
              <w:t>____________________________________________________________________</w:t>
            </w:r>
          </w:p>
          <w:p w14:paraId="43F4D0BD" w14:textId="77777777" w:rsidR="00BE3968" w:rsidRDefault="00CA6E70">
            <w:pPr>
              <w:pStyle w:val="CMRBodySmall"/>
              <w:spacing w:after="100"/>
            </w:pPr>
            <w:r>
              <w:t>Answer and check: ___________________________________________________</w:t>
            </w:r>
          </w:p>
        </w:tc>
      </w:tr>
    </w:tbl>
    <w:p w14:paraId="5EC8E7A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480B78C" w14:textId="77777777">
        <w:tc>
          <w:tcPr>
            <w:tcW w:w="10036" w:type="dxa"/>
            <w:tcMar>
              <w:top w:w="70" w:type="dxa"/>
              <w:left w:w="140" w:type="dxa"/>
              <w:bottom w:w="85" w:type="dxa"/>
              <w:right w:w="140" w:type="dxa"/>
            </w:tcMar>
          </w:tcPr>
          <w:p w14:paraId="5C6B878C" w14:textId="77777777" w:rsidR="00BE3968" w:rsidRDefault="00BE3968"/>
          <w:p w14:paraId="243BE133" w14:textId="77777777" w:rsidR="00BE3968" w:rsidRDefault="00CA6E70">
            <w:pPr>
              <w:pStyle w:val="CMRBodySmall"/>
            </w:pPr>
            <w:r>
              <w:rPr>
                <w:b/>
              </w:rPr>
              <w:t>PROBLEM S1-110</w:t>
            </w:r>
          </w:p>
          <w:p w14:paraId="283B251D" w14:textId="77777777" w:rsidR="00BE3968" w:rsidRDefault="00CA6E70">
            <w:pPr>
              <w:spacing w:after="140"/>
            </w:pPr>
            <w:r>
              <w:t>A store sells a 4-pack of notebooks for $10.00 and a 6-pack of the same notebooks for $12.00. Which pack has the lower price per notebook, and what is that price?</w:t>
            </w:r>
          </w:p>
          <w:p w14:paraId="000B9D3C" w14:textId="77777777" w:rsidR="00BE3968" w:rsidRDefault="00CA6E70">
            <w:pPr>
              <w:pStyle w:val="CMRBodySmall"/>
              <w:spacing w:after="40"/>
            </w:pPr>
            <w:r>
              <w:rPr>
                <w:b/>
              </w:rPr>
              <w:t>STEP 1 — WHAT DO THEY WANT?</w:t>
            </w:r>
          </w:p>
          <w:p w14:paraId="589BB626" w14:textId="77777777" w:rsidR="00BE3968" w:rsidRDefault="00CA6E70">
            <w:pPr>
              <w:pStyle w:val="CMRBodySmall"/>
              <w:spacing w:after="20"/>
            </w:pPr>
            <w:r>
              <w:t>○ A. Which pack has the lower price at the register.</w:t>
            </w:r>
          </w:p>
          <w:p w14:paraId="68A7C837" w14:textId="77777777" w:rsidR="00BE3968" w:rsidRDefault="00CA6E70">
            <w:pPr>
              <w:pStyle w:val="CMRBodySmall"/>
              <w:spacing w:after="80"/>
            </w:pPr>
            <w:r>
              <w:t>○ B. Which pack costs less for one notebook.</w:t>
            </w:r>
          </w:p>
          <w:p w14:paraId="07B8C97D" w14:textId="77777777" w:rsidR="00BE3968" w:rsidRDefault="00CA6E70">
            <w:pPr>
              <w:pStyle w:val="CMRBodySmall"/>
              <w:spacing w:after="40"/>
            </w:pPr>
            <w:r>
              <w:rPr>
                <w:b/>
              </w:rPr>
              <w:t>STEP 2 — WHAT DO I KNOW?</w:t>
            </w:r>
          </w:p>
          <w:p w14:paraId="57167C47" w14:textId="77777777" w:rsidR="00BE3968" w:rsidRDefault="00CA6E70">
            <w:pPr>
              <w:pStyle w:val="CMRBodySmall"/>
              <w:spacing w:after="40"/>
            </w:pPr>
            <w:r>
              <w:t>4-pack: ____________________</w:t>
            </w:r>
          </w:p>
          <w:p w14:paraId="14AA8EA8" w14:textId="77777777" w:rsidR="00BE3968" w:rsidRDefault="00CA6E70">
            <w:pPr>
              <w:pStyle w:val="CMRBodySmall"/>
              <w:spacing w:after="40"/>
            </w:pPr>
            <w:r>
              <w:t>6-pack: ____________________</w:t>
            </w:r>
          </w:p>
          <w:p w14:paraId="6E2F74DB" w14:textId="77777777" w:rsidR="00BE3968" w:rsidRDefault="00CA6E70">
            <w:pPr>
              <w:pStyle w:val="CMRBodySmall"/>
              <w:spacing w:after="40"/>
            </w:pPr>
            <w:r>
              <w:rPr>
                <w:b/>
              </w:rPr>
              <w:t>STEP 3 — HOW DO I FIND IT?</w:t>
            </w:r>
          </w:p>
          <w:p w14:paraId="2DA2EDBF" w14:textId="77777777" w:rsidR="00BE3968" w:rsidRDefault="00CA6E70">
            <w:pPr>
              <w:pStyle w:val="CMRBodySmall"/>
              <w:spacing w:after="20"/>
            </w:pPr>
            <w:r>
              <w:t>○ A. Pick the pack with more notebooks.</w:t>
            </w:r>
          </w:p>
          <w:p w14:paraId="5E877959" w14:textId="77777777" w:rsidR="00BE3968" w:rsidRDefault="00CA6E70">
            <w:pPr>
              <w:pStyle w:val="CMRBodySmall"/>
            </w:pPr>
            <w:r>
              <w:t>○ B. Find the price of one notebook in each pack.</w:t>
            </w:r>
          </w:p>
          <w:p w14:paraId="0E4737AF" w14:textId="77777777" w:rsidR="00BE3968" w:rsidRDefault="00CA6E70">
            <w:pPr>
              <w:pStyle w:val="CMRBodySmall"/>
              <w:spacing w:after="120"/>
            </w:pPr>
            <w:r>
              <w:t>My math: ____________________________________________________________</w:t>
            </w:r>
          </w:p>
          <w:p w14:paraId="5D2FDAB6" w14:textId="77777777" w:rsidR="00BE3968" w:rsidRDefault="00CA6E70">
            <w:pPr>
              <w:pStyle w:val="CMRBodySmall"/>
              <w:spacing w:after="120"/>
            </w:pPr>
            <w:r>
              <w:t>____________________________________________________________________</w:t>
            </w:r>
          </w:p>
          <w:p w14:paraId="0FE6636B" w14:textId="77777777" w:rsidR="00BE3968" w:rsidRDefault="00CA6E70">
            <w:pPr>
              <w:pStyle w:val="CMRBodySmall"/>
              <w:spacing w:after="100"/>
            </w:pPr>
            <w:r>
              <w:t>Answer and check: ___________________________________________________</w:t>
            </w:r>
          </w:p>
        </w:tc>
      </w:tr>
    </w:tbl>
    <w:p w14:paraId="290E27C3" w14:textId="77777777" w:rsidR="00BE3968" w:rsidRDefault="00CA6E70">
      <w:r>
        <w:br w:type="page"/>
      </w:r>
    </w:p>
    <w:p w14:paraId="1F183CA2" w14:textId="77777777" w:rsidR="00BE3968" w:rsidRDefault="00CA6E70">
      <w:pPr>
        <w:pStyle w:val="CMRSmallLabel"/>
        <w:spacing w:after="60"/>
      </w:pPr>
      <w:r>
        <w:rPr>
          <w:b w:val="0"/>
        </w:rPr>
        <w:lastRenderedPageBreak/>
        <w:t>SECTION 1  |  TOPIC 12  |  PRACTICE PAGE 1/5</w:t>
      </w:r>
    </w:p>
    <w:p w14:paraId="7FDACFB1" w14:textId="77777777" w:rsidR="00BE3968" w:rsidRDefault="00CA6E70">
      <w:pPr>
        <w:pStyle w:val="CMRPageTitle"/>
        <w:spacing w:after="60"/>
      </w:pPr>
      <w:r>
        <w:rPr>
          <w:b w:val="0"/>
        </w:rPr>
        <w:t>Store discounts</w:t>
      </w:r>
    </w:p>
    <w:p w14:paraId="085EA607" w14:textId="77777777" w:rsidR="00BE3968" w:rsidRDefault="00CA6E70">
      <w:pPr>
        <w:pStyle w:val="CMRBodySmall"/>
        <w:spacing w:after="100"/>
      </w:pPr>
      <w:r>
        <w:t>Remember: Find the amount saved and the price after a sale discount.</w:t>
      </w:r>
    </w:p>
    <w:tbl>
      <w:tblPr>
        <w:tblW w:w="0" w:type="auto"/>
        <w:tblLayout w:type="fixed"/>
        <w:tblLook w:val="04A0" w:firstRow="1" w:lastRow="0" w:firstColumn="1" w:lastColumn="0" w:noHBand="0" w:noVBand="1"/>
      </w:tblPr>
      <w:tblGrid>
        <w:gridCol w:w="10036"/>
      </w:tblGrid>
      <w:tr w:rsidR="00BE3968" w14:paraId="1E11625A" w14:textId="77777777">
        <w:tc>
          <w:tcPr>
            <w:tcW w:w="10036" w:type="dxa"/>
            <w:shd w:val="clear" w:color="auto" w:fill="F5F8F9"/>
            <w:tcMar>
              <w:top w:w="70" w:type="dxa"/>
              <w:left w:w="140" w:type="dxa"/>
              <w:bottom w:w="85" w:type="dxa"/>
              <w:right w:w="140" w:type="dxa"/>
            </w:tcMar>
          </w:tcPr>
          <w:p w14:paraId="3213FD3C" w14:textId="77777777" w:rsidR="00BE3968" w:rsidRDefault="00BE3968"/>
          <w:p w14:paraId="43E6C475" w14:textId="77777777" w:rsidR="00BE3968" w:rsidRDefault="00CA6E70">
            <w:pPr>
              <w:pStyle w:val="CMRBodySmall"/>
            </w:pPr>
            <w:r>
              <w:rPr>
                <w:b/>
              </w:rPr>
              <w:t>PROBLEM S1-111</w:t>
            </w:r>
          </w:p>
          <w:p w14:paraId="070B984B" w14:textId="77777777" w:rsidR="00BE3968" w:rsidRDefault="00CA6E70">
            <w:pPr>
              <w:spacing w:after="140"/>
            </w:pPr>
            <w:r>
              <w:t>Nicole sees a jacket marked $40.00 with a 25% discount. What is the sale price of the jacket before tax?</w:t>
            </w:r>
          </w:p>
          <w:p w14:paraId="62DE3C47" w14:textId="77777777" w:rsidR="00BE3968" w:rsidRDefault="00CA6E70">
            <w:pPr>
              <w:pStyle w:val="CMRBodySmall"/>
              <w:spacing w:after="40"/>
            </w:pPr>
            <w:r>
              <w:rPr>
                <w:b/>
              </w:rPr>
              <w:t>STEP 1 — WHAT DO THEY WANT?</w:t>
            </w:r>
          </w:p>
          <w:p w14:paraId="02BB5121" w14:textId="77777777" w:rsidR="00BE3968" w:rsidRDefault="00CA6E70">
            <w:pPr>
              <w:pStyle w:val="CMRBodySmall"/>
              <w:spacing w:after="20"/>
            </w:pPr>
            <w:r>
              <w:t>○ A. The amount of the discount only.</w:t>
            </w:r>
          </w:p>
          <w:p w14:paraId="67241097" w14:textId="77777777" w:rsidR="00BE3968" w:rsidRDefault="00CA6E70">
            <w:pPr>
              <w:pStyle w:val="CMRBodySmall"/>
              <w:spacing w:after="80"/>
            </w:pPr>
            <w:r>
              <w:t>○ B. The price after the discount.</w:t>
            </w:r>
          </w:p>
          <w:p w14:paraId="6D9D5423" w14:textId="77777777" w:rsidR="00BE3968" w:rsidRDefault="00CA6E70">
            <w:pPr>
              <w:pStyle w:val="CMRBodySmall"/>
              <w:spacing w:after="40"/>
            </w:pPr>
            <w:r>
              <w:rPr>
                <w:b/>
              </w:rPr>
              <w:t>STEP 2 — WHAT DO I KNOW?</w:t>
            </w:r>
          </w:p>
          <w:p w14:paraId="47B1A70B" w14:textId="77777777" w:rsidR="00BE3968" w:rsidRDefault="00CA6E70">
            <w:pPr>
              <w:pStyle w:val="CMRBodySmall"/>
              <w:spacing w:after="40"/>
            </w:pPr>
            <w:r>
              <w:t>Original price: ____________________</w:t>
            </w:r>
          </w:p>
          <w:p w14:paraId="0562333B" w14:textId="77777777" w:rsidR="00BE3968" w:rsidRDefault="00CA6E70">
            <w:pPr>
              <w:pStyle w:val="CMRBodySmall"/>
              <w:spacing w:after="40"/>
            </w:pPr>
            <w:r>
              <w:t>Discount: ____________________</w:t>
            </w:r>
          </w:p>
          <w:p w14:paraId="235416EE" w14:textId="77777777" w:rsidR="00BE3968" w:rsidRDefault="00CA6E70">
            <w:pPr>
              <w:pStyle w:val="CMRBodySmall"/>
              <w:spacing w:after="40"/>
            </w:pPr>
            <w:r>
              <w:rPr>
                <w:b/>
              </w:rPr>
              <w:t>STEP 3 — HOW DO I FIND IT?</w:t>
            </w:r>
          </w:p>
          <w:p w14:paraId="6C0080A6" w14:textId="77777777" w:rsidR="00BE3968" w:rsidRDefault="00CA6E70">
            <w:pPr>
              <w:pStyle w:val="CMRBodySmall"/>
              <w:spacing w:after="20"/>
            </w:pPr>
            <w:r>
              <w:t>○ A. Subtract 25 from the price.</w:t>
            </w:r>
          </w:p>
          <w:p w14:paraId="6A54587D" w14:textId="77777777" w:rsidR="00BE3968" w:rsidRDefault="00CA6E70">
            <w:pPr>
              <w:pStyle w:val="CMRBodySmall"/>
            </w:pPr>
            <w:r>
              <w:t>○ B. Find the discount amount, then subtract it from the original price.</w:t>
            </w:r>
          </w:p>
          <w:p w14:paraId="40D39ABD" w14:textId="77777777" w:rsidR="00BE3968" w:rsidRDefault="00CA6E70">
            <w:pPr>
              <w:pStyle w:val="CMRBodySmall"/>
              <w:spacing w:after="120"/>
            </w:pPr>
            <w:r>
              <w:t>My math: ____________________________________________________________</w:t>
            </w:r>
          </w:p>
          <w:p w14:paraId="10E40AA5" w14:textId="77777777" w:rsidR="00BE3968" w:rsidRDefault="00CA6E70">
            <w:pPr>
              <w:pStyle w:val="CMRBodySmall"/>
              <w:spacing w:after="120"/>
            </w:pPr>
            <w:r>
              <w:t>____________________________________________________________________</w:t>
            </w:r>
          </w:p>
          <w:p w14:paraId="17792872" w14:textId="77777777" w:rsidR="00BE3968" w:rsidRDefault="00CA6E70">
            <w:pPr>
              <w:pStyle w:val="CMRBodySmall"/>
              <w:spacing w:after="100"/>
            </w:pPr>
            <w:r>
              <w:t>Answer and check: ___________________________________________________</w:t>
            </w:r>
          </w:p>
        </w:tc>
      </w:tr>
    </w:tbl>
    <w:p w14:paraId="1BF6CE5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D894B44" w14:textId="77777777">
        <w:tc>
          <w:tcPr>
            <w:tcW w:w="10036" w:type="dxa"/>
            <w:tcMar>
              <w:top w:w="70" w:type="dxa"/>
              <w:left w:w="140" w:type="dxa"/>
              <w:bottom w:w="85" w:type="dxa"/>
              <w:right w:w="140" w:type="dxa"/>
            </w:tcMar>
          </w:tcPr>
          <w:p w14:paraId="6657C469" w14:textId="77777777" w:rsidR="00BE3968" w:rsidRDefault="00BE3968"/>
          <w:p w14:paraId="5016EF4C" w14:textId="77777777" w:rsidR="00BE3968" w:rsidRDefault="00CA6E70">
            <w:pPr>
              <w:pStyle w:val="CMRBodySmall"/>
            </w:pPr>
            <w:r>
              <w:rPr>
                <w:b/>
              </w:rPr>
              <w:t>PROBLEM S1-112</w:t>
            </w:r>
          </w:p>
          <w:p w14:paraId="1AE719D1" w14:textId="77777777" w:rsidR="00BE3968" w:rsidRDefault="00CA6E70">
            <w:pPr>
              <w:spacing w:after="140"/>
            </w:pPr>
            <w:r>
              <w:t>A work shirt usually costs $100.00. This week it is 50% off. Luis wants to buy it. What will the work shirt cost before tax?</w:t>
            </w:r>
          </w:p>
          <w:p w14:paraId="2ED62D49" w14:textId="77777777" w:rsidR="00BE3968" w:rsidRDefault="00CA6E70">
            <w:pPr>
              <w:pStyle w:val="CMRBodySmall"/>
              <w:spacing w:after="40"/>
            </w:pPr>
            <w:r>
              <w:rPr>
                <w:b/>
              </w:rPr>
              <w:t>STEP 1 — WHAT DO THEY WANT?</w:t>
            </w:r>
          </w:p>
          <w:p w14:paraId="6994127F" w14:textId="77777777" w:rsidR="00BE3968" w:rsidRDefault="00CA6E70">
            <w:pPr>
              <w:pStyle w:val="CMRBodySmall"/>
              <w:spacing w:after="20"/>
            </w:pPr>
            <w:r>
              <w:t>○ A. The original price.</w:t>
            </w:r>
          </w:p>
          <w:p w14:paraId="70968F30" w14:textId="77777777" w:rsidR="00BE3968" w:rsidRDefault="00CA6E70">
            <w:pPr>
              <w:pStyle w:val="CMRBodySmall"/>
              <w:spacing w:after="80"/>
            </w:pPr>
            <w:r>
              <w:t>○ B. What Luis pays for the work shirt on sale.</w:t>
            </w:r>
          </w:p>
          <w:p w14:paraId="5B002AB5" w14:textId="77777777" w:rsidR="00BE3968" w:rsidRDefault="00CA6E70">
            <w:pPr>
              <w:pStyle w:val="CMRBodySmall"/>
              <w:spacing w:after="40"/>
            </w:pPr>
            <w:r>
              <w:rPr>
                <w:b/>
              </w:rPr>
              <w:t>STEP 2 — WHAT DO I KNOW?</w:t>
            </w:r>
          </w:p>
          <w:p w14:paraId="30734EC7" w14:textId="77777777" w:rsidR="00BE3968" w:rsidRDefault="00CA6E70">
            <w:pPr>
              <w:pStyle w:val="CMRBodySmall"/>
              <w:spacing w:after="40"/>
            </w:pPr>
            <w:r>
              <w:t>Original price: ____________________</w:t>
            </w:r>
          </w:p>
          <w:p w14:paraId="52A1E6C8" w14:textId="77777777" w:rsidR="00BE3968" w:rsidRDefault="00CA6E70">
            <w:pPr>
              <w:pStyle w:val="CMRBodySmall"/>
              <w:spacing w:after="40"/>
            </w:pPr>
            <w:r>
              <w:t>Discount: ____________________</w:t>
            </w:r>
          </w:p>
          <w:p w14:paraId="281F733B" w14:textId="77777777" w:rsidR="00BE3968" w:rsidRDefault="00CA6E70">
            <w:pPr>
              <w:pStyle w:val="CMRBodySmall"/>
              <w:spacing w:after="40"/>
            </w:pPr>
            <w:r>
              <w:rPr>
                <w:b/>
              </w:rPr>
              <w:t>STEP 3 — HOW DO I FIND IT?</w:t>
            </w:r>
          </w:p>
          <w:p w14:paraId="5994597A" w14:textId="77777777" w:rsidR="00BE3968" w:rsidRDefault="00CA6E70">
            <w:pPr>
              <w:pStyle w:val="CMRBodySmall"/>
              <w:spacing w:after="20"/>
            </w:pPr>
            <w:r>
              <w:t>○ A. Add the discount to the original price.</w:t>
            </w:r>
          </w:p>
          <w:p w14:paraId="2B397C42" w14:textId="77777777" w:rsidR="00BE3968" w:rsidRDefault="00CA6E70">
            <w:pPr>
              <w:pStyle w:val="CMRBodySmall"/>
            </w:pPr>
            <w:r>
              <w:t>○ B. Find 50% of the price, then take that amount off the price.</w:t>
            </w:r>
          </w:p>
          <w:p w14:paraId="5760A8C5" w14:textId="77777777" w:rsidR="00BE3968" w:rsidRDefault="00CA6E70">
            <w:pPr>
              <w:pStyle w:val="CMRBodySmall"/>
              <w:spacing w:after="120"/>
            </w:pPr>
            <w:r>
              <w:t>My math: ____________________________________________________________</w:t>
            </w:r>
          </w:p>
          <w:p w14:paraId="323781A2" w14:textId="77777777" w:rsidR="00BE3968" w:rsidRDefault="00CA6E70">
            <w:pPr>
              <w:pStyle w:val="CMRBodySmall"/>
              <w:spacing w:after="120"/>
            </w:pPr>
            <w:r>
              <w:t>____________________________________________________________________</w:t>
            </w:r>
          </w:p>
          <w:p w14:paraId="1674E531" w14:textId="77777777" w:rsidR="00BE3968" w:rsidRDefault="00CA6E70">
            <w:pPr>
              <w:pStyle w:val="CMRBodySmall"/>
              <w:spacing w:after="100"/>
            </w:pPr>
            <w:r>
              <w:t>Answer and check: ___________________________________________________</w:t>
            </w:r>
          </w:p>
        </w:tc>
      </w:tr>
    </w:tbl>
    <w:p w14:paraId="3719279A" w14:textId="77777777" w:rsidR="00BE3968" w:rsidRDefault="00CA6E70">
      <w:r>
        <w:br w:type="page"/>
      </w:r>
    </w:p>
    <w:p w14:paraId="5B1105C0" w14:textId="77777777" w:rsidR="00BE3968" w:rsidRDefault="00CA6E70">
      <w:pPr>
        <w:pStyle w:val="CMRSmallLabel"/>
        <w:spacing w:after="60"/>
      </w:pPr>
      <w:r>
        <w:rPr>
          <w:b w:val="0"/>
        </w:rPr>
        <w:lastRenderedPageBreak/>
        <w:t>SECTION 1  |  TOPIC 12  |  PRACTICE PAGE 2/5</w:t>
      </w:r>
    </w:p>
    <w:p w14:paraId="3716898A" w14:textId="77777777" w:rsidR="00BE3968" w:rsidRDefault="00CA6E70">
      <w:pPr>
        <w:pStyle w:val="CMRPageTitle"/>
        <w:spacing w:after="60"/>
      </w:pPr>
      <w:r>
        <w:rPr>
          <w:b w:val="0"/>
        </w:rPr>
        <w:t>Store discounts</w:t>
      </w:r>
    </w:p>
    <w:p w14:paraId="76A7577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131F017" w14:textId="77777777">
        <w:tc>
          <w:tcPr>
            <w:tcW w:w="10036" w:type="dxa"/>
            <w:shd w:val="clear" w:color="auto" w:fill="F5F8F9"/>
            <w:tcMar>
              <w:top w:w="70" w:type="dxa"/>
              <w:left w:w="140" w:type="dxa"/>
              <w:bottom w:w="85" w:type="dxa"/>
              <w:right w:w="140" w:type="dxa"/>
            </w:tcMar>
          </w:tcPr>
          <w:p w14:paraId="0CD32C07" w14:textId="77777777" w:rsidR="00BE3968" w:rsidRDefault="00BE3968"/>
          <w:p w14:paraId="1C4CBA39" w14:textId="77777777" w:rsidR="00BE3968" w:rsidRDefault="00CA6E70">
            <w:pPr>
              <w:pStyle w:val="CMRBodySmall"/>
            </w:pPr>
            <w:r>
              <w:rPr>
                <w:b/>
              </w:rPr>
              <w:t>PROBLEM S1-113</w:t>
            </w:r>
          </w:p>
          <w:p w14:paraId="4690E098" w14:textId="77777777" w:rsidR="00BE3968" w:rsidRDefault="00CA6E70">
            <w:pPr>
              <w:spacing w:after="140"/>
            </w:pPr>
            <w:r>
              <w:t>Grace has a coupon for 25% off a pair of shoes priced at $100.00. How much will Grace pay for the pair of shoes after the coupon, before tax?</w:t>
            </w:r>
          </w:p>
          <w:p w14:paraId="3F04F06D" w14:textId="77777777" w:rsidR="00BE3968" w:rsidRDefault="00CA6E70">
            <w:pPr>
              <w:pStyle w:val="CMRBodySmall"/>
              <w:spacing w:after="40"/>
            </w:pPr>
            <w:r>
              <w:rPr>
                <w:b/>
              </w:rPr>
              <w:t>STEP 1 — WHAT DO THEY WANT?</w:t>
            </w:r>
          </w:p>
          <w:p w14:paraId="3B884AD5" w14:textId="77777777" w:rsidR="00BE3968" w:rsidRDefault="00CA6E70">
            <w:pPr>
              <w:pStyle w:val="CMRBodySmall"/>
              <w:spacing w:after="20"/>
            </w:pPr>
            <w:r>
              <w:t>○ A. The new, lower price.</w:t>
            </w:r>
          </w:p>
          <w:p w14:paraId="76ABA0EC" w14:textId="77777777" w:rsidR="00BE3968" w:rsidRDefault="00CA6E70">
            <w:pPr>
              <w:pStyle w:val="CMRBodySmall"/>
              <w:spacing w:after="80"/>
            </w:pPr>
            <w:r>
              <w:t>○ B. The discount percent.</w:t>
            </w:r>
          </w:p>
          <w:p w14:paraId="31496BE1" w14:textId="77777777" w:rsidR="00BE3968" w:rsidRDefault="00CA6E70">
            <w:pPr>
              <w:pStyle w:val="CMRBodySmall"/>
              <w:spacing w:after="40"/>
            </w:pPr>
            <w:r>
              <w:rPr>
                <w:b/>
              </w:rPr>
              <w:t>STEP 2 — WHAT DO I KNOW?</w:t>
            </w:r>
          </w:p>
          <w:p w14:paraId="68BC712D" w14:textId="77777777" w:rsidR="00BE3968" w:rsidRDefault="00CA6E70">
            <w:pPr>
              <w:pStyle w:val="CMRBodySmall"/>
              <w:spacing w:after="40"/>
            </w:pPr>
            <w:r>
              <w:t>Original price: ____________________</w:t>
            </w:r>
          </w:p>
          <w:p w14:paraId="204EAE68" w14:textId="77777777" w:rsidR="00BE3968" w:rsidRDefault="00CA6E70">
            <w:pPr>
              <w:pStyle w:val="CMRBodySmall"/>
              <w:spacing w:after="40"/>
            </w:pPr>
            <w:r>
              <w:t>Discount: ____________________</w:t>
            </w:r>
          </w:p>
          <w:p w14:paraId="05858435" w14:textId="77777777" w:rsidR="00BE3968" w:rsidRDefault="00CA6E70">
            <w:pPr>
              <w:pStyle w:val="CMRBodySmall"/>
              <w:spacing w:after="40"/>
            </w:pPr>
            <w:r>
              <w:rPr>
                <w:b/>
              </w:rPr>
              <w:t>STEP 3 — HOW DO I FIND IT?</w:t>
            </w:r>
          </w:p>
          <w:p w14:paraId="6E2D901C" w14:textId="77777777" w:rsidR="00BE3968" w:rsidRDefault="00CA6E70">
            <w:pPr>
              <w:pStyle w:val="CMRBodySmall"/>
              <w:spacing w:after="20"/>
            </w:pPr>
            <w:r>
              <w:t>○ A. Find the discount amount, then subtract it from the original price.</w:t>
            </w:r>
          </w:p>
          <w:p w14:paraId="64FE7E7A" w14:textId="77777777" w:rsidR="00BE3968" w:rsidRDefault="00CA6E70">
            <w:pPr>
              <w:pStyle w:val="CMRBodySmall"/>
            </w:pPr>
            <w:r>
              <w:t>○ B. Subtract 25 from the price.</w:t>
            </w:r>
          </w:p>
          <w:p w14:paraId="1246F55A" w14:textId="77777777" w:rsidR="00BE3968" w:rsidRDefault="00CA6E70">
            <w:pPr>
              <w:pStyle w:val="CMRBodySmall"/>
              <w:spacing w:after="120"/>
            </w:pPr>
            <w:r>
              <w:t>My math: ____________________________________________________________</w:t>
            </w:r>
          </w:p>
          <w:p w14:paraId="473F27CE" w14:textId="77777777" w:rsidR="00BE3968" w:rsidRDefault="00CA6E70">
            <w:pPr>
              <w:pStyle w:val="CMRBodySmall"/>
              <w:spacing w:after="120"/>
            </w:pPr>
            <w:r>
              <w:t>____________________________________________________________________</w:t>
            </w:r>
          </w:p>
          <w:p w14:paraId="5CE6E6D2" w14:textId="77777777" w:rsidR="00BE3968" w:rsidRDefault="00CA6E70">
            <w:pPr>
              <w:pStyle w:val="CMRBodySmall"/>
              <w:spacing w:after="100"/>
            </w:pPr>
            <w:r>
              <w:t>Answer and check: ___________________________________________________</w:t>
            </w:r>
          </w:p>
        </w:tc>
      </w:tr>
    </w:tbl>
    <w:p w14:paraId="13D4681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9C0980B" w14:textId="77777777">
        <w:tc>
          <w:tcPr>
            <w:tcW w:w="10036" w:type="dxa"/>
            <w:tcMar>
              <w:top w:w="70" w:type="dxa"/>
              <w:left w:w="140" w:type="dxa"/>
              <w:bottom w:w="85" w:type="dxa"/>
              <w:right w:w="140" w:type="dxa"/>
            </w:tcMar>
          </w:tcPr>
          <w:p w14:paraId="56AAFE7F" w14:textId="77777777" w:rsidR="00BE3968" w:rsidRDefault="00BE3968"/>
          <w:p w14:paraId="78F21F6E" w14:textId="77777777" w:rsidR="00BE3968" w:rsidRDefault="00CA6E70">
            <w:pPr>
              <w:pStyle w:val="CMRBodySmall"/>
            </w:pPr>
            <w:r>
              <w:rPr>
                <w:b/>
              </w:rPr>
              <w:t>PROBLEM S1-114</w:t>
            </w:r>
          </w:p>
          <w:p w14:paraId="7BACC23B" w14:textId="77777777" w:rsidR="00BE3968" w:rsidRDefault="00CA6E70">
            <w:pPr>
              <w:spacing w:after="140"/>
            </w:pPr>
            <w:r>
              <w:t>Daniel sees a winter coat marked $80.00 with a 25% discount. What is the sale price of the winter coat before tax?</w:t>
            </w:r>
          </w:p>
          <w:p w14:paraId="2DA45AA1" w14:textId="77777777" w:rsidR="00BE3968" w:rsidRDefault="00CA6E70">
            <w:pPr>
              <w:pStyle w:val="CMRBodySmall"/>
              <w:spacing w:after="40"/>
            </w:pPr>
            <w:r>
              <w:rPr>
                <w:b/>
              </w:rPr>
              <w:t>STEP 1 — WHAT DO THEY WANT?</w:t>
            </w:r>
          </w:p>
          <w:p w14:paraId="15359C72" w14:textId="77777777" w:rsidR="00BE3968" w:rsidRDefault="00CA6E70">
            <w:pPr>
              <w:pStyle w:val="CMRBodySmall"/>
              <w:spacing w:after="20"/>
            </w:pPr>
            <w:r>
              <w:t>○ A. The amount of the discount only.</w:t>
            </w:r>
          </w:p>
          <w:p w14:paraId="44BF7F9B" w14:textId="77777777" w:rsidR="00BE3968" w:rsidRDefault="00CA6E70">
            <w:pPr>
              <w:pStyle w:val="CMRBodySmall"/>
              <w:spacing w:after="80"/>
            </w:pPr>
            <w:r>
              <w:t>○ B. The price after the discount.</w:t>
            </w:r>
          </w:p>
          <w:p w14:paraId="018F2E03" w14:textId="77777777" w:rsidR="00BE3968" w:rsidRDefault="00CA6E70">
            <w:pPr>
              <w:pStyle w:val="CMRBodySmall"/>
              <w:spacing w:after="40"/>
            </w:pPr>
            <w:r>
              <w:rPr>
                <w:b/>
              </w:rPr>
              <w:t>STEP 2 — WHAT DO I KNOW?</w:t>
            </w:r>
          </w:p>
          <w:p w14:paraId="6CE4CE40" w14:textId="77777777" w:rsidR="00BE3968" w:rsidRDefault="00CA6E70">
            <w:pPr>
              <w:pStyle w:val="CMRBodySmall"/>
              <w:spacing w:after="40"/>
            </w:pPr>
            <w:r>
              <w:t>Original price: ____________________</w:t>
            </w:r>
          </w:p>
          <w:p w14:paraId="20C9710D" w14:textId="77777777" w:rsidR="00BE3968" w:rsidRDefault="00CA6E70">
            <w:pPr>
              <w:pStyle w:val="CMRBodySmall"/>
              <w:spacing w:after="40"/>
            </w:pPr>
            <w:r>
              <w:t>Discount: ____________________</w:t>
            </w:r>
          </w:p>
          <w:p w14:paraId="6B02D237" w14:textId="77777777" w:rsidR="00BE3968" w:rsidRDefault="00CA6E70">
            <w:pPr>
              <w:pStyle w:val="CMRBodySmall"/>
              <w:spacing w:after="40"/>
            </w:pPr>
            <w:r>
              <w:rPr>
                <w:b/>
              </w:rPr>
              <w:t>STEP 3 — HOW DO I FIND IT?</w:t>
            </w:r>
          </w:p>
          <w:p w14:paraId="664787A8" w14:textId="77777777" w:rsidR="00BE3968" w:rsidRDefault="00CA6E70">
            <w:pPr>
              <w:pStyle w:val="CMRBodySmall"/>
              <w:spacing w:after="20"/>
            </w:pPr>
            <w:r>
              <w:t>○ A. Find 25% of the price, then take that amount off the price.</w:t>
            </w:r>
          </w:p>
          <w:p w14:paraId="612C25A6" w14:textId="77777777" w:rsidR="00BE3968" w:rsidRDefault="00CA6E70">
            <w:pPr>
              <w:pStyle w:val="CMRBodySmall"/>
            </w:pPr>
            <w:r>
              <w:t>○ B. Add the discount to the original price.</w:t>
            </w:r>
          </w:p>
          <w:p w14:paraId="75AD478A" w14:textId="77777777" w:rsidR="00BE3968" w:rsidRDefault="00CA6E70">
            <w:pPr>
              <w:pStyle w:val="CMRBodySmall"/>
              <w:spacing w:after="120"/>
            </w:pPr>
            <w:r>
              <w:t>My math: ____________________________________________________________</w:t>
            </w:r>
          </w:p>
          <w:p w14:paraId="139E6B1A" w14:textId="77777777" w:rsidR="00BE3968" w:rsidRDefault="00CA6E70">
            <w:pPr>
              <w:pStyle w:val="CMRBodySmall"/>
              <w:spacing w:after="120"/>
            </w:pPr>
            <w:r>
              <w:t>____________________________________________________________________</w:t>
            </w:r>
          </w:p>
          <w:p w14:paraId="3F7F8290" w14:textId="77777777" w:rsidR="00BE3968" w:rsidRDefault="00CA6E70">
            <w:pPr>
              <w:pStyle w:val="CMRBodySmall"/>
              <w:spacing w:after="100"/>
            </w:pPr>
            <w:r>
              <w:t>Answer and check: ___________________________________________________</w:t>
            </w:r>
          </w:p>
        </w:tc>
      </w:tr>
    </w:tbl>
    <w:p w14:paraId="0C95ADA6" w14:textId="77777777" w:rsidR="00BE3968" w:rsidRDefault="00CA6E70">
      <w:r>
        <w:br w:type="page"/>
      </w:r>
    </w:p>
    <w:p w14:paraId="65337000" w14:textId="77777777" w:rsidR="00BE3968" w:rsidRDefault="00CA6E70">
      <w:pPr>
        <w:pStyle w:val="CMRSmallLabel"/>
        <w:spacing w:after="60"/>
      </w:pPr>
      <w:r>
        <w:rPr>
          <w:b w:val="0"/>
        </w:rPr>
        <w:lastRenderedPageBreak/>
        <w:t>SECTION 1  |  TOPIC 12  |  PRACTICE PAGE 3/5</w:t>
      </w:r>
    </w:p>
    <w:p w14:paraId="015CA0C5" w14:textId="77777777" w:rsidR="00BE3968" w:rsidRDefault="00CA6E70">
      <w:pPr>
        <w:pStyle w:val="CMRPageTitle"/>
        <w:spacing w:after="60"/>
      </w:pPr>
      <w:r>
        <w:rPr>
          <w:b w:val="0"/>
        </w:rPr>
        <w:t>Store discounts</w:t>
      </w:r>
    </w:p>
    <w:p w14:paraId="5990673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F49EB03" w14:textId="77777777">
        <w:tc>
          <w:tcPr>
            <w:tcW w:w="10036" w:type="dxa"/>
            <w:shd w:val="clear" w:color="auto" w:fill="F5F8F9"/>
            <w:tcMar>
              <w:top w:w="70" w:type="dxa"/>
              <w:left w:w="140" w:type="dxa"/>
              <w:bottom w:w="85" w:type="dxa"/>
              <w:right w:w="140" w:type="dxa"/>
            </w:tcMar>
          </w:tcPr>
          <w:p w14:paraId="13D4143B" w14:textId="77777777" w:rsidR="00BE3968" w:rsidRDefault="00BE3968"/>
          <w:p w14:paraId="4A18CE4F" w14:textId="77777777" w:rsidR="00BE3968" w:rsidRDefault="00CA6E70">
            <w:pPr>
              <w:pStyle w:val="CMRBodySmall"/>
            </w:pPr>
            <w:r>
              <w:rPr>
                <w:b/>
              </w:rPr>
              <w:t>PROBLEM S1-115</w:t>
            </w:r>
          </w:p>
          <w:p w14:paraId="34AF935A" w14:textId="77777777" w:rsidR="00BE3968" w:rsidRDefault="00CA6E70">
            <w:pPr>
              <w:spacing w:after="140"/>
            </w:pPr>
            <w:r>
              <w:t>A jacket usually costs $60.00. This week it is 10% off. Marcus wants to buy it. What will the jacket cost before tax?</w:t>
            </w:r>
          </w:p>
          <w:p w14:paraId="4EB4B7B0" w14:textId="77777777" w:rsidR="00BE3968" w:rsidRDefault="00CA6E70">
            <w:pPr>
              <w:pStyle w:val="CMRBodySmall"/>
              <w:spacing w:after="40"/>
            </w:pPr>
            <w:r>
              <w:rPr>
                <w:b/>
              </w:rPr>
              <w:t>STEP 1 — WHAT DO THEY WANT?</w:t>
            </w:r>
          </w:p>
          <w:p w14:paraId="05F7CC88" w14:textId="77777777" w:rsidR="00BE3968" w:rsidRDefault="00CA6E70">
            <w:pPr>
              <w:pStyle w:val="CMRBodySmall"/>
              <w:spacing w:after="20"/>
            </w:pPr>
            <w:r>
              <w:t>○ A. What Marcus pays for the jacket on sale.</w:t>
            </w:r>
          </w:p>
          <w:p w14:paraId="0E6E3EF9" w14:textId="77777777" w:rsidR="00BE3968" w:rsidRDefault="00CA6E70">
            <w:pPr>
              <w:pStyle w:val="CMRBodySmall"/>
              <w:spacing w:after="80"/>
            </w:pPr>
            <w:r>
              <w:t>○ B. The original price.</w:t>
            </w:r>
          </w:p>
          <w:p w14:paraId="36728776" w14:textId="77777777" w:rsidR="00BE3968" w:rsidRDefault="00CA6E70">
            <w:pPr>
              <w:pStyle w:val="CMRBodySmall"/>
              <w:spacing w:after="40"/>
            </w:pPr>
            <w:r>
              <w:rPr>
                <w:b/>
              </w:rPr>
              <w:t>STEP 2 — WHAT DO I KNOW?</w:t>
            </w:r>
          </w:p>
          <w:p w14:paraId="62C38BC3" w14:textId="77777777" w:rsidR="00BE3968" w:rsidRDefault="00CA6E70">
            <w:pPr>
              <w:pStyle w:val="CMRBodySmall"/>
              <w:spacing w:after="40"/>
            </w:pPr>
            <w:r>
              <w:t>Original price: ____________________</w:t>
            </w:r>
          </w:p>
          <w:p w14:paraId="02D5A623" w14:textId="77777777" w:rsidR="00BE3968" w:rsidRDefault="00CA6E70">
            <w:pPr>
              <w:pStyle w:val="CMRBodySmall"/>
              <w:spacing w:after="40"/>
            </w:pPr>
            <w:r>
              <w:t>Discount: ____________________</w:t>
            </w:r>
          </w:p>
          <w:p w14:paraId="59534E93" w14:textId="77777777" w:rsidR="00BE3968" w:rsidRDefault="00CA6E70">
            <w:pPr>
              <w:pStyle w:val="CMRBodySmall"/>
              <w:spacing w:after="40"/>
            </w:pPr>
            <w:r>
              <w:rPr>
                <w:b/>
              </w:rPr>
              <w:t>STEP 3 — HOW DO I FIND IT?</w:t>
            </w:r>
          </w:p>
          <w:p w14:paraId="6BFA50A4" w14:textId="77777777" w:rsidR="00BE3968" w:rsidRDefault="00CA6E70">
            <w:pPr>
              <w:pStyle w:val="CMRBodySmall"/>
              <w:spacing w:after="20"/>
            </w:pPr>
            <w:r>
              <w:t>○ A. Subtract 10 from the price.</w:t>
            </w:r>
          </w:p>
          <w:p w14:paraId="7CF4A25A" w14:textId="77777777" w:rsidR="00BE3968" w:rsidRDefault="00CA6E70">
            <w:pPr>
              <w:pStyle w:val="CMRBodySmall"/>
            </w:pPr>
            <w:r>
              <w:t>○ B. Find the discount amount, then subtract it from the original price.</w:t>
            </w:r>
          </w:p>
          <w:p w14:paraId="500563C9" w14:textId="77777777" w:rsidR="00BE3968" w:rsidRDefault="00CA6E70">
            <w:pPr>
              <w:pStyle w:val="CMRBodySmall"/>
              <w:spacing w:after="120"/>
            </w:pPr>
            <w:r>
              <w:t>My math: ____________________________________________________________</w:t>
            </w:r>
          </w:p>
          <w:p w14:paraId="79D1F10E" w14:textId="77777777" w:rsidR="00BE3968" w:rsidRDefault="00CA6E70">
            <w:pPr>
              <w:pStyle w:val="CMRBodySmall"/>
              <w:spacing w:after="120"/>
            </w:pPr>
            <w:r>
              <w:t>____________________________________________________________________</w:t>
            </w:r>
          </w:p>
          <w:p w14:paraId="06199A87" w14:textId="77777777" w:rsidR="00BE3968" w:rsidRDefault="00CA6E70">
            <w:pPr>
              <w:pStyle w:val="CMRBodySmall"/>
              <w:spacing w:after="100"/>
            </w:pPr>
            <w:r>
              <w:t>Answer and check: ___________________________________________________</w:t>
            </w:r>
          </w:p>
        </w:tc>
      </w:tr>
    </w:tbl>
    <w:p w14:paraId="71C98DE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2E1935E" w14:textId="77777777">
        <w:tc>
          <w:tcPr>
            <w:tcW w:w="10036" w:type="dxa"/>
            <w:tcMar>
              <w:top w:w="70" w:type="dxa"/>
              <w:left w:w="140" w:type="dxa"/>
              <w:bottom w:w="85" w:type="dxa"/>
              <w:right w:w="140" w:type="dxa"/>
            </w:tcMar>
          </w:tcPr>
          <w:p w14:paraId="5C54EEFE" w14:textId="77777777" w:rsidR="00BE3968" w:rsidRDefault="00BE3968"/>
          <w:p w14:paraId="416162A9" w14:textId="77777777" w:rsidR="00BE3968" w:rsidRDefault="00CA6E70">
            <w:pPr>
              <w:pStyle w:val="CMRBodySmall"/>
            </w:pPr>
            <w:r>
              <w:rPr>
                <w:b/>
              </w:rPr>
              <w:t>PROBLEM S1-116</w:t>
            </w:r>
          </w:p>
          <w:p w14:paraId="5012C5CF" w14:textId="77777777" w:rsidR="00BE3968" w:rsidRDefault="00CA6E70">
            <w:pPr>
              <w:spacing w:after="140"/>
            </w:pPr>
            <w:r>
              <w:t>Linda has a coupon for 25% off a work shirt priced at $20.00. How much will Linda pay for the work shirt after the coupon, before tax?</w:t>
            </w:r>
          </w:p>
          <w:p w14:paraId="7B3B7CEC" w14:textId="77777777" w:rsidR="00BE3968" w:rsidRDefault="00CA6E70">
            <w:pPr>
              <w:pStyle w:val="CMRBodySmall"/>
              <w:spacing w:after="40"/>
            </w:pPr>
            <w:r>
              <w:rPr>
                <w:b/>
              </w:rPr>
              <w:t>STEP 1 — WHAT DO THEY WANT?</w:t>
            </w:r>
          </w:p>
          <w:p w14:paraId="34346B10" w14:textId="77777777" w:rsidR="00BE3968" w:rsidRDefault="00CA6E70">
            <w:pPr>
              <w:pStyle w:val="CMRBodySmall"/>
              <w:spacing w:after="20"/>
            </w:pPr>
            <w:r>
              <w:t>○ A. The new, lower price.</w:t>
            </w:r>
          </w:p>
          <w:p w14:paraId="59FC0C11" w14:textId="77777777" w:rsidR="00BE3968" w:rsidRDefault="00CA6E70">
            <w:pPr>
              <w:pStyle w:val="CMRBodySmall"/>
              <w:spacing w:after="80"/>
            </w:pPr>
            <w:r>
              <w:t>○ B. The discount percent.</w:t>
            </w:r>
          </w:p>
          <w:p w14:paraId="3567DE6A" w14:textId="77777777" w:rsidR="00BE3968" w:rsidRDefault="00CA6E70">
            <w:pPr>
              <w:pStyle w:val="CMRBodySmall"/>
              <w:spacing w:after="40"/>
            </w:pPr>
            <w:r>
              <w:rPr>
                <w:b/>
              </w:rPr>
              <w:t>STEP 2 — WHAT DO I KNOW?</w:t>
            </w:r>
          </w:p>
          <w:p w14:paraId="6CCC541C" w14:textId="77777777" w:rsidR="00BE3968" w:rsidRDefault="00CA6E70">
            <w:pPr>
              <w:pStyle w:val="CMRBodySmall"/>
              <w:spacing w:after="40"/>
            </w:pPr>
            <w:r>
              <w:t>Original price: ____________________</w:t>
            </w:r>
          </w:p>
          <w:p w14:paraId="75C39A93" w14:textId="77777777" w:rsidR="00BE3968" w:rsidRDefault="00CA6E70">
            <w:pPr>
              <w:pStyle w:val="CMRBodySmall"/>
              <w:spacing w:after="40"/>
            </w:pPr>
            <w:r>
              <w:t>Discount: ____________________</w:t>
            </w:r>
          </w:p>
          <w:p w14:paraId="6C0DE286" w14:textId="77777777" w:rsidR="00BE3968" w:rsidRDefault="00CA6E70">
            <w:pPr>
              <w:pStyle w:val="CMRBodySmall"/>
              <w:spacing w:after="40"/>
            </w:pPr>
            <w:r>
              <w:rPr>
                <w:b/>
              </w:rPr>
              <w:t>STEP 3 — HOW DO I FIND IT?</w:t>
            </w:r>
          </w:p>
          <w:p w14:paraId="6BB828E3" w14:textId="77777777" w:rsidR="00BE3968" w:rsidRDefault="00CA6E70">
            <w:pPr>
              <w:pStyle w:val="CMRBodySmall"/>
              <w:spacing w:after="20"/>
            </w:pPr>
            <w:r>
              <w:t>○ A. Find 25% of the price, then take that amount off the price.</w:t>
            </w:r>
          </w:p>
          <w:p w14:paraId="13057033" w14:textId="77777777" w:rsidR="00BE3968" w:rsidRDefault="00CA6E70">
            <w:pPr>
              <w:pStyle w:val="CMRBodySmall"/>
            </w:pPr>
            <w:r>
              <w:t>○ B. Add the discount to the original price.</w:t>
            </w:r>
          </w:p>
          <w:p w14:paraId="52ADFF03" w14:textId="77777777" w:rsidR="00BE3968" w:rsidRDefault="00CA6E70">
            <w:pPr>
              <w:pStyle w:val="CMRBodySmall"/>
              <w:spacing w:after="120"/>
            </w:pPr>
            <w:r>
              <w:t>My math: ____________________________________________________________</w:t>
            </w:r>
          </w:p>
          <w:p w14:paraId="781CEF8D" w14:textId="77777777" w:rsidR="00BE3968" w:rsidRDefault="00CA6E70">
            <w:pPr>
              <w:pStyle w:val="CMRBodySmall"/>
              <w:spacing w:after="120"/>
            </w:pPr>
            <w:r>
              <w:t>____________________________________________________________________</w:t>
            </w:r>
          </w:p>
          <w:p w14:paraId="091EEFC8" w14:textId="77777777" w:rsidR="00BE3968" w:rsidRDefault="00CA6E70">
            <w:pPr>
              <w:pStyle w:val="CMRBodySmall"/>
              <w:spacing w:after="100"/>
            </w:pPr>
            <w:r>
              <w:t>Answer and check: ___________________________________________________</w:t>
            </w:r>
          </w:p>
        </w:tc>
      </w:tr>
    </w:tbl>
    <w:p w14:paraId="22DF2A1C" w14:textId="77777777" w:rsidR="00BE3968" w:rsidRDefault="00CA6E70">
      <w:r>
        <w:br w:type="page"/>
      </w:r>
    </w:p>
    <w:p w14:paraId="665F270C" w14:textId="77777777" w:rsidR="00BE3968" w:rsidRDefault="00CA6E70">
      <w:pPr>
        <w:pStyle w:val="CMRSmallLabel"/>
        <w:spacing w:after="60"/>
      </w:pPr>
      <w:r>
        <w:rPr>
          <w:b w:val="0"/>
        </w:rPr>
        <w:lastRenderedPageBreak/>
        <w:t>SECTION 1  |  TOPIC 12  |  PRACTICE PAGE 4/5</w:t>
      </w:r>
    </w:p>
    <w:p w14:paraId="6B69F503" w14:textId="77777777" w:rsidR="00BE3968" w:rsidRDefault="00CA6E70">
      <w:pPr>
        <w:pStyle w:val="CMRPageTitle"/>
        <w:spacing w:after="60"/>
      </w:pPr>
      <w:r>
        <w:rPr>
          <w:b w:val="0"/>
        </w:rPr>
        <w:t>Store discounts</w:t>
      </w:r>
    </w:p>
    <w:p w14:paraId="5AE9656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0D59515" w14:textId="77777777">
        <w:tc>
          <w:tcPr>
            <w:tcW w:w="10036" w:type="dxa"/>
            <w:shd w:val="clear" w:color="auto" w:fill="F5F8F9"/>
            <w:tcMar>
              <w:top w:w="70" w:type="dxa"/>
              <w:left w:w="140" w:type="dxa"/>
              <w:bottom w:w="85" w:type="dxa"/>
              <w:right w:w="140" w:type="dxa"/>
            </w:tcMar>
          </w:tcPr>
          <w:p w14:paraId="46E32CA7" w14:textId="77777777" w:rsidR="00BE3968" w:rsidRDefault="00BE3968"/>
          <w:p w14:paraId="1434EA86" w14:textId="77777777" w:rsidR="00BE3968" w:rsidRDefault="00CA6E70">
            <w:pPr>
              <w:pStyle w:val="CMRBodySmall"/>
            </w:pPr>
            <w:r>
              <w:rPr>
                <w:b/>
              </w:rPr>
              <w:t>PROBLEM S1-117</w:t>
            </w:r>
          </w:p>
          <w:p w14:paraId="4D15C0B7" w14:textId="77777777" w:rsidR="00BE3968" w:rsidRDefault="00CA6E70">
            <w:pPr>
              <w:spacing w:after="140"/>
            </w:pPr>
            <w:r>
              <w:t>Carmen sees a pair of shoes marked $60.00 with a 50% discount. What is the sale price of the pair of shoes before tax?</w:t>
            </w:r>
          </w:p>
          <w:p w14:paraId="568F027F" w14:textId="77777777" w:rsidR="00BE3968" w:rsidRDefault="00CA6E70">
            <w:pPr>
              <w:pStyle w:val="CMRBodySmall"/>
              <w:spacing w:after="40"/>
            </w:pPr>
            <w:r>
              <w:rPr>
                <w:b/>
              </w:rPr>
              <w:t>STEP 1 — WHAT DO THEY WANT?</w:t>
            </w:r>
          </w:p>
          <w:p w14:paraId="475FB00E" w14:textId="77777777" w:rsidR="00BE3968" w:rsidRDefault="00CA6E70">
            <w:pPr>
              <w:pStyle w:val="CMRBodySmall"/>
              <w:spacing w:after="20"/>
            </w:pPr>
            <w:r>
              <w:t>○ A. The amount of the discount only.</w:t>
            </w:r>
          </w:p>
          <w:p w14:paraId="3CF1F4D5" w14:textId="77777777" w:rsidR="00BE3968" w:rsidRDefault="00CA6E70">
            <w:pPr>
              <w:pStyle w:val="CMRBodySmall"/>
              <w:spacing w:after="80"/>
            </w:pPr>
            <w:r>
              <w:t>○ B. The price after the discount.</w:t>
            </w:r>
          </w:p>
          <w:p w14:paraId="294A70DD" w14:textId="77777777" w:rsidR="00BE3968" w:rsidRDefault="00CA6E70">
            <w:pPr>
              <w:pStyle w:val="CMRBodySmall"/>
              <w:spacing w:after="40"/>
            </w:pPr>
            <w:r>
              <w:rPr>
                <w:b/>
              </w:rPr>
              <w:t>STEP 2 — WHAT DO I KNOW?</w:t>
            </w:r>
          </w:p>
          <w:p w14:paraId="27D88DD3" w14:textId="77777777" w:rsidR="00BE3968" w:rsidRDefault="00CA6E70">
            <w:pPr>
              <w:pStyle w:val="CMRBodySmall"/>
              <w:spacing w:after="40"/>
            </w:pPr>
            <w:r>
              <w:t>Original price: ____________________</w:t>
            </w:r>
          </w:p>
          <w:p w14:paraId="39C5B2B1" w14:textId="77777777" w:rsidR="00BE3968" w:rsidRDefault="00CA6E70">
            <w:pPr>
              <w:pStyle w:val="CMRBodySmall"/>
              <w:spacing w:after="40"/>
            </w:pPr>
            <w:r>
              <w:t>Discount: ____________________</w:t>
            </w:r>
          </w:p>
          <w:p w14:paraId="7064FE60" w14:textId="77777777" w:rsidR="00BE3968" w:rsidRDefault="00CA6E70">
            <w:pPr>
              <w:pStyle w:val="CMRBodySmall"/>
              <w:spacing w:after="40"/>
            </w:pPr>
            <w:r>
              <w:rPr>
                <w:b/>
              </w:rPr>
              <w:t>STEP 3 — HOW DO I FIND IT?</w:t>
            </w:r>
          </w:p>
          <w:p w14:paraId="6D7F8D0D" w14:textId="77777777" w:rsidR="00BE3968" w:rsidRDefault="00CA6E70">
            <w:pPr>
              <w:pStyle w:val="CMRBodySmall"/>
              <w:spacing w:after="20"/>
            </w:pPr>
            <w:r>
              <w:t>○ A. Find the discount amount, then subtract it from the original price.</w:t>
            </w:r>
          </w:p>
          <w:p w14:paraId="51532661" w14:textId="77777777" w:rsidR="00BE3968" w:rsidRDefault="00CA6E70">
            <w:pPr>
              <w:pStyle w:val="CMRBodySmall"/>
            </w:pPr>
            <w:r>
              <w:t>○ B. Subtract 50 from the price.</w:t>
            </w:r>
          </w:p>
          <w:p w14:paraId="7DF43E69" w14:textId="77777777" w:rsidR="00BE3968" w:rsidRDefault="00CA6E70">
            <w:pPr>
              <w:pStyle w:val="CMRBodySmall"/>
              <w:spacing w:after="120"/>
            </w:pPr>
            <w:r>
              <w:t>My math: ____________________________________________________________</w:t>
            </w:r>
          </w:p>
          <w:p w14:paraId="1E0B46EB" w14:textId="77777777" w:rsidR="00BE3968" w:rsidRDefault="00CA6E70">
            <w:pPr>
              <w:pStyle w:val="CMRBodySmall"/>
              <w:spacing w:after="120"/>
            </w:pPr>
            <w:r>
              <w:t>____________________________________________________________________</w:t>
            </w:r>
          </w:p>
          <w:p w14:paraId="31AC7A1E" w14:textId="77777777" w:rsidR="00BE3968" w:rsidRDefault="00CA6E70">
            <w:pPr>
              <w:pStyle w:val="CMRBodySmall"/>
              <w:spacing w:after="100"/>
            </w:pPr>
            <w:r>
              <w:t>Answer and check: ___________________________________________________</w:t>
            </w:r>
          </w:p>
        </w:tc>
      </w:tr>
    </w:tbl>
    <w:p w14:paraId="5CC52BB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B02F9A5" w14:textId="77777777">
        <w:tc>
          <w:tcPr>
            <w:tcW w:w="10036" w:type="dxa"/>
            <w:tcMar>
              <w:top w:w="70" w:type="dxa"/>
              <w:left w:w="140" w:type="dxa"/>
              <w:bottom w:w="85" w:type="dxa"/>
              <w:right w:w="140" w:type="dxa"/>
            </w:tcMar>
          </w:tcPr>
          <w:p w14:paraId="132A99DF" w14:textId="77777777" w:rsidR="00BE3968" w:rsidRDefault="00BE3968"/>
          <w:p w14:paraId="645DAEB1" w14:textId="77777777" w:rsidR="00BE3968" w:rsidRDefault="00CA6E70">
            <w:pPr>
              <w:pStyle w:val="CMRBodySmall"/>
            </w:pPr>
            <w:r>
              <w:rPr>
                <w:b/>
              </w:rPr>
              <w:t>PROBLEM S1-118</w:t>
            </w:r>
          </w:p>
          <w:p w14:paraId="79039C5B" w14:textId="77777777" w:rsidR="00BE3968" w:rsidRDefault="00CA6E70">
            <w:pPr>
              <w:spacing w:after="140"/>
            </w:pPr>
            <w:r>
              <w:t>A winter coat usually costs $80.00. This week it is 50% off. David wants to buy it. What will the winter coat cost before tax?</w:t>
            </w:r>
          </w:p>
          <w:p w14:paraId="1A924A05" w14:textId="77777777" w:rsidR="00BE3968" w:rsidRDefault="00CA6E70">
            <w:pPr>
              <w:pStyle w:val="CMRBodySmall"/>
              <w:spacing w:after="40"/>
            </w:pPr>
            <w:r>
              <w:rPr>
                <w:b/>
              </w:rPr>
              <w:t>STEP 1 — WHAT DO THEY WANT?</w:t>
            </w:r>
          </w:p>
          <w:p w14:paraId="792E5823" w14:textId="77777777" w:rsidR="00BE3968" w:rsidRDefault="00CA6E70">
            <w:pPr>
              <w:pStyle w:val="CMRBodySmall"/>
              <w:spacing w:after="20"/>
            </w:pPr>
            <w:r>
              <w:t>○ A. What David pays for the winter coat on sale.</w:t>
            </w:r>
          </w:p>
          <w:p w14:paraId="01F82B02" w14:textId="77777777" w:rsidR="00BE3968" w:rsidRDefault="00CA6E70">
            <w:pPr>
              <w:pStyle w:val="CMRBodySmall"/>
              <w:spacing w:after="80"/>
            </w:pPr>
            <w:r>
              <w:t>○ B. The original price.</w:t>
            </w:r>
          </w:p>
          <w:p w14:paraId="28969B9C" w14:textId="77777777" w:rsidR="00BE3968" w:rsidRDefault="00CA6E70">
            <w:pPr>
              <w:pStyle w:val="CMRBodySmall"/>
              <w:spacing w:after="40"/>
            </w:pPr>
            <w:r>
              <w:rPr>
                <w:b/>
              </w:rPr>
              <w:t>STEP 2 — WHAT DO I KNOW?</w:t>
            </w:r>
          </w:p>
          <w:p w14:paraId="34DC65C6" w14:textId="77777777" w:rsidR="00BE3968" w:rsidRDefault="00CA6E70">
            <w:pPr>
              <w:pStyle w:val="CMRBodySmall"/>
              <w:spacing w:after="40"/>
            </w:pPr>
            <w:r>
              <w:t>Original price: ____________________</w:t>
            </w:r>
          </w:p>
          <w:p w14:paraId="06392CF5" w14:textId="77777777" w:rsidR="00BE3968" w:rsidRDefault="00CA6E70">
            <w:pPr>
              <w:pStyle w:val="CMRBodySmall"/>
              <w:spacing w:after="40"/>
            </w:pPr>
            <w:r>
              <w:t>Discount: ____________________</w:t>
            </w:r>
          </w:p>
          <w:p w14:paraId="5A7E662E" w14:textId="77777777" w:rsidR="00BE3968" w:rsidRDefault="00CA6E70">
            <w:pPr>
              <w:pStyle w:val="CMRBodySmall"/>
              <w:spacing w:after="40"/>
            </w:pPr>
            <w:r>
              <w:rPr>
                <w:b/>
              </w:rPr>
              <w:t>STEP 3 — HOW DO I FIND IT?</w:t>
            </w:r>
          </w:p>
          <w:p w14:paraId="3E22CEE0" w14:textId="77777777" w:rsidR="00BE3968" w:rsidRDefault="00CA6E70">
            <w:pPr>
              <w:pStyle w:val="CMRBodySmall"/>
              <w:spacing w:after="20"/>
            </w:pPr>
            <w:r>
              <w:t>○ A. Add the discount to the original price.</w:t>
            </w:r>
          </w:p>
          <w:p w14:paraId="58672AE2" w14:textId="77777777" w:rsidR="00BE3968" w:rsidRDefault="00CA6E70">
            <w:pPr>
              <w:pStyle w:val="CMRBodySmall"/>
            </w:pPr>
            <w:r>
              <w:t>○ B. Find 50% of the price, then take that amount off the price.</w:t>
            </w:r>
          </w:p>
          <w:p w14:paraId="08E51332" w14:textId="77777777" w:rsidR="00BE3968" w:rsidRDefault="00CA6E70">
            <w:pPr>
              <w:pStyle w:val="CMRBodySmall"/>
              <w:spacing w:after="120"/>
            </w:pPr>
            <w:r>
              <w:t>My math: ____________________________________________________________</w:t>
            </w:r>
          </w:p>
          <w:p w14:paraId="571E18A4" w14:textId="77777777" w:rsidR="00BE3968" w:rsidRDefault="00CA6E70">
            <w:pPr>
              <w:pStyle w:val="CMRBodySmall"/>
              <w:spacing w:after="120"/>
            </w:pPr>
            <w:r>
              <w:t>____________________________________________________________________</w:t>
            </w:r>
          </w:p>
          <w:p w14:paraId="38A41D40" w14:textId="77777777" w:rsidR="00BE3968" w:rsidRDefault="00CA6E70">
            <w:pPr>
              <w:pStyle w:val="CMRBodySmall"/>
              <w:spacing w:after="100"/>
            </w:pPr>
            <w:r>
              <w:t>Answer and check: ___________________________________________________</w:t>
            </w:r>
          </w:p>
        </w:tc>
      </w:tr>
    </w:tbl>
    <w:p w14:paraId="0C2FD6CF" w14:textId="77777777" w:rsidR="00BE3968" w:rsidRDefault="00CA6E70">
      <w:r>
        <w:br w:type="page"/>
      </w:r>
    </w:p>
    <w:p w14:paraId="22506897" w14:textId="77777777" w:rsidR="00BE3968" w:rsidRDefault="00CA6E70">
      <w:pPr>
        <w:pStyle w:val="CMRSmallLabel"/>
        <w:spacing w:after="60"/>
      </w:pPr>
      <w:r>
        <w:rPr>
          <w:b w:val="0"/>
        </w:rPr>
        <w:lastRenderedPageBreak/>
        <w:t>SECTION 1  |  TOPIC 12  |  PRACTICE PAGE 5/5</w:t>
      </w:r>
    </w:p>
    <w:p w14:paraId="01C934D6" w14:textId="77777777" w:rsidR="00BE3968" w:rsidRDefault="00CA6E70">
      <w:pPr>
        <w:pStyle w:val="CMRPageTitle"/>
        <w:spacing w:after="60"/>
      </w:pPr>
      <w:r>
        <w:rPr>
          <w:b w:val="0"/>
        </w:rPr>
        <w:t>Store discounts</w:t>
      </w:r>
    </w:p>
    <w:p w14:paraId="1EFCB04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5351171" w14:textId="77777777">
        <w:tc>
          <w:tcPr>
            <w:tcW w:w="10036" w:type="dxa"/>
            <w:shd w:val="clear" w:color="auto" w:fill="F5F8F9"/>
            <w:tcMar>
              <w:top w:w="70" w:type="dxa"/>
              <w:left w:w="140" w:type="dxa"/>
              <w:bottom w:w="85" w:type="dxa"/>
              <w:right w:w="140" w:type="dxa"/>
            </w:tcMar>
          </w:tcPr>
          <w:p w14:paraId="5F02CEDC" w14:textId="77777777" w:rsidR="00BE3968" w:rsidRDefault="00BE3968"/>
          <w:p w14:paraId="09C6BA92" w14:textId="77777777" w:rsidR="00BE3968" w:rsidRDefault="00CA6E70">
            <w:pPr>
              <w:pStyle w:val="CMRBodySmall"/>
            </w:pPr>
            <w:r>
              <w:rPr>
                <w:b/>
              </w:rPr>
              <w:t>PROBLEM S1-119</w:t>
            </w:r>
          </w:p>
          <w:p w14:paraId="27F0350D" w14:textId="77777777" w:rsidR="00BE3968" w:rsidRDefault="00CA6E70">
            <w:pPr>
              <w:spacing w:after="140"/>
            </w:pPr>
            <w:r>
              <w:t>Tanya has a coupon for 10% off a jacket priced at $100.00. How much will Tanya pay for the jacket after the coupon, before tax?</w:t>
            </w:r>
          </w:p>
          <w:p w14:paraId="45300E89" w14:textId="77777777" w:rsidR="00BE3968" w:rsidRDefault="00CA6E70">
            <w:pPr>
              <w:pStyle w:val="CMRBodySmall"/>
              <w:spacing w:after="40"/>
            </w:pPr>
            <w:r>
              <w:rPr>
                <w:b/>
              </w:rPr>
              <w:t>STEP 1 — WHAT DO THEY WANT?</w:t>
            </w:r>
          </w:p>
          <w:p w14:paraId="5FAA7D4D" w14:textId="77777777" w:rsidR="00BE3968" w:rsidRDefault="00CA6E70">
            <w:pPr>
              <w:pStyle w:val="CMRBodySmall"/>
              <w:spacing w:after="20"/>
            </w:pPr>
            <w:r>
              <w:t>○ A. The discount percent.</w:t>
            </w:r>
          </w:p>
          <w:p w14:paraId="2A95E384" w14:textId="77777777" w:rsidR="00BE3968" w:rsidRDefault="00CA6E70">
            <w:pPr>
              <w:pStyle w:val="CMRBodySmall"/>
              <w:spacing w:after="80"/>
            </w:pPr>
            <w:r>
              <w:t>○ B. The new, lower price.</w:t>
            </w:r>
          </w:p>
          <w:p w14:paraId="5346120C" w14:textId="77777777" w:rsidR="00BE3968" w:rsidRDefault="00CA6E70">
            <w:pPr>
              <w:pStyle w:val="CMRBodySmall"/>
              <w:spacing w:after="40"/>
            </w:pPr>
            <w:r>
              <w:rPr>
                <w:b/>
              </w:rPr>
              <w:t>STEP 2 — WHAT DO I KNOW?</w:t>
            </w:r>
          </w:p>
          <w:p w14:paraId="422F410F" w14:textId="77777777" w:rsidR="00BE3968" w:rsidRDefault="00CA6E70">
            <w:pPr>
              <w:pStyle w:val="CMRBodySmall"/>
              <w:spacing w:after="40"/>
            </w:pPr>
            <w:r>
              <w:t>Original price: ____________________</w:t>
            </w:r>
          </w:p>
          <w:p w14:paraId="29DFA91A" w14:textId="77777777" w:rsidR="00BE3968" w:rsidRDefault="00CA6E70">
            <w:pPr>
              <w:pStyle w:val="CMRBodySmall"/>
              <w:spacing w:after="40"/>
            </w:pPr>
            <w:r>
              <w:t>Discount: ____________________</w:t>
            </w:r>
          </w:p>
          <w:p w14:paraId="04671D52" w14:textId="77777777" w:rsidR="00BE3968" w:rsidRDefault="00CA6E70">
            <w:pPr>
              <w:pStyle w:val="CMRBodySmall"/>
              <w:spacing w:after="40"/>
            </w:pPr>
            <w:r>
              <w:rPr>
                <w:b/>
              </w:rPr>
              <w:t>STEP 3 — HOW DO I FIND IT?</w:t>
            </w:r>
          </w:p>
          <w:p w14:paraId="02DC8239" w14:textId="77777777" w:rsidR="00BE3968" w:rsidRDefault="00CA6E70">
            <w:pPr>
              <w:pStyle w:val="CMRBodySmall"/>
              <w:spacing w:after="20"/>
            </w:pPr>
            <w:r>
              <w:t>○ A. Subtract 10 from the price.</w:t>
            </w:r>
          </w:p>
          <w:p w14:paraId="607C775B" w14:textId="77777777" w:rsidR="00BE3968" w:rsidRDefault="00CA6E70">
            <w:pPr>
              <w:pStyle w:val="CMRBodySmall"/>
            </w:pPr>
            <w:r>
              <w:t>○ B. Find the discount amount, then subtract it from the original price.</w:t>
            </w:r>
          </w:p>
          <w:p w14:paraId="21FBD62C" w14:textId="77777777" w:rsidR="00BE3968" w:rsidRDefault="00CA6E70">
            <w:pPr>
              <w:pStyle w:val="CMRBodySmall"/>
              <w:spacing w:after="120"/>
            </w:pPr>
            <w:r>
              <w:t>My math: ____________________________________________________________</w:t>
            </w:r>
          </w:p>
          <w:p w14:paraId="555426FB" w14:textId="77777777" w:rsidR="00BE3968" w:rsidRDefault="00CA6E70">
            <w:pPr>
              <w:pStyle w:val="CMRBodySmall"/>
              <w:spacing w:after="120"/>
            </w:pPr>
            <w:r>
              <w:t>____________________________________________________________________</w:t>
            </w:r>
          </w:p>
          <w:p w14:paraId="18685296" w14:textId="77777777" w:rsidR="00BE3968" w:rsidRDefault="00CA6E70">
            <w:pPr>
              <w:pStyle w:val="CMRBodySmall"/>
              <w:spacing w:after="100"/>
            </w:pPr>
            <w:r>
              <w:t>Answer and check: ___________________________________________________</w:t>
            </w:r>
          </w:p>
        </w:tc>
      </w:tr>
    </w:tbl>
    <w:p w14:paraId="0FEB0AC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9CC370E" w14:textId="77777777">
        <w:tc>
          <w:tcPr>
            <w:tcW w:w="10036" w:type="dxa"/>
            <w:tcMar>
              <w:top w:w="70" w:type="dxa"/>
              <w:left w:w="140" w:type="dxa"/>
              <w:bottom w:w="85" w:type="dxa"/>
              <w:right w:w="140" w:type="dxa"/>
            </w:tcMar>
          </w:tcPr>
          <w:p w14:paraId="4709F991" w14:textId="77777777" w:rsidR="00BE3968" w:rsidRDefault="00BE3968"/>
          <w:p w14:paraId="64B81820" w14:textId="77777777" w:rsidR="00BE3968" w:rsidRDefault="00CA6E70">
            <w:pPr>
              <w:pStyle w:val="CMRBodySmall"/>
            </w:pPr>
            <w:r>
              <w:rPr>
                <w:b/>
              </w:rPr>
              <w:t>PROBLEM S1-120</w:t>
            </w:r>
          </w:p>
          <w:p w14:paraId="05826569" w14:textId="77777777" w:rsidR="00BE3968" w:rsidRDefault="00CA6E70">
            <w:pPr>
              <w:spacing w:after="140"/>
            </w:pPr>
            <w:r>
              <w:t>Kevin sees a work shirt marked $50.00 with a 10% discount. What is the sale price of the work shirt before tax?</w:t>
            </w:r>
          </w:p>
          <w:p w14:paraId="76792231" w14:textId="77777777" w:rsidR="00BE3968" w:rsidRDefault="00CA6E70">
            <w:pPr>
              <w:pStyle w:val="CMRBodySmall"/>
              <w:spacing w:after="40"/>
            </w:pPr>
            <w:r>
              <w:rPr>
                <w:b/>
              </w:rPr>
              <w:t>STEP 1 — WHAT DO THEY WANT?</w:t>
            </w:r>
          </w:p>
          <w:p w14:paraId="2021A2B8" w14:textId="77777777" w:rsidR="00BE3968" w:rsidRDefault="00CA6E70">
            <w:pPr>
              <w:pStyle w:val="CMRBodySmall"/>
              <w:spacing w:after="20"/>
            </w:pPr>
            <w:r>
              <w:t>○ A. The price after the discount.</w:t>
            </w:r>
          </w:p>
          <w:p w14:paraId="456C3C7E" w14:textId="77777777" w:rsidR="00BE3968" w:rsidRDefault="00CA6E70">
            <w:pPr>
              <w:pStyle w:val="CMRBodySmall"/>
              <w:spacing w:after="80"/>
            </w:pPr>
            <w:r>
              <w:t>○ B. The amount of the discount only.</w:t>
            </w:r>
          </w:p>
          <w:p w14:paraId="64598AD5" w14:textId="77777777" w:rsidR="00BE3968" w:rsidRDefault="00CA6E70">
            <w:pPr>
              <w:pStyle w:val="CMRBodySmall"/>
              <w:spacing w:after="40"/>
            </w:pPr>
            <w:r>
              <w:rPr>
                <w:b/>
              </w:rPr>
              <w:t>STEP 2 — WHAT DO I KNOW?</w:t>
            </w:r>
          </w:p>
          <w:p w14:paraId="5A2FFE25" w14:textId="77777777" w:rsidR="00BE3968" w:rsidRDefault="00CA6E70">
            <w:pPr>
              <w:pStyle w:val="CMRBodySmall"/>
              <w:spacing w:after="40"/>
            </w:pPr>
            <w:r>
              <w:t>Original price: ____________________</w:t>
            </w:r>
          </w:p>
          <w:p w14:paraId="7E35B970" w14:textId="77777777" w:rsidR="00BE3968" w:rsidRDefault="00CA6E70">
            <w:pPr>
              <w:pStyle w:val="CMRBodySmall"/>
              <w:spacing w:after="40"/>
            </w:pPr>
            <w:r>
              <w:t>Discount: ____________________</w:t>
            </w:r>
          </w:p>
          <w:p w14:paraId="6E180262" w14:textId="77777777" w:rsidR="00BE3968" w:rsidRDefault="00CA6E70">
            <w:pPr>
              <w:pStyle w:val="CMRBodySmall"/>
              <w:spacing w:after="40"/>
            </w:pPr>
            <w:r>
              <w:rPr>
                <w:b/>
              </w:rPr>
              <w:t>STEP 3 — HOW DO I FIND IT?</w:t>
            </w:r>
          </w:p>
          <w:p w14:paraId="2A205DD1" w14:textId="77777777" w:rsidR="00BE3968" w:rsidRDefault="00CA6E70">
            <w:pPr>
              <w:pStyle w:val="CMRBodySmall"/>
              <w:spacing w:after="20"/>
            </w:pPr>
            <w:r>
              <w:t>○ A. Find 10% of the price, then take that amount off the price.</w:t>
            </w:r>
          </w:p>
          <w:p w14:paraId="36BBEA47" w14:textId="77777777" w:rsidR="00BE3968" w:rsidRDefault="00CA6E70">
            <w:pPr>
              <w:pStyle w:val="CMRBodySmall"/>
            </w:pPr>
            <w:r>
              <w:t>○ B. Add the discount to the original price.</w:t>
            </w:r>
          </w:p>
          <w:p w14:paraId="621766FB" w14:textId="77777777" w:rsidR="00BE3968" w:rsidRDefault="00CA6E70">
            <w:pPr>
              <w:pStyle w:val="CMRBodySmall"/>
              <w:spacing w:after="120"/>
            </w:pPr>
            <w:r>
              <w:t>My math: ____________________________________________________________</w:t>
            </w:r>
          </w:p>
          <w:p w14:paraId="36D68613" w14:textId="77777777" w:rsidR="00BE3968" w:rsidRDefault="00CA6E70">
            <w:pPr>
              <w:pStyle w:val="CMRBodySmall"/>
              <w:spacing w:after="120"/>
            </w:pPr>
            <w:r>
              <w:t>____________________________________________________________________</w:t>
            </w:r>
          </w:p>
          <w:p w14:paraId="5EE2470A" w14:textId="77777777" w:rsidR="00BE3968" w:rsidRDefault="00CA6E70">
            <w:pPr>
              <w:pStyle w:val="CMRBodySmall"/>
              <w:spacing w:after="100"/>
            </w:pPr>
            <w:r>
              <w:t>Answer and check: ___________________________________________________</w:t>
            </w:r>
          </w:p>
        </w:tc>
      </w:tr>
    </w:tbl>
    <w:p w14:paraId="1A68E78F" w14:textId="77777777" w:rsidR="00BE3968" w:rsidRDefault="00CA6E70">
      <w:r>
        <w:br w:type="page"/>
      </w:r>
    </w:p>
    <w:p w14:paraId="458819C3" w14:textId="77777777" w:rsidR="00BE3968" w:rsidRDefault="00CA6E70">
      <w:pPr>
        <w:pStyle w:val="CMRSmallLabel"/>
        <w:spacing w:after="60"/>
      </w:pPr>
      <w:r>
        <w:rPr>
          <w:b w:val="0"/>
        </w:rPr>
        <w:lastRenderedPageBreak/>
        <w:t>SECTION 1  |  TOPIC 13  |  PRACTICE PAGE 1/5</w:t>
      </w:r>
    </w:p>
    <w:p w14:paraId="11512C41" w14:textId="77777777" w:rsidR="00BE3968" w:rsidRDefault="00CA6E70">
      <w:pPr>
        <w:pStyle w:val="CMRPageTitle"/>
        <w:spacing w:after="60"/>
      </w:pPr>
      <w:r>
        <w:rPr>
          <w:b w:val="0"/>
        </w:rPr>
        <w:t>Sales tax</w:t>
      </w:r>
    </w:p>
    <w:p w14:paraId="721B67FE" w14:textId="77777777" w:rsidR="00BE3968" w:rsidRDefault="00CA6E70">
      <w:pPr>
        <w:pStyle w:val="CMRBodySmall"/>
        <w:spacing w:after="100"/>
      </w:pPr>
      <w:r>
        <w:t>Remember: Understand the extra amount added to a taxable purchase.</w:t>
      </w:r>
    </w:p>
    <w:tbl>
      <w:tblPr>
        <w:tblW w:w="0" w:type="auto"/>
        <w:tblLayout w:type="fixed"/>
        <w:tblLook w:val="04A0" w:firstRow="1" w:lastRow="0" w:firstColumn="1" w:lastColumn="0" w:noHBand="0" w:noVBand="1"/>
      </w:tblPr>
      <w:tblGrid>
        <w:gridCol w:w="10036"/>
      </w:tblGrid>
      <w:tr w:rsidR="00BE3968" w14:paraId="703AA5F1" w14:textId="77777777">
        <w:tc>
          <w:tcPr>
            <w:tcW w:w="10036" w:type="dxa"/>
            <w:shd w:val="clear" w:color="auto" w:fill="F5F8F9"/>
            <w:tcMar>
              <w:top w:w="70" w:type="dxa"/>
              <w:left w:w="140" w:type="dxa"/>
              <w:bottom w:w="85" w:type="dxa"/>
              <w:right w:w="140" w:type="dxa"/>
            </w:tcMar>
          </w:tcPr>
          <w:p w14:paraId="207165D3" w14:textId="77777777" w:rsidR="00BE3968" w:rsidRDefault="00BE3968"/>
          <w:p w14:paraId="395C0E85" w14:textId="77777777" w:rsidR="00BE3968" w:rsidRDefault="00CA6E70">
            <w:pPr>
              <w:pStyle w:val="CMRBodySmall"/>
            </w:pPr>
            <w:r>
              <w:rPr>
                <w:b/>
              </w:rPr>
              <w:t>PROBLEM S1-121</w:t>
            </w:r>
          </w:p>
          <w:p w14:paraId="1BA5C701" w14:textId="77777777" w:rsidR="00BE3968" w:rsidRDefault="00CA6E70">
            <w:pPr>
              <w:spacing w:after="140"/>
            </w:pPr>
            <w:r>
              <w:t>Andre buys household supplies priced at $40.00. Sales tax is 8%. What is the total price, including tax?</w:t>
            </w:r>
          </w:p>
          <w:p w14:paraId="41D03E2A" w14:textId="77777777" w:rsidR="00BE3968" w:rsidRDefault="00CA6E70">
            <w:pPr>
              <w:pStyle w:val="CMRBodySmall"/>
              <w:spacing w:after="40"/>
            </w:pPr>
            <w:r>
              <w:rPr>
                <w:b/>
              </w:rPr>
              <w:t>STEP 1 — WHAT DO THEY WANT?</w:t>
            </w:r>
          </w:p>
          <w:p w14:paraId="6CEDB210" w14:textId="77777777" w:rsidR="00BE3968" w:rsidRDefault="00CA6E70">
            <w:pPr>
              <w:pStyle w:val="CMRBodySmall"/>
              <w:spacing w:after="20"/>
            </w:pPr>
            <w:r>
              <w:t>○ A. The amount of the tax alone.</w:t>
            </w:r>
          </w:p>
          <w:p w14:paraId="75D503B9" w14:textId="77777777" w:rsidR="00BE3968" w:rsidRDefault="00CA6E70">
            <w:pPr>
              <w:pStyle w:val="CMRBodySmall"/>
              <w:spacing w:after="80"/>
            </w:pPr>
            <w:r>
              <w:t>○ B. The total with tax included.</w:t>
            </w:r>
          </w:p>
          <w:p w14:paraId="07FCD06A" w14:textId="77777777" w:rsidR="00BE3968" w:rsidRDefault="00CA6E70">
            <w:pPr>
              <w:pStyle w:val="CMRBodySmall"/>
              <w:spacing w:after="40"/>
            </w:pPr>
            <w:r>
              <w:rPr>
                <w:b/>
              </w:rPr>
              <w:t>STEP 2 — WHAT DO I KNOW?</w:t>
            </w:r>
          </w:p>
          <w:p w14:paraId="08D41DE5" w14:textId="77777777" w:rsidR="00BE3968" w:rsidRDefault="00CA6E70">
            <w:pPr>
              <w:pStyle w:val="CMRBodySmall"/>
              <w:spacing w:after="40"/>
            </w:pPr>
            <w:r>
              <w:t>Price before tax: ____________________</w:t>
            </w:r>
          </w:p>
          <w:p w14:paraId="4C8B942F" w14:textId="77777777" w:rsidR="00BE3968" w:rsidRDefault="00CA6E70">
            <w:pPr>
              <w:pStyle w:val="CMRBodySmall"/>
              <w:spacing w:after="40"/>
            </w:pPr>
            <w:r>
              <w:t>Tax rate: ____________________</w:t>
            </w:r>
          </w:p>
          <w:p w14:paraId="21C0BF8B" w14:textId="77777777" w:rsidR="00BE3968" w:rsidRDefault="00CA6E70">
            <w:pPr>
              <w:pStyle w:val="CMRBodySmall"/>
              <w:spacing w:after="40"/>
            </w:pPr>
            <w:r>
              <w:rPr>
                <w:b/>
              </w:rPr>
              <w:t>STEP 3 — HOW DO I FIND IT?</w:t>
            </w:r>
          </w:p>
          <w:p w14:paraId="7A81039F" w14:textId="77777777" w:rsidR="00BE3968" w:rsidRDefault="00CA6E70">
            <w:pPr>
              <w:pStyle w:val="CMRBodySmall"/>
              <w:spacing w:after="20"/>
            </w:pPr>
            <w:r>
              <w:t>○ A. Find the tax, then add it to the price.</w:t>
            </w:r>
          </w:p>
          <w:p w14:paraId="4274D995" w14:textId="77777777" w:rsidR="00BE3968" w:rsidRDefault="00CA6E70">
            <w:pPr>
              <w:pStyle w:val="CMRBodySmall"/>
            </w:pPr>
            <w:r>
              <w:t>○ B. Find the tax, then subtract it from the price.</w:t>
            </w:r>
          </w:p>
          <w:p w14:paraId="17CBF57C" w14:textId="77777777" w:rsidR="00BE3968" w:rsidRDefault="00CA6E70">
            <w:pPr>
              <w:pStyle w:val="CMRBodySmall"/>
              <w:spacing w:after="120"/>
            </w:pPr>
            <w:r>
              <w:t>My math: ____________________________________________________________</w:t>
            </w:r>
          </w:p>
          <w:p w14:paraId="06954D0C" w14:textId="77777777" w:rsidR="00BE3968" w:rsidRDefault="00CA6E70">
            <w:pPr>
              <w:pStyle w:val="CMRBodySmall"/>
              <w:spacing w:after="120"/>
            </w:pPr>
            <w:r>
              <w:t>____________________________________________________________________</w:t>
            </w:r>
          </w:p>
          <w:p w14:paraId="28B98546" w14:textId="77777777" w:rsidR="00BE3968" w:rsidRDefault="00CA6E70">
            <w:pPr>
              <w:pStyle w:val="CMRBodySmall"/>
              <w:spacing w:after="100"/>
            </w:pPr>
            <w:r>
              <w:t>Answer and check: ___________________________________________________</w:t>
            </w:r>
          </w:p>
        </w:tc>
      </w:tr>
    </w:tbl>
    <w:p w14:paraId="14FD14C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56AD894" w14:textId="77777777">
        <w:tc>
          <w:tcPr>
            <w:tcW w:w="10036" w:type="dxa"/>
            <w:tcMar>
              <w:top w:w="70" w:type="dxa"/>
              <w:left w:w="140" w:type="dxa"/>
              <w:bottom w:w="85" w:type="dxa"/>
              <w:right w:w="140" w:type="dxa"/>
            </w:tcMar>
          </w:tcPr>
          <w:p w14:paraId="4C11C983" w14:textId="77777777" w:rsidR="00BE3968" w:rsidRDefault="00BE3968"/>
          <w:p w14:paraId="616C9688" w14:textId="77777777" w:rsidR="00BE3968" w:rsidRDefault="00CA6E70">
            <w:pPr>
              <w:pStyle w:val="CMRBodySmall"/>
            </w:pPr>
            <w:r>
              <w:rPr>
                <w:b/>
              </w:rPr>
              <w:t>PROBLEM S1-122</w:t>
            </w:r>
          </w:p>
          <w:p w14:paraId="1DD7C77C" w14:textId="77777777" w:rsidR="00BE3968" w:rsidRDefault="00CA6E70">
            <w:pPr>
              <w:spacing w:after="140"/>
            </w:pPr>
            <w:r>
              <w:t>A lamp costs $100.00 before tax. The sales tax rate is 6%. How much will Patricia pay at the register?</w:t>
            </w:r>
          </w:p>
          <w:p w14:paraId="7A0C9EFC" w14:textId="77777777" w:rsidR="00BE3968" w:rsidRDefault="00CA6E70">
            <w:pPr>
              <w:pStyle w:val="CMRBodySmall"/>
              <w:spacing w:after="40"/>
            </w:pPr>
            <w:r>
              <w:rPr>
                <w:b/>
              </w:rPr>
              <w:t>STEP 1 — WHAT DO THEY WANT?</w:t>
            </w:r>
          </w:p>
          <w:p w14:paraId="513C1990" w14:textId="77777777" w:rsidR="00BE3968" w:rsidRDefault="00CA6E70">
            <w:pPr>
              <w:pStyle w:val="CMRBodySmall"/>
              <w:spacing w:after="20"/>
            </w:pPr>
            <w:r>
              <w:t>○ A. What Patricia pays in all at the register.</w:t>
            </w:r>
          </w:p>
          <w:p w14:paraId="09AD986F" w14:textId="77777777" w:rsidR="00BE3968" w:rsidRDefault="00CA6E70">
            <w:pPr>
              <w:pStyle w:val="CMRBodySmall"/>
              <w:spacing w:after="80"/>
            </w:pPr>
            <w:r>
              <w:t>○ B. The price before tax.</w:t>
            </w:r>
          </w:p>
          <w:p w14:paraId="63BD9C1C" w14:textId="77777777" w:rsidR="00BE3968" w:rsidRDefault="00CA6E70">
            <w:pPr>
              <w:pStyle w:val="CMRBodySmall"/>
              <w:spacing w:after="40"/>
            </w:pPr>
            <w:r>
              <w:rPr>
                <w:b/>
              </w:rPr>
              <w:t>STEP 2 — WHAT DO I KNOW?</w:t>
            </w:r>
          </w:p>
          <w:p w14:paraId="7C1ACA71" w14:textId="77777777" w:rsidR="00BE3968" w:rsidRDefault="00CA6E70">
            <w:pPr>
              <w:pStyle w:val="CMRBodySmall"/>
              <w:spacing w:after="40"/>
            </w:pPr>
            <w:r>
              <w:t>Price before tax: ____________________</w:t>
            </w:r>
          </w:p>
          <w:p w14:paraId="2AD53CF3" w14:textId="77777777" w:rsidR="00BE3968" w:rsidRDefault="00CA6E70">
            <w:pPr>
              <w:pStyle w:val="CMRBodySmall"/>
              <w:spacing w:after="40"/>
            </w:pPr>
            <w:r>
              <w:t>Tax rate: ____________________</w:t>
            </w:r>
          </w:p>
          <w:p w14:paraId="518FFF55" w14:textId="77777777" w:rsidR="00BE3968" w:rsidRDefault="00CA6E70">
            <w:pPr>
              <w:pStyle w:val="CMRBodySmall"/>
              <w:spacing w:after="40"/>
            </w:pPr>
            <w:r>
              <w:rPr>
                <w:b/>
              </w:rPr>
              <w:t>STEP 3 — HOW DO I FIND IT?</w:t>
            </w:r>
          </w:p>
          <w:p w14:paraId="1C433D8B" w14:textId="77777777" w:rsidR="00BE3968" w:rsidRDefault="00CA6E70">
            <w:pPr>
              <w:pStyle w:val="CMRBodySmall"/>
              <w:spacing w:after="20"/>
            </w:pPr>
            <w:r>
              <w:t>○ A. Find 6% of the price and add it on.</w:t>
            </w:r>
          </w:p>
          <w:p w14:paraId="5A9CB2EB" w14:textId="77777777" w:rsidR="00BE3968" w:rsidRDefault="00CA6E70">
            <w:pPr>
              <w:pStyle w:val="CMRBodySmall"/>
            </w:pPr>
            <w:r>
              <w:t>○ B. Add 6 to the price.</w:t>
            </w:r>
          </w:p>
          <w:p w14:paraId="4888CEC4" w14:textId="77777777" w:rsidR="00BE3968" w:rsidRDefault="00CA6E70">
            <w:pPr>
              <w:pStyle w:val="CMRBodySmall"/>
              <w:spacing w:after="120"/>
            </w:pPr>
            <w:r>
              <w:t>My math: ____________________________________________________________</w:t>
            </w:r>
          </w:p>
          <w:p w14:paraId="43711689" w14:textId="77777777" w:rsidR="00BE3968" w:rsidRDefault="00CA6E70">
            <w:pPr>
              <w:pStyle w:val="CMRBodySmall"/>
              <w:spacing w:after="120"/>
            </w:pPr>
            <w:r>
              <w:t>____________________________________________________________________</w:t>
            </w:r>
          </w:p>
          <w:p w14:paraId="647A5DBC" w14:textId="77777777" w:rsidR="00BE3968" w:rsidRDefault="00CA6E70">
            <w:pPr>
              <w:pStyle w:val="CMRBodySmall"/>
              <w:spacing w:after="100"/>
            </w:pPr>
            <w:r>
              <w:t>Answer and check: ___________________________________________________</w:t>
            </w:r>
          </w:p>
        </w:tc>
      </w:tr>
    </w:tbl>
    <w:p w14:paraId="2F037318" w14:textId="77777777" w:rsidR="00BE3968" w:rsidRDefault="00CA6E70">
      <w:r>
        <w:br w:type="page"/>
      </w:r>
    </w:p>
    <w:p w14:paraId="32632494" w14:textId="77777777" w:rsidR="00BE3968" w:rsidRDefault="00CA6E70">
      <w:pPr>
        <w:pStyle w:val="CMRSmallLabel"/>
        <w:spacing w:after="60"/>
      </w:pPr>
      <w:r>
        <w:rPr>
          <w:b w:val="0"/>
        </w:rPr>
        <w:lastRenderedPageBreak/>
        <w:t>SECTION 1  |  TOPIC 13  |  PRACTICE PAGE 2/5</w:t>
      </w:r>
    </w:p>
    <w:p w14:paraId="207F18D6" w14:textId="77777777" w:rsidR="00BE3968" w:rsidRDefault="00CA6E70">
      <w:pPr>
        <w:pStyle w:val="CMRPageTitle"/>
        <w:spacing w:after="60"/>
      </w:pPr>
      <w:r>
        <w:rPr>
          <w:b w:val="0"/>
        </w:rPr>
        <w:t>Sales tax</w:t>
      </w:r>
    </w:p>
    <w:p w14:paraId="46E87FC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925A32A" w14:textId="77777777">
        <w:tc>
          <w:tcPr>
            <w:tcW w:w="10036" w:type="dxa"/>
            <w:shd w:val="clear" w:color="auto" w:fill="F5F8F9"/>
            <w:tcMar>
              <w:top w:w="70" w:type="dxa"/>
              <w:left w:w="140" w:type="dxa"/>
              <w:bottom w:w="85" w:type="dxa"/>
              <w:right w:w="140" w:type="dxa"/>
            </w:tcMar>
          </w:tcPr>
          <w:p w14:paraId="607A5A9E" w14:textId="77777777" w:rsidR="00BE3968" w:rsidRDefault="00BE3968"/>
          <w:p w14:paraId="50F34620" w14:textId="77777777" w:rsidR="00BE3968" w:rsidRDefault="00CA6E70">
            <w:pPr>
              <w:pStyle w:val="CMRBodySmall"/>
            </w:pPr>
            <w:r>
              <w:rPr>
                <w:b/>
              </w:rPr>
              <w:t>PROBLEM S1-123</w:t>
            </w:r>
          </w:p>
          <w:p w14:paraId="1FD61497" w14:textId="77777777" w:rsidR="00BE3968" w:rsidRDefault="00CA6E70">
            <w:pPr>
              <w:spacing w:after="140"/>
            </w:pPr>
            <w:r>
              <w:t>Elaine is buying a fan marked $40.00. The store adds 10% sales tax. What is the final cost?</w:t>
            </w:r>
          </w:p>
          <w:p w14:paraId="72E0ABF6" w14:textId="77777777" w:rsidR="00BE3968" w:rsidRDefault="00CA6E70">
            <w:pPr>
              <w:pStyle w:val="CMRBodySmall"/>
              <w:spacing w:after="40"/>
            </w:pPr>
            <w:r>
              <w:rPr>
                <w:b/>
              </w:rPr>
              <w:t>STEP 1 — WHAT DO THEY WANT?</w:t>
            </w:r>
          </w:p>
          <w:p w14:paraId="3031E4AB" w14:textId="77777777" w:rsidR="00BE3968" w:rsidRDefault="00CA6E70">
            <w:pPr>
              <w:pStyle w:val="CMRBodySmall"/>
              <w:spacing w:after="20"/>
            </w:pPr>
            <w:r>
              <w:t>○ A. The tax rate.</w:t>
            </w:r>
          </w:p>
          <w:p w14:paraId="051E47F8" w14:textId="77777777" w:rsidR="00BE3968" w:rsidRDefault="00CA6E70">
            <w:pPr>
              <w:pStyle w:val="CMRBodySmall"/>
              <w:spacing w:after="80"/>
            </w:pPr>
            <w:r>
              <w:t>○ B. The final cost after tax is added.</w:t>
            </w:r>
          </w:p>
          <w:p w14:paraId="75BBB262" w14:textId="77777777" w:rsidR="00BE3968" w:rsidRDefault="00CA6E70">
            <w:pPr>
              <w:pStyle w:val="CMRBodySmall"/>
              <w:spacing w:after="40"/>
            </w:pPr>
            <w:r>
              <w:rPr>
                <w:b/>
              </w:rPr>
              <w:t>STEP 2 — WHAT DO I KNOW?</w:t>
            </w:r>
          </w:p>
          <w:p w14:paraId="3CB749C5" w14:textId="77777777" w:rsidR="00BE3968" w:rsidRDefault="00CA6E70">
            <w:pPr>
              <w:pStyle w:val="CMRBodySmall"/>
              <w:spacing w:after="40"/>
            </w:pPr>
            <w:r>
              <w:t>Price before tax: ____________________</w:t>
            </w:r>
          </w:p>
          <w:p w14:paraId="5E95E142" w14:textId="77777777" w:rsidR="00BE3968" w:rsidRDefault="00CA6E70">
            <w:pPr>
              <w:pStyle w:val="CMRBodySmall"/>
              <w:spacing w:after="40"/>
            </w:pPr>
            <w:r>
              <w:t>Tax rate: ____________________</w:t>
            </w:r>
          </w:p>
          <w:p w14:paraId="36EF80E3" w14:textId="77777777" w:rsidR="00BE3968" w:rsidRDefault="00CA6E70">
            <w:pPr>
              <w:pStyle w:val="CMRBodySmall"/>
              <w:spacing w:after="40"/>
            </w:pPr>
            <w:r>
              <w:rPr>
                <w:b/>
              </w:rPr>
              <w:t>STEP 3 — HOW DO I FIND IT?</w:t>
            </w:r>
          </w:p>
          <w:p w14:paraId="1D304B20" w14:textId="77777777" w:rsidR="00BE3968" w:rsidRDefault="00CA6E70">
            <w:pPr>
              <w:pStyle w:val="CMRBodySmall"/>
              <w:spacing w:after="20"/>
            </w:pPr>
            <w:r>
              <w:t>○ A. Find the tax, then subtract it from the price.</w:t>
            </w:r>
          </w:p>
          <w:p w14:paraId="60BEC91D" w14:textId="77777777" w:rsidR="00BE3968" w:rsidRDefault="00CA6E70">
            <w:pPr>
              <w:pStyle w:val="CMRBodySmall"/>
            </w:pPr>
            <w:r>
              <w:t>○ B. Find the tax, then add it to the price.</w:t>
            </w:r>
          </w:p>
          <w:p w14:paraId="12364A1C" w14:textId="77777777" w:rsidR="00BE3968" w:rsidRDefault="00CA6E70">
            <w:pPr>
              <w:pStyle w:val="CMRBodySmall"/>
              <w:spacing w:after="120"/>
            </w:pPr>
            <w:r>
              <w:t>My math: ____________________________________________________________</w:t>
            </w:r>
          </w:p>
          <w:p w14:paraId="47C5CF37" w14:textId="77777777" w:rsidR="00BE3968" w:rsidRDefault="00CA6E70">
            <w:pPr>
              <w:pStyle w:val="CMRBodySmall"/>
              <w:spacing w:after="120"/>
            </w:pPr>
            <w:r>
              <w:t>____________________________________________________________________</w:t>
            </w:r>
          </w:p>
          <w:p w14:paraId="0AAB4FEB" w14:textId="77777777" w:rsidR="00BE3968" w:rsidRDefault="00CA6E70">
            <w:pPr>
              <w:pStyle w:val="CMRBodySmall"/>
              <w:spacing w:after="100"/>
            </w:pPr>
            <w:r>
              <w:t>Answer and check: ___________________________________________________</w:t>
            </w:r>
          </w:p>
        </w:tc>
      </w:tr>
    </w:tbl>
    <w:p w14:paraId="63F1765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FA56B1F" w14:textId="77777777">
        <w:tc>
          <w:tcPr>
            <w:tcW w:w="10036" w:type="dxa"/>
            <w:tcMar>
              <w:top w:w="70" w:type="dxa"/>
              <w:left w:w="140" w:type="dxa"/>
              <w:bottom w:w="85" w:type="dxa"/>
              <w:right w:w="140" w:type="dxa"/>
            </w:tcMar>
          </w:tcPr>
          <w:p w14:paraId="41550F7D" w14:textId="77777777" w:rsidR="00BE3968" w:rsidRDefault="00BE3968"/>
          <w:p w14:paraId="7740173B" w14:textId="77777777" w:rsidR="00BE3968" w:rsidRDefault="00CA6E70">
            <w:pPr>
              <w:pStyle w:val="CMRBodySmall"/>
            </w:pPr>
            <w:r>
              <w:rPr>
                <w:b/>
              </w:rPr>
              <w:t>PROBLEM S1-124</w:t>
            </w:r>
          </w:p>
          <w:p w14:paraId="70C8370E" w14:textId="77777777" w:rsidR="00BE3968" w:rsidRDefault="00CA6E70">
            <w:pPr>
              <w:spacing w:after="140"/>
            </w:pPr>
            <w:r>
              <w:t>Terry buys household supplies priced at $60.00. Sales tax is 8%. What is the total price, including tax?</w:t>
            </w:r>
          </w:p>
          <w:p w14:paraId="4BF50168" w14:textId="77777777" w:rsidR="00BE3968" w:rsidRDefault="00CA6E70">
            <w:pPr>
              <w:pStyle w:val="CMRBodySmall"/>
              <w:spacing w:after="40"/>
            </w:pPr>
            <w:r>
              <w:rPr>
                <w:b/>
              </w:rPr>
              <w:t>STEP 1 — WHAT DO THEY WANT?</w:t>
            </w:r>
          </w:p>
          <w:p w14:paraId="1143CD39" w14:textId="77777777" w:rsidR="00BE3968" w:rsidRDefault="00CA6E70">
            <w:pPr>
              <w:pStyle w:val="CMRBodySmall"/>
              <w:spacing w:after="20"/>
            </w:pPr>
            <w:r>
              <w:t>○ A. The total with tax included.</w:t>
            </w:r>
          </w:p>
          <w:p w14:paraId="7124C065" w14:textId="77777777" w:rsidR="00BE3968" w:rsidRDefault="00CA6E70">
            <w:pPr>
              <w:pStyle w:val="CMRBodySmall"/>
              <w:spacing w:after="80"/>
            </w:pPr>
            <w:r>
              <w:t>○ B. The amount of the tax alone.</w:t>
            </w:r>
          </w:p>
          <w:p w14:paraId="29F5E7D7" w14:textId="77777777" w:rsidR="00BE3968" w:rsidRDefault="00CA6E70">
            <w:pPr>
              <w:pStyle w:val="CMRBodySmall"/>
              <w:spacing w:after="40"/>
            </w:pPr>
            <w:r>
              <w:rPr>
                <w:b/>
              </w:rPr>
              <w:t>STEP 2 — WHAT DO I KNOW?</w:t>
            </w:r>
          </w:p>
          <w:p w14:paraId="59CBF467" w14:textId="77777777" w:rsidR="00BE3968" w:rsidRDefault="00CA6E70">
            <w:pPr>
              <w:pStyle w:val="CMRBodySmall"/>
              <w:spacing w:after="40"/>
            </w:pPr>
            <w:r>
              <w:t>Price before tax: ____________________</w:t>
            </w:r>
          </w:p>
          <w:p w14:paraId="006BF055" w14:textId="77777777" w:rsidR="00BE3968" w:rsidRDefault="00CA6E70">
            <w:pPr>
              <w:pStyle w:val="CMRBodySmall"/>
              <w:spacing w:after="40"/>
            </w:pPr>
            <w:r>
              <w:t>Tax rate: ____________________</w:t>
            </w:r>
          </w:p>
          <w:p w14:paraId="47EFA959" w14:textId="77777777" w:rsidR="00BE3968" w:rsidRDefault="00CA6E70">
            <w:pPr>
              <w:pStyle w:val="CMRBodySmall"/>
              <w:spacing w:after="40"/>
            </w:pPr>
            <w:r>
              <w:rPr>
                <w:b/>
              </w:rPr>
              <w:t>STEP 3 — HOW DO I FIND IT?</w:t>
            </w:r>
          </w:p>
          <w:p w14:paraId="50408536" w14:textId="77777777" w:rsidR="00BE3968" w:rsidRDefault="00CA6E70">
            <w:pPr>
              <w:pStyle w:val="CMRBodySmall"/>
              <w:spacing w:after="20"/>
            </w:pPr>
            <w:r>
              <w:t>○ A. Find 8% of the price and add it on.</w:t>
            </w:r>
          </w:p>
          <w:p w14:paraId="564351AA" w14:textId="77777777" w:rsidR="00BE3968" w:rsidRDefault="00CA6E70">
            <w:pPr>
              <w:pStyle w:val="CMRBodySmall"/>
            </w:pPr>
            <w:r>
              <w:t>○ B. Add 8 to the price.</w:t>
            </w:r>
          </w:p>
          <w:p w14:paraId="6FA0D9EC" w14:textId="77777777" w:rsidR="00BE3968" w:rsidRDefault="00CA6E70">
            <w:pPr>
              <w:pStyle w:val="CMRBodySmall"/>
              <w:spacing w:after="120"/>
            </w:pPr>
            <w:r>
              <w:t>My math: ____________________________________________________________</w:t>
            </w:r>
          </w:p>
          <w:p w14:paraId="08D5138C" w14:textId="77777777" w:rsidR="00BE3968" w:rsidRDefault="00CA6E70">
            <w:pPr>
              <w:pStyle w:val="CMRBodySmall"/>
              <w:spacing w:after="120"/>
            </w:pPr>
            <w:r>
              <w:t>____________________________________________________________________</w:t>
            </w:r>
          </w:p>
          <w:p w14:paraId="715B890B" w14:textId="77777777" w:rsidR="00BE3968" w:rsidRDefault="00CA6E70">
            <w:pPr>
              <w:pStyle w:val="CMRBodySmall"/>
              <w:spacing w:after="100"/>
            </w:pPr>
            <w:r>
              <w:t>Answer and check: ___________________________________________________</w:t>
            </w:r>
          </w:p>
        </w:tc>
      </w:tr>
    </w:tbl>
    <w:p w14:paraId="680B757A" w14:textId="77777777" w:rsidR="00BE3968" w:rsidRDefault="00CA6E70">
      <w:r>
        <w:br w:type="page"/>
      </w:r>
    </w:p>
    <w:p w14:paraId="1AA6B4C5" w14:textId="77777777" w:rsidR="00BE3968" w:rsidRDefault="00CA6E70">
      <w:pPr>
        <w:pStyle w:val="CMRSmallLabel"/>
        <w:spacing w:after="60"/>
      </w:pPr>
      <w:r>
        <w:rPr>
          <w:b w:val="0"/>
        </w:rPr>
        <w:lastRenderedPageBreak/>
        <w:t>SECTION 1  |  TOPIC 13  |  PRACTICE PAGE 3/5</w:t>
      </w:r>
    </w:p>
    <w:p w14:paraId="0871AF2E" w14:textId="77777777" w:rsidR="00BE3968" w:rsidRDefault="00CA6E70">
      <w:pPr>
        <w:pStyle w:val="CMRPageTitle"/>
        <w:spacing w:after="60"/>
      </w:pPr>
      <w:r>
        <w:rPr>
          <w:b w:val="0"/>
        </w:rPr>
        <w:t>Sales tax</w:t>
      </w:r>
    </w:p>
    <w:p w14:paraId="0C5A216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EB24A6E" w14:textId="77777777">
        <w:tc>
          <w:tcPr>
            <w:tcW w:w="10036" w:type="dxa"/>
            <w:shd w:val="clear" w:color="auto" w:fill="F5F8F9"/>
            <w:tcMar>
              <w:top w:w="70" w:type="dxa"/>
              <w:left w:w="140" w:type="dxa"/>
              <w:bottom w:w="85" w:type="dxa"/>
              <w:right w:w="140" w:type="dxa"/>
            </w:tcMar>
          </w:tcPr>
          <w:p w14:paraId="78BF130C" w14:textId="77777777" w:rsidR="00BE3968" w:rsidRDefault="00BE3968"/>
          <w:p w14:paraId="554AB5E2" w14:textId="77777777" w:rsidR="00BE3968" w:rsidRDefault="00CA6E70">
            <w:pPr>
              <w:pStyle w:val="CMRBodySmall"/>
            </w:pPr>
            <w:r>
              <w:rPr>
                <w:b/>
              </w:rPr>
              <w:t>PROBLEM S1-125</w:t>
            </w:r>
          </w:p>
          <w:p w14:paraId="2E308920" w14:textId="77777777" w:rsidR="00BE3968" w:rsidRDefault="00CA6E70">
            <w:pPr>
              <w:spacing w:after="140"/>
            </w:pPr>
            <w:r>
              <w:t>A lamp costs $20.00 before tax. The sales tax rate is 10%. How much will Rachel pay at the register?</w:t>
            </w:r>
          </w:p>
          <w:p w14:paraId="17096B4B" w14:textId="77777777" w:rsidR="00BE3968" w:rsidRDefault="00CA6E70">
            <w:pPr>
              <w:pStyle w:val="CMRBodySmall"/>
              <w:spacing w:after="40"/>
            </w:pPr>
            <w:r>
              <w:rPr>
                <w:b/>
              </w:rPr>
              <w:t>STEP 1 — WHAT DO THEY WANT?</w:t>
            </w:r>
          </w:p>
          <w:p w14:paraId="5F65C77A" w14:textId="77777777" w:rsidR="00BE3968" w:rsidRDefault="00CA6E70">
            <w:pPr>
              <w:pStyle w:val="CMRBodySmall"/>
              <w:spacing w:after="20"/>
            </w:pPr>
            <w:r>
              <w:t>○ A. What Rachel pays in all at the register.</w:t>
            </w:r>
          </w:p>
          <w:p w14:paraId="5EA28C1A" w14:textId="77777777" w:rsidR="00BE3968" w:rsidRDefault="00CA6E70">
            <w:pPr>
              <w:pStyle w:val="CMRBodySmall"/>
              <w:spacing w:after="80"/>
            </w:pPr>
            <w:r>
              <w:t>○ B. The price before tax.</w:t>
            </w:r>
          </w:p>
          <w:p w14:paraId="1CE5BA28" w14:textId="77777777" w:rsidR="00BE3968" w:rsidRDefault="00CA6E70">
            <w:pPr>
              <w:pStyle w:val="CMRBodySmall"/>
              <w:spacing w:after="40"/>
            </w:pPr>
            <w:r>
              <w:rPr>
                <w:b/>
              </w:rPr>
              <w:t>STEP 2 — WHAT DO I KNOW?</w:t>
            </w:r>
          </w:p>
          <w:p w14:paraId="34235BE9" w14:textId="77777777" w:rsidR="00BE3968" w:rsidRDefault="00CA6E70">
            <w:pPr>
              <w:pStyle w:val="CMRBodySmall"/>
              <w:spacing w:after="40"/>
            </w:pPr>
            <w:r>
              <w:t>Price before tax: ____________________</w:t>
            </w:r>
          </w:p>
          <w:p w14:paraId="4B89C925" w14:textId="77777777" w:rsidR="00BE3968" w:rsidRDefault="00CA6E70">
            <w:pPr>
              <w:pStyle w:val="CMRBodySmall"/>
              <w:spacing w:after="40"/>
            </w:pPr>
            <w:r>
              <w:t>Tax rate: ____________________</w:t>
            </w:r>
          </w:p>
          <w:p w14:paraId="7FF65F90" w14:textId="77777777" w:rsidR="00BE3968" w:rsidRDefault="00CA6E70">
            <w:pPr>
              <w:pStyle w:val="CMRBodySmall"/>
              <w:spacing w:after="40"/>
            </w:pPr>
            <w:r>
              <w:rPr>
                <w:b/>
              </w:rPr>
              <w:t>STEP 3 — HOW DO I FIND IT?</w:t>
            </w:r>
          </w:p>
          <w:p w14:paraId="29BD1053" w14:textId="77777777" w:rsidR="00BE3968" w:rsidRDefault="00CA6E70">
            <w:pPr>
              <w:pStyle w:val="CMRBodySmall"/>
              <w:spacing w:after="20"/>
            </w:pPr>
            <w:r>
              <w:t>○ A. Find the tax, then add it to the price.</w:t>
            </w:r>
          </w:p>
          <w:p w14:paraId="5528011D" w14:textId="77777777" w:rsidR="00BE3968" w:rsidRDefault="00CA6E70">
            <w:pPr>
              <w:pStyle w:val="CMRBodySmall"/>
            </w:pPr>
            <w:r>
              <w:t>○ B. Find the tax, then subtract it from the price.</w:t>
            </w:r>
          </w:p>
          <w:p w14:paraId="7ABFA1E1" w14:textId="77777777" w:rsidR="00BE3968" w:rsidRDefault="00CA6E70">
            <w:pPr>
              <w:pStyle w:val="CMRBodySmall"/>
              <w:spacing w:after="120"/>
            </w:pPr>
            <w:r>
              <w:t>My math: ____________________________________________________________</w:t>
            </w:r>
          </w:p>
          <w:p w14:paraId="24B2279B" w14:textId="77777777" w:rsidR="00BE3968" w:rsidRDefault="00CA6E70">
            <w:pPr>
              <w:pStyle w:val="CMRBodySmall"/>
              <w:spacing w:after="120"/>
            </w:pPr>
            <w:r>
              <w:t>____________________________________________________________________</w:t>
            </w:r>
          </w:p>
          <w:p w14:paraId="61A62A51" w14:textId="77777777" w:rsidR="00BE3968" w:rsidRDefault="00CA6E70">
            <w:pPr>
              <w:pStyle w:val="CMRBodySmall"/>
              <w:spacing w:after="100"/>
            </w:pPr>
            <w:r>
              <w:t>Answer and check: ___________________________________________________</w:t>
            </w:r>
          </w:p>
        </w:tc>
      </w:tr>
    </w:tbl>
    <w:p w14:paraId="58DE321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B348BB3" w14:textId="77777777">
        <w:tc>
          <w:tcPr>
            <w:tcW w:w="10036" w:type="dxa"/>
            <w:tcMar>
              <w:top w:w="70" w:type="dxa"/>
              <w:left w:w="140" w:type="dxa"/>
              <w:bottom w:w="85" w:type="dxa"/>
              <w:right w:w="140" w:type="dxa"/>
            </w:tcMar>
          </w:tcPr>
          <w:p w14:paraId="5F350EF9" w14:textId="77777777" w:rsidR="00BE3968" w:rsidRDefault="00BE3968"/>
          <w:p w14:paraId="118C4625" w14:textId="77777777" w:rsidR="00BE3968" w:rsidRDefault="00CA6E70">
            <w:pPr>
              <w:pStyle w:val="CMRBodySmall"/>
            </w:pPr>
            <w:r>
              <w:rPr>
                <w:b/>
              </w:rPr>
              <w:t>PROBLEM S1-126</w:t>
            </w:r>
          </w:p>
          <w:p w14:paraId="4D6BAB31" w14:textId="77777777" w:rsidR="00BE3968" w:rsidRDefault="00CA6E70">
            <w:pPr>
              <w:spacing w:after="140"/>
            </w:pPr>
            <w:r>
              <w:t>Maria is buying a fan marked $20.00. The store adds 6% sales tax. What is the final cost?</w:t>
            </w:r>
          </w:p>
          <w:p w14:paraId="36936805" w14:textId="77777777" w:rsidR="00BE3968" w:rsidRDefault="00CA6E70">
            <w:pPr>
              <w:pStyle w:val="CMRBodySmall"/>
              <w:spacing w:after="40"/>
            </w:pPr>
            <w:r>
              <w:rPr>
                <w:b/>
              </w:rPr>
              <w:t>STEP 1 — WHAT DO THEY WANT?</w:t>
            </w:r>
          </w:p>
          <w:p w14:paraId="500A4CE6" w14:textId="77777777" w:rsidR="00BE3968" w:rsidRDefault="00CA6E70">
            <w:pPr>
              <w:pStyle w:val="CMRBodySmall"/>
              <w:spacing w:after="20"/>
            </w:pPr>
            <w:r>
              <w:t>○ A. The tax rate.</w:t>
            </w:r>
          </w:p>
          <w:p w14:paraId="3634FF87" w14:textId="77777777" w:rsidR="00BE3968" w:rsidRDefault="00CA6E70">
            <w:pPr>
              <w:pStyle w:val="CMRBodySmall"/>
              <w:spacing w:after="80"/>
            </w:pPr>
            <w:r>
              <w:t>○ B. The final cost after tax is added.</w:t>
            </w:r>
          </w:p>
          <w:p w14:paraId="2A3BAE11" w14:textId="77777777" w:rsidR="00BE3968" w:rsidRDefault="00CA6E70">
            <w:pPr>
              <w:pStyle w:val="CMRBodySmall"/>
              <w:spacing w:after="40"/>
            </w:pPr>
            <w:r>
              <w:rPr>
                <w:b/>
              </w:rPr>
              <w:t>STEP 2 — WHAT DO I KNOW?</w:t>
            </w:r>
          </w:p>
          <w:p w14:paraId="4E919BB7" w14:textId="77777777" w:rsidR="00BE3968" w:rsidRDefault="00CA6E70">
            <w:pPr>
              <w:pStyle w:val="CMRBodySmall"/>
              <w:spacing w:after="40"/>
            </w:pPr>
            <w:r>
              <w:t>Price before tax: ____________________</w:t>
            </w:r>
          </w:p>
          <w:p w14:paraId="430F97A4" w14:textId="77777777" w:rsidR="00BE3968" w:rsidRDefault="00CA6E70">
            <w:pPr>
              <w:pStyle w:val="CMRBodySmall"/>
              <w:spacing w:after="40"/>
            </w:pPr>
            <w:r>
              <w:t>Tax rate: ____________________</w:t>
            </w:r>
          </w:p>
          <w:p w14:paraId="48395874" w14:textId="77777777" w:rsidR="00BE3968" w:rsidRDefault="00CA6E70">
            <w:pPr>
              <w:pStyle w:val="CMRBodySmall"/>
              <w:spacing w:after="40"/>
            </w:pPr>
            <w:r>
              <w:rPr>
                <w:b/>
              </w:rPr>
              <w:t>STEP 3 — HOW DO I FIND IT?</w:t>
            </w:r>
          </w:p>
          <w:p w14:paraId="5B0326DE" w14:textId="77777777" w:rsidR="00BE3968" w:rsidRDefault="00CA6E70">
            <w:pPr>
              <w:pStyle w:val="CMRBodySmall"/>
              <w:spacing w:after="20"/>
            </w:pPr>
            <w:r>
              <w:t>○ A. Add 6 to the price.</w:t>
            </w:r>
          </w:p>
          <w:p w14:paraId="22F6EC7D" w14:textId="77777777" w:rsidR="00BE3968" w:rsidRDefault="00CA6E70">
            <w:pPr>
              <w:pStyle w:val="CMRBodySmall"/>
            </w:pPr>
            <w:r>
              <w:t>○ B. Find 6% of the price and add it on.</w:t>
            </w:r>
          </w:p>
          <w:p w14:paraId="75DB4914" w14:textId="77777777" w:rsidR="00BE3968" w:rsidRDefault="00CA6E70">
            <w:pPr>
              <w:pStyle w:val="CMRBodySmall"/>
              <w:spacing w:after="120"/>
            </w:pPr>
            <w:r>
              <w:t>My math: ____________________________________________________________</w:t>
            </w:r>
          </w:p>
          <w:p w14:paraId="788F8404" w14:textId="77777777" w:rsidR="00BE3968" w:rsidRDefault="00CA6E70">
            <w:pPr>
              <w:pStyle w:val="CMRBodySmall"/>
              <w:spacing w:after="120"/>
            </w:pPr>
            <w:r>
              <w:t>____________________________________________________________________</w:t>
            </w:r>
          </w:p>
          <w:p w14:paraId="34C8821E" w14:textId="77777777" w:rsidR="00BE3968" w:rsidRDefault="00CA6E70">
            <w:pPr>
              <w:pStyle w:val="CMRBodySmall"/>
              <w:spacing w:after="100"/>
            </w:pPr>
            <w:r>
              <w:t>Answer and check: ___________________________________________________</w:t>
            </w:r>
          </w:p>
        </w:tc>
      </w:tr>
    </w:tbl>
    <w:p w14:paraId="79DFFA7C" w14:textId="77777777" w:rsidR="00BE3968" w:rsidRDefault="00CA6E70">
      <w:r>
        <w:br w:type="page"/>
      </w:r>
    </w:p>
    <w:p w14:paraId="20996A8C" w14:textId="77777777" w:rsidR="00BE3968" w:rsidRDefault="00CA6E70">
      <w:pPr>
        <w:pStyle w:val="CMRSmallLabel"/>
        <w:spacing w:after="60"/>
      </w:pPr>
      <w:r>
        <w:rPr>
          <w:b w:val="0"/>
        </w:rPr>
        <w:lastRenderedPageBreak/>
        <w:t>SECTION 1  |  TOPIC 13  |  PRACTICE PAGE 4/5</w:t>
      </w:r>
    </w:p>
    <w:p w14:paraId="38994E4F" w14:textId="77777777" w:rsidR="00BE3968" w:rsidRDefault="00CA6E70">
      <w:pPr>
        <w:pStyle w:val="CMRPageTitle"/>
        <w:spacing w:after="60"/>
      </w:pPr>
      <w:r>
        <w:rPr>
          <w:b w:val="0"/>
        </w:rPr>
        <w:t>Sales tax</w:t>
      </w:r>
    </w:p>
    <w:p w14:paraId="6C5DF12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F8C7F36" w14:textId="77777777">
        <w:tc>
          <w:tcPr>
            <w:tcW w:w="10036" w:type="dxa"/>
            <w:shd w:val="clear" w:color="auto" w:fill="F5F8F9"/>
            <w:tcMar>
              <w:top w:w="70" w:type="dxa"/>
              <w:left w:w="140" w:type="dxa"/>
              <w:bottom w:w="85" w:type="dxa"/>
              <w:right w:w="140" w:type="dxa"/>
            </w:tcMar>
          </w:tcPr>
          <w:p w14:paraId="6AFA72A9" w14:textId="77777777" w:rsidR="00BE3968" w:rsidRDefault="00BE3968"/>
          <w:p w14:paraId="250DAE77" w14:textId="77777777" w:rsidR="00BE3968" w:rsidRDefault="00CA6E70">
            <w:pPr>
              <w:pStyle w:val="CMRBodySmall"/>
            </w:pPr>
            <w:r>
              <w:rPr>
                <w:b/>
              </w:rPr>
              <w:t>PROBLEM S1-127</w:t>
            </w:r>
          </w:p>
          <w:p w14:paraId="18EAC275" w14:textId="77777777" w:rsidR="00BE3968" w:rsidRDefault="00CA6E70">
            <w:pPr>
              <w:spacing w:after="140"/>
            </w:pPr>
            <w:r>
              <w:t>Robert buys household supplies priced at $35.00. Sales tax is 5%. What is the total price, including tax?</w:t>
            </w:r>
          </w:p>
          <w:p w14:paraId="0132B0F7" w14:textId="77777777" w:rsidR="00BE3968" w:rsidRDefault="00CA6E70">
            <w:pPr>
              <w:pStyle w:val="CMRBodySmall"/>
              <w:spacing w:after="40"/>
            </w:pPr>
            <w:r>
              <w:rPr>
                <w:b/>
              </w:rPr>
              <w:t>STEP 1 — WHAT DO THEY WANT?</w:t>
            </w:r>
          </w:p>
          <w:p w14:paraId="10BB9886" w14:textId="77777777" w:rsidR="00BE3968" w:rsidRDefault="00CA6E70">
            <w:pPr>
              <w:pStyle w:val="CMRBodySmall"/>
              <w:spacing w:after="20"/>
            </w:pPr>
            <w:r>
              <w:t>○ A. The total with tax included.</w:t>
            </w:r>
          </w:p>
          <w:p w14:paraId="07D70747" w14:textId="77777777" w:rsidR="00BE3968" w:rsidRDefault="00CA6E70">
            <w:pPr>
              <w:pStyle w:val="CMRBodySmall"/>
              <w:spacing w:after="80"/>
            </w:pPr>
            <w:r>
              <w:t>○ B. The amount of the tax alone.</w:t>
            </w:r>
          </w:p>
          <w:p w14:paraId="5F3EEF6B" w14:textId="77777777" w:rsidR="00BE3968" w:rsidRDefault="00CA6E70">
            <w:pPr>
              <w:pStyle w:val="CMRBodySmall"/>
              <w:spacing w:after="40"/>
            </w:pPr>
            <w:r>
              <w:rPr>
                <w:b/>
              </w:rPr>
              <w:t>STEP 2 — WHAT DO I KNOW?</w:t>
            </w:r>
          </w:p>
          <w:p w14:paraId="0C73BC0C" w14:textId="77777777" w:rsidR="00BE3968" w:rsidRDefault="00CA6E70">
            <w:pPr>
              <w:pStyle w:val="CMRBodySmall"/>
              <w:spacing w:after="40"/>
            </w:pPr>
            <w:r>
              <w:t>Price before tax: ____________________</w:t>
            </w:r>
          </w:p>
          <w:p w14:paraId="4F01BDD3" w14:textId="77777777" w:rsidR="00BE3968" w:rsidRDefault="00CA6E70">
            <w:pPr>
              <w:pStyle w:val="CMRBodySmall"/>
              <w:spacing w:after="40"/>
            </w:pPr>
            <w:r>
              <w:t>Tax rate: ____________________</w:t>
            </w:r>
          </w:p>
          <w:p w14:paraId="10DC1A9A" w14:textId="77777777" w:rsidR="00BE3968" w:rsidRDefault="00CA6E70">
            <w:pPr>
              <w:pStyle w:val="CMRBodySmall"/>
              <w:spacing w:after="40"/>
            </w:pPr>
            <w:r>
              <w:rPr>
                <w:b/>
              </w:rPr>
              <w:t>STEP 3 — HOW DO I FIND IT?</w:t>
            </w:r>
          </w:p>
          <w:p w14:paraId="66F53C57" w14:textId="77777777" w:rsidR="00BE3968" w:rsidRDefault="00CA6E70">
            <w:pPr>
              <w:pStyle w:val="CMRBodySmall"/>
              <w:spacing w:after="20"/>
            </w:pPr>
            <w:r>
              <w:t>○ A. Find the tax, then subtract it from the price.</w:t>
            </w:r>
          </w:p>
          <w:p w14:paraId="6918D0DC" w14:textId="77777777" w:rsidR="00BE3968" w:rsidRDefault="00CA6E70">
            <w:pPr>
              <w:pStyle w:val="CMRBodySmall"/>
            </w:pPr>
            <w:r>
              <w:t>○ B. Find the tax, then add it to the price.</w:t>
            </w:r>
          </w:p>
          <w:p w14:paraId="78118067" w14:textId="77777777" w:rsidR="00BE3968" w:rsidRDefault="00CA6E70">
            <w:pPr>
              <w:pStyle w:val="CMRBodySmall"/>
              <w:spacing w:after="120"/>
            </w:pPr>
            <w:r>
              <w:t>My math: ____________________________________________________________</w:t>
            </w:r>
          </w:p>
          <w:p w14:paraId="5277F29E" w14:textId="77777777" w:rsidR="00BE3968" w:rsidRDefault="00CA6E70">
            <w:pPr>
              <w:pStyle w:val="CMRBodySmall"/>
              <w:spacing w:after="120"/>
            </w:pPr>
            <w:r>
              <w:t>____________________________________________________________________</w:t>
            </w:r>
          </w:p>
          <w:p w14:paraId="5EA37355" w14:textId="77777777" w:rsidR="00BE3968" w:rsidRDefault="00CA6E70">
            <w:pPr>
              <w:pStyle w:val="CMRBodySmall"/>
              <w:spacing w:after="100"/>
            </w:pPr>
            <w:r>
              <w:t>Answer and check: ___________________________________________________</w:t>
            </w:r>
          </w:p>
        </w:tc>
      </w:tr>
    </w:tbl>
    <w:p w14:paraId="0BF913B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9C726FE" w14:textId="77777777">
        <w:tc>
          <w:tcPr>
            <w:tcW w:w="10036" w:type="dxa"/>
            <w:tcMar>
              <w:top w:w="70" w:type="dxa"/>
              <w:left w:w="140" w:type="dxa"/>
              <w:bottom w:w="85" w:type="dxa"/>
              <w:right w:w="140" w:type="dxa"/>
            </w:tcMar>
          </w:tcPr>
          <w:p w14:paraId="6D75DF77" w14:textId="77777777" w:rsidR="00BE3968" w:rsidRDefault="00BE3968"/>
          <w:p w14:paraId="5E0ADAD4" w14:textId="77777777" w:rsidR="00BE3968" w:rsidRDefault="00CA6E70">
            <w:pPr>
              <w:pStyle w:val="CMRBodySmall"/>
            </w:pPr>
            <w:r>
              <w:rPr>
                <w:b/>
              </w:rPr>
              <w:t>PROBLEM S1-128</w:t>
            </w:r>
          </w:p>
          <w:p w14:paraId="6179E7EE" w14:textId="77777777" w:rsidR="00BE3968" w:rsidRDefault="00CA6E70">
            <w:pPr>
              <w:spacing w:after="140"/>
            </w:pPr>
            <w:r>
              <w:t>A lamp costs $75.00 before tax. The sales tax rate is 10%. How much will Denise pay at the register?</w:t>
            </w:r>
          </w:p>
          <w:p w14:paraId="1CC38B67" w14:textId="77777777" w:rsidR="00BE3968" w:rsidRDefault="00CA6E70">
            <w:pPr>
              <w:pStyle w:val="CMRBodySmall"/>
              <w:spacing w:after="40"/>
            </w:pPr>
            <w:r>
              <w:rPr>
                <w:b/>
              </w:rPr>
              <w:t>STEP 1 — WHAT DO THEY WANT?</w:t>
            </w:r>
          </w:p>
          <w:p w14:paraId="14C79E26" w14:textId="77777777" w:rsidR="00BE3968" w:rsidRDefault="00CA6E70">
            <w:pPr>
              <w:pStyle w:val="CMRBodySmall"/>
              <w:spacing w:after="20"/>
            </w:pPr>
            <w:r>
              <w:t>○ A. The price before tax.</w:t>
            </w:r>
          </w:p>
          <w:p w14:paraId="490AE654" w14:textId="77777777" w:rsidR="00BE3968" w:rsidRDefault="00CA6E70">
            <w:pPr>
              <w:pStyle w:val="CMRBodySmall"/>
              <w:spacing w:after="80"/>
            </w:pPr>
            <w:r>
              <w:t>○ B. What Denise pays in all at the register.</w:t>
            </w:r>
          </w:p>
          <w:p w14:paraId="42330C24" w14:textId="77777777" w:rsidR="00BE3968" w:rsidRDefault="00CA6E70">
            <w:pPr>
              <w:pStyle w:val="CMRBodySmall"/>
              <w:spacing w:after="40"/>
            </w:pPr>
            <w:r>
              <w:rPr>
                <w:b/>
              </w:rPr>
              <w:t>STEP 2 — WHAT DO I KNOW?</w:t>
            </w:r>
          </w:p>
          <w:p w14:paraId="3B65A2EF" w14:textId="77777777" w:rsidR="00BE3968" w:rsidRDefault="00CA6E70">
            <w:pPr>
              <w:pStyle w:val="CMRBodySmall"/>
              <w:spacing w:after="40"/>
            </w:pPr>
            <w:r>
              <w:t>Price before tax: ____________________</w:t>
            </w:r>
          </w:p>
          <w:p w14:paraId="45288D34" w14:textId="77777777" w:rsidR="00BE3968" w:rsidRDefault="00CA6E70">
            <w:pPr>
              <w:pStyle w:val="CMRBodySmall"/>
              <w:spacing w:after="40"/>
            </w:pPr>
            <w:r>
              <w:t>Tax rate: ____________________</w:t>
            </w:r>
          </w:p>
          <w:p w14:paraId="3FBDF0B0" w14:textId="77777777" w:rsidR="00BE3968" w:rsidRDefault="00CA6E70">
            <w:pPr>
              <w:pStyle w:val="CMRBodySmall"/>
              <w:spacing w:after="40"/>
            </w:pPr>
            <w:r>
              <w:rPr>
                <w:b/>
              </w:rPr>
              <w:t>STEP 3 — HOW DO I FIND IT?</w:t>
            </w:r>
          </w:p>
          <w:p w14:paraId="74C75FE2" w14:textId="77777777" w:rsidR="00BE3968" w:rsidRDefault="00CA6E70">
            <w:pPr>
              <w:pStyle w:val="CMRBodySmall"/>
              <w:spacing w:after="20"/>
            </w:pPr>
            <w:r>
              <w:t>○ A. Find 10% of the price and add it on.</w:t>
            </w:r>
          </w:p>
          <w:p w14:paraId="1FB65A0A" w14:textId="77777777" w:rsidR="00BE3968" w:rsidRDefault="00CA6E70">
            <w:pPr>
              <w:pStyle w:val="CMRBodySmall"/>
            </w:pPr>
            <w:r>
              <w:t>○ B. Add 10 to the price.</w:t>
            </w:r>
          </w:p>
          <w:p w14:paraId="31A8EBB4" w14:textId="77777777" w:rsidR="00BE3968" w:rsidRDefault="00CA6E70">
            <w:pPr>
              <w:pStyle w:val="CMRBodySmall"/>
              <w:spacing w:after="120"/>
            </w:pPr>
            <w:r>
              <w:t>My math: ____________________________________________________________</w:t>
            </w:r>
          </w:p>
          <w:p w14:paraId="38672977" w14:textId="77777777" w:rsidR="00BE3968" w:rsidRDefault="00CA6E70">
            <w:pPr>
              <w:pStyle w:val="CMRBodySmall"/>
              <w:spacing w:after="120"/>
            </w:pPr>
            <w:r>
              <w:t>____________________________________________________________________</w:t>
            </w:r>
          </w:p>
          <w:p w14:paraId="68AE823C" w14:textId="77777777" w:rsidR="00BE3968" w:rsidRDefault="00CA6E70">
            <w:pPr>
              <w:pStyle w:val="CMRBodySmall"/>
              <w:spacing w:after="100"/>
            </w:pPr>
            <w:r>
              <w:t>Answer and check: ___________________________________________________</w:t>
            </w:r>
          </w:p>
        </w:tc>
      </w:tr>
    </w:tbl>
    <w:p w14:paraId="382FA708" w14:textId="77777777" w:rsidR="00BE3968" w:rsidRDefault="00CA6E70">
      <w:r>
        <w:br w:type="page"/>
      </w:r>
    </w:p>
    <w:p w14:paraId="17279FB2" w14:textId="77777777" w:rsidR="00BE3968" w:rsidRDefault="00CA6E70">
      <w:pPr>
        <w:pStyle w:val="CMRSmallLabel"/>
        <w:spacing w:after="60"/>
      </w:pPr>
      <w:r>
        <w:rPr>
          <w:b w:val="0"/>
        </w:rPr>
        <w:lastRenderedPageBreak/>
        <w:t>SECTION 1  |  TOPIC 13  |  PRACTICE PAGE 5/5</w:t>
      </w:r>
    </w:p>
    <w:p w14:paraId="66263592" w14:textId="77777777" w:rsidR="00BE3968" w:rsidRDefault="00CA6E70">
      <w:pPr>
        <w:pStyle w:val="CMRPageTitle"/>
        <w:spacing w:after="60"/>
      </w:pPr>
      <w:r>
        <w:rPr>
          <w:b w:val="0"/>
        </w:rPr>
        <w:t>Sales tax</w:t>
      </w:r>
    </w:p>
    <w:p w14:paraId="62E20DE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DC3EC15" w14:textId="77777777">
        <w:tc>
          <w:tcPr>
            <w:tcW w:w="10036" w:type="dxa"/>
            <w:shd w:val="clear" w:color="auto" w:fill="F5F8F9"/>
            <w:tcMar>
              <w:top w:w="70" w:type="dxa"/>
              <w:left w:w="140" w:type="dxa"/>
              <w:bottom w:w="85" w:type="dxa"/>
              <w:right w:w="140" w:type="dxa"/>
            </w:tcMar>
          </w:tcPr>
          <w:p w14:paraId="153D793F" w14:textId="77777777" w:rsidR="00BE3968" w:rsidRDefault="00BE3968"/>
          <w:p w14:paraId="72611D2E" w14:textId="77777777" w:rsidR="00BE3968" w:rsidRDefault="00CA6E70">
            <w:pPr>
              <w:pStyle w:val="CMRBodySmall"/>
            </w:pPr>
            <w:r>
              <w:rPr>
                <w:b/>
              </w:rPr>
              <w:t>PROBLEM S1-129</w:t>
            </w:r>
          </w:p>
          <w:p w14:paraId="12A96FDD" w14:textId="77777777" w:rsidR="00BE3968" w:rsidRDefault="00CA6E70">
            <w:pPr>
              <w:spacing w:after="140"/>
            </w:pPr>
            <w:r>
              <w:t>James is buying a fan marked $50.00. The store adds 8% sales tax. What is the final cost?</w:t>
            </w:r>
          </w:p>
          <w:p w14:paraId="09353865" w14:textId="77777777" w:rsidR="00BE3968" w:rsidRDefault="00CA6E70">
            <w:pPr>
              <w:pStyle w:val="CMRBodySmall"/>
              <w:spacing w:after="40"/>
            </w:pPr>
            <w:r>
              <w:rPr>
                <w:b/>
              </w:rPr>
              <w:t>STEP 1 — WHAT DO THEY WANT?</w:t>
            </w:r>
          </w:p>
          <w:p w14:paraId="59C13CA1" w14:textId="77777777" w:rsidR="00BE3968" w:rsidRDefault="00CA6E70">
            <w:pPr>
              <w:pStyle w:val="CMRBodySmall"/>
              <w:spacing w:after="20"/>
            </w:pPr>
            <w:r>
              <w:t>○ A. The final cost after tax is added.</w:t>
            </w:r>
          </w:p>
          <w:p w14:paraId="653FC055" w14:textId="77777777" w:rsidR="00BE3968" w:rsidRDefault="00CA6E70">
            <w:pPr>
              <w:pStyle w:val="CMRBodySmall"/>
              <w:spacing w:after="80"/>
            </w:pPr>
            <w:r>
              <w:t>○ B. The tax rate.</w:t>
            </w:r>
          </w:p>
          <w:p w14:paraId="59C26088" w14:textId="77777777" w:rsidR="00BE3968" w:rsidRDefault="00CA6E70">
            <w:pPr>
              <w:pStyle w:val="CMRBodySmall"/>
              <w:spacing w:after="40"/>
            </w:pPr>
            <w:r>
              <w:rPr>
                <w:b/>
              </w:rPr>
              <w:t>STEP 2 — WHAT DO I KNOW?</w:t>
            </w:r>
          </w:p>
          <w:p w14:paraId="10FE3194" w14:textId="77777777" w:rsidR="00BE3968" w:rsidRDefault="00CA6E70">
            <w:pPr>
              <w:pStyle w:val="CMRBodySmall"/>
              <w:spacing w:after="40"/>
            </w:pPr>
            <w:r>
              <w:t>Price before tax: ____________________</w:t>
            </w:r>
          </w:p>
          <w:p w14:paraId="02C0AB06" w14:textId="77777777" w:rsidR="00BE3968" w:rsidRDefault="00CA6E70">
            <w:pPr>
              <w:pStyle w:val="CMRBodySmall"/>
              <w:spacing w:after="40"/>
            </w:pPr>
            <w:r>
              <w:t>Tax rate: ____________________</w:t>
            </w:r>
          </w:p>
          <w:p w14:paraId="346DB7C2" w14:textId="77777777" w:rsidR="00BE3968" w:rsidRDefault="00CA6E70">
            <w:pPr>
              <w:pStyle w:val="CMRBodySmall"/>
              <w:spacing w:after="40"/>
            </w:pPr>
            <w:r>
              <w:rPr>
                <w:b/>
              </w:rPr>
              <w:t>STEP 3 — HOW DO I FIND IT?</w:t>
            </w:r>
          </w:p>
          <w:p w14:paraId="702F5841" w14:textId="77777777" w:rsidR="00BE3968" w:rsidRDefault="00CA6E70">
            <w:pPr>
              <w:pStyle w:val="CMRBodySmall"/>
              <w:spacing w:after="20"/>
            </w:pPr>
            <w:r>
              <w:t>○ A. Find the tax, then subtract it from the price.</w:t>
            </w:r>
          </w:p>
          <w:p w14:paraId="6359B118" w14:textId="77777777" w:rsidR="00BE3968" w:rsidRDefault="00CA6E70">
            <w:pPr>
              <w:pStyle w:val="CMRBodySmall"/>
            </w:pPr>
            <w:r>
              <w:t>○ B. Find the tax, then add it to the price.</w:t>
            </w:r>
          </w:p>
          <w:p w14:paraId="02EBCCC0" w14:textId="77777777" w:rsidR="00BE3968" w:rsidRDefault="00CA6E70">
            <w:pPr>
              <w:pStyle w:val="CMRBodySmall"/>
              <w:spacing w:after="120"/>
            </w:pPr>
            <w:r>
              <w:t>My math: ____________________________________________________________</w:t>
            </w:r>
          </w:p>
          <w:p w14:paraId="2B1A8BDC" w14:textId="77777777" w:rsidR="00BE3968" w:rsidRDefault="00CA6E70">
            <w:pPr>
              <w:pStyle w:val="CMRBodySmall"/>
              <w:spacing w:after="120"/>
            </w:pPr>
            <w:r>
              <w:t>____________________________________________________________________</w:t>
            </w:r>
          </w:p>
          <w:p w14:paraId="347453E9" w14:textId="77777777" w:rsidR="00BE3968" w:rsidRDefault="00CA6E70">
            <w:pPr>
              <w:pStyle w:val="CMRBodySmall"/>
              <w:spacing w:after="100"/>
            </w:pPr>
            <w:r>
              <w:t>Answer and check: ___________________________________________________</w:t>
            </w:r>
          </w:p>
        </w:tc>
      </w:tr>
    </w:tbl>
    <w:p w14:paraId="1044C4B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2D0C730" w14:textId="77777777">
        <w:tc>
          <w:tcPr>
            <w:tcW w:w="10036" w:type="dxa"/>
            <w:tcMar>
              <w:top w:w="70" w:type="dxa"/>
              <w:left w:w="140" w:type="dxa"/>
              <w:bottom w:w="85" w:type="dxa"/>
              <w:right w:w="140" w:type="dxa"/>
            </w:tcMar>
          </w:tcPr>
          <w:p w14:paraId="393A4C82" w14:textId="77777777" w:rsidR="00BE3968" w:rsidRDefault="00BE3968"/>
          <w:p w14:paraId="0C95F664" w14:textId="77777777" w:rsidR="00BE3968" w:rsidRDefault="00CA6E70">
            <w:pPr>
              <w:pStyle w:val="CMRBodySmall"/>
            </w:pPr>
            <w:r>
              <w:rPr>
                <w:b/>
              </w:rPr>
              <w:t>PROBLEM S1-130</w:t>
            </w:r>
          </w:p>
          <w:p w14:paraId="701A01AA" w14:textId="77777777" w:rsidR="00BE3968" w:rsidRDefault="00CA6E70">
            <w:pPr>
              <w:spacing w:after="140"/>
            </w:pPr>
            <w:r>
              <w:t>Felicia buys household supplies priced at $60.00. Sales tax is 5%. What is the total price, including tax?</w:t>
            </w:r>
          </w:p>
          <w:p w14:paraId="30BEBE76" w14:textId="77777777" w:rsidR="00BE3968" w:rsidRDefault="00CA6E70">
            <w:pPr>
              <w:pStyle w:val="CMRBodySmall"/>
              <w:spacing w:after="40"/>
            </w:pPr>
            <w:r>
              <w:rPr>
                <w:b/>
              </w:rPr>
              <w:t>STEP 1 — WHAT DO THEY WANT?</w:t>
            </w:r>
          </w:p>
          <w:p w14:paraId="209D7755" w14:textId="77777777" w:rsidR="00BE3968" w:rsidRDefault="00CA6E70">
            <w:pPr>
              <w:pStyle w:val="CMRBodySmall"/>
              <w:spacing w:after="20"/>
            </w:pPr>
            <w:r>
              <w:t>○ A. The amount of the tax alone.</w:t>
            </w:r>
          </w:p>
          <w:p w14:paraId="53F7AFC6" w14:textId="77777777" w:rsidR="00BE3968" w:rsidRDefault="00CA6E70">
            <w:pPr>
              <w:pStyle w:val="CMRBodySmall"/>
              <w:spacing w:after="80"/>
            </w:pPr>
            <w:r>
              <w:t>○ B. The total with tax included.</w:t>
            </w:r>
          </w:p>
          <w:p w14:paraId="601F2C19" w14:textId="77777777" w:rsidR="00BE3968" w:rsidRDefault="00CA6E70">
            <w:pPr>
              <w:pStyle w:val="CMRBodySmall"/>
              <w:spacing w:after="40"/>
            </w:pPr>
            <w:r>
              <w:rPr>
                <w:b/>
              </w:rPr>
              <w:t>STEP 2 — WHAT DO I KNOW?</w:t>
            </w:r>
          </w:p>
          <w:p w14:paraId="26EBADE0" w14:textId="77777777" w:rsidR="00BE3968" w:rsidRDefault="00CA6E70">
            <w:pPr>
              <w:pStyle w:val="CMRBodySmall"/>
              <w:spacing w:after="40"/>
            </w:pPr>
            <w:r>
              <w:t>Price before tax: ____________________</w:t>
            </w:r>
          </w:p>
          <w:p w14:paraId="3A7A2857" w14:textId="77777777" w:rsidR="00BE3968" w:rsidRDefault="00CA6E70">
            <w:pPr>
              <w:pStyle w:val="CMRBodySmall"/>
              <w:spacing w:after="40"/>
            </w:pPr>
            <w:r>
              <w:t>Tax rate: ____________________</w:t>
            </w:r>
          </w:p>
          <w:p w14:paraId="7B6A73C2" w14:textId="77777777" w:rsidR="00BE3968" w:rsidRDefault="00CA6E70">
            <w:pPr>
              <w:pStyle w:val="CMRBodySmall"/>
              <w:spacing w:after="40"/>
            </w:pPr>
            <w:r>
              <w:rPr>
                <w:b/>
              </w:rPr>
              <w:t>STEP 3 — HOW DO I FIND IT?</w:t>
            </w:r>
          </w:p>
          <w:p w14:paraId="3DE7D7BB" w14:textId="77777777" w:rsidR="00BE3968" w:rsidRDefault="00CA6E70">
            <w:pPr>
              <w:pStyle w:val="CMRBodySmall"/>
              <w:spacing w:after="20"/>
            </w:pPr>
            <w:r>
              <w:t>○ A. Add 5 to the price.</w:t>
            </w:r>
          </w:p>
          <w:p w14:paraId="024BFD53" w14:textId="77777777" w:rsidR="00BE3968" w:rsidRDefault="00CA6E70">
            <w:pPr>
              <w:pStyle w:val="CMRBodySmall"/>
            </w:pPr>
            <w:r>
              <w:t>○ B. Find 5% of the price and add it on.</w:t>
            </w:r>
          </w:p>
          <w:p w14:paraId="38420B35" w14:textId="77777777" w:rsidR="00BE3968" w:rsidRDefault="00CA6E70">
            <w:pPr>
              <w:pStyle w:val="CMRBodySmall"/>
              <w:spacing w:after="120"/>
            </w:pPr>
            <w:r>
              <w:t>My math: ____________________________________________________________</w:t>
            </w:r>
          </w:p>
          <w:p w14:paraId="58B4B09E" w14:textId="77777777" w:rsidR="00BE3968" w:rsidRDefault="00CA6E70">
            <w:pPr>
              <w:pStyle w:val="CMRBodySmall"/>
              <w:spacing w:after="120"/>
            </w:pPr>
            <w:r>
              <w:t>____________________________________________________________________</w:t>
            </w:r>
          </w:p>
          <w:p w14:paraId="26E88F5E" w14:textId="77777777" w:rsidR="00BE3968" w:rsidRDefault="00CA6E70">
            <w:pPr>
              <w:pStyle w:val="CMRBodySmall"/>
              <w:spacing w:after="100"/>
            </w:pPr>
            <w:r>
              <w:t>Answer and check: ___________________________________________________</w:t>
            </w:r>
          </w:p>
        </w:tc>
      </w:tr>
    </w:tbl>
    <w:p w14:paraId="5E76658F" w14:textId="77777777" w:rsidR="00BE3968" w:rsidRDefault="00CA6E70">
      <w:r>
        <w:br w:type="page"/>
      </w:r>
    </w:p>
    <w:p w14:paraId="7F231914" w14:textId="77777777" w:rsidR="00BE3968" w:rsidRDefault="00CA6E70">
      <w:pPr>
        <w:pStyle w:val="CMRSmallLabel"/>
        <w:spacing w:after="60"/>
      </w:pPr>
      <w:r>
        <w:rPr>
          <w:b w:val="0"/>
        </w:rPr>
        <w:lastRenderedPageBreak/>
        <w:t>SECTION 1  |  TOPIC 14  |  PRACTICE PAGE 1/5</w:t>
      </w:r>
    </w:p>
    <w:p w14:paraId="00861752" w14:textId="77777777" w:rsidR="00BE3968" w:rsidRDefault="00CA6E70">
      <w:pPr>
        <w:pStyle w:val="CMRPageTitle"/>
        <w:spacing w:after="60"/>
      </w:pPr>
      <w:r>
        <w:rPr>
          <w:b w:val="0"/>
        </w:rPr>
        <w:t>Restaurant costs</w:t>
      </w:r>
    </w:p>
    <w:p w14:paraId="33394C6D" w14:textId="77777777" w:rsidR="00BE3968" w:rsidRDefault="00CA6E70">
      <w:pPr>
        <w:pStyle w:val="CMRBodySmall"/>
        <w:spacing w:after="100"/>
      </w:pPr>
      <w:r>
        <w:t>Remember: Work out food costs and tips in everyday dining situations.</w:t>
      </w:r>
    </w:p>
    <w:tbl>
      <w:tblPr>
        <w:tblW w:w="0" w:type="auto"/>
        <w:tblLayout w:type="fixed"/>
        <w:tblLook w:val="04A0" w:firstRow="1" w:lastRow="0" w:firstColumn="1" w:lastColumn="0" w:noHBand="0" w:noVBand="1"/>
      </w:tblPr>
      <w:tblGrid>
        <w:gridCol w:w="10036"/>
      </w:tblGrid>
      <w:tr w:rsidR="00BE3968" w14:paraId="13B27906" w14:textId="77777777">
        <w:tc>
          <w:tcPr>
            <w:tcW w:w="10036" w:type="dxa"/>
            <w:shd w:val="clear" w:color="auto" w:fill="F5F8F9"/>
            <w:tcMar>
              <w:top w:w="70" w:type="dxa"/>
              <w:left w:w="140" w:type="dxa"/>
              <w:bottom w:w="85" w:type="dxa"/>
              <w:right w:w="140" w:type="dxa"/>
            </w:tcMar>
          </w:tcPr>
          <w:p w14:paraId="3835CECF" w14:textId="77777777" w:rsidR="00BE3968" w:rsidRDefault="00BE3968"/>
          <w:p w14:paraId="034BBF0C" w14:textId="77777777" w:rsidR="00BE3968" w:rsidRDefault="00CA6E70">
            <w:pPr>
              <w:pStyle w:val="CMRBodySmall"/>
            </w:pPr>
            <w:r>
              <w:rPr>
                <w:b/>
              </w:rPr>
              <w:t>PROBLEM S1-131</w:t>
            </w:r>
          </w:p>
          <w:p w14:paraId="0BECD115" w14:textId="77777777" w:rsidR="00BE3968" w:rsidRDefault="00CA6E70">
            <w:pPr>
              <w:spacing w:after="140"/>
            </w:pPr>
            <w:r>
              <w:t>Rosa has a restaurant bill of $30.00 and plans to leave a 10% tip. How much should be paid altogether, including the tip?</w:t>
            </w:r>
          </w:p>
          <w:p w14:paraId="171DBC12" w14:textId="77777777" w:rsidR="00BE3968" w:rsidRDefault="00CA6E70">
            <w:pPr>
              <w:pStyle w:val="CMRBodySmall"/>
              <w:spacing w:after="40"/>
            </w:pPr>
            <w:r>
              <w:rPr>
                <w:b/>
              </w:rPr>
              <w:t>STEP 1 — WHAT DO THEY WANT?</w:t>
            </w:r>
          </w:p>
          <w:p w14:paraId="6AC4B3CD" w14:textId="77777777" w:rsidR="00BE3968" w:rsidRDefault="00CA6E70">
            <w:pPr>
              <w:pStyle w:val="CMRBodySmall"/>
              <w:spacing w:after="20"/>
            </w:pPr>
            <w:r>
              <w:t>○ A. The bill plus the tip.</w:t>
            </w:r>
          </w:p>
          <w:p w14:paraId="1732B60D" w14:textId="77777777" w:rsidR="00BE3968" w:rsidRDefault="00CA6E70">
            <w:pPr>
              <w:pStyle w:val="CMRBodySmall"/>
              <w:spacing w:after="80"/>
            </w:pPr>
            <w:r>
              <w:t>○ B. The tip alone.</w:t>
            </w:r>
          </w:p>
          <w:p w14:paraId="0F7EC241" w14:textId="77777777" w:rsidR="00BE3968" w:rsidRDefault="00CA6E70">
            <w:pPr>
              <w:pStyle w:val="CMRBodySmall"/>
              <w:spacing w:after="40"/>
            </w:pPr>
            <w:r>
              <w:rPr>
                <w:b/>
              </w:rPr>
              <w:t>STEP 2 — WHAT DO I KNOW?</w:t>
            </w:r>
          </w:p>
          <w:p w14:paraId="0CEEED91" w14:textId="77777777" w:rsidR="00BE3968" w:rsidRDefault="00CA6E70">
            <w:pPr>
              <w:pStyle w:val="CMRBodySmall"/>
              <w:spacing w:after="40"/>
            </w:pPr>
            <w:r>
              <w:t>Bill: ____________________</w:t>
            </w:r>
          </w:p>
          <w:p w14:paraId="451C7EC2" w14:textId="77777777" w:rsidR="00BE3968" w:rsidRDefault="00CA6E70">
            <w:pPr>
              <w:pStyle w:val="CMRBodySmall"/>
              <w:spacing w:after="40"/>
            </w:pPr>
            <w:r>
              <w:t>Tip rate: ____________________</w:t>
            </w:r>
          </w:p>
          <w:p w14:paraId="7137C352" w14:textId="77777777" w:rsidR="00BE3968" w:rsidRDefault="00CA6E70">
            <w:pPr>
              <w:pStyle w:val="CMRBodySmall"/>
              <w:spacing w:after="40"/>
            </w:pPr>
            <w:r>
              <w:rPr>
                <w:b/>
              </w:rPr>
              <w:t>STEP 3 — HOW DO I FIND IT?</w:t>
            </w:r>
          </w:p>
          <w:p w14:paraId="034D21BF" w14:textId="77777777" w:rsidR="00BE3968" w:rsidRDefault="00CA6E70">
            <w:pPr>
              <w:pStyle w:val="CMRBodySmall"/>
              <w:spacing w:after="20"/>
            </w:pPr>
            <w:r>
              <w:t>○ A. Find the tip, then subtract it from the bill.</w:t>
            </w:r>
          </w:p>
          <w:p w14:paraId="411440BA" w14:textId="77777777" w:rsidR="00BE3968" w:rsidRDefault="00CA6E70">
            <w:pPr>
              <w:pStyle w:val="CMRBodySmall"/>
            </w:pPr>
            <w:r>
              <w:t>○ B. Find the tip, then add it to the bill.</w:t>
            </w:r>
          </w:p>
          <w:p w14:paraId="4103FD15" w14:textId="77777777" w:rsidR="00BE3968" w:rsidRDefault="00CA6E70">
            <w:pPr>
              <w:pStyle w:val="CMRBodySmall"/>
              <w:spacing w:after="120"/>
            </w:pPr>
            <w:r>
              <w:t>My math: ____________________________________________________________</w:t>
            </w:r>
          </w:p>
          <w:p w14:paraId="5110F37B" w14:textId="77777777" w:rsidR="00BE3968" w:rsidRDefault="00CA6E70">
            <w:pPr>
              <w:pStyle w:val="CMRBodySmall"/>
              <w:spacing w:after="120"/>
            </w:pPr>
            <w:r>
              <w:t>____________________________________________________________________</w:t>
            </w:r>
          </w:p>
          <w:p w14:paraId="1259A242" w14:textId="77777777" w:rsidR="00BE3968" w:rsidRDefault="00CA6E70">
            <w:pPr>
              <w:pStyle w:val="CMRBodySmall"/>
              <w:spacing w:after="100"/>
            </w:pPr>
            <w:r>
              <w:t>Answer and check: ___________________________________________________</w:t>
            </w:r>
          </w:p>
        </w:tc>
      </w:tr>
    </w:tbl>
    <w:p w14:paraId="40D993C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3A9E639" w14:textId="77777777">
        <w:tc>
          <w:tcPr>
            <w:tcW w:w="10036" w:type="dxa"/>
            <w:tcMar>
              <w:top w:w="70" w:type="dxa"/>
              <w:left w:w="140" w:type="dxa"/>
              <w:bottom w:w="85" w:type="dxa"/>
              <w:right w:w="140" w:type="dxa"/>
            </w:tcMar>
          </w:tcPr>
          <w:p w14:paraId="76060BE8" w14:textId="77777777" w:rsidR="00BE3968" w:rsidRDefault="00BE3968"/>
          <w:p w14:paraId="6103B758" w14:textId="77777777" w:rsidR="00BE3968" w:rsidRDefault="00CA6E70">
            <w:pPr>
              <w:pStyle w:val="CMRBodySmall"/>
            </w:pPr>
            <w:r>
              <w:rPr>
                <w:b/>
              </w:rPr>
              <w:t>PROBLEM S1-132</w:t>
            </w:r>
          </w:p>
          <w:p w14:paraId="669D92BE" w14:textId="77777777" w:rsidR="00BE3968" w:rsidRDefault="00CA6E70">
            <w:pPr>
              <w:spacing w:after="140"/>
            </w:pPr>
            <w:r>
              <w:t>Lunch for Jasmine’s team comes to $50.00. They want to add a 15% tip. What is the total they will pay?</w:t>
            </w:r>
          </w:p>
          <w:p w14:paraId="461372D1" w14:textId="77777777" w:rsidR="00BE3968" w:rsidRDefault="00CA6E70">
            <w:pPr>
              <w:pStyle w:val="CMRBodySmall"/>
              <w:spacing w:after="40"/>
            </w:pPr>
            <w:r>
              <w:rPr>
                <w:b/>
              </w:rPr>
              <w:t>STEP 1 — WHAT DO THEY WANT?</w:t>
            </w:r>
          </w:p>
          <w:p w14:paraId="73289610" w14:textId="77777777" w:rsidR="00BE3968" w:rsidRDefault="00CA6E70">
            <w:pPr>
              <w:pStyle w:val="CMRBodySmall"/>
              <w:spacing w:after="20"/>
            </w:pPr>
            <w:r>
              <w:t>○ A. The bill before the tip.</w:t>
            </w:r>
          </w:p>
          <w:p w14:paraId="7711D15B" w14:textId="77777777" w:rsidR="00BE3968" w:rsidRDefault="00CA6E70">
            <w:pPr>
              <w:pStyle w:val="CMRBodySmall"/>
              <w:spacing w:after="80"/>
            </w:pPr>
            <w:r>
              <w:t>○ B. Everything paid, including the tip.</w:t>
            </w:r>
          </w:p>
          <w:p w14:paraId="01997F7B" w14:textId="77777777" w:rsidR="00BE3968" w:rsidRDefault="00CA6E70">
            <w:pPr>
              <w:pStyle w:val="CMRBodySmall"/>
              <w:spacing w:after="40"/>
            </w:pPr>
            <w:r>
              <w:rPr>
                <w:b/>
              </w:rPr>
              <w:t>STEP 2 — WHAT DO I KNOW?</w:t>
            </w:r>
          </w:p>
          <w:p w14:paraId="78BC490D" w14:textId="77777777" w:rsidR="00BE3968" w:rsidRDefault="00CA6E70">
            <w:pPr>
              <w:pStyle w:val="CMRBodySmall"/>
              <w:spacing w:after="40"/>
            </w:pPr>
            <w:r>
              <w:t>Bill: ____________________</w:t>
            </w:r>
          </w:p>
          <w:p w14:paraId="6A4B80D7" w14:textId="77777777" w:rsidR="00BE3968" w:rsidRDefault="00CA6E70">
            <w:pPr>
              <w:pStyle w:val="CMRBodySmall"/>
              <w:spacing w:after="40"/>
            </w:pPr>
            <w:r>
              <w:t>Tip rate: ____________________</w:t>
            </w:r>
          </w:p>
          <w:p w14:paraId="6D9AACEB" w14:textId="77777777" w:rsidR="00BE3968" w:rsidRDefault="00CA6E70">
            <w:pPr>
              <w:pStyle w:val="CMRBodySmall"/>
              <w:spacing w:after="40"/>
            </w:pPr>
            <w:r>
              <w:rPr>
                <w:b/>
              </w:rPr>
              <w:t>STEP 3 — HOW DO I FIND IT?</w:t>
            </w:r>
          </w:p>
          <w:p w14:paraId="61E89407" w14:textId="77777777" w:rsidR="00BE3968" w:rsidRDefault="00CA6E70">
            <w:pPr>
              <w:pStyle w:val="CMRBodySmall"/>
              <w:spacing w:after="20"/>
            </w:pPr>
            <w:r>
              <w:t>○ A. Find 15% of the bill and add it on.</w:t>
            </w:r>
          </w:p>
          <w:p w14:paraId="3283B6AC" w14:textId="77777777" w:rsidR="00BE3968" w:rsidRDefault="00CA6E70">
            <w:pPr>
              <w:pStyle w:val="CMRBodySmall"/>
            </w:pPr>
            <w:r>
              <w:t>○ B. Use the tip amount as the total.</w:t>
            </w:r>
          </w:p>
          <w:p w14:paraId="0203AE11" w14:textId="77777777" w:rsidR="00BE3968" w:rsidRDefault="00CA6E70">
            <w:pPr>
              <w:pStyle w:val="CMRBodySmall"/>
              <w:spacing w:after="120"/>
            </w:pPr>
            <w:r>
              <w:t>My math: ____________________________________________________________</w:t>
            </w:r>
          </w:p>
          <w:p w14:paraId="623983E3" w14:textId="77777777" w:rsidR="00BE3968" w:rsidRDefault="00CA6E70">
            <w:pPr>
              <w:pStyle w:val="CMRBodySmall"/>
              <w:spacing w:after="120"/>
            </w:pPr>
            <w:r>
              <w:t>____________________________________________________________________</w:t>
            </w:r>
          </w:p>
          <w:p w14:paraId="538580C5" w14:textId="77777777" w:rsidR="00BE3968" w:rsidRDefault="00CA6E70">
            <w:pPr>
              <w:pStyle w:val="CMRBodySmall"/>
              <w:spacing w:after="100"/>
            </w:pPr>
            <w:r>
              <w:t>Answer and check: ___________________________________________________</w:t>
            </w:r>
          </w:p>
        </w:tc>
      </w:tr>
    </w:tbl>
    <w:p w14:paraId="67F1FEAF" w14:textId="77777777" w:rsidR="00BE3968" w:rsidRDefault="00CA6E70">
      <w:r>
        <w:br w:type="page"/>
      </w:r>
    </w:p>
    <w:p w14:paraId="49C46195" w14:textId="77777777" w:rsidR="00BE3968" w:rsidRDefault="00CA6E70">
      <w:pPr>
        <w:pStyle w:val="CMRSmallLabel"/>
        <w:spacing w:after="60"/>
      </w:pPr>
      <w:r>
        <w:rPr>
          <w:b w:val="0"/>
        </w:rPr>
        <w:lastRenderedPageBreak/>
        <w:t>SECTION 1  |  TOPIC 14  |  PRACTICE PAGE 2/5</w:t>
      </w:r>
    </w:p>
    <w:p w14:paraId="0DE05B16" w14:textId="77777777" w:rsidR="00BE3968" w:rsidRDefault="00CA6E70">
      <w:pPr>
        <w:pStyle w:val="CMRPageTitle"/>
        <w:spacing w:after="60"/>
      </w:pPr>
      <w:r>
        <w:rPr>
          <w:b w:val="0"/>
        </w:rPr>
        <w:t>Restaurant costs</w:t>
      </w:r>
    </w:p>
    <w:p w14:paraId="7313192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91EC25E" w14:textId="77777777">
        <w:tc>
          <w:tcPr>
            <w:tcW w:w="10036" w:type="dxa"/>
            <w:shd w:val="clear" w:color="auto" w:fill="F5F8F9"/>
            <w:tcMar>
              <w:top w:w="70" w:type="dxa"/>
              <w:left w:w="140" w:type="dxa"/>
              <w:bottom w:w="85" w:type="dxa"/>
              <w:right w:w="140" w:type="dxa"/>
            </w:tcMar>
          </w:tcPr>
          <w:p w14:paraId="3EB9F0C6" w14:textId="77777777" w:rsidR="00BE3968" w:rsidRDefault="00BE3968"/>
          <w:p w14:paraId="7E56A787" w14:textId="77777777" w:rsidR="00BE3968" w:rsidRDefault="00CA6E70">
            <w:pPr>
              <w:pStyle w:val="CMRBodySmall"/>
            </w:pPr>
            <w:r>
              <w:rPr>
                <w:b/>
              </w:rPr>
              <w:t>PROBLEM S1-133</w:t>
            </w:r>
          </w:p>
          <w:p w14:paraId="5D65F0CF" w14:textId="77777777" w:rsidR="00BE3968" w:rsidRDefault="00CA6E70">
            <w:pPr>
              <w:spacing w:after="140"/>
            </w:pPr>
            <w:r>
              <w:t>Anthony’s dinner check is $40.00. If Anthony leaves a 10% tip, how much will Anthony spend in all?</w:t>
            </w:r>
          </w:p>
          <w:p w14:paraId="2AD41E53" w14:textId="77777777" w:rsidR="00BE3968" w:rsidRDefault="00CA6E70">
            <w:pPr>
              <w:pStyle w:val="CMRBodySmall"/>
              <w:spacing w:after="40"/>
            </w:pPr>
            <w:r>
              <w:rPr>
                <w:b/>
              </w:rPr>
              <w:t>STEP 1 — WHAT DO THEY WANT?</w:t>
            </w:r>
          </w:p>
          <w:p w14:paraId="269C29ED" w14:textId="77777777" w:rsidR="00BE3968" w:rsidRDefault="00CA6E70">
            <w:pPr>
              <w:pStyle w:val="CMRBodySmall"/>
              <w:spacing w:after="20"/>
            </w:pPr>
            <w:r>
              <w:t>○ A. The total cost with the tip.</w:t>
            </w:r>
          </w:p>
          <w:p w14:paraId="50011F6C" w14:textId="77777777" w:rsidR="00BE3968" w:rsidRDefault="00CA6E70">
            <w:pPr>
              <w:pStyle w:val="CMRBodySmall"/>
              <w:spacing w:after="80"/>
            </w:pPr>
            <w:r>
              <w:t>○ B. The tip percent.</w:t>
            </w:r>
          </w:p>
          <w:p w14:paraId="561F4029" w14:textId="77777777" w:rsidR="00BE3968" w:rsidRDefault="00CA6E70">
            <w:pPr>
              <w:pStyle w:val="CMRBodySmall"/>
              <w:spacing w:after="40"/>
            </w:pPr>
            <w:r>
              <w:rPr>
                <w:b/>
              </w:rPr>
              <w:t>STEP 2 — WHAT DO I KNOW?</w:t>
            </w:r>
          </w:p>
          <w:p w14:paraId="07ED3B24" w14:textId="77777777" w:rsidR="00BE3968" w:rsidRDefault="00CA6E70">
            <w:pPr>
              <w:pStyle w:val="CMRBodySmall"/>
              <w:spacing w:after="40"/>
            </w:pPr>
            <w:r>
              <w:t>Bill: ____________________</w:t>
            </w:r>
          </w:p>
          <w:p w14:paraId="33028A2D" w14:textId="77777777" w:rsidR="00BE3968" w:rsidRDefault="00CA6E70">
            <w:pPr>
              <w:pStyle w:val="CMRBodySmall"/>
              <w:spacing w:after="40"/>
            </w:pPr>
            <w:r>
              <w:t>Tip rate: ____________________</w:t>
            </w:r>
          </w:p>
          <w:p w14:paraId="037BBFBC" w14:textId="77777777" w:rsidR="00BE3968" w:rsidRDefault="00CA6E70">
            <w:pPr>
              <w:pStyle w:val="CMRBodySmall"/>
              <w:spacing w:after="40"/>
            </w:pPr>
            <w:r>
              <w:rPr>
                <w:b/>
              </w:rPr>
              <w:t>STEP 3 — HOW DO I FIND IT?</w:t>
            </w:r>
          </w:p>
          <w:p w14:paraId="3D774B8A" w14:textId="77777777" w:rsidR="00BE3968" w:rsidRDefault="00CA6E70">
            <w:pPr>
              <w:pStyle w:val="CMRBodySmall"/>
              <w:spacing w:after="20"/>
            </w:pPr>
            <w:r>
              <w:t>○ A. Find the tip, then add it to the bill.</w:t>
            </w:r>
          </w:p>
          <w:p w14:paraId="2499C879" w14:textId="77777777" w:rsidR="00BE3968" w:rsidRDefault="00CA6E70">
            <w:pPr>
              <w:pStyle w:val="CMRBodySmall"/>
            </w:pPr>
            <w:r>
              <w:t>○ B. Find the tip, then subtract it from the bill.</w:t>
            </w:r>
          </w:p>
          <w:p w14:paraId="3AAC8D8B" w14:textId="77777777" w:rsidR="00BE3968" w:rsidRDefault="00CA6E70">
            <w:pPr>
              <w:pStyle w:val="CMRBodySmall"/>
              <w:spacing w:after="120"/>
            </w:pPr>
            <w:r>
              <w:t>My math: ____________________________________________________________</w:t>
            </w:r>
          </w:p>
          <w:p w14:paraId="08BEE132" w14:textId="77777777" w:rsidR="00BE3968" w:rsidRDefault="00CA6E70">
            <w:pPr>
              <w:pStyle w:val="CMRBodySmall"/>
              <w:spacing w:after="120"/>
            </w:pPr>
            <w:r>
              <w:t>____________________________________________________________________</w:t>
            </w:r>
          </w:p>
          <w:p w14:paraId="1DD1EA85" w14:textId="77777777" w:rsidR="00BE3968" w:rsidRDefault="00CA6E70">
            <w:pPr>
              <w:pStyle w:val="CMRBodySmall"/>
              <w:spacing w:after="100"/>
            </w:pPr>
            <w:r>
              <w:t>Answer and check: ___________________________________________________</w:t>
            </w:r>
          </w:p>
        </w:tc>
      </w:tr>
    </w:tbl>
    <w:p w14:paraId="4C133FA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D40F9B5" w14:textId="77777777">
        <w:tc>
          <w:tcPr>
            <w:tcW w:w="10036" w:type="dxa"/>
            <w:tcMar>
              <w:top w:w="70" w:type="dxa"/>
              <w:left w:w="140" w:type="dxa"/>
              <w:bottom w:w="85" w:type="dxa"/>
              <w:right w:w="140" w:type="dxa"/>
            </w:tcMar>
          </w:tcPr>
          <w:p w14:paraId="197DC9A7" w14:textId="77777777" w:rsidR="00BE3968" w:rsidRDefault="00BE3968"/>
          <w:p w14:paraId="09ADD94C" w14:textId="77777777" w:rsidR="00BE3968" w:rsidRDefault="00CA6E70">
            <w:pPr>
              <w:pStyle w:val="CMRBodySmall"/>
            </w:pPr>
            <w:r>
              <w:rPr>
                <w:b/>
              </w:rPr>
              <w:t>PROBLEM S1-134</w:t>
            </w:r>
          </w:p>
          <w:p w14:paraId="6D75F2FA" w14:textId="77777777" w:rsidR="00BE3968" w:rsidRDefault="00CA6E70">
            <w:pPr>
              <w:spacing w:after="140"/>
            </w:pPr>
            <w:r>
              <w:t>Joseph has a restaurant bill of $50.00 and plans to leave a 10% tip. How much should be paid altogether, including the tip?</w:t>
            </w:r>
          </w:p>
          <w:p w14:paraId="60F74DC4" w14:textId="77777777" w:rsidR="00BE3968" w:rsidRDefault="00CA6E70">
            <w:pPr>
              <w:pStyle w:val="CMRBodySmall"/>
              <w:spacing w:after="40"/>
            </w:pPr>
            <w:r>
              <w:rPr>
                <w:b/>
              </w:rPr>
              <w:t>STEP 1 — WHAT DO THEY WANT?</w:t>
            </w:r>
          </w:p>
          <w:p w14:paraId="0A6F363E" w14:textId="77777777" w:rsidR="00BE3968" w:rsidRDefault="00CA6E70">
            <w:pPr>
              <w:pStyle w:val="CMRBodySmall"/>
              <w:spacing w:after="20"/>
            </w:pPr>
            <w:r>
              <w:t>○ A. The bill plus the tip.</w:t>
            </w:r>
          </w:p>
          <w:p w14:paraId="67809A6C" w14:textId="77777777" w:rsidR="00BE3968" w:rsidRDefault="00CA6E70">
            <w:pPr>
              <w:pStyle w:val="CMRBodySmall"/>
              <w:spacing w:after="80"/>
            </w:pPr>
            <w:r>
              <w:t>○ B. The tip alone.</w:t>
            </w:r>
          </w:p>
          <w:p w14:paraId="4BB12063" w14:textId="77777777" w:rsidR="00BE3968" w:rsidRDefault="00CA6E70">
            <w:pPr>
              <w:pStyle w:val="CMRBodySmall"/>
              <w:spacing w:after="40"/>
            </w:pPr>
            <w:r>
              <w:rPr>
                <w:b/>
              </w:rPr>
              <w:t>STEP 2 — WHAT DO I KNOW?</w:t>
            </w:r>
          </w:p>
          <w:p w14:paraId="6534592B" w14:textId="77777777" w:rsidR="00BE3968" w:rsidRDefault="00CA6E70">
            <w:pPr>
              <w:pStyle w:val="CMRBodySmall"/>
              <w:spacing w:after="40"/>
            </w:pPr>
            <w:r>
              <w:t>Bill: ____________________</w:t>
            </w:r>
          </w:p>
          <w:p w14:paraId="244DB358" w14:textId="77777777" w:rsidR="00BE3968" w:rsidRDefault="00CA6E70">
            <w:pPr>
              <w:pStyle w:val="CMRBodySmall"/>
              <w:spacing w:after="40"/>
            </w:pPr>
            <w:r>
              <w:t>Tip rate: ____________________</w:t>
            </w:r>
          </w:p>
          <w:p w14:paraId="53E5FFF3" w14:textId="77777777" w:rsidR="00BE3968" w:rsidRDefault="00CA6E70">
            <w:pPr>
              <w:pStyle w:val="CMRBodySmall"/>
              <w:spacing w:after="40"/>
            </w:pPr>
            <w:r>
              <w:rPr>
                <w:b/>
              </w:rPr>
              <w:t>STEP 3 — HOW DO I FIND IT?</w:t>
            </w:r>
          </w:p>
          <w:p w14:paraId="3998E3F8" w14:textId="77777777" w:rsidR="00BE3968" w:rsidRDefault="00CA6E70">
            <w:pPr>
              <w:pStyle w:val="CMRBodySmall"/>
              <w:spacing w:after="20"/>
            </w:pPr>
            <w:r>
              <w:t>○ A. Use the tip amount as the total.</w:t>
            </w:r>
          </w:p>
          <w:p w14:paraId="396E8101" w14:textId="77777777" w:rsidR="00BE3968" w:rsidRDefault="00CA6E70">
            <w:pPr>
              <w:pStyle w:val="CMRBodySmall"/>
            </w:pPr>
            <w:r>
              <w:t>○ B. Find 10% of the bill and add it on.</w:t>
            </w:r>
          </w:p>
          <w:p w14:paraId="5F57CA05" w14:textId="77777777" w:rsidR="00BE3968" w:rsidRDefault="00CA6E70">
            <w:pPr>
              <w:pStyle w:val="CMRBodySmall"/>
              <w:spacing w:after="120"/>
            </w:pPr>
            <w:r>
              <w:t>My math: ____________________________________________________________</w:t>
            </w:r>
          </w:p>
          <w:p w14:paraId="45EE06AB" w14:textId="77777777" w:rsidR="00BE3968" w:rsidRDefault="00CA6E70">
            <w:pPr>
              <w:pStyle w:val="CMRBodySmall"/>
              <w:spacing w:after="120"/>
            </w:pPr>
            <w:r>
              <w:t>____________________________________________________________________</w:t>
            </w:r>
          </w:p>
          <w:p w14:paraId="5782BAB1" w14:textId="77777777" w:rsidR="00BE3968" w:rsidRDefault="00CA6E70">
            <w:pPr>
              <w:pStyle w:val="CMRBodySmall"/>
              <w:spacing w:after="100"/>
            </w:pPr>
            <w:r>
              <w:t>Answer and check: ___________________________________________________</w:t>
            </w:r>
          </w:p>
        </w:tc>
      </w:tr>
    </w:tbl>
    <w:p w14:paraId="50B873B0" w14:textId="77777777" w:rsidR="00BE3968" w:rsidRDefault="00CA6E70">
      <w:r>
        <w:br w:type="page"/>
      </w:r>
    </w:p>
    <w:p w14:paraId="4F3B0619" w14:textId="77777777" w:rsidR="00BE3968" w:rsidRDefault="00CA6E70">
      <w:pPr>
        <w:pStyle w:val="CMRSmallLabel"/>
        <w:spacing w:after="60"/>
      </w:pPr>
      <w:r>
        <w:rPr>
          <w:b w:val="0"/>
        </w:rPr>
        <w:lastRenderedPageBreak/>
        <w:t>SECTION 1  |  TOPIC 14  |  PRACTICE PAGE 3/5</w:t>
      </w:r>
    </w:p>
    <w:p w14:paraId="2665BAC9" w14:textId="77777777" w:rsidR="00BE3968" w:rsidRDefault="00CA6E70">
      <w:pPr>
        <w:pStyle w:val="CMRPageTitle"/>
        <w:spacing w:after="60"/>
      </w:pPr>
      <w:r>
        <w:rPr>
          <w:b w:val="0"/>
        </w:rPr>
        <w:t>Restaurant costs</w:t>
      </w:r>
    </w:p>
    <w:p w14:paraId="27BB725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FA50EAF" w14:textId="77777777">
        <w:tc>
          <w:tcPr>
            <w:tcW w:w="10036" w:type="dxa"/>
            <w:shd w:val="clear" w:color="auto" w:fill="F5F8F9"/>
            <w:tcMar>
              <w:top w:w="70" w:type="dxa"/>
              <w:left w:w="140" w:type="dxa"/>
              <w:bottom w:w="85" w:type="dxa"/>
              <w:right w:w="140" w:type="dxa"/>
            </w:tcMar>
          </w:tcPr>
          <w:p w14:paraId="5D1EF5E2" w14:textId="77777777" w:rsidR="00BE3968" w:rsidRDefault="00BE3968"/>
          <w:p w14:paraId="07CBBD5D" w14:textId="77777777" w:rsidR="00BE3968" w:rsidRDefault="00CA6E70">
            <w:pPr>
              <w:pStyle w:val="CMRBodySmall"/>
            </w:pPr>
            <w:r>
              <w:rPr>
                <w:b/>
              </w:rPr>
              <w:t>PROBLEM S1-135</w:t>
            </w:r>
          </w:p>
          <w:p w14:paraId="2E2C5F98" w14:textId="77777777" w:rsidR="00BE3968" w:rsidRDefault="00CA6E70">
            <w:pPr>
              <w:spacing w:after="140"/>
            </w:pPr>
            <w:r>
              <w:t>Lunch for Angela’s team comes to $30.00. They want to add a 20% tip. What is the total they will pay?</w:t>
            </w:r>
          </w:p>
          <w:p w14:paraId="775C16A4" w14:textId="77777777" w:rsidR="00BE3968" w:rsidRDefault="00CA6E70">
            <w:pPr>
              <w:pStyle w:val="CMRBodySmall"/>
              <w:spacing w:after="40"/>
            </w:pPr>
            <w:r>
              <w:rPr>
                <w:b/>
              </w:rPr>
              <w:t>STEP 1 — WHAT DO THEY WANT?</w:t>
            </w:r>
          </w:p>
          <w:p w14:paraId="22DD9C46" w14:textId="77777777" w:rsidR="00BE3968" w:rsidRDefault="00CA6E70">
            <w:pPr>
              <w:pStyle w:val="CMRBodySmall"/>
              <w:spacing w:after="20"/>
            </w:pPr>
            <w:r>
              <w:t>○ A. The bill before the tip.</w:t>
            </w:r>
          </w:p>
          <w:p w14:paraId="2AC0E54D" w14:textId="77777777" w:rsidR="00BE3968" w:rsidRDefault="00CA6E70">
            <w:pPr>
              <w:pStyle w:val="CMRBodySmall"/>
              <w:spacing w:after="80"/>
            </w:pPr>
            <w:r>
              <w:t>○ B. Everything paid, including the tip.</w:t>
            </w:r>
          </w:p>
          <w:p w14:paraId="45297378" w14:textId="77777777" w:rsidR="00BE3968" w:rsidRDefault="00CA6E70">
            <w:pPr>
              <w:pStyle w:val="CMRBodySmall"/>
              <w:spacing w:after="40"/>
            </w:pPr>
            <w:r>
              <w:rPr>
                <w:b/>
              </w:rPr>
              <w:t>STEP 2 — WHAT DO I KNOW?</w:t>
            </w:r>
          </w:p>
          <w:p w14:paraId="623F9AC8" w14:textId="77777777" w:rsidR="00BE3968" w:rsidRDefault="00CA6E70">
            <w:pPr>
              <w:pStyle w:val="CMRBodySmall"/>
              <w:spacing w:after="40"/>
            </w:pPr>
            <w:r>
              <w:t>Bill: ____________________</w:t>
            </w:r>
          </w:p>
          <w:p w14:paraId="3D21E2D7" w14:textId="77777777" w:rsidR="00BE3968" w:rsidRDefault="00CA6E70">
            <w:pPr>
              <w:pStyle w:val="CMRBodySmall"/>
              <w:spacing w:after="40"/>
            </w:pPr>
            <w:r>
              <w:t>Tip rate: ____________________</w:t>
            </w:r>
          </w:p>
          <w:p w14:paraId="5808396E" w14:textId="77777777" w:rsidR="00BE3968" w:rsidRDefault="00CA6E70">
            <w:pPr>
              <w:pStyle w:val="CMRBodySmall"/>
              <w:spacing w:after="40"/>
            </w:pPr>
            <w:r>
              <w:rPr>
                <w:b/>
              </w:rPr>
              <w:t>STEP 3 — HOW DO I FIND IT?</w:t>
            </w:r>
          </w:p>
          <w:p w14:paraId="4E901D4F" w14:textId="77777777" w:rsidR="00BE3968" w:rsidRDefault="00CA6E70">
            <w:pPr>
              <w:pStyle w:val="CMRBodySmall"/>
              <w:spacing w:after="20"/>
            </w:pPr>
            <w:r>
              <w:t>○ A. Find the tip, then subtract it from the bill.</w:t>
            </w:r>
          </w:p>
          <w:p w14:paraId="09C12C34" w14:textId="77777777" w:rsidR="00BE3968" w:rsidRDefault="00CA6E70">
            <w:pPr>
              <w:pStyle w:val="CMRBodySmall"/>
            </w:pPr>
            <w:r>
              <w:t>○ B. Find the tip, then add it to the bill.</w:t>
            </w:r>
          </w:p>
          <w:p w14:paraId="52C98BD3" w14:textId="77777777" w:rsidR="00BE3968" w:rsidRDefault="00CA6E70">
            <w:pPr>
              <w:pStyle w:val="CMRBodySmall"/>
              <w:spacing w:after="120"/>
            </w:pPr>
            <w:r>
              <w:t>My math: ____________________________________________________________</w:t>
            </w:r>
          </w:p>
          <w:p w14:paraId="1905FBB1" w14:textId="77777777" w:rsidR="00BE3968" w:rsidRDefault="00CA6E70">
            <w:pPr>
              <w:pStyle w:val="CMRBodySmall"/>
              <w:spacing w:after="120"/>
            </w:pPr>
            <w:r>
              <w:t>____________________________________________________________________</w:t>
            </w:r>
          </w:p>
          <w:p w14:paraId="15956735" w14:textId="77777777" w:rsidR="00BE3968" w:rsidRDefault="00CA6E70">
            <w:pPr>
              <w:pStyle w:val="CMRBodySmall"/>
              <w:spacing w:after="100"/>
            </w:pPr>
            <w:r>
              <w:t>Answer and check: ___________________________________________________</w:t>
            </w:r>
          </w:p>
        </w:tc>
      </w:tr>
    </w:tbl>
    <w:p w14:paraId="1A310C6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7879DAF" w14:textId="77777777">
        <w:tc>
          <w:tcPr>
            <w:tcW w:w="10036" w:type="dxa"/>
            <w:tcMar>
              <w:top w:w="70" w:type="dxa"/>
              <w:left w:w="140" w:type="dxa"/>
              <w:bottom w:w="85" w:type="dxa"/>
              <w:right w:w="140" w:type="dxa"/>
            </w:tcMar>
          </w:tcPr>
          <w:p w14:paraId="66B62B3A" w14:textId="77777777" w:rsidR="00BE3968" w:rsidRDefault="00BE3968"/>
          <w:p w14:paraId="75A53F69" w14:textId="77777777" w:rsidR="00BE3968" w:rsidRDefault="00CA6E70">
            <w:pPr>
              <w:pStyle w:val="CMRBodySmall"/>
            </w:pPr>
            <w:r>
              <w:rPr>
                <w:b/>
              </w:rPr>
              <w:t>PROBLEM S1-136</w:t>
            </w:r>
          </w:p>
          <w:p w14:paraId="5F7E9C33" w14:textId="77777777" w:rsidR="00BE3968" w:rsidRDefault="00CA6E70">
            <w:pPr>
              <w:spacing w:after="140"/>
            </w:pPr>
            <w:r>
              <w:t>Carlos’s dinner check is $60.00. If Carlos leaves a 10% tip, how much will Carlos spend in all?</w:t>
            </w:r>
          </w:p>
          <w:p w14:paraId="173B3083" w14:textId="77777777" w:rsidR="00BE3968" w:rsidRDefault="00CA6E70">
            <w:pPr>
              <w:pStyle w:val="CMRBodySmall"/>
              <w:spacing w:after="40"/>
            </w:pPr>
            <w:r>
              <w:rPr>
                <w:b/>
              </w:rPr>
              <w:t>STEP 1 — WHAT DO THEY WANT?</w:t>
            </w:r>
          </w:p>
          <w:p w14:paraId="54C0DF37" w14:textId="77777777" w:rsidR="00BE3968" w:rsidRDefault="00CA6E70">
            <w:pPr>
              <w:pStyle w:val="CMRBodySmall"/>
              <w:spacing w:after="20"/>
            </w:pPr>
            <w:r>
              <w:t>○ A. The total cost with the tip.</w:t>
            </w:r>
          </w:p>
          <w:p w14:paraId="064021B7" w14:textId="77777777" w:rsidR="00BE3968" w:rsidRDefault="00CA6E70">
            <w:pPr>
              <w:pStyle w:val="CMRBodySmall"/>
              <w:spacing w:after="80"/>
            </w:pPr>
            <w:r>
              <w:t>○ B. The tip percent.</w:t>
            </w:r>
          </w:p>
          <w:p w14:paraId="655A3010" w14:textId="77777777" w:rsidR="00BE3968" w:rsidRDefault="00CA6E70">
            <w:pPr>
              <w:pStyle w:val="CMRBodySmall"/>
              <w:spacing w:after="40"/>
            </w:pPr>
            <w:r>
              <w:rPr>
                <w:b/>
              </w:rPr>
              <w:t>STEP 2 — WHAT DO I KNOW?</w:t>
            </w:r>
          </w:p>
          <w:p w14:paraId="4FF2B3B2" w14:textId="77777777" w:rsidR="00BE3968" w:rsidRDefault="00CA6E70">
            <w:pPr>
              <w:pStyle w:val="CMRBodySmall"/>
              <w:spacing w:after="40"/>
            </w:pPr>
            <w:r>
              <w:t>Bill: ____________________</w:t>
            </w:r>
          </w:p>
          <w:p w14:paraId="2CE4A45C" w14:textId="77777777" w:rsidR="00BE3968" w:rsidRDefault="00CA6E70">
            <w:pPr>
              <w:pStyle w:val="CMRBodySmall"/>
              <w:spacing w:after="40"/>
            </w:pPr>
            <w:r>
              <w:t>Tip rate: ____________________</w:t>
            </w:r>
          </w:p>
          <w:p w14:paraId="5A821817" w14:textId="77777777" w:rsidR="00BE3968" w:rsidRDefault="00CA6E70">
            <w:pPr>
              <w:pStyle w:val="CMRBodySmall"/>
              <w:spacing w:after="40"/>
            </w:pPr>
            <w:r>
              <w:rPr>
                <w:b/>
              </w:rPr>
              <w:t>STEP 3 — HOW DO I FIND IT?</w:t>
            </w:r>
          </w:p>
          <w:p w14:paraId="4BE30CD0" w14:textId="77777777" w:rsidR="00BE3968" w:rsidRDefault="00CA6E70">
            <w:pPr>
              <w:pStyle w:val="CMRBodySmall"/>
              <w:spacing w:after="20"/>
            </w:pPr>
            <w:r>
              <w:t>○ A. Find 10% of the bill and add it on.</w:t>
            </w:r>
          </w:p>
          <w:p w14:paraId="606F54F6" w14:textId="77777777" w:rsidR="00BE3968" w:rsidRDefault="00CA6E70">
            <w:pPr>
              <w:pStyle w:val="CMRBodySmall"/>
            </w:pPr>
            <w:r>
              <w:t>○ B. Use the tip amount as the total.</w:t>
            </w:r>
          </w:p>
          <w:p w14:paraId="2A1B538F" w14:textId="77777777" w:rsidR="00BE3968" w:rsidRDefault="00CA6E70">
            <w:pPr>
              <w:pStyle w:val="CMRBodySmall"/>
              <w:spacing w:after="120"/>
            </w:pPr>
            <w:r>
              <w:t>My math: ____________________________________________________________</w:t>
            </w:r>
          </w:p>
          <w:p w14:paraId="756167E4" w14:textId="77777777" w:rsidR="00BE3968" w:rsidRDefault="00CA6E70">
            <w:pPr>
              <w:pStyle w:val="CMRBodySmall"/>
              <w:spacing w:after="120"/>
            </w:pPr>
            <w:r>
              <w:t>____________________________________________________________________</w:t>
            </w:r>
          </w:p>
          <w:p w14:paraId="34DB98F4" w14:textId="77777777" w:rsidR="00BE3968" w:rsidRDefault="00CA6E70">
            <w:pPr>
              <w:pStyle w:val="CMRBodySmall"/>
              <w:spacing w:after="100"/>
            </w:pPr>
            <w:r>
              <w:t>Answer and check: ___________________________________________________</w:t>
            </w:r>
          </w:p>
        </w:tc>
      </w:tr>
    </w:tbl>
    <w:p w14:paraId="58B922A2" w14:textId="77777777" w:rsidR="00BE3968" w:rsidRDefault="00CA6E70">
      <w:r>
        <w:br w:type="page"/>
      </w:r>
    </w:p>
    <w:p w14:paraId="51727572" w14:textId="77777777" w:rsidR="00BE3968" w:rsidRDefault="00CA6E70">
      <w:pPr>
        <w:pStyle w:val="CMRSmallLabel"/>
        <w:spacing w:after="60"/>
      </w:pPr>
      <w:r>
        <w:rPr>
          <w:b w:val="0"/>
        </w:rPr>
        <w:lastRenderedPageBreak/>
        <w:t>SECTION 1  |  TOPIC 14  |  PRACTICE PAGE 4/5</w:t>
      </w:r>
    </w:p>
    <w:p w14:paraId="2F107307" w14:textId="77777777" w:rsidR="00BE3968" w:rsidRDefault="00CA6E70">
      <w:pPr>
        <w:pStyle w:val="CMRPageTitle"/>
        <w:spacing w:after="60"/>
      </w:pPr>
      <w:r>
        <w:rPr>
          <w:b w:val="0"/>
        </w:rPr>
        <w:t>Restaurant costs</w:t>
      </w:r>
    </w:p>
    <w:p w14:paraId="25199A8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38B870F" w14:textId="77777777">
        <w:tc>
          <w:tcPr>
            <w:tcW w:w="10036" w:type="dxa"/>
            <w:shd w:val="clear" w:color="auto" w:fill="F5F8F9"/>
            <w:tcMar>
              <w:top w:w="70" w:type="dxa"/>
              <w:left w:w="140" w:type="dxa"/>
              <w:bottom w:w="85" w:type="dxa"/>
              <w:right w:w="140" w:type="dxa"/>
            </w:tcMar>
          </w:tcPr>
          <w:p w14:paraId="6248FADD" w14:textId="77777777" w:rsidR="00BE3968" w:rsidRDefault="00BE3968"/>
          <w:p w14:paraId="24CCCC60" w14:textId="77777777" w:rsidR="00BE3968" w:rsidRDefault="00CA6E70">
            <w:pPr>
              <w:pStyle w:val="CMRBodySmall"/>
            </w:pPr>
            <w:r>
              <w:rPr>
                <w:b/>
              </w:rPr>
              <w:t>PROBLEM S1-137</w:t>
            </w:r>
          </w:p>
          <w:p w14:paraId="5FC93B6A" w14:textId="77777777" w:rsidR="00BE3968" w:rsidRDefault="00CA6E70">
            <w:pPr>
              <w:spacing w:after="140"/>
            </w:pPr>
            <w:r>
              <w:t>Nicole has a restaurant bill of $50.00 and plans to leave a 20% tip. How much should be paid altogether, including the tip?</w:t>
            </w:r>
          </w:p>
          <w:p w14:paraId="45F948B8" w14:textId="77777777" w:rsidR="00BE3968" w:rsidRDefault="00CA6E70">
            <w:pPr>
              <w:pStyle w:val="CMRBodySmall"/>
              <w:spacing w:after="40"/>
            </w:pPr>
            <w:r>
              <w:rPr>
                <w:b/>
              </w:rPr>
              <w:t>STEP 1 — WHAT DO THEY WANT?</w:t>
            </w:r>
          </w:p>
          <w:p w14:paraId="07679450" w14:textId="77777777" w:rsidR="00BE3968" w:rsidRDefault="00CA6E70">
            <w:pPr>
              <w:pStyle w:val="CMRBodySmall"/>
              <w:spacing w:after="20"/>
            </w:pPr>
            <w:r>
              <w:t>○ A. The tip alone.</w:t>
            </w:r>
          </w:p>
          <w:p w14:paraId="2BB16FE5" w14:textId="77777777" w:rsidR="00BE3968" w:rsidRDefault="00CA6E70">
            <w:pPr>
              <w:pStyle w:val="CMRBodySmall"/>
              <w:spacing w:after="80"/>
            </w:pPr>
            <w:r>
              <w:t>○ B. The bill plus the tip.</w:t>
            </w:r>
          </w:p>
          <w:p w14:paraId="511E6BD2" w14:textId="77777777" w:rsidR="00BE3968" w:rsidRDefault="00CA6E70">
            <w:pPr>
              <w:pStyle w:val="CMRBodySmall"/>
              <w:spacing w:after="40"/>
            </w:pPr>
            <w:r>
              <w:rPr>
                <w:b/>
              </w:rPr>
              <w:t>STEP 2 — WHAT DO I KNOW?</w:t>
            </w:r>
          </w:p>
          <w:p w14:paraId="171B4A02" w14:textId="77777777" w:rsidR="00BE3968" w:rsidRDefault="00CA6E70">
            <w:pPr>
              <w:pStyle w:val="CMRBodySmall"/>
              <w:spacing w:after="40"/>
            </w:pPr>
            <w:r>
              <w:t>Bill: ____________________</w:t>
            </w:r>
          </w:p>
          <w:p w14:paraId="0CF2E5BA" w14:textId="77777777" w:rsidR="00BE3968" w:rsidRDefault="00CA6E70">
            <w:pPr>
              <w:pStyle w:val="CMRBodySmall"/>
              <w:spacing w:after="40"/>
            </w:pPr>
            <w:r>
              <w:t>Tip rate: ____________________</w:t>
            </w:r>
          </w:p>
          <w:p w14:paraId="5D63D07C" w14:textId="77777777" w:rsidR="00BE3968" w:rsidRDefault="00CA6E70">
            <w:pPr>
              <w:pStyle w:val="CMRBodySmall"/>
              <w:spacing w:after="40"/>
            </w:pPr>
            <w:r>
              <w:rPr>
                <w:b/>
              </w:rPr>
              <w:t>STEP 3 — HOW DO I FIND IT?</w:t>
            </w:r>
          </w:p>
          <w:p w14:paraId="5941FC90" w14:textId="77777777" w:rsidR="00BE3968" w:rsidRDefault="00CA6E70">
            <w:pPr>
              <w:pStyle w:val="CMRBodySmall"/>
              <w:spacing w:after="20"/>
            </w:pPr>
            <w:r>
              <w:t>○ A. Find the tip, then subtract it from the bill.</w:t>
            </w:r>
          </w:p>
          <w:p w14:paraId="53830025" w14:textId="77777777" w:rsidR="00BE3968" w:rsidRDefault="00CA6E70">
            <w:pPr>
              <w:pStyle w:val="CMRBodySmall"/>
            </w:pPr>
            <w:r>
              <w:t>○ B. Find the tip, then add it to the bill.</w:t>
            </w:r>
          </w:p>
          <w:p w14:paraId="63A9717E" w14:textId="77777777" w:rsidR="00BE3968" w:rsidRDefault="00CA6E70">
            <w:pPr>
              <w:pStyle w:val="CMRBodySmall"/>
              <w:spacing w:after="120"/>
            </w:pPr>
            <w:r>
              <w:t>My math: ____________________________________________________________</w:t>
            </w:r>
          </w:p>
          <w:p w14:paraId="7673D7BF" w14:textId="77777777" w:rsidR="00BE3968" w:rsidRDefault="00CA6E70">
            <w:pPr>
              <w:pStyle w:val="CMRBodySmall"/>
              <w:spacing w:after="120"/>
            </w:pPr>
            <w:r>
              <w:t>____________________________________________________________________</w:t>
            </w:r>
          </w:p>
          <w:p w14:paraId="5528A695" w14:textId="77777777" w:rsidR="00BE3968" w:rsidRDefault="00CA6E70">
            <w:pPr>
              <w:pStyle w:val="CMRBodySmall"/>
              <w:spacing w:after="100"/>
            </w:pPr>
            <w:r>
              <w:t>Answer and check: ___________________________________________________</w:t>
            </w:r>
          </w:p>
        </w:tc>
      </w:tr>
    </w:tbl>
    <w:p w14:paraId="6AC917A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EDC24D0" w14:textId="77777777">
        <w:tc>
          <w:tcPr>
            <w:tcW w:w="10036" w:type="dxa"/>
            <w:tcMar>
              <w:top w:w="70" w:type="dxa"/>
              <w:left w:w="140" w:type="dxa"/>
              <w:bottom w:w="85" w:type="dxa"/>
              <w:right w:w="140" w:type="dxa"/>
            </w:tcMar>
          </w:tcPr>
          <w:p w14:paraId="3F9C3269" w14:textId="77777777" w:rsidR="00BE3968" w:rsidRDefault="00BE3968"/>
          <w:p w14:paraId="6646C587" w14:textId="77777777" w:rsidR="00BE3968" w:rsidRDefault="00CA6E70">
            <w:pPr>
              <w:pStyle w:val="CMRBodySmall"/>
            </w:pPr>
            <w:r>
              <w:rPr>
                <w:b/>
              </w:rPr>
              <w:t>PROBLEM S1-138</w:t>
            </w:r>
          </w:p>
          <w:p w14:paraId="4414AEA6" w14:textId="77777777" w:rsidR="00BE3968" w:rsidRDefault="00CA6E70">
            <w:pPr>
              <w:spacing w:after="140"/>
            </w:pPr>
            <w:r>
              <w:t>Lunch for Luis’s team comes to $45.00. They want to add a 20% tip. What is the total they will pay?</w:t>
            </w:r>
          </w:p>
          <w:p w14:paraId="687CF1A4" w14:textId="77777777" w:rsidR="00BE3968" w:rsidRDefault="00CA6E70">
            <w:pPr>
              <w:pStyle w:val="CMRBodySmall"/>
              <w:spacing w:after="40"/>
            </w:pPr>
            <w:r>
              <w:rPr>
                <w:b/>
              </w:rPr>
              <w:t>STEP 1 — WHAT DO THEY WANT?</w:t>
            </w:r>
          </w:p>
          <w:p w14:paraId="1C4F0A87" w14:textId="77777777" w:rsidR="00BE3968" w:rsidRDefault="00CA6E70">
            <w:pPr>
              <w:pStyle w:val="CMRBodySmall"/>
              <w:spacing w:after="20"/>
            </w:pPr>
            <w:r>
              <w:t>○ A. Everything paid, including the tip.</w:t>
            </w:r>
          </w:p>
          <w:p w14:paraId="1F53B0BD" w14:textId="77777777" w:rsidR="00BE3968" w:rsidRDefault="00CA6E70">
            <w:pPr>
              <w:pStyle w:val="CMRBodySmall"/>
              <w:spacing w:after="80"/>
            </w:pPr>
            <w:r>
              <w:t>○ B. The bill before the tip.</w:t>
            </w:r>
          </w:p>
          <w:p w14:paraId="68B01860" w14:textId="77777777" w:rsidR="00BE3968" w:rsidRDefault="00CA6E70">
            <w:pPr>
              <w:pStyle w:val="CMRBodySmall"/>
              <w:spacing w:after="40"/>
            </w:pPr>
            <w:r>
              <w:rPr>
                <w:b/>
              </w:rPr>
              <w:t>STEP 2 — WHAT DO I KNOW?</w:t>
            </w:r>
          </w:p>
          <w:p w14:paraId="46A41349" w14:textId="77777777" w:rsidR="00BE3968" w:rsidRDefault="00CA6E70">
            <w:pPr>
              <w:pStyle w:val="CMRBodySmall"/>
              <w:spacing w:after="40"/>
            </w:pPr>
            <w:r>
              <w:t>Bill: ____________________</w:t>
            </w:r>
          </w:p>
          <w:p w14:paraId="1F84AD64" w14:textId="77777777" w:rsidR="00BE3968" w:rsidRDefault="00CA6E70">
            <w:pPr>
              <w:pStyle w:val="CMRBodySmall"/>
              <w:spacing w:after="40"/>
            </w:pPr>
            <w:r>
              <w:t>Tip rate: ____________________</w:t>
            </w:r>
          </w:p>
          <w:p w14:paraId="3FFC8EF3" w14:textId="77777777" w:rsidR="00BE3968" w:rsidRDefault="00CA6E70">
            <w:pPr>
              <w:pStyle w:val="CMRBodySmall"/>
              <w:spacing w:after="40"/>
            </w:pPr>
            <w:r>
              <w:rPr>
                <w:b/>
              </w:rPr>
              <w:t>STEP 3 — HOW DO I FIND IT?</w:t>
            </w:r>
          </w:p>
          <w:p w14:paraId="5704CDE7" w14:textId="77777777" w:rsidR="00BE3968" w:rsidRDefault="00CA6E70">
            <w:pPr>
              <w:pStyle w:val="CMRBodySmall"/>
              <w:spacing w:after="20"/>
            </w:pPr>
            <w:r>
              <w:t>○ A. Use the tip amount as the total.</w:t>
            </w:r>
          </w:p>
          <w:p w14:paraId="6E5BF7A6" w14:textId="77777777" w:rsidR="00BE3968" w:rsidRDefault="00CA6E70">
            <w:pPr>
              <w:pStyle w:val="CMRBodySmall"/>
            </w:pPr>
            <w:r>
              <w:t>○ B. Find 20% of the bill and add it on.</w:t>
            </w:r>
          </w:p>
          <w:p w14:paraId="59388840" w14:textId="77777777" w:rsidR="00BE3968" w:rsidRDefault="00CA6E70">
            <w:pPr>
              <w:pStyle w:val="CMRBodySmall"/>
              <w:spacing w:after="120"/>
            </w:pPr>
            <w:r>
              <w:t>My math: ____________________________________________________________</w:t>
            </w:r>
          </w:p>
          <w:p w14:paraId="68CFDD48" w14:textId="77777777" w:rsidR="00BE3968" w:rsidRDefault="00CA6E70">
            <w:pPr>
              <w:pStyle w:val="CMRBodySmall"/>
              <w:spacing w:after="120"/>
            </w:pPr>
            <w:r>
              <w:t>____________________________________________________________________</w:t>
            </w:r>
          </w:p>
          <w:p w14:paraId="096911CA" w14:textId="77777777" w:rsidR="00BE3968" w:rsidRDefault="00CA6E70">
            <w:pPr>
              <w:pStyle w:val="CMRBodySmall"/>
              <w:spacing w:after="100"/>
            </w:pPr>
            <w:r>
              <w:t>Answer and check: ___________________________________________________</w:t>
            </w:r>
          </w:p>
        </w:tc>
      </w:tr>
    </w:tbl>
    <w:p w14:paraId="7E7CFC67" w14:textId="77777777" w:rsidR="00BE3968" w:rsidRDefault="00CA6E70">
      <w:r>
        <w:br w:type="page"/>
      </w:r>
    </w:p>
    <w:p w14:paraId="1BEBE824" w14:textId="77777777" w:rsidR="00BE3968" w:rsidRDefault="00CA6E70">
      <w:pPr>
        <w:pStyle w:val="CMRSmallLabel"/>
        <w:spacing w:after="60"/>
      </w:pPr>
      <w:r>
        <w:rPr>
          <w:b w:val="0"/>
        </w:rPr>
        <w:lastRenderedPageBreak/>
        <w:t>SECTION 1  |  TOPIC 14  |  PRACTICE PAGE 5/5</w:t>
      </w:r>
    </w:p>
    <w:p w14:paraId="44357622" w14:textId="77777777" w:rsidR="00BE3968" w:rsidRDefault="00CA6E70">
      <w:pPr>
        <w:pStyle w:val="CMRPageTitle"/>
        <w:spacing w:after="60"/>
      </w:pPr>
      <w:r>
        <w:rPr>
          <w:b w:val="0"/>
        </w:rPr>
        <w:t>Restaurant costs</w:t>
      </w:r>
    </w:p>
    <w:p w14:paraId="5201D40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5A9EB1D" w14:textId="77777777">
        <w:tc>
          <w:tcPr>
            <w:tcW w:w="10036" w:type="dxa"/>
            <w:shd w:val="clear" w:color="auto" w:fill="F5F8F9"/>
            <w:tcMar>
              <w:top w:w="70" w:type="dxa"/>
              <w:left w:w="140" w:type="dxa"/>
              <w:bottom w:w="85" w:type="dxa"/>
              <w:right w:w="140" w:type="dxa"/>
            </w:tcMar>
          </w:tcPr>
          <w:p w14:paraId="2B2F52E1" w14:textId="77777777" w:rsidR="00BE3968" w:rsidRDefault="00BE3968"/>
          <w:p w14:paraId="518B48C5" w14:textId="77777777" w:rsidR="00BE3968" w:rsidRDefault="00CA6E70">
            <w:pPr>
              <w:pStyle w:val="CMRBodySmall"/>
            </w:pPr>
            <w:r>
              <w:rPr>
                <w:b/>
              </w:rPr>
              <w:t>PROBLEM S1-139</w:t>
            </w:r>
          </w:p>
          <w:p w14:paraId="67738EE5" w14:textId="77777777" w:rsidR="00BE3968" w:rsidRDefault="00CA6E70">
            <w:pPr>
              <w:spacing w:after="140"/>
            </w:pPr>
            <w:r>
              <w:t>Grace’s dinner check is $40.00. If Grace leaves a 15% tip, how much will Grace spend in all?</w:t>
            </w:r>
          </w:p>
          <w:p w14:paraId="573DE585" w14:textId="77777777" w:rsidR="00BE3968" w:rsidRDefault="00CA6E70">
            <w:pPr>
              <w:pStyle w:val="CMRBodySmall"/>
              <w:spacing w:after="40"/>
            </w:pPr>
            <w:r>
              <w:rPr>
                <w:b/>
              </w:rPr>
              <w:t>STEP 1 — WHAT DO THEY WANT?</w:t>
            </w:r>
          </w:p>
          <w:p w14:paraId="7C9B0298" w14:textId="77777777" w:rsidR="00BE3968" w:rsidRDefault="00CA6E70">
            <w:pPr>
              <w:pStyle w:val="CMRBodySmall"/>
              <w:spacing w:after="20"/>
            </w:pPr>
            <w:r>
              <w:t>○ A. The tip percent.</w:t>
            </w:r>
          </w:p>
          <w:p w14:paraId="61BF74E8" w14:textId="77777777" w:rsidR="00BE3968" w:rsidRDefault="00CA6E70">
            <w:pPr>
              <w:pStyle w:val="CMRBodySmall"/>
              <w:spacing w:after="80"/>
            </w:pPr>
            <w:r>
              <w:t>○ B. The total cost with the tip.</w:t>
            </w:r>
          </w:p>
          <w:p w14:paraId="08F4D382" w14:textId="77777777" w:rsidR="00BE3968" w:rsidRDefault="00CA6E70">
            <w:pPr>
              <w:pStyle w:val="CMRBodySmall"/>
              <w:spacing w:after="40"/>
            </w:pPr>
            <w:r>
              <w:rPr>
                <w:b/>
              </w:rPr>
              <w:t>STEP 2 — WHAT DO I KNOW?</w:t>
            </w:r>
          </w:p>
          <w:p w14:paraId="3362D2EE" w14:textId="77777777" w:rsidR="00BE3968" w:rsidRDefault="00CA6E70">
            <w:pPr>
              <w:pStyle w:val="CMRBodySmall"/>
              <w:spacing w:after="40"/>
            </w:pPr>
            <w:r>
              <w:t>Bill: ____________________</w:t>
            </w:r>
          </w:p>
          <w:p w14:paraId="7142D0D8" w14:textId="77777777" w:rsidR="00BE3968" w:rsidRDefault="00CA6E70">
            <w:pPr>
              <w:pStyle w:val="CMRBodySmall"/>
              <w:spacing w:after="40"/>
            </w:pPr>
            <w:r>
              <w:t>Tip rate: ____________________</w:t>
            </w:r>
          </w:p>
          <w:p w14:paraId="2B52ED40" w14:textId="77777777" w:rsidR="00BE3968" w:rsidRDefault="00CA6E70">
            <w:pPr>
              <w:pStyle w:val="CMRBodySmall"/>
              <w:spacing w:after="40"/>
            </w:pPr>
            <w:r>
              <w:rPr>
                <w:b/>
              </w:rPr>
              <w:t>STEP 3 — HOW DO I FIND IT?</w:t>
            </w:r>
          </w:p>
          <w:p w14:paraId="2764709D" w14:textId="77777777" w:rsidR="00BE3968" w:rsidRDefault="00CA6E70">
            <w:pPr>
              <w:pStyle w:val="CMRBodySmall"/>
              <w:spacing w:after="20"/>
            </w:pPr>
            <w:r>
              <w:t>○ A. Find the tip, then add it to the bill.</w:t>
            </w:r>
          </w:p>
          <w:p w14:paraId="534111FF" w14:textId="77777777" w:rsidR="00BE3968" w:rsidRDefault="00CA6E70">
            <w:pPr>
              <w:pStyle w:val="CMRBodySmall"/>
            </w:pPr>
            <w:r>
              <w:t>○ B. Find the tip, then subtract it from the bill.</w:t>
            </w:r>
          </w:p>
          <w:p w14:paraId="025C511C" w14:textId="77777777" w:rsidR="00BE3968" w:rsidRDefault="00CA6E70">
            <w:pPr>
              <w:pStyle w:val="CMRBodySmall"/>
              <w:spacing w:after="120"/>
            </w:pPr>
            <w:r>
              <w:t>My math: ____________________________________________________________</w:t>
            </w:r>
          </w:p>
          <w:p w14:paraId="2AA0611C" w14:textId="77777777" w:rsidR="00BE3968" w:rsidRDefault="00CA6E70">
            <w:pPr>
              <w:pStyle w:val="CMRBodySmall"/>
              <w:spacing w:after="120"/>
            </w:pPr>
            <w:r>
              <w:t>____________________________________________________________________</w:t>
            </w:r>
          </w:p>
          <w:p w14:paraId="65BA4304" w14:textId="77777777" w:rsidR="00BE3968" w:rsidRDefault="00CA6E70">
            <w:pPr>
              <w:pStyle w:val="CMRBodySmall"/>
              <w:spacing w:after="100"/>
            </w:pPr>
            <w:r>
              <w:t>Answer and check: ___________________________________________________</w:t>
            </w:r>
          </w:p>
        </w:tc>
      </w:tr>
    </w:tbl>
    <w:p w14:paraId="52AD784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565649B" w14:textId="77777777">
        <w:tc>
          <w:tcPr>
            <w:tcW w:w="10036" w:type="dxa"/>
            <w:tcMar>
              <w:top w:w="70" w:type="dxa"/>
              <w:left w:w="140" w:type="dxa"/>
              <w:bottom w:w="85" w:type="dxa"/>
              <w:right w:w="140" w:type="dxa"/>
            </w:tcMar>
          </w:tcPr>
          <w:p w14:paraId="63EBECDE" w14:textId="77777777" w:rsidR="00BE3968" w:rsidRDefault="00BE3968"/>
          <w:p w14:paraId="6CEAFFE0" w14:textId="77777777" w:rsidR="00BE3968" w:rsidRDefault="00CA6E70">
            <w:pPr>
              <w:pStyle w:val="CMRBodySmall"/>
            </w:pPr>
            <w:r>
              <w:rPr>
                <w:b/>
              </w:rPr>
              <w:t>PROBLEM S1-140</w:t>
            </w:r>
          </w:p>
          <w:p w14:paraId="0E671E8D" w14:textId="77777777" w:rsidR="00BE3968" w:rsidRDefault="00CA6E70">
            <w:pPr>
              <w:spacing w:after="140"/>
            </w:pPr>
            <w:r>
              <w:t>Daniel has a restaurant bill of $35.00 and plans to leave a 20% tip. How much should be paid altogether, including the tip?</w:t>
            </w:r>
          </w:p>
          <w:p w14:paraId="250BC989" w14:textId="77777777" w:rsidR="00BE3968" w:rsidRDefault="00CA6E70">
            <w:pPr>
              <w:pStyle w:val="CMRBodySmall"/>
              <w:spacing w:after="40"/>
            </w:pPr>
            <w:r>
              <w:rPr>
                <w:b/>
              </w:rPr>
              <w:t>STEP 1 — WHAT DO THEY WANT?</w:t>
            </w:r>
          </w:p>
          <w:p w14:paraId="503F5D18" w14:textId="77777777" w:rsidR="00BE3968" w:rsidRDefault="00CA6E70">
            <w:pPr>
              <w:pStyle w:val="CMRBodySmall"/>
              <w:spacing w:after="20"/>
            </w:pPr>
            <w:r>
              <w:t>○ A. The tip alone.</w:t>
            </w:r>
          </w:p>
          <w:p w14:paraId="29E330C5" w14:textId="77777777" w:rsidR="00BE3968" w:rsidRDefault="00CA6E70">
            <w:pPr>
              <w:pStyle w:val="CMRBodySmall"/>
              <w:spacing w:after="80"/>
            </w:pPr>
            <w:r>
              <w:t>○ B. The bill plus the tip.</w:t>
            </w:r>
          </w:p>
          <w:p w14:paraId="0BD2C13F" w14:textId="77777777" w:rsidR="00BE3968" w:rsidRDefault="00CA6E70">
            <w:pPr>
              <w:pStyle w:val="CMRBodySmall"/>
              <w:spacing w:after="40"/>
            </w:pPr>
            <w:r>
              <w:rPr>
                <w:b/>
              </w:rPr>
              <w:t>STEP 2 — WHAT DO I KNOW?</w:t>
            </w:r>
          </w:p>
          <w:p w14:paraId="2F4C52E6" w14:textId="77777777" w:rsidR="00BE3968" w:rsidRDefault="00CA6E70">
            <w:pPr>
              <w:pStyle w:val="CMRBodySmall"/>
              <w:spacing w:after="40"/>
            </w:pPr>
            <w:r>
              <w:t>Bill: ____________________</w:t>
            </w:r>
          </w:p>
          <w:p w14:paraId="1E150032" w14:textId="77777777" w:rsidR="00BE3968" w:rsidRDefault="00CA6E70">
            <w:pPr>
              <w:pStyle w:val="CMRBodySmall"/>
              <w:spacing w:after="40"/>
            </w:pPr>
            <w:r>
              <w:t>Tip rate: ____________________</w:t>
            </w:r>
          </w:p>
          <w:p w14:paraId="26B5524F" w14:textId="77777777" w:rsidR="00BE3968" w:rsidRDefault="00CA6E70">
            <w:pPr>
              <w:pStyle w:val="CMRBodySmall"/>
              <w:spacing w:after="40"/>
            </w:pPr>
            <w:r>
              <w:rPr>
                <w:b/>
              </w:rPr>
              <w:t>STEP 3 — HOW DO I FIND IT?</w:t>
            </w:r>
          </w:p>
          <w:p w14:paraId="152379DE" w14:textId="77777777" w:rsidR="00BE3968" w:rsidRDefault="00CA6E70">
            <w:pPr>
              <w:pStyle w:val="CMRBodySmall"/>
              <w:spacing w:after="20"/>
            </w:pPr>
            <w:r>
              <w:t>○ A. Find 20% of the bill and add it on.</w:t>
            </w:r>
          </w:p>
          <w:p w14:paraId="0D06F2F9" w14:textId="77777777" w:rsidR="00BE3968" w:rsidRDefault="00CA6E70">
            <w:pPr>
              <w:pStyle w:val="CMRBodySmall"/>
            </w:pPr>
            <w:r>
              <w:t>○ B. Use the tip amount as the total.</w:t>
            </w:r>
          </w:p>
          <w:p w14:paraId="5EA3EC35" w14:textId="77777777" w:rsidR="00BE3968" w:rsidRDefault="00CA6E70">
            <w:pPr>
              <w:pStyle w:val="CMRBodySmall"/>
              <w:spacing w:after="120"/>
            </w:pPr>
            <w:r>
              <w:t>My math: ____________________________________________________________</w:t>
            </w:r>
          </w:p>
          <w:p w14:paraId="51A99E78" w14:textId="77777777" w:rsidR="00BE3968" w:rsidRDefault="00CA6E70">
            <w:pPr>
              <w:pStyle w:val="CMRBodySmall"/>
              <w:spacing w:after="120"/>
            </w:pPr>
            <w:r>
              <w:t>____________________________________________________________________</w:t>
            </w:r>
          </w:p>
          <w:p w14:paraId="73314D0A" w14:textId="77777777" w:rsidR="00BE3968" w:rsidRDefault="00CA6E70">
            <w:pPr>
              <w:pStyle w:val="CMRBodySmall"/>
              <w:spacing w:after="100"/>
            </w:pPr>
            <w:r>
              <w:t>Answer and check: ___________________________________________________</w:t>
            </w:r>
          </w:p>
        </w:tc>
      </w:tr>
    </w:tbl>
    <w:p w14:paraId="5DD15E68" w14:textId="77777777" w:rsidR="00BE3968" w:rsidRDefault="00CA6E70">
      <w:r>
        <w:br w:type="page"/>
      </w:r>
    </w:p>
    <w:p w14:paraId="441F9C4A" w14:textId="77777777" w:rsidR="00BE3968" w:rsidRDefault="00CA6E70">
      <w:pPr>
        <w:pStyle w:val="CMRSmallLabel"/>
        <w:spacing w:after="60"/>
      </w:pPr>
      <w:r>
        <w:rPr>
          <w:b w:val="0"/>
        </w:rPr>
        <w:lastRenderedPageBreak/>
        <w:t>SECTION 1  |  TOPIC 15  |  PRACTICE PAGE 1/5</w:t>
      </w:r>
    </w:p>
    <w:p w14:paraId="0BBB9AED" w14:textId="77777777" w:rsidR="00BE3968" w:rsidRDefault="00CA6E70">
      <w:pPr>
        <w:pStyle w:val="CMRPageTitle"/>
        <w:spacing w:after="60"/>
      </w:pPr>
      <w:r>
        <w:rPr>
          <w:b w:val="0"/>
        </w:rPr>
        <w:t>Saving for a goal</w:t>
      </w:r>
    </w:p>
    <w:p w14:paraId="373339FC" w14:textId="77777777" w:rsidR="00BE3968" w:rsidRDefault="00CA6E70">
      <w:pPr>
        <w:pStyle w:val="CMRBodySmall"/>
        <w:spacing w:after="100"/>
      </w:pPr>
      <w:r>
        <w:t>Remember: Plan how regular contributions move someone toward a goal.</w:t>
      </w:r>
    </w:p>
    <w:tbl>
      <w:tblPr>
        <w:tblW w:w="0" w:type="auto"/>
        <w:tblLayout w:type="fixed"/>
        <w:tblLook w:val="04A0" w:firstRow="1" w:lastRow="0" w:firstColumn="1" w:lastColumn="0" w:noHBand="0" w:noVBand="1"/>
      </w:tblPr>
      <w:tblGrid>
        <w:gridCol w:w="10036"/>
      </w:tblGrid>
      <w:tr w:rsidR="00BE3968" w14:paraId="7510C370" w14:textId="77777777">
        <w:tc>
          <w:tcPr>
            <w:tcW w:w="10036" w:type="dxa"/>
            <w:shd w:val="clear" w:color="auto" w:fill="F5F8F9"/>
            <w:tcMar>
              <w:top w:w="70" w:type="dxa"/>
              <w:left w:w="140" w:type="dxa"/>
              <w:bottom w:w="85" w:type="dxa"/>
              <w:right w:w="140" w:type="dxa"/>
            </w:tcMar>
          </w:tcPr>
          <w:p w14:paraId="434441C0" w14:textId="77777777" w:rsidR="00BE3968" w:rsidRDefault="00BE3968"/>
          <w:p w14:paraId="2C9B4E59" w14:textId="77777777" w:rsidR="00BE3968" w:rsidRDefault="00CA6E70">
            <w:pPr>
              <w:pStyle w:val="CMRBodySmall"/>
            </w:pPr>
            <w:r>
              <w:rPr>
                <w:b/>
              </w:rPr>
              <w:t>PROBLEM S1-141</w:t>
            </w:r>
          </w:p>
          <w:p w14:paraId="5D197FE0" w14:textId="77777777" w:rsidR="00BE3968" w:rsidRDefault="00CA6E70">
            <w:pPr>
              <w:spacing w:after="140"/>
            </w:pPr>
            <w:r>
              <w:t>Linda has already saved $80.00 for a job-training class and plans to save $20.00 each week for 4 weeks. How much will Linda have saved at the end of those weeks?</w:t>
            </w:r>
          </w:p>
          <w:p w14:paraId="364BA285" w14:textId="77777777" w:rsidR="00BE3968" w:rsidRDefault="00CA6E70">
            <w:pPr>
              <w:pStyle w:val="CMRBodySmall"/>
              <w:spacing w:after="40"/>
            </w:pPr>
            <w:r>
              <w:rPr>
                <w:b/>
              </w:rPr>
              <w:t>STEP 1 — WHAT DO THEY WANT?</w:t>
            </w:r>
          </w:p>
          <w:p w14:paraId="0EA6A29C" w14:textId="77777777" w:rsidR="00BE3968" w:rsidRDefault="00CA6E70">
            <w:pPr>
              <w:pStyle w:val="CMRBodySmall"/>
              <w:spacing w:after="20"/>
            </w:pPr>
            <w:r>
              <w:t>○ A. The amount saved each week.</w:t>
            </w:r>
          </w:p>
          <w:p w14:paraId="29B8E96E" w14:textId="77777777" w:rsidR="00BE3968" w:rsidRDefault="00CA6E70">
            <w:pPr>
              <w:pStyle w:val="CMRBodySmall"/>
              <w:spacing w:after="80"/>
            </w:pPr>
            <w:r>
              <w:t>○ B. The total saved at the end.</w:t>
            </w:r>
          </w:p>
          <w:p w14:paraId="35DFE1A0" w14:textId="77777777" w:rsidR="00BE3968" w:rsidRDefault="00CA6E70">
            <w:pPr>
              <w:pStyle w:val="CMRBodySmall"/>
              <w:spacing w:after="40"/>
            </w:pPr>
            <w:r>
              <w:rPr>
                <w:b/>
              </w:rPr>
              <w:t>STEP 2 — WHAT DO I KNOW?</w:t>
            </w:r>
          </w:p>
          <w:p w14:paraId="68DF8799" w14:textId="77777777" w:rsidR="00BE3968" w:rsidRDefault="00CA6E70">
            <w:pPr>
              <w:pStyle w:val="CMRBodySmall"/>
              <w:spacing w:after="40"/>
            </w:pPr>
            <w:r>
              <w:t>Already saved: ____________________</w:t>
            </w:r>
          </w:p>
          <w:p w14:paraId="6261D591" w14:textId="77777777" w:rsidR="00BE3968" w:rsidRDefault="00CA6E70">
            <w:pPr>
              <w:pStyle w:val="CMRBodySmall"/>
              <w:spacing w:after="40"/>
            </w:pPr>
            <w:r>
              <w:t>Saved each week: ____________________</w:t>
            </w:r>
          </w:p>
          <w:p w14:paraId="5A98CC2E" w14:textId="77777777" w:rsidR="00BE3968" w:rsidRDefault="00CA6E70">
            <w:pPr>
              <w:pStyle w:val="CMRBodySmall"/>
              <w:spacing w:after="40"/>
            </w:pPr>
            <w:r>
              <w:t>Number of weeks: ____________________</w:t>
            </w:r>
          </w:p>
          <w:p w14:paraId="5E4B0579" w14:textId="77777777" w:rsidR="00BE3968" w:rsidRDefault="00CA6E70">
            <w:pPr>
              <w:pStyle w:val="CMRBodySmall"/>
              <w:spacing w:after="40"/>
            </w:pPr>
            <w:r>
              <w:rPr>
                <w:b/>
              </w:rPr>
              <w:t>STEP 3 — HOW DO I FIND IT?</w:t>
            </w:r>
          </w:p>
          <w:p w14:paraId="7F1DDF13" w14:textId="77777777" w:rsidR="00BE3968" w:rsidRDefault="00CA6E70">
            <w:pPr>
              <w:pStyle w:val="CMRBodySmall"/>
              <w:spacing w:after="20"/>
            </w:pPr>
            <w:r>
              <w:t>○ A. Multiply the weekly amount by the weeks, then add the starting savings.</w:t>
            </w:r>
          </w:p>
          <w:p w14:paraId="3803E03A" w14:textId="77777777" w:rsidR="00BE3968" w:rsidRDefault="00CA6E70">
            <w:pPr>
              <w:pStyle w:val="CMRBodySmall"/>
            </w:pPr>
            <w:r>
              <w:t>○ B. Add the three numbers together.</w:t>
            </w:r>
          </w:p>
          <w:p w14:paraId="07BDE285" w14:textId="77777777" w:rsidR="00BE3968" w:rsidRDefault="00CA6E70">
            <w:pPr>
              <w:pStyle w:val="CMRBodySmall"/>
              <w:spacing w:after="120"/>
            </w:pPr>
            <w:r>
              <w:t>My math: ____________________________________________________________</w:t>
            </w:r>
          </w:p>
          <w:p w14:paraId="1AA7CCCE" w14:textId="77777777" w:rsidR="00BE3968" w:rsidRDefault="00CA6E70">
            <w:pPr>
              <w:pStyle w:val="CMRBodySmall"/>
              <w:spacing w:after="120"/>
            </w:pPr>
            <w:r>
              <w:t>____________________________________________________________________</w:t>
            </w:r>
          </w:p>
          <w:p w14:paraId="3268AF10" w14:textId="77777777" w:rsidR="00BE3968" w:rsidRDefault="00CA6E70">
            <w:pPr>
              <w:pStyle w:val="CMRBodySmall"/>
              <w:spacing w:after="100"/>
            </w:pPr>
            <w:r>
              <w:t>Answer and check: ___________________________________________________</w:t>
            </w:r>
          </w:p>
        </w:tc>
      </w:tr>
    </w:tbl>
    <w:p w14:paraId="1F269C9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9BDA480" w14:textId="77777777">
        <w:tc>
          <w:tcPr>
            <w:tcW w:w="10036" w:type="dxa"/>
            <w:tcMar>
              <w:top w:w="70" w:type="dxa"/>
              <w:left w:w="140" w:type="dxa"/>
              <w:bottom w:w="85" w:type="dxa"/>
              <w:right w:w="140" w:type="dxa"/>
            </w:tcMar>
          </w:tcPr>
          <w:p w14:paraId="27524544" w14:textId="77777777" w:rsidR="00BE3968" w:rsidRDefault="00BE3968"/>
          <w:p w14:paraId="1A381793" w14:textId="77777777" w:rsidR="00BE3968" w:rsidRDefault="00CA6E70">
            <w:pPr>
              <w:pStyle w:val="CMRBodySmall"/>
            </w:pPr>
            <w:r>
              <w:rPr>
                <w:b/>
              </w:rPr>
              <w:t>PROBLEM S1-142</w:t>
            </w:r>
          </w:p>
          <w:p w14:paraId="74ED1C05" w14:textId="77777777" w:rsidR="00BE3968" w:rsidRDefault="00CA6E70">
            <w:pPr>
              <w:spacing w:after="140"/>
            </w:pPr>
            <w:r>
              <w:t>Carmen starts with $55.00 in savings. For the next 5 weeks, Carmen will add $5.00 every week. What will the savings total be after 5 weeks?</w:t>
            </w:r>
          </w:p>
          <w:p w14:paraId="4758DFCE" w14:textId="77777777" w:rsidR="00BE3968" w:rsidRDefault="00CA6E70">
            <w:pPr>
              <w:pStyle w:val="CMRBodySmall"/>
              <w:spacing w:after="40"/>
            </w:pPr>
            <w:r>
              <w:rPr>
                <w:b/>
              </w:rPr>
              <w:t>STEP 1 — WHAT DO THEY WANT?</w:t>
            </w:r>
          </w:p>
          <w:p w14:paraId="378EC292" w14:textId="77777777" w:rsidR="00BE3968" w:rsidRDefault="00CA6E70">
            <w:pPr>
              <w:pStyle w:val="CMRBodySmall"/>
              <w:spacing w:after="20"/>
            </w:pPr>
            <w:r>
              <w:t>○ A. Starting savings plus all the new savings.</w:t>
            </w:r>
          </w:p>
          <w:p w14:paraId="7ACB219E" w14:textId="77777777" w:rsidR="00BE3968" w:rsidRDefault="00CA6E70">
            <w:pPr>
              <w:pStyle w:val="CMRBodySmall"/>
              <w:spacing w:after="80"/>
            </w:pPr>
            <w:r>
              <w:t>○ B. Only the new savings from the weeks.</w:t>
            </w:r>
          </w:p>
          <w:p w14:paraId="5DD5AEA5" w14:textId="77777777" w:rsidR="00BE3968" w:rsidRDefault="00CA6E70">
            <w:pPr>
              <w:pStyle w:val="CMRBodySmall"/>
              <w:spacing w:after="40"/>
            </w:pPr>
            <w:r>
              <w:rPr>
                <w:b/>
              </w:rPr>
              <w:t>STEP 2 — WHAT DO I KNOW?</w:t>
            </w:r>
          </w:p>
          <w:p w14:paraId="6999E0B5" w14:textId="77777777" w:rsidR="00BE3968" w:rsidRDefault="00CA6E70">
            <w:pPr>
              <w:pStyle w:val="CMRBodySmall"/>
              <w:spacing w:after="40"/>
            </w:pPr>
            <w:r>
              <w:t>Already saved: ____________________</w:t>
            </w:r>
          </w:p>
          <w:p w14:paraId="4F4E67C1" w14:textId="77777777" w:rsidR="00BE3968" w:rsidRDefault="00CA6E70">
            <w:pPr>
              <w:pStyle w:val="CMRBodySmall"/>
              <w:spacing w:after="40"/>
            </w:pPr>
            <w:r>
              <w:t>Saved each week: ____________________</w:t>
            </w:r>
          </w:p>
          <w:p w14:paraId="176C823A" w14:textId="77777777" w:rsidR="00BE3968" w:rsidRDefault="00CA6E70">
            <w:pPr>
              <w:pStyle w:val="CMRBodySmall"/>
              <w:spacing w:after="40"/>
            </w:pPr>
            <w:r>
              <w:t>Number of weeks: ____________________</w:t>
            </w:r>
          </w:p>
          <w:p w14:paraId="0DEF3574" w14:textId="77777777" w:rsidR="00BE3968" w:rsidRDefault="00CA6E70">
            <w:pPr>
              <w:pStyle w:val="CMRBodySmall"/>
              <w:spacing w:after="40"/>
            </w:pPr>
            <w:r>
              <w:rPr>
                <w:b/>
              </w:rPr>
              <w:t>STEP 3 — HOW DO I FIND IT?</w:t>
            </w:r>
          </w:p>
          <w:p w14:paraId="2CE24A8E" w14:textId="77777777" w:rsidR="00BE3968" w:rsidRDefault="00CA6E70">
            <w:pPr>
              <w:pStyle w:val="CMRBodySmall"/>
              <w:spacing w:after="20"/>
            </w:pPr>
            <w:r>
              <w:t>○ A. Multiply the starting savings by the number of weeks.</w:t>
            </w:r>
          </w:p>
          <w:p w14:paraId="0052F1E5" w14:textId="77777777" w:rsidR="00BE3968" w:rsidRDefault="00CA6E70">
            <w:pPr>
              <w:pStyle w:val="CMRBodySmall"/>
            </w:pPr>
            <w:r>
              <w:t>○ B. Find the new savings (weekly amount × weeks), then add what was already saved.</w:t>
            </w:r>
          </w:p>
          <w:p w14:paraId="09169C89" w14:textId="77777777" w:rsidR="00BE3968" w:rsidRDefault="00CA6E70">
            <w:pPr>
              <w:pStyle w:val="CMRBodySmall"/>
              <w:spacing w:after="120"/>
            </w:pPr>
            <w:r>
              <w:t>My math: ____________________________________________________________</w:t>
            </w:r>
          </w:p>
          <w:p w14:paraId="437FEC0B" w14:textId="77777777" w:rsidR="00BE3968" w:rsidRDefault="00CA6E70">
            <w:pPr>
              <w:pStyle w:val="CMRBodySmall"/>
              <w:spacing w:after="120"/>
            </w:pPr>
            <w:r>
              <w:t>____________________________________________________________________</w:t>
            </w:r>
          </w:p>
          <w:p w14:paraId="1D8F33A9" w14:textId="77777777" w:rsidR="00BE3968" w:rsidRDefault="00CA6E70">
            <w:pPr>
              <w:pStyle w:val="CMRBodySmall"/>
              <w:spacing w:after="100"/>
            </w:pPr>
            <w:r>
              <w:lastRenderedPageBreak/>
              <w:t>Answer and check: ___________________________________________________</w:t>
            </w:r>
          </w:p>
        </w:tc>
      </w:tr>
    </w:tbl>
    <w:p w14:paraId="1B5C8EA1" w14:textId="77777777" w:rsidR="00BE3968" w:rsidRDefault="00CA6E70">
      <w:r>
        <w:lastRenderedPageBreak/>
        <w:br w:type="page"/>
      </w:r>
    </w:p>
    <w:p w14:paraId="48D87EF2" w14:textId="77777777" w:rsidR="00BE3968" w:rsidRDefault="00CA6E70">
      <w:pPr>
        <w:pStyle w:val="CMRSmallLabel"/>
        <w:spacing w:after="60"/>
      </w:pPr>
      <w:r>
        <w:rPr>
          <w:b w:val="0"/>
        </w:rPr>
        <w:lastRenderedPageBreak/>
        <w:t>SECTION 1  |  TOPIC 15  |  PRACTICE PAGE 2/5</w:t>
      </w:r>
    </w:p>
    <w:p w14:paraId="348AD631" w14:textId="77777777" w:rsidR="00BE3968" w:rsidRDefault="00CA6E70">
      <w:pPr>
        <w:pStyle w:val="CMRPageTitle"/>
        <w:spacing w:after="60"/>
      </w:pPr>
      <w:r>
        <w:rPr>
          <w:b w:val="0"/>
        </w:rPr>
        <w:t>Saving for a goal</w:t>
      </w:r>
    </w:p>
    <w:p w14:paraId="4D47EC3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05615E1" w14:textId="77777777">
        <w:tc>
          <w:tcPr>
            <w:tcW w:w="10036" w:type="dxa"/>
            <w:shd w:val="clear" w:color="auto" w:fill="F5F8F9"/>
            <w:tcMar>
              <w:top w:w="70" w:type="dxa"/>
              <w:left w:w="140" w:type="dxa"/>
              <w:bottom w:w="85" w:type="dxa"/>
              <w:right w:w="140" w:type="dxa"/>
            </w:tcMar>
          </w:tcPr>
          <w:p w14:paraId="5B3CFE33" w14:textId="77777777" w:rsidR="00BE3968" w:rsidRDefault="00BE3968"/>
          <w:p w14:paraId="4DF0C1AB" w14:textId="77777777" w:rsidR="00BE3968" w:rsidRDefault="00CA6E70">
            <w:pPr>
              <w:pStyle w:val="CMRBodySmall"/>
            </w:pPr>
            <w:r>
              <w:rPr>
                <w:b/>
              </w:rPr>
              <w:t>PROBLEM S1-143</w:t>
            </w:r>
          </w:p>
          <w:p w14:paraId="2842A07A" w14:textId="77777777" w:rsidR="00BE3968" w:rsidRDefault="00CA6E70">
            <w:pPr>
              <w:spacing w:after="140"/>
            </w:pPr>
            <w:r>
              <w:t>David puts $17.00 into savings each week for 5 weeks. Before starting, David already had $51.00 saved. How much will be saved in all?</w:t>
            </w:r>
          </w:p>
          <w:p w14:paraId="1F133C9E" w14:textId="77777777" w:rsidR="00BE3968" w:rsidRDefault="00CA6E70">
            <w:pPr>
              <w:pStyle w:val="CMRBodySmall"/>
              <w:spacing w:after="40"/>
            </w:pPr>
            <w:r>
              <w:rPr>
                <w:b/>
              </w:rPr>
              <w:t>STEP 1 — WHAT DO THEY WANT?</w:t>
            </w:r>
          </w:p>
          <w:p w14:paraId="40093A23" w14:textId="77777777" w:rsidR="00BE3968" w:rsidRDefault="00CA6E70">
            <w:pPr>
              <w:pStyle w:val="CMRBodySmall"/>
              <w:spacing w:after="20"/>
            </w:pPr>
            <w:r>
              <w:t>○ A. How much is in savings after the last week.</w:t>
            </w:r>
          </w:p>
          <w:p w14:paraId="3D082828" w14:textId="77777777" w:rsidR="00BE3968" w:rsidRDefault="00CA6E70">
            <w:pPr>
              <w:pStyle w:val="CMRBodySmall"/>
              <w:spacing w:after="80"/>
            </w:pPr>
            <w:r>
              <w:t>○ B. How many weeks it takes.</w:t>
            </w:r>
          </w:p>
          <w:p w14:paraId="7CF95F65" w14:textId="77777777" w:rsidR="00BE3968" w:rsidRDefault="00CA6E70">
            <w:pPr>
              <w:pStyle w:val="CMRBodySmall"/>
              <w:spacing w:after="40"/>
            </w:pPr>
            <w:r>
              <w:rPr>
                <w:b/>
              </w:rPr>
              <w:t>STEP 2 — WHAT DO I KNOW?</w:t>
            </w:r>
          </w:p>
          <w:p w14:paraId="05CD8FDE" w14:textId="77777777" w:rsidR="00BE3968" w:rsidRDefault="00CA6E70">
            <w:pPr>
              <w:pStyle w:val="CMRBodySmall"/>
              <w:spacing w:after="40"/>
            </w:pPr>
            <w:r>
              <w:t>Already saved: ____________________</w:t>
            </w:r>
          </w:p>
          <w:p w14:paraId="3A14F9F6" w14:textId="77777777" w:rsidR="00BE3968" w:rsidRDefault="00CA6E70">
            <w:pPr>
              <w:pStyle w:val="CMRBodySmall"/>
              <w:spacing w:after="40"/>
            </w:pPr>
            <w:r>
              <w:t>Saved each week: ____________________</w:t>
            </w:r>
          </w:p>
          <w:p w14:paraId="50F3A77A" w14:textId="77777777" w:rsidR="00BE3968" w:rsidRDefault="00CA6E70">
            <w:pPr>
              <w:pStyle w:val="CMRBodySmall"/>
              <w:spacing w:after="40"/>
            </w:pPr>
            <w:r>
              <w:t>Number of weeks: ____________________</w:t>
            </w:r>
          </w:p>
          <w:p w14:paraId="51C622B1" w14:textId="77777777" w:rsidR="00BE3968" w:rsidRDefault="00CA6E70">
            <w:pPr>
              <w:pStyle w:val="CMRBodySmall"/>
              <w:spacing w:after="40"/>
            </w:pPr>
            <w:r>
              <w:rPr>
                <w:b/>
              </w:rPr>
              <w:t>STEP 3 — HOW DO I FIND IT?</w:t>
            </w:r>
          </w:p>
          <w:p w14:paraId="392DAF5A" w14:textId="77777777" w:rsidR="00BE3968" w:rsidRDefault="00CA6E70">
            <w:pPr>
              <w:pStyle w:val="CMRBodySmall"/>
              <w:spacing w:after="20"/>
            </w:pPr>
            <w:r>
              <w:t>○ A. Add the three numbers together.</w:t>
            </w:r>
          </w:p>
          <w:p w14:paraId="28ACDB60" w14:textId="77777777" w:rsidR="00BE3968" w:rsidRDefault="00CA6E70">
            <w:pPr>
              <w:pStyle w:val="CMRBodySmall"/>
            </w:pPr>
            <w:r>
              <w:t>○ B. Multiply the weekly amount by the weeks, then add the starting savings.</w:t>
            </w:r>
          </w:p>
          <w:p w14:paraId="0A68B6E3" w14:textId="77777777" w:rsidR="00BE3968" w:rsidRDefault="00CA6E70">
            <w:pPr>
              <w:pStyle w:val="CMRBodySmall"/>
              <w:spacing w:after="120"/>
            </w:pPr>
            <w:r>
              <w:t>My math: ____________________________________________________________</w:t>
            </w:r>
          </w:p>
          <w:p w14:paraId="6E3CE11A" w14:textId="77777777" w:rsidR="00BE3968" w:rsidRDefault="00CA6E70">
            <w:pPr>
              <w:pStyle w:val="CMRBodySmall"/>
              <w:spacing w:after="120"/>
            </w:pPr>
            <w:r>
              <w:t>____________________________________________________________________</w:t>
            </w:r>
          </w:p>
          <w:p w14:paraId="30949CF4" w14:textId="77777777" w:rsidR="00BE3968" w:rsidRDefault="00CA6E70">
            <w:pPr>
              <w:pStyle w:val="CMRBodySmall"/>
              <w:spacing w:after="100"/>
            </w:pPr>
            <w:r>
              <w:t>Answer and check: ___________________________________________________</w:t>
            </w:r>
          </w:p>
        </w:tc>
      </w:tr>
    </w:tbl>
    <w:p w14:paraId="11923F6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F6D40D3" w14:textId="77777777">
        <w:tc>
          <w:tcPr>
            <w:tcW w:w="10036" w:type="dxa"/>
            <w:tcMar>
              <w:top w:w="70" w:type="dxa"/>
              <w:left w:w="140" w:type="dxa"/>
              <w:bottom w:w="85" w:type="dxa"/>
              <w:right w:w="140" w:type="dxa"/>
            </w:tcMar>
          </w:tcPr>
          <w:p w14:paraId="3296B353" w14:textId="77777777" w:rsidR="00BE3968" w:rsidRDefault="00BE3968"/>
          <w:p w14:paraId="5A6A4261" w14:textId="77777777" w:rsidR="00BE3968" w:rsidRDefault="00CA6E70">
            <w:pPr>
              <w:pStyle w:val="CMRBodySmall"/>
            </w:pPr>
            <w:r>
              <w:rPr>
                <w:b/>
              </w:rPr>
              <w:t>PROBLEM S1-144</w:t>
            </w:r>
          </w:p>
          <w:p w14:paraId="39816B2A" w14:textId="77777777" w:rsidR="00BE3968" w:rsidRDefault="00CA6E70">
            <w:pPr>
              <w:spacing w:after="140"/>
            </w:pPr>
            <w:r>
              <w:t>Tanya has already saved $51.00 for a job-training class and plans to save $7.00 each week for 8 weeks. How much will Tanya have saved at the end of those weeks?</w:t>
            </w:r>
          </w:p>
          <w:p w14:paraId="34F901A0" w14:textId="77777777" w:rsidR="00BE3968" w:rsidRDefault="00CA6E70">
            <w:pPr>
              <w:pStyle w:val="CMRBodySmall"/>
              <w:spacing w:after="40"/>
            </w:pPr>
            <w:r>
              <w:rPr>
                <w:b/>
              </w:rPr>
              <w:t>STEP 1 — WHAT DO THEY WANT?</w:t>
            </w:r>
          </w:p>
          <w:p w14:paraId="4FC02905" w14:textId="77777777" w:rsidR="00BE3968" w:rsidRDefault="00CA6E70">
            <w:pPr>
              <w:pStyle w:val="CMRBodySmall"/>
              <w:spacing w:after="20"/>
            </w:pPr>
            <w:r>
              <w:t>○ A. The amount saved each week.</w:t>
            </w:r>
          </w:p>
          <w:p w14:paraId="19F2931D" w14:textId="77777777" w:rsidR="00BE3968" w:rsidRDefault="00CA6E70">
            <w:pPr>
              <w:pStyle w:val="CMRBodySmall"/>
              <w:spacing w:after="80"/>
            </w:pPr>
            <w:r>
              <w:t>○ B. The total saved at the end.</w:t>
            </w:r>
          </w:p>
          <w:p w14:paraId="0A028167" w14:textId="77777777" w:rsidR="00BE3968" w:rsidRDefault="00CA6E70">
            <w:pPr>
              <w:pStyle w:val="CMRBodySmall"/>
              <w:spacing w:after="40"/>
            </w:pPr>
            <w:r>
              <w:rPr>
                <w:b/>
              </w:rPr>
              <w:t>STEP 2 — WHAT DO I KNOW?</w:t>
            </w:r>
          </w:p>
          <w:p w14:paraId="1D2AF2EF" w14:textId="77777777" w:rsidR="00BE3968" w:rsidRDefault="00CA6E70">
            <w:pPr>
              <w:pStyle w:val="CMRBodySmall"/>
              <w:spacing w:after="40"/>
            </w:pPr>
            <w:r>
              <w:t>Already saved: ____________________</w:t>
            </w:r>
          </w:p>
          <w:p w14:paraId="13B67C3D" w14:textId="77777777" w:rsidR="00BE3968" w:rsidRDefault="00CA6E70">
            <w:pPr>
              <w:pStyle w:val="CMRBodySmall"/>
              <w:spacing w:after="40"/>
            </w:pPr>
            <w:r>
              <w:t>Saved each week: ____________________</w:t>
            </w:r>
          </w:p>
          <w:p w14:paraId="2B7B3AE6" w14:textId="77777777" w:rsidR="00BE3968" w:rsidRDefault="00CA6E70">
            <w:pPr>
              <w:pStyle w:val="CMRBodySmall"/>
              <w:spacing w:after="40"/>
            </w:pPr>
            <w:r>
              <w:t>Number of weeks: ____________________</w:t>
            </w:r>
          </w:p>
          <w:p w14:paraId="5AC8F997" w14:textId="77777777" w:rsidR="00BE3968" w:rsidRDefault="00CA6E70">
            <w:pPr>
              <w:pStyle w:val="CMRBodySmall"/>
              <w:spacing w:after="40"/>
            </w:pPr>
            <w:r>
              <w:rPr>
                <w:b/>
              </w:rPr>
              <w:t>STEP 3 — HOW DO I FIND IT?</w:t>
            </w:r>
          </w:p>
          <w:p w14:paraId="6B1BEFFE" w14:textId="77777777" w:rsidR="00BE3968" w:rsidRDefault="00CA6E70">
            <w:pPr>
              <w:pStyle w:val="CMRBodySmall"/>
              <w:spacing w:after="20"/>
            </w:pPr>
            <w:r>
              <w:t>○ A. Find the new savings (weekly amount × weeks), then add what was already saved.</w:t>
            </w:r>
          </w:p>
          <w:p w14:paraId="29D2D0D2" w14:textId="77777777" w:rsidR="00BE3968" w:rsidRDefault="00CA6E70">
            <w:pPr>
              <w:pStyle w:val="CMRBodySmall"/>
            </w:pPr>
            <w:r>
              <w:t>○ B. Multiply the starting savings by the number of weeks.</w:t>
            </w:r>
          </w:p>
          <w:p w14:paraId="17A1D159" w14:textId="77777777" w:rsidR="00BE3968" w:rsidRDefault="00CA6E70">
            <w:pPr>
              <w:pStyle w:val="CMRBodySmall"/>
              <w:spacing w:after="120"/>
            </w:pPr>
            <w:r>
              <w:t>My math: ____________________________________________________________</w:t>
            </w:r>
          </w:p>
          <w:p w14:paraId="35E8FAA1" w14:textId="77777777" w:rsidR="00BE3968" w:rsidRDefault="00CA6E70">
            <w:pPr>
              <w:pStyle w:val="CMRBodySmall"/>
              <w:spacing w:after="120"/>
            </w:pPr>
            <w:r>
              <w:t>____________________________________________________________________</w:t>
            </w:r>
          </w:p>
          <w:p w14:paraId="45E3CE47" w14:textId="77777777" w:rsidR="00BE3968" w:rsidRDefault="00CA6E70">
            <w:pPr>
              <w:pStyle w:val="CMRBodySmall"/>
              <w:spacing w:after="100"/>
            </w:pPr>
            <w:r>
              <w:lastRenderedPageBreak/>
              <w:t>Answer and check: ___________________________________________________</w:t>
            </w:r>
          </w:p>
        </w:tc>
      </w:tr>
    </w:tbl>
    <w:p w14:paraId="2D5CBFFC" w14:textId="77777777" w:rsidR="00BE3968" w:rsidRDefault="00CA6E70">
      <w:r>
        <w:lastRenderedPageBreak/>
        <w:br w:type="page"/>
      </w:r>
    </w:p>
    <w:p w14:paraId="5A3DFE83" w14:textId="77777777" w:rsidR="00BE3968" w:rsidRDefault="00CA6E70">
      <w:pPr>
        <w:pStyle w:val="CMRSmallLabel"/>
        <w:spacing w:after="60"/>
      </w:pPr>
      <w:r>
        <w:rPr>
          <w:b w:val="0"/>
        </w:rPr>
        <w:lastRenderedPageBreak/>
        <w:t>SECTION 1  |  TOPIC 15  |  PRACTICE PAGE 3/5</w:t>
      </w:r>
    </w:p>
    <w:p w14:paraId="1759CADF" w14:textId="77777777" w:rsidR="00BE3968" w:rsidRDefault="00CA6E70">
      <w:pPr>
        <w:pStyle w:val="CMRPageTitle"/>
        <w:spacing w:after="60"/>
      </w:pPr>
      <w:r>
        <w:rPr>
          <w:b w:val="0"/>
        </w:rPr>
        <w:t>Saving for a goal</w:t>
      </w:r>
    </w:p>
    <w:p w14:paraId="6AC89A5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6CD70F7" w14:textId="77777777">
        <w:tc>
          <w:tcPr>
            <w:tcW w:w="10036" w:type="dxa"/>
            <w:shd w:val="clear" w:color="auto" w:fill="F5F8F9"/>
            <w:tcMar>
              <w:top w:w="70" w:type="dxa"/>
              <w:left w:w="140" w:type="dxa"/>
              <w:bottom w:w="85" w:type="dxa"/>
              <w:right w:w="140" w:type="dxa"/>
            </w:tcMar>
          </w:tcPr>
          <w:p w14:paraId="2CD5C077" w14:textId="77777777" w:rsidR="00BE3968" w:rsidRDefault="00BE3968"/>
          <w:p w14:paraId="1F456C60" w14:textId="77777777" w:rsidR="00BE3968" w:rsidRDefault="00CA6E70">
            <w:pPr>
              <w:pStyle w:val="CMRBodySmall"/>
            </w:pPr>
            <w:r>
              <w:rPr>
                <w:b/>
              </w:rPr>
              <w:t>PROBLEM S1-145</w:t>
            </w:r>
          </w:p>
          <w:p w14:paraId="455B5BDE" w14:textId="77777777" w:rsidR="00BE3968" w:rsidRDefault="00CA6E70">
            <w:pPr>
              <w:spacing w:after="140"/>
            </w:pPr>
            <w:r>
              <w:t>Kevin starts with $52.00 in savings. For the next 4 weeks, Kevin will add $17.00 every week. What will the savings total be after 4 weeks?</w:t>
            </w:r>
          </w:p>
          <w:p w14:paraId="5CE027F1" w14:textId="77777777" w:rsidR="00BE3968" w:rsidRDefault="00CA6E70">
            <w:pPr>
              <w:pStyle w:val="CMRBodySmall"/>
              <w:spacing w:after="40"/>
            </w:pPr>
            <w:r>
              <w:rPr>
                <w:b/>
              </w:rPr>
              <w:t>STEP 1 — WHAT DO THEY WANT?</w:t>
            </w:r>
          </w:p>
          <w:p w14:paraId="1E692FA8" w14:textId="77777777" w:rsidR="00BE3968" w:rsidRDefault="00CA6E70">
            <w:pPr>
              <w:pStyle w:val="CMRBodySmall"/>
              <w:spacing w:after="20"/>
            </w:pPr>
            <w:r>
              <w:t>○ A. Starting savings plus all the new savings.</w:t>
            </w:r>
          </w:p>
          <w:p w14:paraId="4455F11C" w14:textId="77777777" w:rsidR="00BE3968" w:rsidRDefault="00CA6E70">
            <w:pPr>
              <w:pStyle w:val="CMRBodySmall"/>
              <w:spacing w:after="80"/>
            </w:pPr>
            <w:r>
              <w:t>○ B. Only the new savings from the weeks.</w:t>
            </w:r>
          </w:p>
          <w:p w14:paraId="300F980A" w14:textId="77777777" w:rsidR="00BE3968" w:rsidRDefault="00CA6E70">
            <w:pPr>
              <w:pStyle w:val="CMRBodySmall"/>
              <w:spacing w:after="40"/>
            </w:pPr>
            <w:r>
              <w:rPr>
                <w:b/>
              </w:rPr>
              <w:t>STEP 2 — WHAT DO I KNOW?</w:t>
            </w:r>
          </w:p>
          <w:p w14:paraId="61487B71" w14:textId="77777777" w:rsidR="00BE3968" w:rsidRDefault="00CA6E70">
            <w:pPr>
              <w:pStyle w:val="CMRBodySmall"/>
              <w:spacing w:after="40"/>
            </w:pPr>
            <w:r>
              <w:t>Already saved: ____________________</w:t>
            </w:r>
          </w:p>
          <w:p w14:paraId="34B486A7" w14:textId="77777777" w:rsidR="00BE3968" w:rsidRDefault="00CA6E70">
            <w:pPr>
              <w:pStyle w:val="CMRBodySmall"/>
              <w:spacing w:after="40"/>
            </w:pPr>
            <w:r>
              <w:t>Saved each week: ____________________</w:t>
            </w:r>
          </w:p>
          <w:p w14:paraId="14CCA86C" w14:textId="77777777" w:rsidR="00BE3968" w:rsidRDefault="00CA6E70">
            <w:pPr>
              <w:pStyle w:val="CMRBodySmall"/>
              <w:spacing w:after="40"/>
            </w:pPr>
            <w:r>
              <w:t>Number of weeks: ____________________</w:t>
            </w:r>
          </w:p>
          <w:p w14:paraId="0C9E7E07" w14:textId="77777777" w:rsidR="00BE3968" w:rsidRDefault="00CA6E70">
            <w:pPr>
              <w:pStyle w:val="CMRBodySmall"/>
              <w:spacing w:after="40"/>
            </w:pPr>
            <w:r>
              <w:rPr>
                <w:b/>
              </w:rPr>
              <w:t>STEP 3 — HOW DO I FIND IT?</w:t>
            </w:r>
          </w:p>
          <w:p w14:paraId="37557F5A" w14:textId="77777777" w:rsidR="00BE3968" w:rsidRDefault="00CA6E70">
            <w:pPr>
              <w:pStyle w:val="CMRBodySmall"/>
              <w:spacing w:after="20"/>
            </w:pPr>
            <w:r>
              <w:t>○ A. Add the three numbers together.</w:t>
            </w:r>
          </w:p>
          <w:p w14:paraId="66036AFF" w14:textId="77777777" w:rsidR="00BE3968" w:rsidRDefault="00CA6E70">
            <w:pPr>
              <w:pStyle w:val="CMRBodySmall"/>
            </w:pPr>
            <w:r>
              <w:t>○ B. Multiply the weekly amount by the weeks, then add the starting savings.</w:t>
            </w:r>
          </w:p>
          <w:p w14:paraId="2C2CA788" w14:textId="77777777" w:rsidR="00BE3968" w:rsidRDefault="00CA6E70">
            <w:pPr>
              <w:pStyle w:val="CMRBodySmall"/>
              <w:spacing w:after="120"/>
            </w:pPr>
            <w:r>
              <w:t>My math: ____________________________________________________________</w:t>
            </w:r>
          </w:p>
          <w:p w14:paraId="4823DFA7" w14:textId="77777777" w:rsidR="00BE3968" w:rsidRDefault="00CA6E70">
            <w:pPr>
              <w:pStyle w:val="CMRBodySmall"/>
              <w:spacing w:after="120"/>
            </w:pPr>
            <w:r>
              <w:t>____________________________________________________________________</w:t>
            </w:r>
          </w:p>
          <w:p w14:paraId="2347DBF1" w14:textId="77777777" w:rsidR="00BE3968" w:rsidRDefault="00CA6E70">
            <w:pPr>
              <w:pStyle w:val="CMRBodySmall"/>
              <w:spacing w:after="100"/>
            </w:pPr>
            <w:r>
              <w:t>Answer and check: ___________________________________________________</w:t>
            </w:r>
          </w:p>
        </w:tc>
      </w:tr>
    </w:tbl>
    <w:p w14:paraId="627360F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1B78438" w14:textId="77777777">
        <w:tc>
          <w:tcPr>
            <w:tcW w:w="10036" w:type="dxa"/>
            <w:tcMar>
              <w:top w:w="70" w:type="dxa"/>
              <w:left w:w="140" w:type="dxa"/>
              <w:bottom w:w="85" w:type="dxa"/>
              <w:right w:w="140" w:type="dxa"/>
            </w:tcMar>
          </w:tcPr>
          <w:p w14:paraId="7F5C98A8" w14:textId="77777777" w:rsidR="00BE3968" w:rsidRDefault="00BE3968"/>
          <w:p w14:paraId="1E596191" w14:textId="77777777" w:rsidR="00BE3968" w:rsidRDefault="00CA6E70">
            <w:pPr>
              <w:pStyle w:val="CMRBodySmall"/>
            </w:pPr>
            <w:r>
              <w:rPr>
                <w:b/>
              </w:rPr>
              <w:t>PROBLEM S1-146</w:t>
            </w:r>
          </w:p>
          <w:p w14:paraId="6600A6F4" w14:textId="77777777" w:rsidR="00BE3968" w:rsidRDefault="00CA6E70">
            <w:pPr>
              <w:spacing w:after="140"/>
            </w:pPr>
            <w:r>
              <w:t>Sharon puts $19.00 into savings each week for 7 weeks. Before starting, Sharon already had $58.00 saved. How much will be saved in all?</w:t>
            </w:r>
          </w:p>
          <w:p w14:paraId="4211D015" w14:textId="77777777" w:rsidR="00BE3968" w:rsidRDefault="00CA6E70">
            <w:pPr>
              <w:pStyle w:val="CMRBodySmall"/>
              <w:spacing w:after="40"/>
            </w:pPr>
            <w:r>
              <w:rPr>
                <w:b/>
              </w:rPr>
              <w:t>STEP 1 — WHAT DO THEY WANT?</w:t>
            </w:r>
          </w:p>
          <w:p w14:paraId="40688F9E" w14:textId="77777777" w:rsidR="00BE3968" w:rsidRDefault="00CA6E70">
            <w:pPr>
              <w:pStyle w:val="CMRBodySmall"/>
              <w:spacing w:after="20"/>
            </w:pPr>
            <w:r>
              <w:t>○ A. How many weeks it takes.</w:t>
            </w:r>
          </w:p>
          <w:p w14:paraId="065A8003" w14:textId="77777777" w:rsidR="00BE3968" w:rsidRDefault="00CA6E70">
            <w:pPr>
              <w:pStyle w:val="CMRBodySmall"/>
              <w:spacing w:after="80"/>
            </w:pPr>
            <w:r>
              <w:t>○ B. How much is in savings after the last week.</w:t>
            </w:r>
          </w:p>
          <w:p w14:paraId="58ED9DDF" w14:textId="77777777" w:rsidR="00BE3968" w:rsidRDefault="00CA6E70">
            <w:pPr>
              <w:pStyle w:val="CMRBodySmall"/>
              <w:spacing w:after="40"/>
            </w:pPr>
            <w:r>
              <w:rPr>
                <w:b/>
              </w:rPr>
              <w:t>STEP 2 — WHAT DO I KNOW?</w:t>
            </w:r>
          </w:p>
          <w:p w14:paraId="2ECE695A" w14:textId="77777777" w:rsidR="00BE3968" w:rsidRDefault="00CA6E70">
            <w:pPr>
              <w:pStyle w:val="CMRBodySmall"/>
              <w:spacing w:after="40"/>
            </w:pPr>
            <w:r>
              <w:t>Already saved: ____________________</w:t>
            </w:r>
          </w:p>
          <w:p w14:paraId="3FAC6668" w14:textId="77777777" w:rsidR="00BE3968" w:rsidRDefault="00CA6E70">
            <w:pPr>
              <w:pStyle w:val="CMRBodySmall"/>
              <w:spacing w:after="40"/>
            </w:pPr>
            <w:r>
              <w:t>Saved each week: ____________________</w:t>
            </w:r>
          </w:p>
          <w:p w14:paraId="1B0051AD" w14:textId="77777777" w:rsidR="00BE3968" w:rsidRDefault="00CA6E70">
            <w:pPr>
              <w:pStyle w:val="CMRBodySmall"/>
              <w:spacing w:after="40"/>
            </w:pPr>
            <w:r>
              <w:t>Number of weeks: ____________________</w:t>
            </w:r>
          </w:p>
          <w:p w14:paraId="53E16CE9" w14:textId="77777777" w:rsidR="00BE3968" w:rsidRDefault="00CA6E70">
            <w:pPr>
              <w:pStyle w:val="CMRBodySmall"/>
              <w:spacing w:after="40"/>
            </w:pPr>
            <w:r>
              <w:rPr>
                <w:b/>
              </w:rPr>
              <w:t>STEP 3 — HOW DO I FIND IT?</w:t>
            </w:r>
          </w:p>
          <w:p w14:paraId="0A1C0B47" w14:textId="77777777" w:rsidR="00BE3968" w:rsidRDefault="00CA6E70">
            <w:pPr>
              <w:pStyle w:val="CMRBodySmall"/>
              <w:spacing w:after="20"/>
            </w:pPr>
            <w:r>
              <w:t>○ A. Multiply the starting savings by the number of weeks.</w:t>
            </w:r>
          </w:p>
          <w:p w14:paraId="70E95418" w14:textId="77777777" w:rsidR="00BE3968" w:rsidRDefault="00CA6E70">
            <w:pPr>
              <w:pStyle w:val="CMRBodySmall"/>
            </w:pPr>
            <w:r>
              <w:t>○ B. Find the new savings (weekly amount × weeks), then add what was already saved.</w:t>
            </w:r>
          </w:p>
          <w:p w14:paraId="424C0A7D" w14:textId="77777777" w:rsidR="00BE3968" w:rsidRDefault="00CA6E70">
            <w:pPr>
              <w:pStyle w:val="CMRBodySmall"/>
              <w:spacing w:after="120"/>
            </w:pPr>
            <w:r>
              <w:t>My math: ____________________________________________________________</w:t>
            </w:r>
          </w:p>
          <w:p w14:paraId="7A3B3B4B" w14:textId="77777777" w:rsidR="00BE3968" w:rsidRDefault="00CA6E70">
            <w:pPr>
              <w:pStyle w:val="CMRBodySmall"/>
              <w:spacing w:after="120"/>
            </w:pPr>
            <w:r>
              <w:t>____________________________________________________________________</w:t>
            </w:r>
          </w:p>
          <w:p w14:paraId="4D5E9CF0" w14:textId="77777777" w:rsidR="00BE3968" w:rsidRDefault="00CA6E70">
            <w:pPr>
              <w:pStyle w:val="CMRBodySmall"/>
              <w:spacing w:after="100"/>
            </w:pPr>
            <w:r>
              <w:lastRenderedPageBreak/>
              <w:t>Answer and check: ___________________________________________________</w:t>
            </w:r>
          </w:p>
        </w:tc>
      </w:tr>
    </w:tbl>
    <w:p w14:paraId="38583ACD" w14:textId="77777777" w:rsidR="00BE3968" w:rsidRDefault="00CA6E70">
      <w:r>
        <w:lastRenderedPageBreak/>
        <w:br w:type="page"/>
      </w:r>
    </w:p>
    <w:p w14:paraId="2BD497E0" w14:textId="77777777" w:rsidR="00BE3968" w:rsidRDefault="00CA6E70">
      <w:pPr>
        <w:pStyle w:val="CMRSmallLabel"/>
        <w:spacing w:after="60"/>
      </w:pPr>
      <w:r>
        <w:rPr>
          <w:b w:val="0"/>
        </w:rPr>
        <w:lastRenderedPageBreak/>
        <w:t>SECTION 1  |  TOPIC 15  |  PRACTICE PAGE 4/5</w:t>
      </w:r>
    </w:p>
    <w:p w14:paraId="15D33835" w14:textId="77777777" w:rsidR="00BE3968" w:rsidRDefault="00CA6E70">
      <w:pPr>
        <w:pStyle w:val="CMRPageTitle"/>
        <w:spacing w:after="60"/>
      </w:pPr>
      <w:r>
        <w:rPr>
          <w:b w:val="0"/>
        </w:rPr>
        <w:t>Saving for a goal</w:t>
      </w:r>
    </w:p>
    <w:p w14:paraId="631FF5D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AC9237F" w14:textId="77777777">
        <w:tc>
          <w:tcPr>
            <w:tcW w:w="10036" w:type="dxa"/>
            <w:shd w:val="clear" w:color="auto" w:fill="F5F8F9"/>
            <w:tcMar>
              <w:top w:w="70" w:type="dxa"/>
              <w:left w:w="140" w:type="dxa"/>
              <w:bottom w:w="85" w:type="dxa"/>
              <w:right w:w="140" w:type="dxa"/>
            </w:tcMar>
          </w:tcPr>
          <w:p w14:paraId="5C26EF81" w14:textId="77777777" w:rsidR="00BE3968" w:rsidRDefault="00BE3968"/>
          <w:p w14:paraId="5CBEFCC1" w14:textId="77777777" w:rsidR="00BE3968" w:rsidRDefault="00CA6E70">
            <w:pPr>
              <w:pStyle w:val="CMRBodySmall"/>
            </w:pPr>
            <w:r>
              <w:rPr>
                <w:b/>
              </w:rPr>
              <w:t>PROBLEM S1-147</w:t>
            </w:r>
          </w:p>
          <w:p w14:paraId="25F3709A" w14:textId="77777777" w:rsidR="00BE3968" w:rsidRDefault="00CA6E70">
            <w:pPr>
              <w:spacing w:after="140"/>
            </w:pPr>
            <w:r>
              <w:t>Andre has already saved $51.00 for a job-training class and plans to save $13.00 each week for 5 weeks. How much will Andre have saved at the end of those weeks?</w:t>
            </w:r>
          </w:p>
          <w:p w14:paraId="07337A6C" w14:textId="77777777" w:rsidR="00BE3968" w:rsidRDefault="00CA6E70">
            <w:pPr>
              <w:pStyle w:val="CMRBodySmall"/>
              <w:spacing w:after="40"/>
            </w:pPr>
            <w:r>
              <w:rPr>
                <w:b/>
              </w:rPr>
              <w:t>STEP 1 — WHAT DO THEY WANT?</w:t>
            </w:r>
          </w:p>
          <w:p w14:paraId="5CEC36BB" w14:textId="77777777" w:rsidR="00BE3968" w:rsidRDefault="00CA6E70">
            <w:pPr>
              <w:pStyle w:val="CMRBodySmall"/>
              <w:spacing w:after="20"/>
            </w:pPr>
            <w:r>
              <w:t>○ A. The total saved at the end.</w:t>
            </w:r>
          </w:p>
          <w:p w14:paraId="6CFC984B" w14:textId="77777777" w:rsidR="00BE3968" w:rsidRDefault="00CA6E70">
            <w:pPr>
              <w:pStyle w:val="CMRBodySmall"/>
              <w:spacing w:after="80"/>
            </w:pPr>
            <w:r>
              <w:t>○ B. The amount saved each week.</w:t>
            </w:r>
          </w:p>
          <w:p w14:paraId="316B78D2" w14:textId="77777777" w:rsidR="00BE3968" w:rsidRDefault="00CA6E70">
            <w:pPr>
              <w:pStyle w:val="CMRBodySmall"/>
              <w:spacing w:after="40"/>
            </w:pPr>
            <w:r>
              <w:rPr>
                <w:b/>
              </w:rPr>
              <w:t>STEP 2 — WHAT DO I KNOW?</w:t>
            </w:r>
          </w:p>
          <w:p w14:paraId="0306E8A2" w14:textId="77777777" w:rsidR="00BE3968" w:rsidRDefault="00CA6E70">
            <w:pPr>
              <w:pStyle w:val="CMRBodySmall"/>
              <w:spacing w:after="40"/>
            </w:pPr>
            <w:r>
              <w:t>Already saved: ____________________</w:t>
            </w:r>
          </w:p>
          <w:p w14:paraId="3B17483F" w14:textId="77777777" w:rsidR="00BE3968" w:rsidRDefault="00CA6E70">
            <w:pPr>
              <w:pStyle w:val="CMRBodySmall"/>
              <w:spacing w:after="40"/>
            </w:pPr>
            <w:r>
              <w:t>Saved each week: ____________________</w:t>
            </w:r>
          </w:p>
          <w:p w14:paraId="4781B3AD" w14:textId="77777777" w:rsidR="00BE3968" w:rsidRDefault="00CA6E70">
            <w:pPr>
              <w:pStyle w:val="CMRBodySmall"/>
              <w:spacing w:after="40"/>
            </w:pPr>
            <w:r>
              <w:t>Number of weeks: ____________________</w:t>
            </w:r>
          </w:p>
          <w:p w14:paraId="073B77FA" w14:textId="77777777" w:rsidR="00BE3968" w:rsidRDefault="00CA6E70">
            <w:pPr>
              <w:pStyle w:val="CMRBodySmall"/>
              <w:spacing w:after="40"/>
            </w:pPr>
            <w:r>
              <w:rPr>
                <w:b/>
              </w:rPr>
              <w:t>STEP 3 — HOW DO I FIND IT?</w:t>
            </w:r>
          </w:p>
          <w:p w14:paraId="0F766932" w14:textId="77777777" w:rsidR="00BE3968" w:rsidRDefault="00CA6E70">
            <w:pPr>
              <w:pStyle w:val="CMRBodySmall"/>
              <w:spacing w:after="20"/>
            </w:pPr>
            <w:r>
              <w:t>○ A. Multiply the weekly amount by the weeks, then add the starting savings.</w:t>
            </w:r>
          </w:p>
          <w:p w14:paraId="4CAE5F8E" w14:textId="77777777" w:rsidR="00BE3968" w:rsidRDefault="00CA6E70">
            <w:pPr>
              <w:pStyle w:val="CMRBodySmall"/>
            </w:pPr>
            <w:r>
              <w:t>○ B. Add the three numbers together.</w:t>
            </w:r>
          </w:p>
          <w:p w14:paraId="5894B3DC" w14:textId="77777777" w:rsidR="00BE3968" w:rsidRDefault="00CA6E70">
            <w:pPr>
              <w:pStyle w:val="CMRBodySmall"/>
              <w:spacing w:after="120"/>
            </w:pPr>
            <w:r>
              <w:t>My math: ____________________________________________________________</w:t>
            </w:r>
          </w:p>
          <w:p w14:paraId="5BC4E0A1" w14:textId="77777777" w:rsidR="00BE3968" w:rsidRDefault="00CA6E70">
            <w:pPr>
              <w:pStyle w:val="CMRBodySmall"/>
              <w:spacing w:after="120"/>
            </w:pPr>
            <w:r>
              <w:t>____________________________________________________________________</w:t>
            </w:r>
          </w:p>
          <w:p w14:paraId="2AEA54EF" w14:textId="77777777" w:rsidR="00BE3968" w:rsidRDefault="00CA6E70">
            <w:pPr>
              <w:pStyle w:val="CMRBodySmall"/>
              <w:spacing w:after="100"/>
            </w:pPr>
            <w:r>
              <w:t>Answer and check: ___________________________________________________</w:t>
            </w:r>
          </w:p>
        </w:tc>
      </w:tr>
    </w:tbl>
    <w:p w14:paraId="1163B4B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37B4412" w14:textId="77777777">
        <w:tc>
          <w:tcPr>
            <w:tcW w:w="10036" w:type="dxa"/>
            <w:tcMar>
              <w:top w:w="70" w:type="dxa"/>
              <w:left w:w="140" w:type="dxa"/>
              <w:bottom w:w="85" w:type="dxa"/>
              <w:right w:w="140" w:type="dxa"/>
            </w:tcMar>
          </w:tcPr>
          <w:p w14:paraId="391810B8" w14:textId="77777777" w:rsidR="00BE3968" w:rsidRDefault="00BE3968"/>
          <w:p w14:paraId="6B462694" w14:textId="77777777" w:rsidR="00BE3968" w:rsidRDefault="00CA6E70">
            <w:pPr>
              <w:pStyle w:val="CMRBodySmall"/>
            </w:pPr>
            <w:r>
              <w:rPr>
                <w:b/>
              </w:rPr>
              <w:t>PROBLEM S1-148</w:t>
            </w:r>
          </w:p>
          <w:p w14:paraId="7D42DD65" w14:textId="77777777" w:rsidR="00BE3968" w:rsidRDefault="00CA6E70">
            <w:pPr>
              <w:spacing w:after="140"/>
            </w:pPr>
            <w:r>
              <w:t>Patricia starts with $39.00 in savings. For the next 7 weeks, Patricia will add $14.00 every week. What will the savings total be after 7 weeks?</w:t>
            </w:r>
          </w:p>
          <w:p w14:paraId="09345F9C" w14:textId="77777777" w:rsidR="00BE3968" w:rsidRDefault="00CA6E70">
            <w:pPr>
              <w:pStyle w:val="CMRBodySmall"/>
              <w:spacing w:after="40"/>
            </w:pPr>
            <w:r>
              <w:rPr>
                <w:b/>
              </w:rPr>
              <w:t>STEP 1 — WHAT DO THEY WANT?</w:t>
            </w:r>
          </w:p>
          <w:p w14:paraId="39449726" w14:textId="77777777" w:rsidR="00BE3968" w:rsidRDefault="00CA6E70">
            <w:pPr>
              <w:pStyle w:val="CMRBodySmall"/>
              <w:spacing w:after="20"/>
            </w:pPr>
            <w:r>
              <w:t>○ A. Only the new savings from the weeks.</w:t>
            </w:r>
          </w:p>
          <w:p w14:paraId="17675E7B" w14:textId="77777777" w:rsidR="00BE3968" w:rsidRDefault="00CA6E70">
            <w:pPr>
              <w:pStyle w:val="CMRBodySmall"/>
              <w:spacing w:after="80"/>
            </w:pPr>
            <w:r>
              <w:t>○ B. Starting savings plus all the new savings.</w:t>
            </w:r>
          </w:p>
          <w:p w14:paraId="73A047B5" w14:textId="77777777" w:rsidR="00BE3968" w:rsidRDefault="00CA6E70">
            <w:pPr>
              <w:pStyle w:val="CMRBodySmall"/>
              <w:spacing w:after="40"/>
            </w:pPr>
            <w:r>
              <w:rPr>
                <w:b/>
              </w:rPr>
              <w:t>STEP 2 — WHAT DO I KNOW?</w:t>
            </w:r>
          </w:p>
          <w:p w14:paraId="66EBDF57" w14:textId="77777777" w:rsidR="00BE3968" w:rsidRDefault="00CA6E70">
            <w:pPr>
              <w:pStyle w:val="CMRBodySmall"/>
              <w:spacing w:after="40"/>
            </w:pPr>
            <w:r>
              <w:t>Already saved: ____________________</w:t>
            </w:r>
          </w:p>
          <w:p w14:paraId="01E3FEBA" w14:textId="77777777" w:rsidR="00BE3968" w:rsidRDefault="00CA6E70">
            <w:pPr>
              <w:pStyle w:val="CMRBodySmall"/>
              <w:spacing w:after="40"/>
            </w:pPr>
            <w:r>
              <w:t>Saved each week: ____________________</w:t>
            </w:r>
          </w:p>
          <w:p w14:paraId="4586AA4D" w14:textId="77777777" w:rsidR="00BE3968" w:rsidRDefault="00CA6E70">
            <w:pPr>
              <w:pStyle w:val="CMRBodySmall"/>
              <w:spacing w:after="40"/>
            </w:pPr>
            <w:r>
              <w:t>Number of weeks: ____________________</w:t>
            </w:r>
          </w:p>
          <w:p w14:paraId="22AFCB30" w14:textId="77777777" w:rsidR="00BE3968" w:rsidRDefault="00CA6E70">
            <w:pPr>
              <w:pStyle w:val="CMRBodySmall"/>
              <w:spacing w:after="40"/>
            </w:pPr>
            <w:r>
              <w:rPr>
                <w:b/>
              </w:rPr>
              <w:t>STEP 3 — HOW DO I FIND IT?</w:t>
            </w:r>
          </w:p>
          <w:p w14:paraId="4D12AAF5" w14:textId="77777777" w:rsidR="00BE3968" w:rsidRDefault="00CA6E70">
            <w:pPr>
              <w:pStyle w:val="CMRBodySmall"/>
              <w:spacing w:after="20"/>
            </w:pPr>
            <w:r>
              <w:t>○ A. Find the new savings (weekly amount × weeks), then add what was already saved.</w:t>
            </w:r>
          </w:p>
          <w:p w14:paraId="60356486" w14:textId="77777777" w:rsidR="00BE3968" w:rsidRDefault="00CA6E70">
            <w:pPr>
              <w:pStyle w:val="CMRBodySmall"/>
            </w:pPr>
            <w:r>
              <w:t>○ B. Multiply the starting savings by the number of weeks.</w:t>
            </w:r>
          </w:p>
          <w:p w14:paraId="7B5E5B9E" w14:textId="77777777" w:rsidR="00BE3968" w:rsidRDefault="00CA6E70">
            <w:pPr>
              <w:pStyle w:val="CMRBodySmall"/>
              <w:spacing w:after="120"/>
            </w:pPr>
            <w:r>
              <w:t>My math: ____________________________________________________________</w:t>
            </w:r>
          </w:p>
          <w:p w14:paraId="6DEDAEA9" w14:textId="77777777" w:rsidR="00BE3968" w:rsidRDefault="00CA6E70">
            <w:pPr>
              <w:pStyle w:val="CMRBodySmall"/>
              <w:spacing w:after="120"/>
            </w:pPr>
            <w:r>
              <w:t>____________________________________________________________________</w:t>
            </w:r>
          </w:p>
          <w:p w14:paraId="525289BF" w14:textId="77777777" w:rsidR="00BE3968" w:rsidRDefault="00CA6E70">
            <w:pPr>
              <w:pStyle w:val="CMRBodySmall"/>
              <w:spacing w:after="100"/>
            </w:pPr>
            <w:r>
              <w:lastRenderedPageBreak/>
              <w:t>Answer and check: ___________________________________________________</w:t>
            </w:r>
          </w:p>
        </w:tc>
      </w:tr>
    </w:tbl>
    <w:p w14:paraId="6AEF3EA7" w14:textId="77777777" w:rsidR="00BE3968" w:rsidRDefault="00CA6E70">
      <w:r>
        <w:lastRenderedPageBreak/>
        <w:br w:type="page"/>
      </w:r>
    </w:p>
    <w:p w14:paraId="77437DE2" w14:textId="77777777" w:rsidR="00BE3968" w:rsidRDefault="00CA6E70">
      <w:pPr>
        <w:pStyle w:val="CMRSmallLabel"/>
        <w:spacing w:after="60"/>
      </w:pPr>
      <w:r>
        <w:rPr>
          <w:b w:val="0"/>
        </w:rPr>
        <w:lastRenderedPageBreak/>
        <w:t>SECTION 1  |  TOPIC 15  |  PRACTICE PAGE 5/5</w:t>
      </w:r>
    </w:p>
    <w:p w14:paraId="7341329F" w14:textId="77777777" w:rsidR="00BE3968" w:rsidRDefault="00CA6E70">
      <w:pPr>
        <w:pStyle w:val="CMRPageTitle"/>
        <w:spacing w:after="60"/>
      </w:pPr>
      <w:r>
        <w:rPr>
          <w:b w:val="0"/>
        </w:rPr>
        <w:t>Saving for a goal</w:t>
      </w:r>
    </w:p>
    <w:p w14:paraId="273FF0C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D09E0C7" w14:textId="77777777">
        <w:tc>
          <w:tcPr>
            <w:tcW w:w="10036" w:type="dxa"/>
            <w:shd w:val="clear" w:color="auto" w:fill="F5F8F9"/>
            <w:tcMar>
              <w:top w:w="70" w:type="dxa"/>
              <w:left w:w="140" w:type="dxa"/>
              <w:bottom w:w="85" w:type="dxa"/>
              <w:right w:w="140" w:type="dxa"/>
            </w:tcMar>
          </w:tcPr>
          <w:p w14:paraId="5B04D53D" w14:textId="77777777" w:rsidR="00BE3968" w:rsidRDefault="00BE3968"/>
          <w:p w14:paraId="637561EB" w14:textId="77777777" w:rsidR="00BE3968" w:rsidRDefault="00CA6E70">
            <w:pPr>
              <w:pStyle w:val="CMRBodySmall"/>
            </w:pPr>
            <w:r>
              <w:rPr>
                <w:b/>
              </w:rPr>
              <w:t>PROBLEM S1-149</w:t>
            </w:r>
          </w:p>
          <w:p w14:paraId="293A6FA1" w14:textId="77777777" w:rsidR="00BE3968" w:rsidRDefault="00CA6E70">
            <w:pPr>
              <w:spacing w:after="140"/>
            </w:pPr>
            <w:r>
              <w:t>Elaine puts $11.00 into savings each week for 4 weeks. Before starting, Elaine already had $65.00 saved. How much will be saved in all?</w:t>
            </w:r>
          </w:p>
          <w:p w14:paraId="41D9459C" w14:textId="77777777" w:rsidR="00BE3968" w:rsidRDefault="00CA6E70">
            <w:pPr>
              <w:pStyle w:val="CMRBodySmall"/>
              <w:spacing w:after="40"/>
            </w:pPr>
            <w:r>
              <w:rPr>
                <w:b/>
              </w:rPr>
              <w:t>STEP 1 — WHAT DO THEY WANT?</w:t>
            </w:r>
          </w:p>
          <w:p w14:paraId="47504E82" w14:textId="77777777" w:rsidR="00BE3968" w:rsidRDefault="00CA6E70">
            <w:pPr>
              <w:pStyle w:val="CMRBodySmall"/>
              <w:spacing w:after="20"/>
            </w:pPr>
            <w:r>
              <w:t>○ A. How many weeks it takes.</w:t>
            </w:r>
          </w:p>
          <w:p w14:paraId="6EE0AD16" w14:textId="77777777" w:rsidR="00BE3968" w:rsidRDefault="00CA6E70">
            <w:pPr>
              <w:pStyle w:val="CMRBodySmall"/>
              <w:spacing w:after="80"/>
            </w:pPr>
            <w:r>
              <w:t>○ B. How much is in savings after the last week.</w:t>
            </w:r>
          </w:p>
          <w:p w14:paraId="3C5D195B" w14:textId="77777777" w:rsidR="00BE3968" w:rsidRDefault="00CA6E70">
            <w:pPr>
              <w:pStyle w:val="CMRBodySmall"/>
              <w:spacing w:after="40"/>
            </w:pPr>
            <w:r>
              <w:rPr>
                <w:b/>
              </w:rPr>
              <w:t>STEP 2 — WHAT DO I KNOW?</w:t>
            </w:r>
          </w:p>
          <w:p w14:paraId="5AA29558" w14:textId="77777777" w:rsidR="00BE3968" w:rsidRDefault="00CA6E70">
            <w:pPr>
              <w:pStyle w:val="CMRBodySmall"/>
              <w:spacing w:after="40"/>
            </w:pPr>
            <w:r>
              <w:t>Already saved: ____________________</w:t>
            </w:r>
          </w:p>
          <w:p w14:paraId="2A483047" w14:textId="77777777" w:rsidR="00BE3968" w:rsidRDefault="00CA6E70">
            <w:pPr>
              <w:pStyle w:val="CMRBodySmall"/>
              <w:spacing w:after="40"/>
            </w:pPr>
            <w:r>
              <w:t>Saved each week: ____________________</w:t>
            </w:r>
          </w:p>
          <w:p w14:paraId="18F105C7" w14:textId="77777777" w:rsidR="00BE3968" w:rsidRDefault="00CA6E70">
            <w:pPr>
              <w:pStyle w:val="CMRBodySmall"/>
              <w:spacing w:after="40"/>
            </w:pPr>
            <w:r>
              <w:t>Number of weeks: ____________________</w:t>
            </w:r>
          </w:p>
          <w:p w14:paraId="2E70EF6F" w14:textId="77777777" w:rsidR="00BE3968" w:rsidRDefault="00CA6E70">
            <w:pPr>
              <w:pStyle w:val="CMRBodySmall"/>
              <w:spacing w:after="40"/>
            </w:pPr>
            <w:r>
              <w:rPr>
                <w:b/>
              </w:rPr>
              <w:t>STEP 3 — HOW DO I FIND IT?</w:t>
            </w:r>
          </w:p>
          <w:p w14:paraId="3D9E2E6C" w14:textId="77777777" w:rsidR="00BE3968" w:rsidRDefault="00CA6E70">
            <w:pPr>
              <w:pStyle w:val="CMRBodySmall"/>
              <w:spacing w:after="20"/>
            </w:pPr>
            <w:r>
              <w:t>○ A. Add the three numbers together.</w:t>
            </w:r>
          </w:p>
          <w:p w14:paraId="7867A871" w14:textId="77777777" w:rsidR="00BE3968" w:rsidRDefault="00CA6E70">
            <w:pPr>
              <w:pStyle w:val="CMRBodySmall"/>
            </w:pPr>
            <w:r>
              <w:t>○ B. Multiply the weekly amount by the weeks, then add the starting savings.</w:t>
            </w:r>
          </w:p>
          <w:p w14:paraId="3BB5F4A2" w14:textId="77777777" w:rsidR="00BE3968" w:rsidRDefault="00CA6E70">
            <w:pPr>
              <w:pStyle w:val="CMRBodySmall"/>
              <w:spacing w:after="120"/>
            </w:pPr>
            <w:r>
              <w:t>My math: ____________________________________________________________</w:t>
            </w:r>
          </w:p>
          <w:p w14:paraId="4E76AED0" w14:textId="77777777" w:rsidR="00BE3968" w:rsidRDefault="00CA6E70">
            <w:pPr>
              <w:pStyle w:val="CMRBodySmall"/>
              <w:spacing w:after="120"/>
            </w:pPr>
            <w:r>
              <w:t>____________________________________________________________________</w:t>
            </w:r>
          </w:p>
          <w:p w14:paraId="3A1D31BD" w14:textId="77777777" w:rsidR="00BE3968" w:rsidRDefault="00CA6E70">
            <w:pPr>
              <w:pStyle w:val="CMRBodySmall"/>
              <w:spacing w:after="100"/>
            </w:pPr>
            <w:r>
              <w:t>Answer and check: ___________________________________________________</w:t>
            </w:r>
          </w:p>
        </w:tc>
      </w:tr>
    </w:tbl>
    <w:p w14:paraId="4F00DFD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FD62385" w14:textId="77777777">
        <w:tc>
          <w:tcPr>
            <w:tcW w:w="10036" w:type="dxa"/>
            <w:tcMar>
              <w:top w:w="70" w:type="dxa"/>
              <w:left w:w="140" w:type="dxa"/>
              <w:bottom w:w="85" w:type="dxa"/>
              <w:right w:w="140" w:type="dxa"/>
            </w:tcMar>
          </w:tcPr>
          <w:p w14:paraId="6F987274" w14:textId="77777777" w:rsidR="00BE3968" w:rsidRDefault="00BE3968"/>
          <w:p w14:paraId="466BB830" w14:textId="77777777" w:rsidR="00BE3968" w:rsidRDefault="00CA6E70">
            <w:pPr>
              <w:pStyle w:val="CMRBodySmall"/>
            </w:pPr>
            <w:r>
              <w:rPr>
                <w:b/>
              </w:rPr>
              <w:t>PROBLEM S1-150</w:t>
            </w:r>
          </w:p>
          <w:p w14:paraId="2D85E095" w14:textId="77777777" w:rsidR="00BE3968" w:rsidRDefault="00CA6E70">
            <w:pPr>
              <w:spacing w:after="140"/>
            </w:pPr>
            <w:r>
              <w:t>Terry has already saved $72.00 for a job-training class and plans to save $20.00 each week for 7 weeks. How much will Terry have saved at the end of those weeks?</w:t>
            </w:r>
          </w:p>
          <w:p w14:paraId="04057120" w14:textId="77777777" w:rsidR="00BE3968" w:rsidRDefault="00CA6E70">
            <w:pPr>
              <w:pStyle w:val="CMRBodySmall"/>
              <w:spacing w:after="40"/>
            </w:pPr>
            <w:r>
              <w:rPr>
                <w:b/>
              </w:rPr>
              <w:t>STEP 1 — WHAT DO THEY WANT?</w:t>
            </w:r>
          </w:p>
          <w:p w14:paraId="5FD1868E" w14:textId="77777777" w:rsidR="00BE3968" w:rsidRDefault="00CA6E70">
            <w:pPr>
              <w:pStyle w:val="CMRBodySmall"/>
              <w:spacing w:after="20"/>
            </w:pPr>
            <w:r>
              <w:t>○ A. The total saved at the end.</w:t>
            </w:r>
          </w:p>
          <w:p w14:paraId="0423DCB1" w14:textId="77777777" w:rsidR="00BE3968" w:rsidRDefault="00CA6E70">
            <w:pPr>
              <w:pStyle w:val="CMRBodySmall"/>
              <w:spacing w:after="80"/>
            </w:pPr>
            <w:r>
              <w:t>○ B. The amount saved each week.</w:t>
            </w:r>
          </w:p>
          <w:p w14:paraId="6ED62360" w14:textId="77777777" w:rsidR="00BE3968" w:rsidRDefault="00CA6E70">
            <w:pPr>
              <w:pStyle w:val="CMRBodySmall"/>
              <w:spacing w:after="40"/>
            </w:pPr>
            <w:r>
              <w:rPr>
                <w:b/>
              </w:rPr>
              <w:t>STEP 2 — WHAT DO I KNOW?</w:t>
            </w:r>
          </w:p>
          <w:p w14:paraId="2818191B" w14:textId="77777777" w:rsidR="00BE3968" w:rsidRDefault="00CA6E70">
            <w:pPr>
              <w:pStyle w:val="CMRBodySmall"/>
              <w:spacing w:after="40"/>
            </w:pPr>
            <w:r>
              <w:t>Already saved: ____________________</w:t>
            </w:r>
          </w:p>
          <w:p w14:paraId="3F87E4C5" w14:textId="77777777" w:rsidR="00BE3968" w:rsidRDefault="00CA6E70">
            <w:pPr>
              <w:pStyle w:val="CMRBodySmall"/>
              <w:spacing w:after="40"/>
            </w:pPr>
            <w:r>
              <w:t>Saved each week: ____________________</w:t>
            </w:r>
          </w:p>
          <w:p w14:paraId="2ECE0B92" w14:textId="77777777" w:rsidR="00BE3968" w:rsidRDefault="00CA6E70">
            <w:pPr>
              <w:pStyle w:val="CMRBodySmall"/>
              <w:spacing w:after="40"/>
            </w:pPr>
            <w:r>
              <w:t>Number of weeks: ____________________</w:t>
            </w:r>
          </w:p>
          <w:p w14:paraId="5B6029BD" w14:textId="77777777" w:rsidR="00BE3968" w:rsidRDefault="00CA6E70">
            <w:pPr>
              <w:pStyle w:val="CMRBodySmall"/>
              <w:spacing w:after="40"/>
            </w:pPr>
            <w:r>
              <w:rPr>
                <w:b/>
              </w:rPr>
              <w:t>STEP 3 — HOW DO I FIND IT?</w:t>
            </w:r>
          </w:p>
          <w:p w14:paraId="132E1F24" w14:textId="77777777" w:rsidR="00BE3968" w:rsidRDefault="00CA6E70">
            <w:pPr>
              <w:pStyle w:val="CMRBodySmall"/>
              <w:spacing w:after="20"/>
            </w:pPr>
            <w:r>
              <w:t>○ A. Find the new savings (weekly amount × weeks), then add what was already saved.</w:t>
            </w:r>
          </w:p>
          <w:p w14:paraId="6B6D55A2" w14:textId="77777777" w:rsidR="00BE3968" w:rsidRDefault="00CA6E70">
            <w:pPr>
              <w:pStyle w:val="CMRBodySmall"/>
            </w:pPr>
            <w:r>
              <w:t>○ B. Multiply the starting savings by the number of weeks.</w:t>
            </w:r>
          </w:p>
          <w:p w14:paraId="5C7B1279" w14:textId="77777777" w:rsidR="00BE3968" w:rsidRDefault="00CA6E70">
            <w:pPr>
              <w:pStyle w:val="CMRBodySmall"/>
              <w:spacing w:after="120"/>
            </w:pPr>
            <w:r>
              <w:t>My math: ____________________________________________________________</w:t>
            </w:r>
          </w:p>
          <w:p w14:paraId="78809813" w14:textId="77777777" w:rsidR="00BE3968" w:rsidRDefault="00CA6E70">
            <w:pPr>
              <w:pStyle w:val="CMRBodySmall"/>
              <w:spacing w:after="120"/>
            </w:pPr>
            <w:r>
              <w:t>____________________________________________________________________</w:t>
            </w:r>
          </w:p>
          <w:p w14:paraId="78571539" w14:textId="77777777" w:rsidR="00BE3968" w:rsidRDefault="00CA6E70">
            <w:pPr>
              <w:pStyle w:val="CMRBodySmall"/>
              <w:spacing w:after="100"/>
            </w:pPr>
            <w:r>
              <w:lastRenderedPageBreak/>
              <w:t>Answer and check: ___________________________________________________</w:t>
            </w:r>
          </w:p>
        </w:tc>
      </w:tr>
    </w:tbl>
    <w:p w14:paraId="151D69E1" w14:textId="77777777" w:rsidR="00BE3968" w:rsidRDefault="00CA6E70">
      <w:r>
        <w:lastRenderedPageBreak/>
        <w:br w:type="page"/>
      </w:r>
    </w:p>
    <w:p w14:paraId="247397EF" w14:textId="77777777" w:rsidR="00BE3968" w:rsidRDefault="00CA6E70">
      <w:pPr>
        <w:pStyle w:val="CMRSmallLabel"/>
        <w:spacing w:after="60"/>
      </w:pPr>
      <w:r>
        <w:rPr>
          <w:b w:val="0"/>
        </w:rPr>
        <w:lastRenderedPageBreak/>
        <w:t>SECTION 1  |  TOPIC 16  |  PRACTICE PAGE 1/5</w:t>
      </w:r>
    </w:p>
    <w:p w14:paraId="01987256" w14:textId="77777777" w:rsidR="00BE3968" w:rsidRDefault="00CA6E70">
      <w:pPr>
        <w:pStyle w:val="CMRPageTitle"/>
        <w:spacing w:after="60"/>
      </w:pPr>
      <w:r>
        <w:rPr>
          <w:b w:val="0"/>
        </w:rPr>
        <w:t>Recipes and fractions</w:t>
      </w:r>
    </w:p>
    <w:p w14:paraId="5066FDCC" w14:textId="77777777" w:rsidR="00BE3968" w:rsidRDefault="00CA6E70">
      <w:pPr>
        <w:pStyle w:val="CMRBodySmall"/>
        <w:spacing w:after="100"/>
      </w:pPr>
      <w:r>
        <w:t>Remember: Use fractions when cooking, preparing meals, and sharing supplies.</w:t>
      </w:r>
    </w:p>
    <w:tbl>
      <w:tblPr>
        <w:tblW w:w="0" w:type="auto"/>
        <w:tblLayout w:type="fixed"/>
        <w:tblLook w:val="04A0" w:firstRow="1" w:lastRow="0" w:firstColumn="1" w:lastColumn="0" w:noHBand="0" w:noVBand="1"/>
      </w:tblPr>
      <w:tblGrid>
        <w:gridCol w:w="10036"/>
      </w:tblGrid>
      <w:tr w:rsidR="00BE3968" w14:paraId="01271853" w14:textId="77777777">
        <w:tc>
          <w:tcPr>
            <w:tcW w:w="10036" w:type="dxa"/>
            <w:shd w:val="clear" w:color="auto" w:fill="F5F8F9"/>
            <w:tcMar>
              <w:top w:w="70" w:type="dxa"/>
              <w:left w:w="140" w:type="dxa"/>
              <w:bottom w:w="85" w:type="dxa"/>
              <w:right w:w="140" w:type="dxa"/>
            </w:tcMar>
          </w:tcPr>
          <w:p w14:paraId="1A234990" w14:textId="77777777" w:rsidR="00BE3968" w:rsidRDefault="00BE3968"/>
          <w:p w14:paraId="56C9DF12" w14:textId="77777777" w:rsidR="00BE3968" w:rsidRDefault="00CA6E70">
            <w:pPr>
              <w:pStyle w:val="CMRBodySmall"/>
            </w:pPr>
            <w:r>
              <w:rPr>
                <w:b/>
              </w:rPr>
              <w:t>PROBLEM S1-151</w:t>
            </w:r>
          </w:p>
          <w:p w14:paraId="197F9380" w14:textId="77777777" w:rsidR="00BE3968" w:rsidRDefault="00CA6E70">
            <w:pPr>
              <w:spacing w:after="140"/>
            </w:pPr>
            <w:r>
              <w:t>Maria helps a community kitchen make 16 sandwiches. Of these, 3/8 go into delivery bags. How many sandwiches go into the bags?</w:t>
            </w:r>
          </w:p>
          <w:p w14:paraId="4E4A66CC" w14:textId="77777777" w:rsidR="00BE3968" w:rsidRDefault="00CA6E70">
            <w:pPr>
              <w:pStyle w:val="CMRBodySmall"/>
              <w:spacing w:after="40"/>
            </w:pPr>
            <w:r>
              <w:rPr>
                <w:b/>
              </w:rPr>
              <w:t>STEP 1 — WHAT DO THEY WANT?</w:t>
            </w:r>
          </w:p>
          <w:p w14:paraId="17567D06" w14:textId="77777777" w:rsidR="00BE3968" w:rsidRDefault="00CA6E70">
            <w:pPr>
              <w:pStyle w:val="CMRBodySmall"/>
              <w:spacing w:after="20"/>
            </w:pPr>
            <w:r>
              <w:t>○ A. The number of items in the part described.</w:t>
            </w:r>
          </w:p>
          <w:p w14:paraId="6C070BA5" w14:textId="77777777" w:rsidR="00BE3968" w:rsidRDefault="00CA6E70">
            <w:pPr>
              <w:pStyle w:val="CMRBodySmall"/>
              <w:spacing w:after="80"/>
            </w:pPr>
            <w:r>
              <w:t>○ B. The whole number made.</w:t>
            </w:r>
          </w:p>
          <w:p w14:paraId="6556A92F" w14:textId="77777777" w:rsidR="00BE3968" w:rsidRDefault="00CA6E70">
            <w:pPr>
              <w:pStyle w:val="CMRBodySmall"/>
              <w:spacing w:after="40"/>
            </w:pPr>
            <w:r>
              <w:rPr>
                <w:b/>
              </w:rPr>
              <w:t>STEP 2 — WHAT DO I KNOW?</w:t>
            </w:r>
          </w:p>
          <w:p w14:paraId="48A54DCF" w14:textId="77777777" w:rsidR="00BE3968" w:rsidRDefault="00CA6E70">
            <w:pPr>
              <w:pStyle w:val="CMRBodySmall"/>
              <w:spacing w:after="40"/>
            </w:pPr>
            <w:r>
              <w:t>Whole amount: ____________________</w:t>
            </w:r>
          </w:p>
          <w:p w14:paraId="08A6E0F5" w14:textId="77777777" w:rsidR="00BE3968" w:rsidRDefault="00CA6E70">
            <w:pPr>
              <w:pStyle w:val="CMRBodySmall"/>
              <w:spacing w:after="40"/>
            </w:pPr>
            <w:r>
              <w:t>Fraction: ____________________</w:t>
            </w:r>
          </w:p>
          <w:p w14:paraId="0510D9EB" w14:textId="77777777" w:rsidR="00BE3968" w:rsidRDefault="00CA6E70">
            <w:pPr>
              <w:pStyle w:val="CMRBodySmall"/>
              <w:spacing w:after="40"/>
            </w:pPr>
            <w:r>
              <w:rPr>
                <w:b/>
              </w:rPr>
              <w:t>STEP 3 — HOW DO I FIND IT?</w:t>
            </w:r>
          </w:p>
          <w:p w14:paraId="7284C7B6" w14:textId="77777777" w:rsidR="00BE3968" w:rsidRDefault="00CA6E70">
            <w:pPr>
              <w:pStyle w:val="CMRBodySmall"/>
              <w:spacing w:after="20"/>
            </w:pPr>
            <w:r>
              <w:t>○ A. Add the top and bottom numbers to the whole.</w:t>
            </w:r>
          </w:p>
          <w:p w14:paraId="6AEE8BEC" w14:textId="77777777" w:rsidR="00BE3968" w:rsidRDefault="00CA6E70">
            <w:pPr>
              <w:pStyle w:val="CMRBodySmall"/>
            </w:pPr>
            <w:r>
              <w:t>○ B. Divide the whole by the bottom number, then multiply by the top number.</w:t>
            </w:r>
          </w:p>
          <w:p w14:paraId="5C7AD1D9" w14:textId="77777777" w:rsidR="00BE3968" w:rsidRDefault="00CA6E70">
            <w:pPr>
              <w:pStyle w:val="CMRBodySmall"/>
              <w:spacing w:after="120"/>
            </w:pPr>
            <w:r>
              <w:t>My math: ____________________________________________________________</w:t>
            </w:r>
          </w:p>
          <w:p w14:paraId="6ED14812" w14:textId="77777777" w:rsidR="00BE3968" w:rsidRDefault="00CA6E70">
            <w:pPr>
              <w:pStyle w:val="CMRBodySmall"/>
              <w:spacing w:after="120"/>
            </w:pPr>
            <w:r>
              <w:t>____________________________________________________________________</w:t>
            </w:r>
          </w:p>
          <w:p w14:paraId="6DC6DD5D" w14:textId="77777777" w:rsidR="00BE3968" w:rsidRDefault="00CA6E70">
            <w:pPr>
              <w:pStyle w:val="CMRBodySmall"/>
              <w:spacing w:after="100"/>
            </w:pPr>
            <w:r>
              <w:t>Answer and check: ___________________________________________________</w:t>
            </w:r>
          </w:p>
        </w:tc>
      </w:tr>
    </w:tbl>
    <w:p w14:paraId="53DCCC0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7DB191B" w14:textId="77777777">
        <w:tc>
          <w:tcPr>
            <w:tcW w:w="10036" w:type="dxa"/>
            <w:tcMar>
              <w:top w:w="70" w:type="dxa"/>
              <w:left w:w="140" w:type="dxa"/>
              <w:bottom w:w="85" w:type="dxa"/>
              <w:right w:w="140" w:type="dxa"/>
            </w:tcMar>
          </w:tcPr>
          <w:p w14:paraId="588C9C0F" w14:textId="77777777" w:rsidR="00BE3968" w:rsidRDefault="00BE3968"/>
          <w:p w14:paraId="254BDD7E" w14:textId="77777777" w:rsidR="00BE3968" w:rsidRDefault="00CA6E70">
            <w:pPr>
              <w:pStyle w:val="CMRBodySmall"/>
            </w:pPr>
            <w:r>
              <w:rPr>
                <w:b/>
              </w:rPr>
              <w:t>PROBLEM S1-152</w:t>
            </w:r>
          </w:p>
          <w:p w14:paraId="6A7CEFC8" w14:textId="77777777" w:rsidR="00BE3968" w:rsidRDefault="00CA6E70">
            <w:pPr>
              <w:spacing w:after="140"/>
            </w:pPr>
            <w:r>
              <w:t>A community kitchen bakes 32 muffins. Robert sets aside 1/8 of them for a shelter. How many muffins are set aside?</w:t>
            </w:r>
          </w:p>
          <w:p w14:paraId="5607B0A9" w14:textId="77777777" w:rsidR="00BE3968" w:rsidRDefault="00CA6E70">
            <w:pPr>
              <w:pStyle w:val="CMRBodySmall"/>
              <w:spacing w:after="40"/>
            </w:pPr>
            <w:r>
              <w:rPr>
                <w:b/>
              </w:rPr>
              <w:t>STEP 1 — WHAT DO THEY WANT?</w:t>
            </w:r>
          </w:p>
          <w:p w14:paraId="0011178B" w14:textId="77777777" w:rsidR="00BE3968" w:rsidRDefault="00CA6E70">
            <w:pPr>
              <w:pStyle w:val="CMRBodySmall"/>
              <w:spacing w:after="20"/>
            </w:pPr>
            <w:r>
              <w:t>○ A. How many are in that fraction of the total.</w:t>
            </w:r>
          </w:p>
          <w:p w14:paraId="2AC0E24D" w14:textId="77777777" w:rsidR="00BE3968" w:rsidRDefault="00CA6E70">
            <w:pPr>
              <w:pStyle w:val="CMRBodySmall"/>
              <w:spacing w:after="80"/>
            </w:pPr>
            <w:r>
              <w:t>○ B. How many are not in that part.</w:t>
            </w:r>
          </w:p>
          <w:p w14:paraId="44B65D4B" w14:textId="77777777" w:rsidR="00BE3968" w:rsidRDefault="00CA6E70">
            <w:pPr>
              <w:pStyle w:val="CMRBodySmall"/>
              <w:spacing w:after="40"/>
            </w:pPr>
            <w:r>
              <w:rPr>
                <w:b/>
              </w:rPr>
              <w:t>STEP 2 — WHAT DO I KNOW?</w:t>
            </w:r>
          </w:p>
          <w:p w14:paraId="2325EC00" w14:textId="77777777" w:rsidR="00BE3968" w:rsidRDefault="00CA6E70">
            <w:pPr>
              <w:pStyle w:val="CMRBodySmall"/>
              <w:spacing w:after="40"/>
            </w:pPr>
            <w:r>
              <w:t>Whole amount: ____________________</w:t>
            </w:r>
          </w:p>
          <w:p w14:paraId="00DB891B" w14:textId="77777777" w:rsidR="00BE3968" w:rsidRDefault="00CA6E70">
            <w:pPr>
              <w:pStyle w:val="CMRBodySmall"/>
              <w:spacing w:after="40"/>
            </w:pPr>
            <w:r>
              <w:t>Fraction: ____________________</w:t>
            </w:r>
          </w:p>
          <w:p w14:paraId="012780C4" w14:textId="77777777" w:rsidR="00BE3968" w:rsidRDefault="00CA6E70">
            <w:pPr>
              <w:pStyle w:val="CMRBodySmall"/>
              <w:spacing w:after="40"/>
            </w:pPr>
            <w:r>
              <w:rPr>
                <w:b/>
              </w:rPr>
              <w:t>STEP 3 — HOW DO I FIND IT?</w:t>
            </w:r>
          </w:p>
          <w:p w14:paraId="63839C45" w14:textId="77777777" w:rsidR="00BE3968" w:rsidRDefault="00CA6E70">
            <w:pPr>
              <w:pStyle w:val="CMRBodySmall"/>
              <w:spacing w:after="20"/>
            </w:pPr>
            <w:r>
              <w:t>○ A. Find one equal part (whole ÷ bottom number), then take as many parts as the top number.</w:t>
            </w:r>
          </w:p>
          <w:p w14:paraId="4B0EE9D4" w14:textId="77777777" w:rsidR="00BE3968" w:rsidRDefault="00CA6E70">
            <w:pPr>
              <w:pStyle w:val="CMRBodySmall"/>
            </w:pPr>
            <w:r>
              <w:t>○ B. Multiply the whole by the bottom number.</w:t>
            </w:r>
          </w:p>
          <w:p w14:paraId="162D44AF" w14:textId="77777777" w:rsidR="00BE3968" w:rsidRDefault="00CA6E70">
            <w:pPr>
              <w:pStyle w:val="CMRBodySmall"/>
              <w:spacing w:after="120"/>
            </w:pPr>
            <w:r>
              <w:t>My math: ____________________________________________________________</w:t>
            </w:r>
          </w:p>
          <w:p w14:paraId="61B098CE" w14:textId="77777777" w:rsidR="00BE3968" w:rsidRDefault="00CA6E70">
            <w:pPr>
              <w:pStyle w:val="CMRBodySmall"/>
              <w:spacing w:after="120"/>
            </w:pPr>
            <w:r>
              <w:t>____________________________________________________________________</w:t>
            </w:r>
          </w:p>
          <w:p w14:paraId="4EE30F9F" w14:textId="77777777" w:rsidR="00BE3968" w:rsidRDefault="00CA6E70">
            <w:pPr>
              <w:pStyle w:val="CMRBodySmall"/>
              <w:spacing w:after="100"/>
            </w:pPr>
            <w:r>
              <w:t>Answer and check: ___________________________________________________</w:t>
            </w:r>
          </w:p>
        </w:tc>
      </w:tr>
    </w:tbl>
    <w:p w14:paraId="2B5F128D" w14:textId="77777777" w:rsidR="00BE3968" w:rsidRDefault="00CA6E70">
      <w:r>
        <w:br w:type="page"/>
      </w:r>
    </w:p>
    <w:p w14:paraId="79577ADE" w14:textId="77777777" w:rsidR="00BE3968" w:rsidRDefault="00CA6E70">
      <w:pPr>
        <w:pStyle w:val="CMRSmallLabel"/>
        <w:spacing w:after="60"/>
      </w:pPr>
      <w:r>
        <w:rPr>
          <w:b w:val="0"/>
        </w:rPr>
        <w:lastRenderedPageBreak/>
        <w:t>SECTION 1  |  TOPIC 16  |  PRACTICE PAGE 2/5</w:t>
      </w:r>
    </w:p>
    <w:p w14:paraId="2C119A13" w14:textId="77777777" w:rsidR="00BE3968" w:rsidRDefault="00CA6E70">
      <w:pPr>
        <w:pStyle w:val="CMRPageTitle"/>
        <w:spacing w:after="60"/>
      </w:pPr>
      <w:r>
        <w:rPr>
          <w:b w:val="0"/>
        </w:rPr>
        <w:t>Recipes and fractions</w:t>
      </w:r>
    </w:p>
    <w:p w14:paraId="3A50957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4A040AC" w14:textId="77777777">
        <w:tc>
          <w:tcPr>
            <w:tcW w:w="10036" w:type="dxa"/>
            <w:shd w:val="clear" w:color="auto" w:fill="F5F8F9"/>
            <w:tcMar>
              <w:top w:w="70" w:type="dxa"/>
              <w:left w:w="140" w:type="dxa"/>
              <w:bottom w:w="85" w:type="dxa"/>
              <w:right w:w="140" w:type="dxa"/>
            </w:tcMar>
          </w:tcPr>
          <w:p w14:paraId="40827914" w14:textId="77777777" w:rsidR="00BE3968" w:rsidRDefault="00BE3968"/>
          <w:p w14:paraId="686BCA5B" w14:textId="77777777" w:rsidR="00BE3968" w:rsidRDefault="00CA6E70">
            <w:pPr>
              <w:pStyle w:val="CMRBodySmall"/>
            </w:pPr>
            <w:r>
              <w:rPr>
                <w:b/>
              </w:rPr>
              <w:t>PROBLEM S1-153</w:t>
            </w:r>
          </w:p>
          <w:p w14:paraId="0A3EF9F3" w14:textId="77777777" w:rsidR="00BE3968" w:rsidRDefault="00CA6E70">
            <w:pPr>
              <w:spacing w:after="140"/>
            </w:pPr>
            <w:r>
              <w:t>Denise brings 8 cookies to a meeting. Of the cookies, 1/2 are oatmeal. How many oatmeal cookies are there?</w:t>
            </w:r>
          </w:p>
          <w:p w14:paraId="2D07A08B" w14:textId="77777777" w:rsidR="00BE3968" w:rsidRDefault="00CA6E70">
            <w:pPr>
              <w:pStyle w:val="CMRBodySmall"/>
              <w:spacing w:after="40"/>
            </w:pPr>
            <w:r>
              <w:rPr>
                <w:b/>
              </w:rPr>
              <w:t>STEP 1 — WHAT DO THEY WANT?</w:t>
            </w:r>
          </w:p>
          <w:p w14:paraId="18A6AFFE" w14:textId="77777777" w:rsidR="00BE3968" w:rsidRDefault="00CA6E70">
            <w:pPr>
              <w:pStyle w:val="CMRBodySmall"/>
              <w:spacing w:after="20"/>
            </w:pPr>
            <w:r>
              <w:t>○ A. The fraction itself.</w:t>
            </w:r>
          </w:p>
          <w:p w14:paraId="4DBA5F4A" w14:textId="77777777" w:rsidR="00BE3968" w:rsidRDefault="00CA6E70">
            <w:pPr>
              <w:pStyle w:val="CMRBodySmall"/>
              <w:spacing w:after="80"/>
            </w:pPr>
            <w:r>
              <w:t>○ B. The size of the part, as a number of items.</w:t>
            </w:r>
          </w:p>
          <w:p w14:paraId="01E686AF" w14:textId="77777777" w:rsidR="00BE3968" w:rsidRDefault="00CA6E70">
            <w:pPr>
              <w:pStyle w:val="CMRBodySmall"/>
              <w:spacing w:after="40"/>
            </w:pPr>
            <w:r>
              <w:rPr>
                <w:b/>
              </w:rPr>
              <w:t>STEP 2 — WHAT DO I KNOW?</w:t>
            </w:r>
          </w:p>
          <w:p w14:paraId="03C9912A" w14:textId="77777777" w:rsidR="00BE3968" w:rsidRDefault="00CA6E70">
            <w:pPr>
              <w:pStyle w:val="CMRBodySmall"/>
              <w:spacing w:after="40"/>
            </w:pPr>
            <w:r>
              <w:t>Whole amount: ____________________</w:t>
            </w:r>
          </w:p>
          <w:p w14:paraId="66D2A477" w14:textId="77777777" w:rsidR="00BE3968" w:rsidRDefault="00CA6E70">
            <w:pPr>
              <w:pStyle w:val="CMRBodySmall"/>
              <w:spacing w:after="40"/>
            </w:pPr>
            <w:r>
              <w:t>Fraction: ____________________</w:t>
            </w:r>
          </w:p>
          <w:p w14:paraId="39FC6082" w14:textId="77777777" w:rsidR="00BE3968" w:rsidRDefault="00CA6E70">
            <w:pPr>
              <w:pStyle w:val="CMRBodySmall"/>
              <w:spacing w:after="40"/>
            </w:pPr>
            <w:r>
              <w:rPr>
                <w:b/>
              </w:rPr>
              <w:t>STEP 3 — HOW DO I FIND IT?</w:t>
            </w:r>
          </w:p>
          <w:p w14:paraId="220F2C60" w14:textId="77777777" w:rsidR="00BE3968" w:rsidRDefault="00CA6E70">
            <w:pPr>
              <w:pStyle w:val="CMRBodySmall"/>
              <w:spacing w:after="20"/>
            </w:pPr>
            <w:r>
              <w:t>○ A. Add the top and bottom numbers to the whole.</w:t>
            </w:r>
          </w:p>
          <w:p w14:paraId="3B262DDA" w14:textId="77777777" w:rsidR="00BE3968" w:rsidRDefault="00CA6E70">
            <w:pPr>
              <w:pStyle w:val="CMRBodySmall"/>
            </w:pPr>
            <w:r>
              <w:t>○ B. Divide the whole by the bottom number, then multiply by the top number.</w:t>
            </w:r>
          </w:p>
          <w:p w14:paraId="42B9C8E8" w14:textId="77777777" w:rsidR="00BE3968" w:rsidRDefault="00CA6E70">
            <w:pPr>
              <w:pStyle w:val="CMRBodySmall"/>
              <w:spacing w:after="120"/>
            </w:pPr>
            <w:r>
              <w:t>My math: ____________________________________________________________</w:t>
            </w:r>
          </w:p>
          <w:p w14:paraId="6C5D3569" w14:textId="77777777" w:rsidR="00BE3968" w:rsidRDefault="00CA6E70">
            <w:pPr>
              <w:pStyle w:val="CMRBodySmall"/>
              <w:spacing w:after="120"/>
            </w:pPr>
            <w:r>
              <w:t>____________________________________________________________________</w:t>
            </w:r>
          </w:p>
          <w:p w14:paraId="4ED6E1C6" w14:textId="77777777" w:rsidR="00BE3968" w:rsidRDefault="00CA6E70">
            <w:pPr>
              <w:pStyle w:val="CMRBodySmall"/>
              <w:spacing w:after="100"/>
            </w:pPr>
            <w:r>
              <w:t>Answer and check: ___________________________________________________</w:t>
            </w:r>
          </w:p>
        </w:tc>
      </w:tr>
    </w:tbl>
    <w:p w14:paraId="32DDD4D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D198C5D" w14:textId="77777777">
        <w:tc>
          <w:tcPr>
            <w:tcW w:w="10036" w:type="dxa"/>
            <w:tcMar>
              <w:top w:w="70" w:type="dxa"/>
              <w:left w:w="140" w:type="dxa"/>
              <w:bottom w:w="85" w:type="dxa"/>
              <w:right w:w="140" w:type="dxa"/>
            </w:tcMar>
          </w:tcPr>
          <w:p w14:paraId="033BD59D" w14:textId="77777777" w:rsidR="00BE3968" w:rsidRDefault="00BE3968"/>
          <w:p w14:paraId="297EABC6" w14:textId="77777777" w:rsidR="00BE3968" w:rsidRDefault="00CA6E70">
            <w:pPr>
              <w:pStyle w:val="CMRBodySmall"/>
            </w:pPr>
            <w:r>
              <w:rPr>
                <w:b/>
              </w:rPr>
              <w:t>PROBLEM S1-154</w:t>
            </w:r>
          </w:p>
          <w:p w14:paraId="7B908632" w14:textId="77777777" w:rsidR="00BE3968" w:rsidRDefault="00CA6E70">
            <w:pPr>
              <w:spacing w:after="140"/>
            </w:pPr>
            <w:r>
              <w:t>James helps a community kitchen make 24 sandwiches. Of these, 2/8 go into delivery bags. How many sandwiches go into the bags?</w:t>
            </w:r>
          </w:p>
          <w:p w14:paraId="72793701" w14:textId="77777777" w:rsidR="00BE3968" w:rsidRDefault="00CA6E70">
            <w:pPr>
              <w:pStyle w:val="CMRBodySmall"/>
              <w:spacing w:after="40"/>
            </w:pPr>
            <w:r>
              <w:rPr>
                <w:b/>
              </w:rPr>
              <w:t>STEP 1 — WHAT DO THEY WANT?</w:t>
            </w:r>
          </w:p>
          <w:p w14:paraId="2F401188" w14:textId="77777777" w:rsidR="00BE3968" w:rsidRDefault="00CA6E70">
            <w:pPr>
              <w:pStyle w:val="CMRBodySmall"/>
              <w:spacing w:after="20"/>
            </w:pPr>
            <w:r>
              <w:t>○ A. The number of items in the part described.</w:t>
            </w:r>
          </w:p>
          <w:p w14:paraId="47ED6519" w14:textId="77777777" w:rsidR="00BE3968" w:rsidRDefault="00CA6E70">
            <w:pPr>
              <w:pStyle w:val="CMRBodySmall"/>
              <w:spacing w:after="80"/>
            </w:pPr>
            <w:r>
              <w:t>○ B. The whole number made.</w:t>
            </w:r>
          </w:p>
          <w:p w14:paraId="794C4FFD" w14:textId="77777777" w:rsidR="00BE3968" w:rsidRDefault="00CA6E70">
            <w:pPr>
              <w:pStyle w:val="CMRBodySmall"/>
              <w:spacing w:after="40"/>
            </w:pPr>
            <w:r>
              <w:rPr>
                <w:b/>
              </w:rPr>
              <w:t>STEP 2 — WHAT DO I KNOW?</w:t>
            </w:r>
          </w:p>
          <w:p w14:paraId="7FA589ED" w14:textId="77777777" w:rsidR="00BE3968" w:rsidRDefault="00CA6E70">
            <w:pPr>
              <w:pStyle w:val="CMRBodySmall"/>
              <w:spacing w:after="40"/>
            </w:pPr>
            <w:r>
              <w:t>Whole amount: ____________________</w:t>
            </w:r>
          </w:p>
          <w:p w14:paraId="0CA95465" w14:textId="77777777" w:rsidR="00BE3968" w:rsidRDefault="00CA6E70">
            <w:pPr>
              <w:pStyle w:val="CMRBodySmall"/>
              <w:spacing w:after="40"/>
            </w:pPr>
            <w:r>
              <w:t>Fraction: ____________________</w:t>
            </w:r>
          </w:p>
          <w:p w14:paraId="57174D94" w14:textId="77777777" w:rsidR="00BE3968" w:rsidRDefault="00CA6E70">
            <w:pPr>
              <w:pStyle w:val="CMRBodySmall"/>
              <w:spacing w:after="40"/>
            </w:pPr>
            <w:r>
              <w:rPr>
                <w:b/>
              </w:rPr>
              <w:t>STEP 3 — HOW DO I FIND IT?</w:t>
            </w:r>
          </w:p>
          <w:p w14:paraId="34080B05" w14:textId="77777777" w:rsidR="00BE3968" w:rsidRDefault="00CA6E70">
            <w:pPr>
              <w:pStyle w:val="CMRBodySmall"/>
              <w:spacing w:after="20"/>
            </w:pPr>
            <w:r>
              <w:t>○ A. Multiply the whole by the bottom number.</w:t>
            </w:r>
          </w:p>
          <w:p w14:paraId="339B9A01" w14:textId="77777777" w:rsidR="00BE3968" w:rsidRDefault="00CA6E70">
            <w:pPr>
              <w:pStyle w:val="CMRBodySmall"/>
            </w:pPr>
            <w:r>
              <w:t>○ B. Find one equal part (whole ÷ bottom number), then take as many parts as the top number.</w:t>
            </w:r>
          </w:p>
          <w:p w14:paraId="736FF45F" w14:textId="77777777" w:rsidR="00BE3968" w:rsidRDefault="00CA6E70">
            <w:pPr>
              <w:pStyle w:val="CMRBodySmall"/>
              <w:spacing w:after="120"/>
            </w:pPr>
            <w:r>
              <w:t>My math: ____________________________________________________________</w:t>
            </w:r>
          </w:p>
          <w:p w14:paraId="28FEE2D0" w14:textId="77777777" w:rsidR="00BE3968" w:rsidRDefault="00CA6E70">
            <w:pPr>
              <w:pStyle w:val="CMRBodySmall"/>
              <w:spacing w:after="120"/>
            </w:pPr>
            <w:r>
              <w:t>____________________________________________________________________</w:t>
            </w:r>
          </w:p>
          <w:p w14:paraId="55501A9B" w14:textId="77777777" w:rsidR="00BE3968" w:rsidRDefault="00CA6E70">
            <w:pPr>
              <w:pStyle w:val="CMRBodySmall"/>
              <w:spacing w:after="100"/>
            </w:pPr>
            <w:r>
              <w:t>Answer and check: ___________________________________________________</w:t>
            </w:r>
          </w:p>
        </w:tc>
      </w:tr>
    </w:tbl>
    <w:p w14:paraId="582AC6BE" w14:textId="77777777" w:rsidR="00BE3968" w:rsidRDefault="00CA6E70">
      <w:r>
        <w:br w:type="page"/>
      </w:r>
    </w:p>
    <w:p w14:paraId="7C1743B5" w14:textId="77777777" w:rsidR="00BE3968" w:rsidRDefault="00CA6E70">
      <w:pPr>
        <w:pStyle w:val="CMRSmallLabel"/>
        <w:spacing w:after="60"/>
      </w:pPr>
      <w:r>
        <w:rPr>
          <w:b w:val="0"/>
        </w:rPr>
        <w:lastRenderedPageBreak/>
        <w:t>SECTION 1  |  TOPIC 16  |  PRACTICE PAGE 3/5</w:t>
      </w:r>
    </w:p>
    <w:p w14:paraId="238D6B0B" w14:textId="77777777" w:rsidR="00BE3968" w:rsidRDefault="00CA6E70">
      <w:pPr>
        <w:pStyle w:val="CMRPageTitle"/>
        <w:spacing w:after="60"/>
      </w:pPr>
      <w:r>
        <w:rPr>
          <w:b w:val="0"/>
        </w:rPr>
        <w:t>Recipes and fractions</w:t>
      </w:r>
    </w:p>
    <w:p w14:paraId="03505B3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D6B581F" w14:textId="77777777">
        <w:tc>
          <w:tcPr>
            <w:tcW w:w="10036" w:type="dxa"/>
            <w:shd w:val="clear" w:color="auto" w:fill="F5F8F9"/>
            <w:tcMar>
              <w:top w:w="70" w:type="dxa"/>
              <w:left w:w="140" w:type="dxa"/>
              <w:bottom w:w="85" w:type="dxa"/>
              <w:right w:w="140" w:type="dxa"/>
            </w:tcMar>
          </w:tcPr>
          <w:p w14:paraId="3CC90F9F" w14:textId="77777777" w:rsidR="00BE3968" w:rsidRDefault="00BE3968"/>
          <w:p w14:paraId="08692627" w14:textId="77777777" w:rsidR="00BE3968" w:rsidRDefault="00CA6E70">
            <w:pPr>
              <w:pStyle w:val="CMRBodySmall"/>
            </w:pPr>
            <w:r>
              <w:rPr>
                <w:b/>
              </w:rPr>
              <w:t>PROBLEM S1-155</w:t>
            </w:r>
          </w:p>
          <w:p w14:paraId="44E9530D" w14:textId="77777777" w:rsidR="00BE3968" w:rsidRDefault="00CA6E70">
            <w:pPr>
              <w:spacing w:after="140"/>
            </w:pPr>
            <w:r>
              <w:t>A community kitchen bakes 32 muffins. Felicia sets aside 1/2 of them for a shelter. How many muffins are set aside?</w:t>
            </w:r>
          </w:p>
          <w:p w14:paraId="4623EBFE" w14:textId="77777777" w:rsidR="00BE3968" w:rsidRDefault="00CA6E70">
            <w:pPr>
              <w:pStyle w:val="CMRBodySmall"/>
              <w:spacing w:after="40"/>
            </w:pPr>
            <w:r>
              <w:rPr>
                <w:b/>
              </w:rPr>
              <w:t>STEP 1 — WHAT DO THEY WANT?</w:t>
            </w:r>
          </w:p>
          <w:p w14:paraId="6B215A0B" w14:textId="77777777" w:rsidR="00BE3968" w:rsidRDefault="00CA6E70">
            <w:pPr>
              <w:pStyle w:val="CMRBodySmall"/>
              <w:spacing w:after="20"/>
            </w:pPr>
            <w:r>
              <w:t>○ A. How many are not in that part.</w:t>
            </w:r>
          </w:p>
          <w:p w14:paraId="798851FA" w14:textId="77777777" w:rsidR="00BE3968" w:rsidRDefault="00CA6E70">
            <w:pPr>
              <w:pStyle w:val="CMRBodySmall"/>
              <w:spacing w:after="80"/>
            </w:pPr>
            <w:r>
              <w:t>○ B. How many are in that fraction of the total.</w:t>
            </w:r>
          </w:p>
          <w:p w14:paraId="7DBDD8EE" w14:textId="77777777" w:rsidR="00BE3968" w:rsidRDefault="00CA6E70">
            <w:pPr>
              <w:pStyle w:val="CMRBodySmall"/>
              <w:spacing w:after="40"/>
            </w:pPr>
            <w:r>
              <w:rPr>
                <w:b/>
              </w:rPr>
              <w:t>STEP 2 — WHAT DO I KNOW?</w:t>
            </w:r>
          </w:p>
          <w:p w14:paraId="77381F10" w14:textId="77777777" w:rsidR="00BE3968" w:rsidRDefault="00CA6E70">
            <w:pPr>
              <w:pStyle w:val="CMRBodySmall"/>
              <w:spacing w:after="40"/>
            </w:pPr>
            <w:r>
              <w:t>Whole amount: ____________________</w:t>
            </w:r>
          </w:p>
          <w:p w14:paraId="3F0CABB6" w14:textId="77777777" w:rsidR="00BE3968" w:rsidRDefault="00CA6E70">
            <w:pPr>
              <w:pStyle w:val="CMRBodySmall"/>
              <w:spacing w:after="40"/>
            </w:pPr>
            <w:r>
              <w:t>Fraction: ____________________</w:t>
            </w:r>
          </w:p>
          <w:p w14:paraId="64244B8B" w14:textId="77777777" w:rsidR="00BE3968" w:rsidRDefault="00CA6E70">
            <w:pPr>
              <w:pStyle w:val="CMRBodySmall"/>
              <w:spacing w:after="40"/>
            </w:pPr>
            <w:r>
              <w:rPr>
                <w:b/>
              </w:rPr>
              <w:t>STEP 3 — HOW DO I FIND IT?</w:t>
            </w:r>
          </w:p>
          <w:p w14:paraId="5F72F8F3" w14:textId="77777777" w:rsidR="00BE3968" w:rsidRDefault="00CA6E70">
            <w:pPr>
              <w:pStyle w:val="CMRBodySmall"/>
              <w:spacing w:after="20"/>
            </w:pPr>
            <w:r>
              <w:t>○ A. Divide the whole by the bottom number, then multiply by the top number.</w:t>
            </w:r>
          </w:p>
          <w:p w14:paraId="58C559DE" w14:textId="77777777" w:rsidR="00BE3968" w:rsidRDefault="00CA6E70">
            <w:pPr>
              <w:pStyle w:val="CMRBodySmall"/>
            </w:pPr>
            <w:r>
              <w:t>○ B. Add the top and bottom numbers to the whole.</w:t>
            </w:r>
          </w:p>
          <w:p w14:paraId="26158074" w14:textId="77777777" w:rsidR="00BE3968" w:rsidRDefault="00CA6E70">
            <w:pPr>
              <w:pStyle w:val="CMRBodySmall"/>
              <w:spacing w:after="120"/>
            </w:pPr>
            <w:r>
              <w:t>My math: ____________________________________________________________</w:t>
            </w:r>
          </w:p>
          <w:p w14:paraId="21ED9DB6" w14:textId="77777777" w:rsidR="00BE3968" w:rsidRDefault="00CA6E70">
            <w:pPr>
              <w:pStyle w:val="CMRBodySmall"/>
              <w:spacing w:after="120"/>
            </w:pPr>
            <w:r>
              <w:t>____________________________________________________________________</w:t>
            </w:r>
          </w:p>
          <w:p w14:paraId="33C8121B" w14:textId="77777777" w:rsidR="00BE3968" w:rsidRDefault="00CA6E70">
            <w:pPr>
              <w:pStyle w:val="CMRBodySmall"/>
              <w:spacing w:after="100"/>
            </w:pPr>
            <w:r>
              <w:t>Answer and check: ___________________________________________________</w:t>
            </w:r>
          </w:p>
        </w:tc>
      </w:tr>
    </w:tbl>
    <w:p w14:paraId="3A206D9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B9EF074" w14:textId="77777777">
        <w:tc>
          <w:tcPr>
            <w:tcW w:w="10036" w:type="dxa"/>
            <w:tcMar>
              <w:top w:w="70" w:type="dxa"/>
              <w:left w:w="140" w:type="dxa"/>
              <w:bottom w:w="85" w:type="dxa"/>
              <w:right w:w="140" w:type="dxa"/>
            </w:tcMar>
          </w:tcPr>
          <w:p w14:paraId="0918E28C" w14:textId="77777777" w:rsidR="00BE3968" w:rsidRDefault="00BE3968"/>
          <w:p w14:paraId="1AB7BA2D" w14:textId="77777777" w:rsidR="00BE3968" w:rsidRDefault="00CA6E70">
            <w:pPr>
              <w:pStyle w:val="CMRBodySmall"/>
            </w:pPr>
            <w:r>
              <w:rPr>
                <w:b/>
              </w:rPr>
              <w:t>PROBLEM S1-156</w:t>
            </w:r>
          </w:p>
          <w:p w14:paraId="156E155C" w14:textId="77777777" w:rsidR="00BE3968" w:rsidRDefault="00CA6E70">
            <w:pPr>
              <w:spacing w:after="140"/>
            </w:pPr>
            <w:r>
              <w:t>Monica brings 24 cookies to a meeting. Of the cookies, 2/4 are oatmeal. How many oatmeal cookies are there?</w:t>
            </w:r>
          </w:p>
          <w:p w14:paraId="3B362910" w14:textId="77777777" w:rsidR="00BE3968" w:rsidRDefault="00CA6E70">
            <w:pPr>
              <w:pStyle w:val="CMRBodySmall"/>
              <w:spacing w:after="40"/>
            </w:pPr>
            <w:r>
              <w:rPr>
                <w:b/>
              </w:rPr>
              <w:t>STEP 1 — WHAT DO THEY WANT?</w:t>
            </w:r>
          </w:p>
          <w:p w14:paraId="27D21EF5" w14:textId="77777777" w:rsidR="00BE3968" w:rsidRDefault="00CA6E70">
            <w:pPr>
              <w:pStyle w:val="CMRBodySmall"/>
              <w:spacing w:after="20"/>
            </w:pPr>
            <w:r>
              <w:t>○ A. The size of the part, as a number of items.</w:t>
            </w:r>
          </w:p>
          <w:p w14:paraId="42FA762B" w14:textId="77777777" w:rsidR="00BE3968" w:rsidRDefault="00CA6E70">
            <w:pPr>
              <w:pStyle w:val="CMRBodySmall"/>
              <w:spacing w:after="80"/>
            </w:pPr>
            <w:r>
              <w:t>○ B. The fraction itself.</w:t>
            </w:r>
          </w:p>
          <w:p w14:paraId="1D942F4F" w14:textId="77777777" w:rsidR="00BE3968" w:rsidRDefault="00CA6E70">
            <w:pPr>
              <w:pStyle w:val="CMRBodySmall"/>
              <w:spacing w:after="40"/>
            </w:pPr>
            <w:r>
              <w:rPr>
                <w:b/>
              </w:rPr>
              <w:t>STEP 2 — WHAT DO I KNOW?</w:t>
            </w:r>
          </w:p>
          <w:p w14:paraId="58E79B73" w14:textId="77777777" w:rsidR="00BE3968" w:rsidRDefault="00CA6E70">
            <w:pPr>
              <w:pStyle w:val="CMRBodySmall"/>
              <w:spacing w:after="40"/>
            </w:pPr>
            <w:r>
              <w:t>Whole amount: ____________________</w:t>
            </w:r>
          </w:p>
          <w:p w14:paraId="48437BFE" w14:textId="77777777" w:rsidR="00BE3968" w:rsidRDefault="00CA6E70">
            <w:pPr>
              <w:pStyle w:val="CMRBodySmall"/>
              <w:spacing w:after="40"/>
            </w:pPr>
            <w:r>
              <w:t>Fraction: ____________________</w:t>
            </w:r>
          </w:p>
          <w:p w14:paraId="5FF8AAB8" w14:textId="77777777" w:rsidR="00BE3968" w:rsidRDefault="00CA6E70">
            <w:pPr>
              <w:pStyle w:val="CMRBodySmall"/>
              <w:spacing w:after="40"/>
            </w:pPr>
            <w:r>
              <w:rPr>
                <w:b/>
              </w:rPr>
              <w:t>STEP 3 — HOW DO I FIND IT?</w:t>
            </w:r>
          </w:p>
          <w:p w14:paraId="61BA40D0" w14:textId="77777777" w:rsidR="00BE3968" w:rsidRDefault="00CA6E70">
            <w:pPr>
              <w:pStyle w:val="CMRBodySmall"/>
              <w:spacing w:after="20"/>
            </w:pPr>
            <w:r>
              <w:t>○ A. Find one equal part (whole ÷ bottom number), then take as many parts as the top number.</w:t>
            </w:r>
          </w:p>
          <w:p w14:paraId="415561F3" w14:textId="77777777" w:rsidR="00BE3968" w:rsidRDefault="00CA6E70">
            <w:pPr>
              <w:pStyle w:val="CMRBodySmall"/>
            </w:pPr>
            <w:r>
              <w:t>○ B. Multiply the whole by the bottom number.</w:t>
            </w:r>
          </w:p>
          <w:p w14:paraId="039B80D2" w14:textId="77777777" w:rsidR="00BE3968" w:rsidRDefault="00CA6E70">
            <w:pPr>
              <w:pStyle w:val="CMRBodySmall"/>
              <w:spacing w:after="120"/>
            </w:pPr>
            <w:r>
              <w:t>My math: ____________________________________________________________</w:t>
            </w:r>
          </w:p>
          <w:p w14:paraId="7FA9AE16" w14:textId="77777777" w:rsidR="00BE3968" w:rsidRDefault="00CA6E70">
            <w:pPr>
              <w:pStyle w:val="CMRBodySmall"/>
              <w:spacing w:after="120"/>
            </w:pPr>
            <w:r>
              <w:t>____________________________________________________________________</w:t>
            </w:r>
          </w:p>
          <w:p w14:paraId="2B886BDE" w14:textId="77777777" w:rsidR="00BE3968" w:rsidRDefault="00CA6E70">
            <w:pPr>
              <w:pStyle w:val="CMRBodySmall"/>
              <w:spacing w:after="100"/>
            </w:pPr>
            <w:r>
              <w:t>Answer and check: ___________________________________________________</w:t>
            </w:r>
          </w:p>
        </w:tc>
      </w:tr>
    </w:tbl>
    <w:p w14:paraId="0B7B4C97" w14:textId="77777777" w:rsidR="00BE3968" w:rsidRDefault="00CA6E70">
      <w:r>
        <w:br w:type="page"/>
      </w:r>
    </w:p>
    <w:p w14:paraId="1435E40C" w14:textId="77777777" w:rsidR="00BE3968" w:rsidRDefault="00CA6E70">
      <w:pPr>
        <w:pStyle w:val="CMRSmallLabel"/>
        <w:spacing w:after="60"/>
      </w:pPr>
      <w:r>
        <w:rPr>
          <w:b w:val="0"/>
        </w:rPr>
        <w:lastRenderedPageBreak/>
        <w:t>SECTION 1  |  TOPIC 16  |  PRACTICE PAGE 4/5</w:t>
      </w:r>
    </w:p>
    <w:p w14:paraId="727A53C2" w14:textId="77777777" w:rsidR="00BE3968" w:rsidRDefault="00CA6E70">
      <w:pPr>
        <w:pStyle w:val="CMRPageTitle"/>
        <w:spacing w:after="60"/>
      </w:pPr>
      <w:r>
        <w:rPr>
          <w:b w:val="0"/>
        </w:rPr>
        <w:t>Recipes and fractions</w:t>
      </w:r>
    </w:p>
    <w:p w14:paraId="59EC2A8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B66CDCA" w14:textId="77777777">
        <w:tc>
          <w:tcPr>
            <w:tcW w:w="10036" w:type="dxa"/>
            <w:shd w:val="clear" w:color="auto" w:fill="F5F8F9"/>
            <w:tcMar>
              <w:top w:w="70" w:type="dxa"/>
              <w:left w:w="140" w:type="dxa"/>
              <w:bottom w:w="85" w:type="dxa"/>
              <w:right w:w="140" w:type="dxa"/>
            </w:tcMar>
          </w:tcPr>
          <w:p w14:paraId="5428F415" w14:textId="77777777" w:rsidR="00BE3968" w:rsidRDefault="00BE3968"/>
          <w:p w14:paraId="42289E73" w14:textId="77777777" w:rsidR="00BE3968" w:rsidRDefault="00CA6E70">
            <w:pPr>
              <w:pStyle w:val="CMRBodySmall"/>
            </w:pPr>
            <w:r>
              <w:rPr>
                <w:b/>
              </w:rPr>
              <w:t>PROBLEM S1-157</w:t>
            </w:r>
          </w:p>
          <w:p w14:paraId="2B536CEF" w14:textId="77777777" w:rsidR="00BE3968" w:rsidRDefault="00CA6E70">
            <w:pPr>
              <w:spacing w:after="140"/>
            </w:pPr>
            <w:r>
              <w:t>Rosa helps a community kitchen make 24 sandwiches. Of these, 3/8 go into delivery bags. How many sandwiches go into the bags?</w:t>
            </w:r>
          </w:p>
          <w:p w14:paraId="3A86C76B" w14:textId="77777777" w:rsidR="00BE3968" w:rsidRDefault="00CA6E70">
            <w:pPr>
              <w:pStyle w:val="CMRBodySmall"/>
              <w:spacing w:after="40"/>
            </w:pPr>
            <w:r>
              <w:rPr>
                <w:b/>
              </w:rPr>
              <w:t>STEP 1 — WHAT DO THEY WANT?</w:t>
            </w:r>
          </w:p>
          <w:p w14:paraId="5F9D2F5B" w14:textId="77777777" w:rsidR="00BE3968" w:rsidRDefault="00CA6E70">
            <w:pPr>
              <w:pStyle w:val="CMRBodySmall"/>
              <w:spacing w:after="20"/>
            </w:pPr>
            <w:r>
              <w:t>○ A. The whole number made.</w:t>
            </w:r>
          </w:p>
          <w:p w14:paraId="2C2EADF2" w14:textId="77777777" w:rsidR="00BE3968" w:rsidRDefault="00CA6E70">
            <w:pPr>
              <w:pStyle w:val="CMRBodySmall"/>
              <w:spacing w:after="80"/>
            </w:pPr>
            <w:r>
              <w:t>○ B. The number of items in the part described.</w:t>
            </w:r>
          </w:p>
          <w:p w14:paraId="15D3E85F" w14:textId="77777777" w:rsidR="00BE3968" w:rsidRDefault="00CA6E70">
            <w:pPr>
              <w:pStyle w:val="CMRBodySmall"/>
              <w:spacing w:after="40"/>
            </w:pPr>
            <w:r>
              <w:rPr>
                <w:b/>
              </w:rPr>
              <w:t>STEP 2 — WHAT DO I KNOW?</w:t>
            </w:r>
          </w:p>
          <w:p w14:paraId="7D86349D" w14:textId="77777777" w:rsidR="00BE3968" w:rsidRDefault="00CA6E70">
            <w:pPr>
              <w:pStyle w:val="CMRBodySmall"/>
              <w:spacing w:after="40"/>
            </w:pPr>
            <w:r>
              <w:t>Whole amount: ____________________</w:t>
            </w:r>
          </w:p>
          <w:p w14:paraId="209D5C67" w14:textId="77777777" w:rsidR="00BE3968" w:rsidRDefault="00CA6E70">
            <w:pPr>
              <w:pStyle w:val="CMRBodySmall"/>
              <w:spacing w:after="40"/>
            </w:pPr>
            <w:r>
              <w:t>Fraction: ____________________</w:t>
            </w:r>
          </w:p>
          <w:p w14:paraId="4FEEAE83" w14:textId="77777777" w:rsidR="00BE3968" w:rsidRDefault="00CA6E70">
            <w:pPr>
              <w:pStyle w:val="CMRBodySmall"/>
              <w:spacing w:after="40"/>
            </w:pPr>
            <w:r>
              <w:rPr>
                <w:b/>
              </w:rPr>
              <w:t>STEP 3 — HOW DO I FIND IT?</w:t>
            </w:r>
          </w:p>
          <w:p w14:paraId="12A9C24A" w14:textId="77777777" w:rsidR="00BE3968" w:rsidRDefault="00CA6E70">
            <w:pPr>
              <w:pStyle w:val="CMRBodySmall"/>
              <w:spacing w:after="20"/>
            </w:pPr>
            <w:r>
              <w:t>○ A. Add the top and bottom numbers to the whole.</w:t>
            </w:r>
          </w:p>
          <w:p w14:paraId="158F5D8A" w14:textId="77777777" w:rsidR="00BE3968" w:rsidRDefault="00CA6E70">
            <w:pPr>
              <w:pStyle w:val="CMRBodySmall"/>
            </w:pPr>
            <w:r>
              <w:t>○ B. Divide the whole by the bottom number, then multiply by the top number.</w:t>
            </w:r>
          </w:p>
          <w:p w14:paraId="380423A4" w14:textId="77777777" w:rsidR="00BE3968" w:rsidRDefault="00CA6E70">
            <w:pPr>
              <w:pStyle w:val="CMRBodySmall"/>
              <w:spacing w:after="120"/>
            </w:pPr>
            <w:r>
              <w:t>My math: ____________________________________________________________</w:t>
            </w:r>
          </w:p>
          <w:p w14:paraId="11D82060" w14:textId="77777777" w:rsidR="00BE3968" w:rsidRDefault="00CA6E70">
            <w:pPr>
              <w:pStyle w:val="CMRBodySmall"/>
              <w:spacing w:after="120"/>
            </w:pPr>
            <w:r>
              <w:t>____________________________________________________________________</w:t>
            </w:r>
          </w:p>
          <w:p w14:paraId="2B5EB587" w14:textId="77777777" w:rsidR="00BE3968" w:rsidRDefault="00CA6E70">
            <w:pPr>
              <w:pStyle w:val="CMRBodySmall"/>
              <w:spacing w:after="100"/>
            </w:pPr>
            <w:r>
              <w:t>Answer and check: ___________________________________________________</w:t>
            </w:r>
          </w:p>
        </w:tc>
      </w:tr>
    </w:tbl>
    <w:p w14:paraId="61F19EB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615A6E1" w14:textId="77777777">
        <w:tc>
          <w:tcPr>
            <w:tcW w:w="10036" w:type="dxa"/>
            <w:tcMar>
              <w:top w:w="70" w:type="dxa"/>
              <w:left w:w="140" w:type="dxa"/>
              <w:bottom w:w="85" w:type="dxa"/>
              <w:right w:w="140" w:type="dxa"/>
            </w:tcMar>
          </w:tcPr>
          <w:p w14:paraId="0D63A948" w14:textId="77777777" w:rsidR="00BE3968" w:rsidRDefault="00BE3968"/>
          <w:p w14:paraId="4361E2DB" w14:textId="77777777" w:rsidR="00BE3968" w:rsidRDefault="00CA6E70">
            <w:pPr>
              <w:pStyle w:val="CMRBodySmall"/>
            </w:pPr>
            <w:r>
              <w:rPr>
                <w:b/>
              </w:rPr>
              <w:t>PROBLEM S1-158</w:t>
            </w:r>
          </w:p>
          <w:p w14:paraId="1D48D223" w14:textId="77777777" w:rsidR="00BE3968" w:rsidRDefault="00CA6E70">
            <w:pPr>
              <w:spacing w:after="140"/>
            </w:pPr>
            <w:r>
              <w:t>A community kitchen bakes 16 muffins. Jasmine sets aside 1/2 of them for a shelter. How many muffins are set aside?</w:t>
            </w:r>
          </w:p>
          <w:p w14:paraId="0DB255BF" w14:textId="77777777" w:rsidR="00BE3968" w:rsidRDefault="00CA6E70">
            <w:pPr>
              <w:pStyle w:val="CMRBodySmall"/>
              <w:spacing w:after="40"/>
            </w:pPr>
            <w:r>
              <w:rPr>
                <w:b/>
              </w:rPr>
              <w:t>STEP 1 — WHAT DO THEY WANT?</w:t>
            </w:r>
          </w:p>
          <w:p w14:paraId="0D902960" w14:textId="77777777" w:rsidR="00BE3968" w:rsidRDefault="00CA6E70">
            <w:pPr>
              <w:pStyle w:val="CMRBodySmall"/>
              <w:spacing w:after="20"/>
            </w:pPr>
            <w:r>
              <w:t>○ A. How many are not in that part.</w:t>
            </w:r>
          </w:p>
          <w:p w14:paraId="6E90090F" w14:textId="77777777" w:rsidR="00BE3968" w:rsidRDefault="00CA6E70">
            <w:pPr>
              <w:pStyle w:val="CMRBodySmall"/>
              <w:spacing w:after="80"/>
            </w:pPr>
            <w:r>
              <w:t>○ B. How many are in that fraction of the total.</w:t>
            </w:r>
          </w:p>
          <w:p w14:paraId="26B885B4" w14:textId="77777777" w:rsidR="00BE3968" w:rsidRDefault="00CA6E70">
            <w:pPr>
              <w:pStyle w:val="CMRBodySmall"/>
              <w:spacing w:after="40"/>
            </w:pPr>
            <w:r>
              <w:rPr>
                <w:b/>
              </w:rPr>
              <w:t>STEP 2 — WHAT DO I KNOW?</w:t>
            </w:r>
          </w:p>
          <w:p w14:paraId="0FEE0A9C" w14:textId="77777777" w:rsidR="00BE3968" w:rsidRDefault="00CA6E70">
            <w:pPr>
              <w:pStyle w:val="CMRBodySmall"/>
              <w:spacing w:after="40"/>
            </w:pPr>
            <w:r>
              <w:t>Whole amount: ____________________</w:t>
            </w:r>
          </w:p>
          <w:p w14:paraId="3A19A956" w14:textId="77777777" w:rsidR="00BE3968" w:rsidRDefault="00CA6E70">
            <w:pPr>
              <w:pStyle w:val="CMRBodySmall"/>
              <w:spacing w:after="40"/>
            </w:pPr>
            <w:r>
              <w:t>Fraction: ____________________</w:t>
            </w:r>
          </w:p>
          <w:p w14:paraId="05821798" w14:textId="77777777" w:rsidR="00BE3968" w:rsidRDefault="00CA6E70">
            <w:pPr>
              <w:pStyle w:val="CMRBodySmall"/>
              <w:spacing w:after="40"/>
            </w:pPr>
            <w:r>
              <w:rPr>
                <w:b/>
              </w:rPr>
              <w:t>STEP 3 — HOW DO I FIND IT?</w:t>
            </w:r>
          </w:p>
          <w:p w14:paraId="6ACFE367" w14:textId="77777777" w:rsidR="00BE3968" w:rsidRDefault="00CA6E70">
            <w:pPr>
              <w:pStyle w:val="CMRBodySmall"/>
              <w:spacing w:after="20"/>
            </w:pPr>
            <w:r>
              <w:t>○ A. Find one equal part (whole ÷ bottom number), then take as many parts as the top number.</w:t>
            </w:r>
          </w:p>
          <w:p w14:paraId="4453E7AB" w14:textId="77777777" w:rsidR="00BE3968" w:rsidRDefault="00CA6E70">
            <w:pPr>
              <w:pStyle w:val="CMRBodySmall"/>
            </w:pPr>
            <w:r>
              <w:t>○ B. Multiply the whole by the bottom number.</w:t>
            </w:r>
          </w:p>
          <w:p w14:paraId="61EB71B2" w14:textId="77777777" w:rsidR="00BE3968" w:rsidRDefault="00CA6E70">
            <w:pPr>
              <w:pStyle w:val="CMRBodySmall"/>
              <w:spacing w:after="120"/>
            </w:pPr>
            <w:r>
              <w:t>My math: ____________________________________________________________</w:t>
            </w:r>
          </w:p>
          <w:p w14:paraId="2075AD0E" w14:textId="77777777" w:rsidR="00BE3968" w:rsidRDefault="00CA6E70">
            <w:pPr>
              <w:pStyle w:val="CMRBodySmall"/>
              <w:spacing w:after="120"/>
            </w:pPr>
            <w:r>
              <w:t>____________________________________________________________________</w:t>
            </w:r>
          </w:p>
          <w:p w14:paraId="5D7CC16F" w14:textId="77777777" w:rsidR="00BE3968" w:rsidRDefault="00CA6E70">
            <w:pPr>
              <w:pStyle w:val="CMRBodySmall"/>
              <w:spacing w:after="100"/>
            </w:pPr>
            <w:r>
              <w:t>Answer and check: ___________________________________________________</w:t>
            </w:r>
          </w:p>
        </w:tc>
      </w:tr>
    </w:tbl>
    <w:p w14:paraId="57AFBA43" w14:textId="77777777" w:rsidR="00BE3968" w:rsidRDefault="00CA6E70">
      <w:r>
        <w:br w:type="page"/>
      </w:r>
    </w:p>
    <w:p w14:paraId="0B8982D8" w14:textId="77777777" w:rsidR="00BE3968" w:rsidRDefault="00CA6E70">
      <w:pPr>
        <w:pStyle w:val="CMRSmallLabel"/>
        <w:spacing w:after="60"/>
      </w:pPr>
      <w:r>
        <w:rPr>
          <w:b w:val="0"/>
        </w:rPr>
        <w:lastRenderedPageBreak/>
        <w:t>SECTION 1  |  TOPIC 16  |  PRACTICE PAGE 5/5</w:t>
      </w:r>
    </w:p>
    <w:p w14:paraId="356D5E87" w14:textId="77777777" w:rsidR="00BE3968" w:rsidRDefault="00CA6E70">
      <w:pPr>
        <w:pStyle w:val="CMRPageTitle"/>
        <w:spacing w:after="60"/>
      </w:pPr>
      <w:r>
        <w:rPr>
          <w:b w:val="0"/>
        </w:rPr>
        <w:t>Recipes and fractions</w:t>
      </w:r>
    </w:p>
    <w:p w14:paraId="3FD0348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AF5747E" w14:textId="77777777">
        <w:tc>
          <w:tcPr>
            <w:tcW w:w="10036" w:type="dxa"/>
            <w:shd w:val="clear" w:color="auto" w:fill="F5F8F9"/>
            <w:tcMar>
              <w:top w:w="70" w:type="dxa"/>
              <w:left w:w="140" w:type="dxa"/>
              <w:bottom w:w="85" w:type="dxa"/>
              <w:right w:w="140" w:type="dxa"/>
            </w:tcMar>
          </w:tcPr>
          <w:p w14:paraId="317B6CC4" w14:textId="77777777" w:rsidR="00BE3968" w:rsidRDefault="00BE3968"/>
          <w:p w14:paraId="6708799C" w14:textId="77777777" w:rsidR="00BE3968" w:rsidRDefault="00CA6E70">
            <w:pPr>
              <w:pStyle w:val="CMRBodySmall"/>
            </w:pPr>
            <w:r>
              <w:rPr>
                <w:b/>
              </w:rPr>
              <w:t>PROBLEM S1-159</w:t>
            </w:r>
          </w:p>
          <w:p w14:paraId="4B2E50C7" w14:textId="77777777" w:rsidR="00BE3968" w:rsidRDefault="00CA6E70">
            <w:pPr>
              <w:spacing w:after="140"/>
            </w:pPr>
            <w:r>
              <w:t>Anthony brings 24 cookies to a meeting. Of the cookies, 1/2 are oatmeal. How many oatmeal cookies are there?</w:t>
            </w:r>
          </w:p>
          <w:p w14:paraId="4ADDCCD7" w14:textId="77777777" w:rsidR="00BE3968" w:rsidRDefault="00CA6E70">
            <w:pPr>
              <w:pStyle w:val="CMRBodySmall"/>
              <w:spacing w:after="40"/>
            </w:pPr>
            <w:r>
              <w:rPr>
                <w:b/>
              </w:rPr>
              <w:t>STEP 1 — WHAT DO THEY WANT?</w:t>
            </w:r>
          </w:p>
          <w:p w14:paraId="3A08392F" w14:textId="77777777" w:rsidR="00BE3968" w:rsidRDefault="00CA6E70">
            <w:pPr>
              <w:pStyle w:val="CMRBodySmall"/>
              <w:spacing w:after="20"/>
            </w:pPr>
            <w:r>
              <w:t>○ A. The size of the part, as a number of items.</w:t>
            </w:r>
          </w:p>
          <w:p w14:paraId="68869B2F" w14:textId="77777777" w:rsidR="00BE3968" w:rsidRDefault="00CA6E70">
            <w:pPr>
              <w:pStyle w:val="CMRBodySmall"/>
              <w:spacing w:after="80"/>
            </w:pPr>
            <w:r>
              <w:t>○ B. The fraction itself.</w:t>
            </w:r>
          </w:p>
          <w:p w14:paraId="0EFC557C" w14:textId="77777777" w:rsidR="00BE3968" w:rsidRDefault="00CA6E70">
            <w:pPr>
              <w:pStyle w:val="CMRBodySmall"/>
              <w:spacing w:after="40"/>
            </w:pPr>
            <w:r>
              <w:rPr>
                <w:b/>
              </w:rPr>
              <w:t>STEP 2 — WHAT DO I KNOW?</w:t>
            </w:r>
          </w:p>
          <w:p w14:paraId="01682FBF" w14:textId="77777777" w:rsidR="00BE3968" w:rsidRDefault="00CA6E70">
            <w:pPr>
              <w:pStyle w:val="CMRBodySmall"/>
              <w:spacing w:after="40"/>
            </w:pPr>
            <w:r>
              <w:t>Whole amount: ____________________</w:t>
            </w:r>
          </w:p>
          <w:p w14:paraId="14FC609F" w14:textId="77777777" w:rsidR="00BE3968" w:rsidRDefault="00CA6E70">
            <w:pPr>
              <w:pStyle w:val="CMRBodySmall"/>
              <w:spacing w:after="40"/>
            </w:pPr>
            <w:r>
              <w:t>Fraction: ____________________</w:t>
            </w:r>
          </w:p>
          <w:p w14:paraId="31136A03" w14:textId="77777777" w:rsidR="00BE3968" w:rsidRDefault="00CA6E70">
            <w:pPr>
              <w:pStyle w:val="CMRBodySmall"/>
              <w:spacing w:after="40"/>
            </w:pPr>
            <w:r>
              <w:rPr>
                <w:b/>
              </w:rPr>
              <w:t>STEP 3 — HOW DO I FIND IT?</w:t>
            </w:r>
          </w:p>
          <w:p w14:paraId="50D6C78C" w14:textId="77777777" w:rsidR="00BE3968" w:rsidRDefault="00CA6E70">
            <w:pPr>
              <w:pStyle w:val="CMRBodySmall"/>
              <w:spacing w:after="20"/>
            </w:pPr>
            <w:r>
              <w:t>○ A. Divide the whole by the bottom number, then multiply by the top number.</w:t>
            </w:r>
          </w:p>
          <w:p w14:paraId="5AB22EDF" w14:textId="77777777" w:rsidR="00BE3968" w:rsidRDefault="00CA6E70">
            <w:pPr>
              <w:pStyle w:val="CMRBodySmall"/>
            </w:pPr>
            <w:r>
              <w:t>○ B. Add the top and bottom numbers to the whole.</w:t>
            </w:r>
          </w:p>
          <w:p w14:paraId="00BCFD7A" w14:textId="77777777" w:rsidR="00BE3968" w:rsidRDefault="00CA6E70">
            <w:pPr>
              <w:pStyle w:val="CMRBodySmall"/>
              <w:spacing w:after="120"/>
            </w:pPr>
            <w:r>
              <w:t>My math: ____________________________________________________________</w:t>
            </w:r>
          </w:p>
          <w:p w14:paraId="6D54EA57" w14:textId="77777777" w:rsidR="00BE3968" w:rsidRDefault="00CA6E70">
            <w:pPr>
              <w:pStyle w:val="CMRBodySmall"/>
              <w:spacing w:after="120"/>
            </w:pPr>
            <w:r>
              <w:t>____________________________________________________________________</w:t>
            </w:r>
          </w:p>
          <w:p w14:paraId="6DAEEE36" w14:textId="77777777" w:rsidR="00BE3968" w:rsidRDefault="00CA6E70">
            <w:pPr>
              <w:pStyle w:val="CMRBodySmall"/>
              <w:spacing w:after="100"/>
            </w:pPr>
            <w:r>
              <w:t>Answer and check: ___________________________________________________</w:t>
            </w:r>
          </w:p>
        </w:tc>
      </w:tr>
    </w:tbl>
    <w:p w14:paraId="6582EEB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AD22F21" w14:textId="77777777">
        <w:tc>
          <w:tcPr>
            <w:tcW w:w="10036" w:type="dxa"/>
            <w:tcMar>
              <w:top w:w="70" w:type="dxa"/>
              <w:left w:w="140" w:type="dxa"/>
              <w:bottom w:w="85" w:type="dxa"/>
              <w:right w:w="140" w:type="dxa"/>
            </w:tcMar>
          </w:tcPr>
          <w:p w14:paraId="6B0E01A8" w14:textId="77777777" w:rsidR="00BE3968" w:rsidRDefault="00BE3968"/>
          <w:p w14:paraId="136275EE" w14:textId="77777777" w:rsidR="00BE3968" w:rsidRDefault="00CA6E70">
            <w:pPr>
              <w:pStyle w:val="CMRBodySmall"/>
            </w:pPr>
            <w:r>
              <w:rPr>
                <w:b/>
              </w:rPr>
              <w:t>PROBLEM S1-160</w:t>
            </w:r>
          </w:p>
          <w:p w14:paraId="4352F484" w14:textId="77777777" w:rsidR="00BE3968" w:rsidRDefault="00CA6E70">
            <w:pPr>
              <w:spacing w:after="140"/>
            </w:pPr>
            <w:r>
              <w:t>Joseph helps a community kitchen make 40 sandwiches. Of these, 3/4 go into delivery bags. How many sandwiches go into the bags?</w:t>
            </w:r>
          </w:p>
          <w:p w14:paraId="607B499D" w14:textId="77777777" w:rsidR="00BE3968" w:rsidRDefault="00CA6E70">
            <w:pPr>
              <w:pStyle w:val="CMRBodySmall"/>
              <w:spacing w:after="40"/>
            </w:pPr>
            <w:r>
              <w:rPr>
                <w:b/>
              </w:rPr>
              <w:t>STEP 1 — WHAT DO THEY WANT?</w:t>
            </w:r>
          </w:p>
          <w:p w14:paraId="74C3E7D2" w14:textId="77777777" w:rsidR="00BE3968" w:rsidRDefault="00CA6E70">
            <w:pPr>
              <w:pStyle w:val="CMRBodySmall"/>
              <w:spacing w:after="20"/>
            </w:pPr>
            <w:r>
              <w:t>○ A. The whole number made.</w:t>
            </w:r>
          </w:p>
          <w:p w14:paraId="1AA150B0" w14:textId="77777777" w:rsidR="00BE3968" w:rsidRDefault="00CA6E70">
            <w:pPr>
              <w:pStyle w:val="CMRBodySmall"/>
              <w:spacing w:after="80"/>
            </w:pPr>
            <w:r>
              <w:t>○ B. The number of items in the part described.</w:t>
            </w:r>
          </w:p>
          <w:p w14:paraId="39A12AE8" w14:textId="77777777" w:rsidR="00BE3968" w:rsidRDefault="00CA6E70">
            <w:pPr>
              <w:pStyle w:val="CMRBodySmall"/>
              <w:spacing w:after="40"/>
            </w:pPr>
            <w:r>
              <w:rPr>
                <w:b/>
              </w:rPr>
              <w:t>STEP 2 — WHAT DO I KNOW?</w:t>
            </w:r>
          </w:p>
          <w:p w14:paraId="76F7DE3E" w14:textId="77777777" w:rsidR="00BE3968" w:rsidRDefault="00CA6E70">
            <w:pPr>
              <w:pStyle w:val="CMRBodySmall"/>
              <w:spacing w:after="40"/>
            </w:pPr>
            <w:r>
              <w:t>Whole amount: ____________________</w:t>
            </w:r>
          </w:p>
          <w:p w14:paraId="1E15FA2B" w14:textId="77777777" w:rsidR="00BE3968" w:rsidRDefault="00CA6E70">
            <w:pPr>
              <w:pStyle w:val="CMRBodySmall"/>
              <w:spacing w:after="40"/>
            </w:pPr>
            <w:r>
              <w:t>Fraction: ____________________</w:t>
            </w:r>
          </w:p>
          <w:p w14:paraId="4C2B1106" w14:textId="77777777" w:rsidR="00BE3968" w:rsidRDefault="00CA6E70">
            <w:pPr>
              <w:pStyle w:val="CMRBodySmall"/>
              <w:spacing w:after="40"/>
            </w:pPr>
            <w:r>
              <w:rPr>
                <w:b/>
              </w:rPr>
              <w:t>STEP 3 — HOW DO I FIND IT?</w:t>
            </w:r>
          </w:p>
          <w:p w14:paraId="2B38DF02" w14:textId="77777777" w:rsidR="00BE3968" w:rsidRDefault="00CA6E70">
            <w:pPr>
              <w:pStyle w:val="CMRBodySmall"/>
              <w:spacing w:after="20"/>
            </w:pPr>
            <w:r>
              <w:t>○ A. Multiply the whole by the bottom number.</w:t>
            </w:r>
          </w:p>
          <w:p w14:paraId="3FD022AC" w14:textId="77777777" w:rsidR="00BE3968" w:rsidRDefault="00CA6E70">
            <w:pPr>
              <w:pStyle w:val="CMRBodySmall"/>
            </w:pPr>
            <w:r>
              <w:t>○ B. Find one equal part (whole ÷ bottom number), then take as many parts as the top number.</w:t>
            </w:r>
          </w:p>
          <w:p w14:paraId="2ECEFD3F" w14:textId="77777777" w:rsidR="00BE3968" w:rsidRDefault="00CA6E70">
            <w:pPr>
              <w:pStyle w:val="CMRBodySmall"/>
              <w:spacing w:after="120"/>
            </w:pPr>
            <w:r>
              <w:t>My math: ____________________________________________________________</w:t>
            </w:r>
          </w:p>
          <w:p w14:paraId="55D62EC8" w14:textId="77777777" w:rsidR="00BE3968" w:rsidRDefault="00CA6E70">
            <w:pPr>
              <w:pStyle w:val="CMRBodySmall"/>
              <w:spacing w:after="120"/>
            </w:pPr>
            <w:r>
              <w:t>____________________________________________________________________</w:t>
            </w:r>
          </w:p>
          <w:p w14:paraId="14CD80C8" w14:textId="77777777" w:rsidR="00BE3968" w:rsidRDefault="00CA6E70">
            <w:pPr>
              <w:pStyle w:val="CMRBodySmall"/>
              <w:spacing w:after="100"/>
            </w:pPr>
            <w:r>
              <w:t>Answer and check: ___________________________________________________</w:t>
            </w:r>
          </w:p>
        </w:tc>
      </w:tr>
    </w:tbl>
    <w:p w14:paraId="5C66E0D9" w14:textId="77777777" w:rsidR="00BE3968" w:rsidRDefault="00CA6E70">
      <w:r>
        <w:br w:type="page"/>
      </w:r>
    </w:p>
    <w:p w14:paraId="71CCD931" w14:textId="77777777" w:rsidR="00BE3968" w:rsidRDefault="00CA6E70">
      <w:pPr>
        <w:pStyle w:val="CMRSmallLabel"/>
        <w:spacing w:after="60"/>
      </w:pPr>
      <w:r>
        <w:rPr>
          <w:b w:val="0"/>
        </w:rPr>
        <w:lastRenderedPageBreak/>
        <w:t>SECTION 1  |  TOPIC 17  |  PRACTICE PAGE 1/5</w:t>
      </w:r>
    </w:p>
    <w:p w14:paraId="5AB53060" w14:textId="77777777" w:rsidR="00BE3968" w:rsidRDefault="00CA6E70">
      <w:pPr>
        <w:pStyle w:val="CMRPageTitle"/>
        <w:spacing w:after="60"/>
      </w:pPr>
      <w:r>
        <w:rPr>
          <w:b w:val="0"/>
        </w:rPr>
        <w:t>Everyday measurements</w:t>
      </w:r>
    </w:p>
    <w:p w14:paraId="740DAB36" w14:textId="77777777" w:rsidR="00BE3968" w:rsidRDefault="00CA6E70">
      <w:pPr>
        <w:pStyle w:val="CMRBodySmall"/>
        <w:spacing w:after="100"/>
      </w:pPr>
      <w:r>
        <w:t>Remember: Use customary measurement conversions for ordinary tasks.</w:t>
      </w:r>
    </w:p>
    <w:tbl>
      <w:tblPr>
        <w:tblW w:w="0" w:type="auto"/>
        <w:tblLayout w:type="fixed"/>
        <w:tblLook w:val="04A0" w:firstRow="1" w:lastRow="0" w:firstColumn="1" w:lastColumn="0" w:noHBand="0" w:noVBand="1"/>
      </w:tblPr>
      <w:tblGrid>
        <w:gridCol w:w="10036"/>
      </w:tblGrid>
      <w:tr w:rsidR="00BE3968" w14:paraId="03E9FDB1" w14:textId="77777777">
        <w:tc>
          <w:tcPr>
            <w:tcW w:w="10036" w:type="dxa"/>
            <w:shd w:val="clear" w:color="auto" w:fill="F5F8F9"/>
            <w:tcMar>
              <w:top w:w="70" w:type="dxa"/>
              <w:left w:w="140" w:type="dxa"/>
              <w:bottom w:w="85" w:type="dxa"/>
              <w:right w:w="140" w:type="dxa"/>
            </w:tcMar>
          </w:tcPr>
          <w:p w14:paraId="4B6E3CBD" w14:textId="77777777" w:rsidR="00BE3968" w:rsidRDefault="00BE3968"/>
          <w:p w14:paraId="5F1CFDE4" w14:textId="77777777" w:rsidR="00BE3968" w:rsidRDefault="00CA6E70">
            <w:pPr>
              <w:pStyle w:val="CMRBodySmall"/>
            </w:pPr>
            <w:r>
              <w:rPr>
                <w:b/>
              </w:rPr>
              <w:t>PROBLEM S1-161</w:t>
            </w:r>
          </w:p>
          <w:p w14:paraId="76450EDB" w14:textId="77777777" w:rsidR="00BE3968" w:rsidRDefault="00CA6E70">
            <w:pPr>
              <w:spacing w:after="140"/>
            </w:pPr>
            <w:r>
              <w:t>Carlos buys 4 pounds of apples for an event. How many ounces of apples is that?</w:t>
            </w:r>
          </w:p>
          <w:p w14:paraId="5257F180" w14:textId="77777777" w:rsidR="00BE3968" w:rsidRDefault="00CA6E70">
            <w:pPr>
              <w:pStyle w:val="CMRBodySmall"/>
              <w:spacing w:after="40"/>
            </w:pPr>
            <w:r>
              <w:rPr>
                <w:b/>
              </w:rPr>
              <w:t>STEP 1 — WHAT DO THEY WANT?</w:t>
            </w:r>
          </w:p>
          <w:p w14:paraId="12D8A4C7" w14:textId="77777777" w:rsidR="00BE3968" w:rsidRDefault="00CA6E70">
            <w:pPr>
              <w:pStyle w:val="CMRBodySmall"/>
              <w:spacing w:after="20"/>
            </w:pPr>
            <w:r>
              <w:t>○ A. The weight in ounces.</w:t>
            </w:r>
          </w:p>
          <w:p w14:paraId="1C3621A4" w14:textId="77777777" w:rsidR="00BE3968" w:rsidRDefault="00CA6E70">
            <w:pPr>
              <w:pStyle w:val="CMRBodySmall"/>
              <w:spacing w:after="80"/>
            </w:pPr>
            <w:r>
              <w:t>○ B. The weight in pounds.</w:t>
            </w:r>
          </w:p>
          <w:p w14:paraId="63B53EA8" w14:textId="77777777" w:rsidR="00BE3968" w:rsidRDefault="00CA6E70">
            <w:pPr>
              <w:pStyle w:val="CMRBodySmall"/>
              <w:spacing w:after="40"/>
            </w:pPr>
            <w:r>
              <w:rPr>
                <w:b/>
              </w:rPr>
              <w:t>STEP 2 — WHAT DO I KNOW?</w:t>
            </w:r>
          </w:p>
          <w:p w14:paraId="3B31A812" w14:textId="77777777" w:rsidR="00BE3968" w:rsidRDefault="00CA6E70">
            <w:pPr>
              <w:pStyle w:val="CMRBodySmall"/>
              <w:spacing w:after="40"/>
            </w:pPr>
            <w:r>
              <w:t>Amount given: ____________________</w:t>
            </w:r>
          </w:p>
          <w:p w14:paraId="7B0989BC" w14:textId="77777777" w:rsidR="00BE3968" w:rsidRDefault="00CA6E70">
            <w:pPr>
              <w:pStyle w:val="CMRBodySmall"/>
              <w:spacing w:after="40"/>
            </w:pPr>
            <w:r>
              <w:t>Conversion: ____________________</w:t>
            </w:r>
          </w:p>
          <w:p w14:paraId="37F5F146" w14:textId="77777777" w:rsidR="00BE3968" w:rsidRDefault="00CA6E70">
            <w:pPr>
              <w:pStyle w:val="CMRBodySmall"/>
              <w:spacing w:after="40"/>
            </w:pPr>
            <w:r>
              <w:rPr>
                <w:b/>
              </w:rPr>
              <w:t>STEP 3 — HOW DO I FIND IT?</w:t>
            </w:r>
          </w:p>
          <w:p w14:paraId="7135ED8F" w14:textId="77777777" w:rsidR="00BE3968" w:rsidRDefault="00CA6E70">
            <w:pPr>
              <w:pStyle w:val="CMRBodySmall"/>
              <w:spacing w:after="20"/>
            </w:pPr>
            <w:r>
              <w:t>○ A. Divide by 16.</w:t>
            </w:r>
          </w:p>
          <w:p w14:paraId="3CE76CB4" w14:textId="77777777" w:rsidR="00BE3968" w:rsidRDefault="00CA6E70">
            <w:pPr>
              <w:pStyle w:val="CMRBodySmall"/>
            </w:pPr>
            <w:r>
              <w:t>○ B. Multiply by 16, because each pound is 16 ounces.</w:t>
            </w:r>
          </w:p>
          <w:p w14:paraId="154202A5" w14:textId="77777777" w:rsidR="00BE3968" w:rsidRDefault="00CA6E70">
            <w:pPr>
              <w:pStyle w:val="CMRBodySmall"/>
              <w:spacing w:after="120"/>
            </w:pPr>
            <w:r>
              <w:t>My math: ____________________________________________________________</w:t>
            </w:r>
          </w:p>
          <w:p w14:paraId="206C31D6" w14:textId="77777777" w:rsidR="00BE3968" w:rsidRDefault="00CA6E70">
            <w:pPr>
              <w:pStyle w:val="CMRBodySmall"/>
              <w:spacing w:after="120"/>
            </w:pPr>
            <w:r>
              <w:t>____________________________________________________________________</w:t>
            </w:r>
          </w:p>
          <w:p w14:paraId="71C09390" w14:textId="77777777" w:rsidR="00BE3968" w:rsidRDefault="00CA6E70">
            <w:pPr>
              <w:pStyle w:val="CMRBodySmall"/>
              <w:spacing w:after="100"/>
            </w:pPr>
            <w:r>
              <w:t>Answer and check: ___________________________________________________</w:t>
            </w:r>
          </w:p>
        </w:tc>
      </w:tr>
    </w:tbl>
    <w:p w14:paraId="42B624E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CC916C7" w14:textId="77777777">
        <w:tc>
          <w:tcPr>
            <w:tcW w:w="10036" w:type="dxa"/>
            <w:tcMar>
              <w:top w:w="70" w:type="dxa"/>
              <w:left w:w="140" w:type="dxa"/>
              <w:bottom w:w="85" w:type="dxa"/>
              <w:right w:w="140" w:type="dxa"/>
            </w:tcMar>
          </w:tcPr>
          <w:p w14:paraId="60B17A58" w14:textId="77777777" w:rsidR="00BE3968" w:rsidRDefault="00BE3968"/>
          <w:p w14:paraId="13AF5B10" w14:textId="77777777" w:rsidR="00BE3968" w:rsidRDefault="00CA6E70">
            <w:pPr>
              <w:pStyle w:val="CMRBodySmall"/>
            </w:pPr>
            <w:r>
              <w:rPr>
                <w:b/>
              </w:rPr>
              <w:t>PROBLEM S1-162</w:t>
            </w:r>
          </w:p>
          <w:p w14:paraId="4945272A" w14:textId="77777777" w:rsidR="00BE3968" w:rsidRDefault="00CA6E70">
            <w:pPr>
              <w:spacing w:after="140"/>
            </w:pPr>
            <w:r>
              <w:t>A hallway rug is 6 yards long. Nicole wants to know its length in feet. How long is the rug in feet?</w:t>
            </w:r>
          </w:p>
          <w:p w14:paraId="7CFC527E" w14:textId="77777777" w:rsidR="00BE3968" w:rsidRDefault="00CA6E70">
            <w:pPr>
              <w:pStyle w:val="CMRBodySmall"/>
              <w:spacing w:after="40"/>
            </w:pPr>
            <w:r>
              <w:rPr>
                <w:b/>
              </w:rPr>
              <w:t>STEP 1 — WHAT DO THEY WANT?</w:t>
            </w:r>
          </w:p>
          <w:p w14:paraId="76F59C9D" w14:textId="77777777" w:rsidR="00BE3968" w:rsidRDefault="00CA6E70">
            <w:pPr>
              <w:pStyle w:val="CMRBodySmall"/>
              <w:spacing w:after="20"/>
            </w:pPr>
            <w:r>
              <w:t>○ A. How many more yards are needed.</w:t>
            </w:r>
          </w:p>
          <w:p w14:paraId="47862227" w14:textId="77777777" w:rsidR="00BE3968" w:rsidRDefault="00CA6E70">
            <w:pPr>
              <w:pStyle w:val="CMRBodySmall"/>
              <w:spacing w:after="80"/>
            </w:pPr>
            <w:r>
              <w:t>○ B. The same length written in feet.</w:t>
            </w:r>
          </w:p>
          <w:p w14:paraId="7FD91A64" w14:textId="77777777" w:rsidR="00BE3968" w:rsidRDefault="00CA6E70">
            <w:pPr>
              <w:pStyle w:val="CMRBodySmall"/>
              <w:spacing w:after="40"/>
            </w:pPr>
            <w:r>
              <w:rPr>
                <w:b/>
              </w:rPr>
              <w:t>STEP 2 — WHAT DO I KNOW?</w:t>
            </w:r>
          </w:p>
          <w:p w14:paraId="46D66191" w14:textId="77777777" w:rsidR="00BE3968" w:rsidRDefault="00CA6E70">
            <w:pPr>
              <w:pStyle w:val="CMRBodySmall"/>
              <w:spacing w:after="40"/>
            </w:pPr>
            <w:r>
              <w:t>Amount given: ____________________</w:t>
            </w:r>
          </w:p>
          <w:p w14:paraId="2969DF9A" w14:textId="77777777" w:rsidR="00BE3968" w:rsidRDefault="00CA6E70">
            <w:pPr>
              <w:pStyle w:val="CMRBodySmall"/>
              <w:spacing w:after="40"/>
            </w:pPr>
            <w:r>
              <w:t>Conversion: ____________________</w:t>
            </w:r>
          </w:p>
          <w:p w14:paraId="5DB3EE4F" w14:textId="77777777" w:rsidR="00BE3968" w:rsidRDefault="00CA6E70">
            <w:pPr>
              <w:pStyle w:val="CMRBodySmall"/>
              <w:spacing w:after="40"/>
            </w:pPr>
            <w:r>
              <w:rPr>
                <w:b/>
              </w:rPr>
              <w:t>STEP 3 — HOW DO I FIND IT?</w:t>
            </w:r>
          </w:p>
          <w:p w14:paraId="5ACA44F5" w14:textId="77777777" w:rsidR="00BE3968" w:rsidRDefault="00CA6E70">
            <w:pPr>
              <w:pStyle w:val="CMRBodySmall"/>
              <w:spacing w:after="20"/>
            </w:pPr>
            <w:r>
              <w:t>○ A. Add 3 to the number of yards.</w:t>
            </w:r>
          </w:p>
          <w:p w14:paraId="1CC4594D" w14:textId="77777777" w:rsidR="00BE3968" w:rsidRDefault="00CA6E70">
            <w:pPr>
              <w:pStyle w:val="CMRBodySmall"/>
            </w:pPr>
            <w:r>
              <w:t>○ B. Use 3 feet for every yard: yards × 3.</w:t>
            </w:r>
          </w:p>
          <w:p w14:paraId="33A2A0D6" w14:textId="77777777" w:rsidR="00BE3968" w:rsidRDefault="00CA6E70">
            <w:pPr>
              <w:pStyle w:val="CMRBodySmall"/>
              <w:spacing w:after="120"/>
            </w:pPr>
            <w:r>
              <w:t>My math: ____________________________________________________________</w:t>
            </w:r>
          </w:p>
          <w:p w14:paraId="0100FE9F" w14:textId="77777777" w:rsidR="00BE3968" w:rsidRDefault="00CA6E70">
            <w:pPr>
              <w:pStyle w:val="CMRBodySmall"/>
              <w:spacing w:after="120"/>
            </w:pPr>
            <w:r>
              <w:t>____________________________________________________________________</w:t>
            </w:r>
          </w:p>
          <w:p w14:paraId="1E34DB2D" w14:textId="77777777" w:rsidR="00BE3968" w:rsidRDefault="00CA6E70">
            <w:pPr>
              <w:pStyle w:val="CMRBodySmall"/>
              <w:spacing w:after="100"/>
            </w:pPr>
            <w:r>
              <w:t>Answer and check: ___________________________________________________</w:t>
            </w:r>
          </w:p>
        </w:tc>
      </w:tr>
    </w:tbl>
    <w:p w14:paraId="797BB5EE" w14:textId="77777777" w:rsidR="00BE3968" w:rsidRDefault="00CA6E70">
      <w:r>
        <w:br w:type="page"/>
      </w:r>
    </w:p>
    <w:p w14:paraId="19FF67C5" w14:textId="77777777" w:rsidR="00BE3968" w:rsidRDefault="00CA6E70">
      <w:pPr>
        <w:pStyle w:val="CMRSmallLabel"/>
        <w:spacing w:after="60"/>
      </w:pPr>
      <w:r>
        <w:rPr>
          <w:b w:val="0"/>
        </w:rPr>
        <w:lastRenderedPageBreak/>
        <w:t>SECTION 1  |  TOPIC 17  |  PRACTICE PAGE 2/5</w:t>
      </w:r>
    </w:p>
    <w:p w14:paraId="763CB13A" w14:textId="77777777" w:rsidR="00BE3968" w:rsidRDefault="00CA6E70">
      <w:pPr>
        <w:pStyle w:val="CMRPageTitle"/>
        <w:spacing w:after="60"/>
      </w:pPr>
      <w:r>
        <w:rPr>
          <w:b w:val="0"/>
        </w:rPr>
        <w:t>Everyday measurements</w:t>
      </w:r>
    </w:p>
    <w:p w14:paraId="1167F4E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A286726" w14:textId="77777777">
        <w:tc>
          <w:tcPr>
            <w:tcW w:w="10036" w:type="dxa"/>
            <w:shd w:val="clear" w:color="auto" w:fill="F5F8F9"/>
            <w:tcMar>
              <w:top w:w="70" w:type="dxa"/>
              <w:left w:w="140" w:type="dxa"/>
              <w:bottom w:w="85" w:type="dxa"/>
              <w:right w:w="140" w:type="dxa"/>
            </w:tcMar>
          </w:tcPr>
          <w:p w14:paraId="5C2B456A" w14:textId="77777777" w:rsidR="00BE3968" w:rsidRDefault="00BE3968"/>
          <w:p w14:paraId="0312EB3F" w14:textId="77777777" w:rsidR="00BE3968" w:rsidRDefault="00CA6E70">
            <w:pPr>
              <w:pStyle w:val="CMRBodySmall"/>
            </w:pPr>
            <w:r>
              <w:rPr>
                <w:b/>
              </w:rPr>
              <w:t>PROBLEM S1-163</w:t>
            </w:r>
          </w:p>
          <w:p w14:paraId="07D78D68" w14:textId="77777777" w:rsidR="00BE3968" w:rsidRDefault="00CA6E70">
            <w:pPr>
              <w:spacing w:after="140"/>
            </w:pPr>
            <w:r>
              <w:t>Luis buys 9 pounds of apples for an event. How many ounces of apples is that?</w:t>
            </w:r>
          </w:p>
          <w:p w14:paraId="73588720" w14:textId="77777777" w:rsidR="00BE3968" w:rsidRDefault="00CA6E70">
            <w:pPr>
              <w:pStyle w:val="CMRBodySmall"/>
              <w:spacing w:after="40"/>
            </w:pPr>
            <w:r>
              <w:rPr>
                <w:b/>
              </w:rPr>
              <w:t>STEP 1 — WHAT DO THEY WANT?</w:t>
            </w:r>
          </w:p>
          <w:p w14:paraId="2644DE3D" w14:textId="77777777" w:rsidR="00BE3968" w:rsidRDefault="00CA6E70">
            <w:pPr>
              <w:pStyle w:val="CMRBodySmall"/>
              <w:spacing w:after="20"/>
            </w:pPr>
            <w:r>
              <w:t>○ A. The weight in ounces.</w:t>
            </w:r>
          </w:p>
          <w:p w14:paraId="3B0E8C06" w14:textId="77777777" w:rsidR="00BE3968" w:rsidRDefault="00CA6E70">
            <w:pPr>
              <w:pStyle w:val="CMRBodySmall"/>
              <w:spacing w:after="80"/>
            </w:pPr>
            <w:r>
              <w:t>○ B. The weight in pounds.</w:t>
            </w:r>
          </w:p>
          <w:p w14:paraId="381E8F0F" w14:textId="77777777" w:rsidR="00BE3968" w:rsidRDefault="00CA6E70">
            <w:pPr>
              <w:pStyle w:val="CMRBodySmall"/>
              <w:spacing w:after="40"/>
            </w:pPr>
            <w:r>
              <w:rPr>
                <w:b/>
              </w:rPr>
              <w:t>STEP 2 — WHAT DO I KNOW?</w:t>
            </w:r>
          </w:p>
          <w:p w14:paraId="0762F3DE" w14:textId="77777777" w:rsidR="00BE3968" w:rsidRDefault="00CA6E70">
            <w:pPr>
              <w:pStyle w:val="CMRBodySmall"/>
              <w:spacing w:after="40"/>
            </w:pPr>
            <w:r>
              <w:t>Amount given: ____________________</w:t>
            </w:r>
          </w:p>
          <w:p w14:paraId="7A322EB6" w14:textId="77777777" w:rsidR="00BE3968" w:rsidRDefault="00CA6E70">
            <w:pPr>
              <w:pStyle w:val="CMRBodySmall"/>
              <w:spacing w:after="40"/>
            </w:pPr>
            <w:r>
              <w:t>Conversion: ____________________</w:t>
            </w:r>
          </w:p>
          <w:p w14:paraId="7236FC9E" w14:textId="77777777" w:rsidR="00BE3968" w:rsidRDefault="00CA6E70">
            <w:pPr>
              <w:pStyle w:val="CMRBodySmall"/>
              <w:spacing w:after="40"/>
            </w:pPr>
            <w:r>
              <w:rPr>
                <w:b/>
              </w:rPr>
              <w:t>STEP 3 — HOW DO I FIND IT?</w:t>
            </w:r>
          </w:p>
          <w:p w14:paraId="42862705" w14:textId="77777777" w:rsidR="00BE3968" w:rsidRDefault="00CA6E70">
            <w:pPr>
              <w:pStyle w:val="CMRBodySmall"/>
              <w:spacing w:after="20"/>
            </w:pPr>
            <w:r>
              <w:t>○ A. Multiply by 16, because each pound is 16 ounces.</w:t>
            </w:r>
          </w:p>
          <w:p w14:paraId="2F93BAC4" w14:textId="77777777" w:rsidR="00BE3968" w:rsidRDefault="00CA6E70">
            <w:pPr>
              <w:pStyle w:val="CMRBodySmall"/>
            </w:pPr>
            <w:r>
              <w:t>○ B. Divide by 16.</w:t>
            </w:r>
          </w:p>
          <w:p w14:paraId="5170C3C6" w14:textId="77777777" w:rsidR="00BE3968" w:rsidRDefault="00CA6E70">
            <w:pPr>
              <w:pStyle w:val="CMRBodySmall"/>
              <w:spacing w:after="120"/>
            </w:pPr>
            <w:r>
              <w:t>My math: ____________________________________________________________</w:t>
            </w:r>
          </w:p>
          <w:p w14:paraId="6E136336" w14:textId="77777777" w:rsidR="00BE3968" w:rsidRDefault="00CA6E70">
            <w:pPr>
              <w:pStyle w:val="CMRBodySmall"/>
              <w:spacing w:after="120"/>
            </w:pPr>
            <w:r>
              <w:t>____________________________________________________________________</w:t>
            </w:r>
          </w:p>
          <w:p w14:paraId="78D1F81D" w14:textId="77777777" w:rsidR="00BE3968" w:rsidRDefault="00CA6E70">
            <w:pPr>
              <w:pStyle w:val="CMRBodySmall"/>
              <w:spacing w:after="100"/>
            </w:pPr>
            <w:r>
              <w:t>Answer and check: ___________________________________________________</w:t>
            </w:r>
          </w:p>
        </w:tc>
      </w:tr>
    </w:tbl>
    <w:p w14:paraId="6B09E4F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5CE4043" w14:textId="77777777">
        <w:tc>
          <w:tcPr>
            <w:tcW w:w="10036" w:type="dxa"/>
            <w:tcMar>
              <w:top w:w="70" w:type="dxa"/>
              <w:left w:w="140" w:type="dxa"/>
              <w:bottom w:w="85" w:type="dxa"/>
              <w:right w:w="140" w:type="dxa"/>
            </w:tcMar>
          </w:tcPr>
          <w:p w14:paraId="75A18822" w14:textId="77777777" w:rsidR="00BE3968" w:rsidRDefault="00BE3968"/>
          <w:p w14:paraId="50F06761" w14:textId="77777777" w:rsidR="00BE3968" w:rsidRDefault="00CA6E70">
            <w:pPr>
              <w:pStyle w:val="CMRBodySmall"/>
            </w:pPr>
            <w:r>
              <w:rPr>
                <w:b/>
              </w:rPr>
              <w:t>PROBLEM S1-164</w:t>
            </w:r>
          </w:p>
          <w:p w14:paraId="31BAC4CA" w14:textId="77777777" w:rsidR="00BE3968" w:rsidRDefault="00CA6E70">
            <w:pPr>
              <w:spacing w:after="140"/>
            </w:pPr>
            <w:r>
              <w:t>A hallway rug is 5 yards long. Grace wants to know its length in feet. How long is the rug in feet?</w:t>
            </w:r>
          </w:p>
          <w:p w14:paraId="651C36F9" w14:textId="77777777" w:rsidR="00BE3968" w:rsidRDefault="00CA6E70">
            <w:pPr>
              <w:pStyle w:val="CMRBodySmall"/>
              <w:spacing w:after="40"/>
            </w:pPr>
            <w:r>
              <w:rPr>
                <w:b/>
              </w:rPr>
              <w:t>STEP 1 — WHAT DO THEY WANT?</w:t>
            </w:r>
          </w:p>
          <w:p w14:paraId="0675D423" w14:textId="77777777" w:rsidR="00BE3968" w:rsidRDefault="00CA6E70">
            <w:pPr>
              <w:pStyle w:val="CMRBodySmall"/>
              <w:spacing w:after="20"/>
            </w:pPr>
            <w:r>
              <w:t>○ A. How many more yards are needed.</w:t>
            </w:r>
          </w:p>
          <w:p w14:paraId="715808D8" w14:textId="77777777" w:rsidR="00BE3968" w:rsidRDefault="00CA6E70">
            <w:pPr>
              <w:pStyle w:val="CMRBodySmall"/>
              <w:spacing w:after="80"/>
            </w:pPr>
            <w:r>
              <w:t>○ B. The same length written in feet.</w:t>
            </w:r>
          </w:p>
          <w:p w14:paraId="59584745" w14:textId="77777777" w:rsidR="00BE3968" w:rsidRDefault="00CA6E70">
            <w:pPr>
              <w:pStyle w:val="CMRBodySmall"/>
              <w:spacing w:after="40"/>
            </w:pPr>
            <w:r>
              <w:rPr>
                <w:b/>
              </w:rPr>
              <w:t>STEP 2 — WHAT DO I KNOW?</w:t>
            </w:r>
          </w:p>
          <w:p w14:paraId="2AB30533" w14:textId="77777777" w:rsidR="00BE3968" w:rsidRDefault="00CA6E70">
            <w:pPr>
              <w:pStyle w:val="CMRBodySmall"/>
              <w:spacing w:after="40"/>
            </w:pPr>
            <w:r>
              <w:t>Amount given: ____________________</w:t>
            </w:r>
          </w:p>
          <w:p w14:paraId="30DB34EB" w14:textId="77777777" w:rsidR="00BE3968" w:rsidRDefault="00CA6E70">
            <w:pPr>
              <w:pStyle w:val="CMRBodySmall"/>
              <w:spacing w:after="40"/>
            </w:pPr>
            <w:r>
              <w:t>Conversion: ____________________</w:t>
            </w:r>
          </w:p>
          <w:p w14:paraId="6489E878" w14:textId="77777777" w:rsidR="00BE3968" w:rsidRDefault="00CA6E70">
            <w:pPr>
              <w:pStyle w:val="CMRBodySmall"/>
              <w:spacing w:after="40"/>
            </w:pPr>
            <w:r>
              <w:rPr>
                <w:b/>
              </w:rPr>
              <w:t>STEP 3 — HOW DO I FIND IT?</w:t>
            </w:r>
          </w:p>
          <w:p w14:paraId="19A84047" w14:textId="77777777" w:rsidR="00BE3968" w:rsidRDefault="00CA6E70">
            <w:pPr>
              <w:pStyle w:val="CMRBodySmall"/>
              <w:spacing w:after="20"/>
            </w:pPr>
            <w:r>
              <w:t>○ A. Use 3 feet for every yard: yards × 3.</w:t>
            </w:r>
          </w:p>
          <w:p w14:paraId="66B6A0DC" w14:textId="77777777" w:rsidR="00BE3968" w:rsidRDefault="00CA6E70">
            <w:pPr>
              <w:pStyle w:val="CMRBodySmall"/>
            </w:pPr>
            <w:r>
              <w:t>○ B. Add 3 to the number of yards.</w:t>
            </w:r>
          </w:p>
          <w:p w14:paraId="0745F330" w14:textId="77777777" w:rsidR="00BE3968" w:rsidRDefault="00CA6E70">
            <w:pPr>
              <w:pStyle w:val="CMRBodySmall"/>
              <w:spacing w:after="120"/>
            </w:pPr>
            <w:r>
              <w:t>My math: ____________________________________________________________</w:t>
            </w:r>
          </w:p>
          <w:p w14:paraId="218F350F" w14:textId="77777777" w:rsidR="00BE3968" w:rsidRDefault="00CA6E70">
            <w:pPr>
              <w:pStyle w:val="CMRBodySmall"/>
              <w:spacing w:after="120"/>
            </w:pPr>
            <w:r>
              <w:t>____________________________________________________________________</w:t>
            </w:r>
          </w:p>
          <w:p w14:paraId="0DF331E8" w14:textId="77777777" w:rsidR="00BE3968" w:rsidRDefault="00CA6E70">
            <w:pPr>
              <w:pStyle w:val="CMRBodySmall"/>
              <w:spacing w:after="100"/>
            </w:pPr>
            <w:r>
              <w:t>Answer and check: ___________________________________________________</w:t>
            </w:r>
          </w:p>
        </w:tc>
      </w:tr>
    </w:tbl>
    <w:p w14:paraId="14841FE9" w14:textId="77777777" w:rsidR="00BE3968" w:rsidRDefault="00CA6E70">
      <w:r>
        <w:br w:type="page"/>
      </w:r>
    </w:p>
    <w:p w14:paraId="2BC8F1C2" w14:textId="77777777" w:rsidR="00BE3968" w:rsidRDefault="00CA6E70">
      <w:pPr>
        <w:pStyle w:val="CMRSmallLabel"/>
        <w:spacing w:after="60"/>
      </w:pPr>
      <w:r>
        <w:rPr>
          <w:b w:val="0"/>
        </w:rPr>
        <w:lastRenderedPageBreak/>
        <w:t>SECTION 1  |  TOPIC 17  |  PRACTICE PAGE 3/5</w:t>
      </w:r>
    </w:p>
    <w:p w14:paraId="56EF5739" w14:textId="77777777" w:rsidR="00BE3968" w:rsidRDefault="00CA6E70">
      <w:pPr>
        <w:pStyle w:val="CMRPageTitle"/>
        <w:spacing w:after="60"/>
      </w:pPr>
      <w:r>
        <w:rPr>
          <w:b w:val="0"/>
        </w:rPr>
        <w:t>Everyday measurements</w:t>
      </w:r>
    </w:p>
    <w:p w14:paraId="36F204F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9D04FF6" w14:textId="77777777">
        <w:tc>
          <w:tcPr>
            <w:tcW w:w="10036" w:type="dxa"/>
            <w:shd w:val="clear" w:color="auto" w:fill="F5F8F9"/>
            <w:tcMar>
              <w:top w:w="70" w:type="dxa"/>
              <w:left w:w="140" w:type="dxa"/>
              <w:bottom w:w="85" w:type="dxa"/>
              <w:right w:w="140" w:type="dxa"/>
            </w:tcMar>
          </w:tcPr>
          <w:p w14:paraId="7DB46637" w14:textId="77777777" w:rsidR="00BE3968" w:rsidRDefault="00BE3968"/>
          <w:p w14:paraId="0CC255ED" w14:textId="77777777" w:rsidR="00BE3968" w:rsidRDefault="00CA6E70">
            <w:pPr>
              <w:pStyle w:val="CMRBodySmall"/>
            </w:pPr>
            <w:r>
              <w:rPr>
                <w:b/>
              </w:rPr>
              <w:t>PROBLEM S1-165</w:t>
            </w:r>
          </w:p>
          <w:p w14:paraId="16672803" w14:textId="77777777" w:rsidR="00BE3968" w:rsidRDefault="00CA6E70">
            <w:pPr>
              <w:spacing w:after="140"/>
            </w:pPr>
            <w:r>
              <w:t>Daniel buys 8 pounds of apples for an event. How many ounces of apples is that?</w:t>
            </w:r>
          </w:p>
          <w:p w14:paraId="0E76B670" w14:textId="77777777" w:rsidR="00BE3968" w:rsidRDefault="00CA6E70">
            <w:pPr>
              <w:pStyle w:val="CMRBodySmall"/>
              <w:spacing w:after="40"/>
            </w:pPr>
            <w:r>
              <w:rPr>
                <w:b/>
              </w:rPr>
              <w:t>STEP 1 — WHAT DO THEY WANT?</w:t>
            </w:r>
          </w:p>
          <w:p w14:paraId="7B4194C4" w14:textId="77777777" w:rsidR="00BE3968" w:rsidRDefault="00CA6E70">
            <w:pPr>
              <w:pStyle w:val="CMRBodySmall"/>
              <w:spacing w:after="20"/>
            </w:pPr>
            <w:r>
              <w:t>○ A. The weight in ounces.</w:t>
            </w:r>
          </w:p>
          <w:p w14:paraId="1DF5183E" w14:textId="77777777" w:rsidR="00BE3968" w:rsidRDefault="00CA6E70">
            <w:pPr>
              <w:pStyle w:val="CMRBodySmall"/>
              <w:spacing w:after="80"/>
            </w:pPr>
            <w:r>
              <w:t>○ B. The weight in pounds.</w:t>
            </w:r>
          </w:p>
          <w:p w14:paraId="5EAFD1DF" w14:textId="77777777" w:rsidR="00BE3968" w:rsidRDefault="00CA6E70">
            <w:pPr>
              <w:pStyle w:val="CMRBodySmall"/>
              <w:spacing w:after="40"/>
            </w:pPr>
            <w:r>
              <w:rPr>
                <w:b/>
              </w:rPr>
              <w:t>STEP 2 — WHAT DO I KNOW?</w:t>
            </w:r>
          </w:p>
          <w:p w14:paraId="1A133F91" w14:textId="77777777" w:rsidR="00BE3968" w:rsidRDefault="00CA6E70">
            <w:pPr>
              <w:pStyle w:val="CMRBodySmall"/>
              <w:spacing w:after="40"/>
            </w:pPr>
            <w:r>
              <w:t>Amount given: ____________________</w:t>
            </w:r>
          </w:p>
          <w:p w14:paraId="6F7A5233" w14:textId="77777777" w:rsidR="00BE3968" w:rsidRDefault="00CA6E70">
            <w:pPr>
              <w:pStyle w:val="CMRBodySmall"/>
              <w:spacing w:after="40"/>
            </w:pPr>
            <w:r>
              <w:t>Conversion: ____________________</w:t>
            </w:r>
          </w:p>
          <w:p w14:paraId="42B05508" w14:textId="77777777" w:rsidR="00BE3968" w:rsidRDefault="00CA6E70">
            <w:pPr>
              <w:pStyle w:val="CMRBodySmall"/>
              <w:spacing w:after="40"/>
            </w:pPr>
            <w:r>
              <w:rPr>
                <w:b/>
              </w:rPr>
              <w:t>STEP 3 — HOW DO I FIND IT?</w:t>
            </w:r>
          </w:p>
          <w:p w14:paraId="01BAD9F8" w14:textId="77777777" w:rsidR="00BE3968" w:rsidRDefault="00CA6E70">
            <w:pPr>
              <w:pStyle w:val="CMRBodySmall"/>
              <w:spacing w:after="20"/>
            </w:pPr>
            <w:r>
              <w:t>○ A. Divide by 16.</w:t>
            </w:r>
          </w:p>
          <w:p w14:paraId="7848AC33" w14:textId="77777777" w:rsidR="00BE3968" w:rsidRDefault="00CA6E70">
            <w:pPr>
              <w:pStyle w:val="CMRBodySmall"/>
            </w:pPr>
            <w:r>
              <w:t>○ B. Multiply by 16, because each pound is 16 ounces.</w:t>
            </w:r>
          </w:p>
          <w:p w14:paraId="170307B5" w14:textId="77777777" w:rsidR="00BE3968" w:rsidRDefault="00CA6E70">
            <w:pPr>
              <w:pStyle w:val="CMRBodySmall"/>
              <w:spacing w:after="120"/>
            </w:pPr>
            <w:r>
              <w:t>My math: ____________________________________________________________</w:t>
            </w:r>
          </w:p>
          <w:p w14:paraId="6A4B79CD" w14:textId="77777777" w:rsidR="00BE3968" w:rsidRDefault="00CA6E70">
            <w:pPr>
              <w:pStyle w:val="CMRBodySmall"/>
              <w:spacing w:after="120"/>
            </w:pPr>
            <w:r>
              <w:t>____________________________________________________________________</w:t>
            </w:r>
          </w:p>
          <w:p w14:paraId="6C8C9F83" w14:textId="77777777" w:rsidR="00BE3968" w:rsidRDefault="00CA6E70">
            <w:pPr>
              <w:pStyle w:val="CMRBodySmall"/>
              <w:spacing w:after="100"/>
            </w:pPr>
            <w:r>
              <w:t>Answer and check: ___________________________________________________</w:t>
            </w:r>
          </w:p>
        </w:tc>
      </w:tr>
    </w:tbl>
    <w:p w14:paraId="7798757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0403C3E" w14:textId="77777777">
        <w:tc>
          <w:tcPr>
            <w:tcW w:w="10036" w:type="dxa"/>
            <w:tcMar>
              <w:top w:w="70" w:type="dxa"/>
              <w:left w:w="140" w:type="dxa"/>
              <w:bottom w:w="85" w:type="dxa"/>
              <w:right w:w="140" w:type="dxa"/>
            </w:tcMar>
          </w:tcPr>
          <w:p w14:paraId="2EDE7187" w14:textId="77777777" w:rsidR="00BE3968" w:rsidRDefault="00BE3968"/>
          <w:p w14:paraId="26B61D17" w14:textId="77777777" w:rsidR="00BE3968" w:rsidRDefault="00CA6E70">
            <w:pPr>
              <w:pStyle w:val="CMRBodySmall"/>
            </w:pPr>
            <w:r>
              <w:rPr>
                <w:b/>
              </w:rPr>
              <w:t>PROBLEM S1-166</w:t>
            </w:r>
          </w:p>
          <w:p w14:paraId="3386B50D" w14:textId="77777777" w:rsidR="00BE3968" w:rsidRDefault="00CA6E70">
            <w:pPr>
              <w:spacing w:after="140"/>
            </w:pPr>
            <w:r>
              <w:t>A hallway rug is 7 yards long. Marcus wants to know its length in feet. How long is the rug in feet?</w:t>
            </w:r>
          </w:p>
          <w:p w14:paraId="51DC8851" w14:textId="77777777" w:rsidR="00BE3968" w:rsidRDefault="00CA6E70">
            <w:pPr>
              <w:pStyle w:val="CMRBodySmall"/>
              <w:spacing w:after="40"/>
            </w:pPr>
            <w:r>
              <w:rPr>
                <w:b/>
              </w:rPr>
              <w:t>STEP 1 — WHAT DO THEY WANT?</w:t>
            </w:r>
          </w:p>
          <w:p w14:paraId="1466680A" w14:textId="77777777" w:rsidR="00BE3968" w:rsidRDefault="00CA6E70">
            <w:pPr>
              <w:pStyle w:val="CMRBodySmall"/>
              <w:spacing w:after="20"/>
            </w:pPr>
            <w:r>
              <w:t>○ A. How many more yards are needed.</w:t>
            </w:r>
          </w:p>
          <w:p w14:paraId="37B20E97" w14:textId="77777777" w:rsidR="00BE3968" w:rsidRDefault="00CA6E70">
            <w:pPr>
              <w:pStyle w:val="CMRBodySmall"/>
              <w:spacing w:after="80"/>
            </w:pPr>
            <w:r>
              <w:t>○ B. The same length written in feet.</w:t>
            </w:r>
          </w:p>
          <w:p w14:paraId="44E69138" w14:textId="77777777" w:rsidR="00BE3968" w:rsidRDefault="00CA6E70">
            <w:pPr>
              <w:pStyle w:val="CMRBodySmall"/>
              <w:spacing w:after="40"/>
            </w:pPr>
            <w:r>
              <w:rPr>
                <w:b/>
              </w:rPr>
              <w:t>STEP 2 — WHAT DO I KNOW?</w:t>
            </w:r>
          </w:p>
          <w:p w14:paraId="5C5DED6E" w14:textId="77777777" w:rsidR="00BE3968" w:rsidRDefault="00CA6E70">
            <w:pPr>
              <w:pStyle w:val="CMRBodySmall"/>
              <w:spacing w:after="40"/>
            </w:pPr>
            <w:r>
              <w:t>Amount given: ____________________</w:t>
            </w:r>
          </w:p>
          <w:p w14:paraId="1A6A77DE" w14:textId="77777777" w:rsidR="00BE3968" w:rsidRDefault="00CA6E70">
            <w:pPr>
              <w:pStyle w:val="CMRBodySmall"/>
              <w:spacing w:after="40"/>
            </w:pPr>
            <w:r>
              <w:t>Conversion: ____________________</w:t>
            </w:r>
          </w:p>
          <w:p w14:paraId="01855080" w14:textId="77777777" w:rsidR="00BE3968" w:rsidRDefault="00CA6E70">
            <w:pPr>
              <w:pStyle w:val="CMRBodySmall"/>
              <w:spacing w:after="40"/>
            </w:pPr>
            <w:r>
              <w:rPr>
                <w:b/>
              </w:rPr>
              <w:t>STEP 3 — HOW DO I FIND IT?</w:t>
            </w:r>
          </w:p>
          <w:p w14:paraId="726DF199" w14:textId="77777777" w:rsidR="00BE3968" w:rsidRDefault="00CA6E70">
            <w:pPr>
              <w:pStyle w:val="CMRBodySmall"/>
              <w:spacing w:after="20"/>
            </w:pPr>
            <w:r>
              <w:t>○ A. Use 3 feet for every yard: yards × 3.</w:t>
            </w:r>
          </w:p>
          <w:p w14:paraId="7EDA7623" w14:textId="77777777" w:rsidR="00BE3968" w:rsidRDefault="00CA6E70">
            <w:pPr>
              <w:pStyle w:val="CMRBodySmall"/>
            </w:pPr>
            <w:r>
              <w:t>○ B. Add 3 to the number of yards.</w:t>
            </w:r>
          </w:p>
          <w:p w14:paraId="1DF31653" w14:textId="77777777" w:rsidR="00BE3968" w:rsidRDefault="00CA6E70">
            <w:pPr>
              <w:pStyle w:val="CMRBodySmall"/>
              <w:spacing w:after="120"/>
            </w:pPr>
            <w:r>
              <w:t>My math: ____________________________________________________________</w:t>
            </w:r>
          </w:p>
          <w:p w14:paraId="11AC4080" w14:textId="77777777" w:rsidR="00BE3968" w:rsidRDefault="00CA6E70">
            <w:pPr>
              <w:pStyle w:val="CMRBodySmall"/>
              <w:spacing w:after="120"/>
            </w:pPr>
            <w:r>
              <w:t>____________________________________________________________________</w:t>
            </w:r>
          </w:p>
          <w:p w14:paraId="183339E1" w14:textId="77777777" w:rsidR="00BE3968" w:rsidRDefault="00CA6E70">
            <w:pPr>
              <w:pStyle w:val="CMRBodySmall"/>
              <w:spacing w:after="100"/>
            </w:pPr>
            <w:r>
              <w:t>Answer and check: ___________________________________________________</w:t>
            </w:r>
          </w:p>
        </w:tc>
      </w:tr>
    </w:tbl>
    <w:p w14:paraId="3B53BF49" w14:textId="77777777" w:rsidR="00BE3968" w:rsidRDefault="00CA6E70">
      <w:r>
        <w:br w:type="page"/>
      </w:r>
    </w:p>
    <w:p w14:paraId="16DE262B" w14:textId="77777777" w:rsidR="00BE3968" w:rsidRDefault="00CA6E70">
      <w:pPr>
        <w:pStyle w:val="CMRSmallLabel"/>
        <w:spacing w:after="60"/>
      </w:pPr>
      <w:r>
        <w:rPr>
          <w:b w:val="0"/>
        </w:rPr>
        <w:lastRenderedPageBreak/>
        <w:t>SECTION 1  |  TOPIC 17  |  PRACTICE PAGE 4/5</w:t>
      </w:r>
    </w:p>
    <w:p w14:paraId="636B0EE5" w14:textId="77777777" w:rsidR="00BE3968" w:rsidRDefault="00CA6E70">
      <w:pPr>
        <w:pStyle w:val="CMRPageTitle"/>
        <w:spacing w:after="60"/>
      </w:pPr>
      <w:r>
        <w:rPr>
          <w:b w:val="0"/>
        </w:rPr>
        <w:t>Everyday measurements</w:t>
      </w:r>
    </w:p>
    <w:p w14:paraId="1D2747C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79A4467" w14:textId="77777777">
        <w:tc>
          <w:tcPr>
            <w:tcW w:w="10036" w:type="dxa"/>
            <w:shd w:val="clear" w:color="auto" w:fill="F5F8F9"/>
            <w:tcMar>
              <w:top w:w="70" w:type="dxa"/>
              <w:left w:w="140" w:type="dxa"/>
              <w:bottom w:w="85" w:type="dxa"/>
              <w:right w:w="140" w:type="dxa"/>
            </w:tcMar>
          </w:tcPr>
          <w:p w14:paraId="06F955F1" w14:textId="77777777" w:rsidR="00BE3968" w:rsidRDefault="00BE3968"/>
          <w:p w14:paraId="2662BE51" w14:textId="77777777" w:rsidR="00BE3968" w:rsidRDefault="00CA6E70">
            <w:pPr>
              <w:pStyle w:val="CMRBodySmall"/>
            </w:pPr>
            <w:r>
              <w:rPr>
                <w:b/>
              </w:rPr>
              <w:t>PROBLEM S1-167</w:t>
            </w:r>
          </w:p>
          <w:p w14:paraId="352BF302" w14:textId="77777777" w:rsidR="00BE3968" w:rsidRDefault="00CA6E70">
            <w:pPr>
              <w:spacing w:after="140"/>
            </w:pPr>
            <w:r>
              <w:t>Linda buys 2 pounds of apples for an event. How many ounces of apples is that?</w:t>
            </w:r>
          </w:p>
          <w:p w14:paraId="72165570" w14:textId="77777777" w:rsidR="00BE3968" w:rsidRDefault="00CA6E70">
            <w:pPr>
              <w:pStyle w:val="CMRBodySmall"/>
              <w:spacing w:after="40"/>
            </w:pPr>
            <w:r>
              <w:rPr>
                <w:b/>
              </w:rPr>
              <w:t>STEP 1 — WHAT DO THEY WANT?</w:t>
            </w:r>
          </w:p>
          <w:p w14:paraId="5DD88EFD" w14:textId="77777777" w:rsidR="00BE3968" w:rsidRDefault="00CA6E70">
            <w:pPr>
              <w:pStyle w:val="CMRBodySmall"/>
              <w:spacing w:after="20"/>
            </w:pPr>
            <w:r>
              <w:t>○ A. The weight in pounds.</w:t>
            </w:r>
          </w:p>
          <w:p w14:paraId="57F26FED" w14:textId="77777777" w:rsidR="00BE3968" w:rsidRDefault="00CA6E70">
            <w:pPr>
              <w:pStyle w:val="CMRBodySmall"/>
              <w:spacing w:after="80"/>
            </w:pPr>
            <w:r>
              <w:t>○ B. The weight in ounces.</w:t>
            </w:r>
          </w:p>
          <w:p w14:paraId="0ABCC625" w14:textId="77777777" w:rsidR="00BE3968" w:rsidRDefault="00CA6E70">
            <w:pPr>
              <w:pStyle w:val="CMRBodySmall"/>
              <w:spacing w:after="40"/>
            </w:pPr>
            <w:r>
              <w:rPr>
                <w:b/>
              </w:rPr>
              <w:t>STEP 2 — WHAT DO I KNOW?</w:t>
            </w:r>
          </w:p>
          <w:p w14:paraId="070A3444" w14:textId="77777777" w:rsidR="00BE3968" w:rsidRDefault="00CA6E70">
            <w:pPr>
              <w:pStyle w:val="CMRBodySmall"/>
              <w:spacing w:after="40"/>
            </w:pPr>
            <w:r>
              <w:t>Amount given: ____________________</w:t>
            </w:r>
          </w:p>
          <w:p w14:paraId="2D83B85F" w14:textId="77777777" w:rsidR="00BE3968" w:rsidRDefault="00CA6E70">
            <w:pPr>
              <w:pStyle w:val="CMRBodySmall"/>
              <w:spacing w:after="40"/>
            </w:pPr>
            <w:r>
              <w:t>Conversion: ____________________</w:t>
            </w:r>
          </w:p>
          <w:p w14:paraId="3144D9AC" w14:textId="77777777" w:rsidR="00BE3968" w:rsidRDefault="00CA6E70">
            <w:pPr>
              <w:pStyle w:val="CMRBodySmall"/>
              <w:spacing w:after="40"/>
            </w:pPr>
            <w:r>
              <w:rPr>
                <w:b/>
              </w:rPr>
              <w:t>STEP 3 — HOW DO I FIND IT?</w:t>
            </w:r>
          </w:p>
          <w:p w14:paraId="395F6810" w14:textId="77777777" w:rsidR="00BE3968" w:rsidRDefault="00CA6E70">
            <w:pPr>
              <w:pStyle w:val="CMRBodySmall"/>
              <w:spacing w:after="20"/>
            </w:pPr>
            <w:r>
              <w:t>○ A. Multiply by 16, because each pound is 16 ounces.</w:t>
            </w:r>
          </w:p>
          <w:p w14:paraId="1C27F9B8" w14:textId="77777777" w:rsidR="00BE3968" w:rsidRDefault="00CA6E70">
            <w:pPr>
              <w:pStyle w:val="CMRBodySmall"/>
            </w:pPr>
            <w:r>
              <w:t>○ B. Divide by 16.</w:t>
            </w:r>
          </w:p>
          <w:p w14:paraId="44A3BB65" w14:textId="77777777" w:rsidR="00BE3968" w:rsidRDefault="00CA6E70">
            <w:pPr>
              <w:pStyle w:val="CMRBodySmall"/>
              <w:spacing w:after="120"/>
            </w:pPr>
            <w:r>
              <w:t>My math: ____________________________________________________________</w:t>
            </w:r>
          </w:p>
          <w:p w14:paraId="5858EA55" w14:textId="77777777" w:rsidR="00BE3968" w:rsidRDefault="00CA6E70">
            <w:pPr>
              <w:pStyle w:val="CMRBodySmall"/>
              <w:spacing w:after="120"/>
            </w:pPr>
            <w:r>
              <w:t>____________________________________________________________________</w:t>
            </w:r>
          </w:p>
          <w:p w14:paraId="66229425" w14:textId="77777777" w:rsidR="00BE3968" w:rsidRDefault="00CA6E70">
            <w:pPr>
              <w:pStyle w:val="CMRBodySmall"/>
              <w:spacing w:after="100"/>
            </w:pPr>
            <w:r>
              <w:t>Answer and check: ___________________________________________________</w:t>
            </w:r>
          </w:p>
        </w:tc>
      </w:tr>
    </w:tbl>
    <w:p w14:paraId="543F120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4FDD2FD" w14:textId="77777777">
        <w:tc>
          <w:tcPr>
            <w:tcW w:w="10036" w:type="dxa"/>
            <w:tcMar>
              <w:top w:w="70" w:type="dxa"/>
              <w:left w:w="140" w:type="dxa"/>
              <w:bottom w:w="85" w:type="dxa"/>
              <w:right w:w="140" w:type="dxa"/>
            </w:tcMar>
          </w:tcPr>
          <w:p w14:paraId="12A2DAD4" w14:textId="77777777" w:rsidR="00BE3968" w:rsidRDefault="00BE3968"/>
          <w:p w14:paraId="0CB1B369" w14:textId="77777777" w:rsidR="00BE3968" w:rsidRDefault="00CA6E70">
            <w:pPr>
              <w:pStyle w:val="CMRBodySmall"/>
            </w:pPr>
            <w:r>
              <w:rPr>
                <w:b/>
              </w:rPr>
              <w:t>PROBLEM S1-168</w:t>
            </w:r>
          </w:p>
          <w:p w14:paraId="183C860F" w14:textId="77777777" w:rsidR="00BE3968" w:rsidRDefault="00CA6E70">
            <w:pPr>
              <w:spacing w:after="140"/>
            </w:pPr>
            <w:r>
              <w:t>A hallway rug is 10 yards long. Carmen wants to know its length in feet. How long is the rug in feet?</w:t>
            </w:r>
          </w:p>
          <w:p w14:paraId="64EFA8CA" w14:textId="77777777" w:rsidR="00BE3968" w:rsidRDefault="00CA6E70">
            <w:pPr>
              <w:pStyle w:val="CMRBodySmall"/>
              <w:spacing w:after="40"/>
            </w:pPr>
            <w:r>
              <w:rPr>
                <w:b/>
              </w:rPr>
              <w:t>STEP 1 — WHAT DO THEY WANT?</w:t>
            </w:r>
          </w:p>
          <w:p w14:paraId="592B4830" w14:textId="77777777" w:rsidR="00BE3968" w:rsidRDefault="00CA6E70">
            <w:pPr>
              <w:pStyle w:val="CMRBodySmall"/>
              <w:spacing w:after="20"/>
            </w:pPr>
            <w:r>
              <w:t>○ A. The same length written in feet.</w:t>
            </w:r>
          </w:p>
          <w:p w14:paraId="6C7D4E79" w14:textId="77777777" w:rsidR="00BE3968" w:rsidRDefault="00CA6E70">
            <w:pPr>
              <w:pStyle w:val="CMRBodySmall"/>
              <w:spacing w:after="80"/>
            </w:pPr>
            <w:r>
              <w:t>○ B. How many more yards are needed.</w:t>
            </w:r>
          </w:p>
          <w:p w14:paraId="1E386D86" w14:textId="77777777" w:rsidR="00BE3968" w:rsidRDefault="00CA6E70">
            <w:pPr>
              <w:pStyle w:val="CMRBodySmall"/>
              <w:spacing w:after="40"/>
            </w:pPr>
            <w:r>
              <w:rPr>
                <w:b/>
              </w:rPr>
              <w:t>STEP 2 — WHAT DO I KNOW?</w:t>
            </w:r>
          </w:p>
          <w:p w14:paraId="75CE6101" w14:textId="77777777" w:rsidR="00BE3968" w:rsidRDefault="00CA6E70">
            <w:pPr>
              <w:pStyle w:val="CMRBodySmall"/>
              <w:spacing w:after="40"/>
            </w:pPr>
            <w:r>
              <w:t>Amount given: ____________________</w:t>
            </w:r>
          </w:p>
          <w:p w14:paraId="096C4D77" w14:textId="77777777" w:rsidR="00BE3968" w:rsidRDefault="00CA6E70">
            <w:pPr>
              <w:pStyle w:val="CMRBodySmall"/>
              <w:spacing w:after="40"/>
            </w:pPr>
            <w:r>
              <w:t>Conversion: ____________________</w:t>
            </w:r>
          </w:p>
          <w:p w14:paraId="1AE48980" w14:textId="77777777" w:rsidR="00BE3968" w:rsidRDefault="00CA6E70">
            <w:pPr>
              <w:pStyle w:val="CMRBodySmall"/>
              <w:spacing w:after="40"/>
            </w:pPr>
            <w:r>
              <w:rPr>
                <w:b/>
              </w:rPr>
              <w:t>STEP 3 — HOW DO I FIND IT?</w:t>
            </w:r>
          </w:p>
          <w:p w14:paraId="4C7BC0FA" w14:textId="77777777" w:rsidR="00BE3968" w:rsidRDefault="00CA6E70">
            <w:pPr>
              <w:pStyle w:val="CMRBodySmall"/>
              <w:spacing w:after="20"/>
            </w:pPr>
            <w:r>
              <w:t>○ A. Add 3 to the number of yards.</w:t>
            </w:r>
          </w:p>
          <w:p w14:paraId="42A7099E" w14:textId="77777777" w:rsidR="00BE3968" w:rsidRDefault="00CA6E70">
            <w:pPr>
              <w:pStyle w:val="CMRBodySmall"/>
            </w:pPr>
            <w:r>
              <w:t>○ B. Use 3 feet for every yard: yards × 3.</w:t>
            </w:r>
          </w:p>
          <w:p w14:paraId="1D28C13A" w14:textId="77777777" w:rsidR="00BE3968" w:rsidRDefault="00CA6E70">
            <w:pPr>
              <w:pStyle w:val="CMRBodySmall"/>
              <w:spacing w:after="120"/>
            </w:pPr>
            <w:r>
              <w:t>My math: ____________________________________________________________</w:t>
            </w:r>
          </w:p>
          <w:p w14:paraId="3F8984D8" w14:textId="77777777" w:rsidR="00BE3968" w:rsidRDefault="00CA6E70">
            <w:pPr>
              <w:pStyle w:val="CMRBodySmall"/>
              <w:spacing w:after="120"/>
            </w:pPr>
            <w:r>
              <w:t>____________________________________________________________________</w:t>
            </w:r>
          </w:p>
          <w:p w14:paraId="19BA23D8" w14:textId="77777777" w:rsidR="00BE3968" w:rsidRDefault="00CA6E70">
            <w:pPr>
              <w:pStyle w:val="CMRBodySmall"/>
              <w:spacing w:after="100"/>
            </w:pPr>
            <w:r>
              <w:t>Answer and check: ___________________________________________________</w:t>
            </w:r>
          </w:p>
        </w:tc>
      </w:tr>
    </w:tbl>
    <w:p w14:paraId="6893EC41" w14:textId="77777777" w:rsidR="00BE3968" w:rsidRDefault="00CA6E70">
      <w:r>
        <w:br w:type="page"/>
      </w:r>
    </w:p>
    <w:p w14:paraId="0DDB6A3C" w14:textId="77777777" w:rsidR="00BE3968" w:rsidRDefault="00CA6E70">
      <w:pPr>
        <w:pStyle w:val="CMRSmallLabel"/>
        <w:spacing w:after="60"/>
      </w:pPr>
      <w:r>
        <w:rPr>
          <w:b w:val="0"/>
        </w:rPr>
        <w:lastRenderedPageBreak/>
        <w:t>SECTION 1  |  TOPIC 17  |  PRACTICE PAGE 5/5</w:t>
      </w:r>
    </w:p>
    <w:p w14:paraId="35873380" w14:textId="77777777" w:rsidR="00BE3968" w:rsidRDefault="00CA6E70">
      <w:pPr>
        <w:pStyle w:val="CMRPageTitle"/>
        <w:spacing w:after="60"/>
      </w:pPr>
      <w:r>
        <w:rPr>
          <w:b w:val="0"/>
        </w:rPr>
        <w:t>Everyday measurements</w:t>
      </w:r>
    </w:p>
    <w:p w14:paraId="1ECF75B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97F685F" w14:textId="77777777">
        <w:tc>
          <w:tcPr>
            <w:tcW w:w="10036" w:type="dxa"/>
            <w:shd w:val="clear" w:color="auto" w:fill="F5F8F9"/>
            <w:tcMar>
              <w:top w:w="70" w:type="dxa"/>
              <w:left w:w="140" w:type="dxa"/>
              <w:bottom w:w="85" w:type="dxa"/>
              <w:right w:w="140" w:type="dxa"/>
            </w:tcMar>
          </w:tcPr>
          <w:p w14:paraId="17E3BA82" w14:textId="77777777" w:rsidR="00BE3968" w:rsidRDefault="00BE3968"/>
          <w:p w14:paraId="1676DC94" w14:textId="77777777" w:rsidR="00BE3968" w:rsidRDefault="00CA6E70">
            <w:pPr>
              <w:pStyle w:val="CMRBodySmall"/>
            </w:pPr>
            <w:r>
              <w:rPr>
                <w:b/>
              </w:rPr>
              <w:t>PROBLEM S1-169</w:t>
            </w:r>
          </w:p>
          <w:p w14:paraId="68F8DAF3" w14:textId="77777777" w:rsidR="00BE3968" w:rsidRDefault="00CA6E70">
            <w:pPr>
              <w:spacing w:after="140"/>
            </w:pPr>
            <w:r>
              <w:t>David buys 12 pounds of apples for an event. How many ounces of apples is that?</w:t>
            </w:r>
          </w:p>
          <w:p w14:paraId="2DF49D88" w14:textId="77777777" w:rsidR="00BE3968" w:rsidRDefault="00CA6E70">
            <w:pPr>
              <w:pStyle w:val="CMRBodySmall"/>
              <w:spacing w:after="40"/>
            </w:pPr>
            <w:r>
              <w:rPr>
                <w:b/>
              </w:rPr>
              <w:t>STEP 1 — WHAT DO THEY WANT?</w:t>
            </w:r>
          </w:p>
          <w:p w14:paraId="1C4C2A8C" w14:textId="77777777" w:rsidR="00BE3968" w:rsidRDefault="00CA6E70">
            <w:pPr>
              <w:pStyle w:val="CMRBodySmall"/>
              <w:spacing w:after="20"/>
            </w:pPr>
            <w:r>
              <w:t>○ A. The weight in pounds.</w:t>
            </w:r>
          </w:p>
          <w:p w14:paraId="310902EB" w14:textId="77777777" w:rsidR="00BE3968" w:rsidRDefault="00CA6E70">
            <w:pPr>
              <w:pStyle w:val="CMRBodySmall"/>
              <w:spacing w:after="80"/>
            </w:pPr>
            <w:r>
              <w:t>○ B. The weight in ounces.</w:t>
            </w:r>
          </w:p>
          <w:p w14:paraId="41C1C4D7" w14:textId="77777777" w:rsidR="00BE3968" w:rsidRDefault="00CA6E70">
            <w:pPr>
              <w:pStyle w:val="CMRBodySmall"/>
              <w:spacing w:after="40"/>
            </w:pPr>
            <w:r>
              <w:rPr>
                <w:b/>
              </w:rPr>
              <w:t>STEP 2 — WHAT DO I KNOW?</w:t>
            </w:r>
          </w:p>
          <w:p w14:paraId="41A95348" w14:textId="77777777" w:rsidR="00BE3968" w:rsidRDefault="00CA6E70">
            <w:pPr>
              <w:pStyle w:val="CMRBodySmall"/>
              <w:spacing w:after="40"/>
            </w:pPr>
            <w:r>
              <w:t>Amount given: ____________________</w:t>
            </w:r>
          </w:p>
          <w:p w14:paraId="17ECCF92" w14:textId="77777777" w:rsidR="00BE3968" w:rsidRDefault="00CA6E70">
            <w:pPr>
              <w:pStyle w:val="CMRBodySmall"/>
              <w:spacing w:after="40"/>
            </w:pPr>
            <w:r>
              <w:t>Conversion: ____________________</w:t>
            </w:r>
          </w:p>
          <w:p w14:paraId="72E3C26B" w14:textId="77777777" w:rsidR="00BE3968" w:rsidRDefault="00CA6E70">
            <w:pPr>
              <w:pStyle w:val="CMRBodySmall"/>
              <w:spacing w:after="40"/>
            </w:pPr>
            <w:r>
              <w:rPr>
                <w:b/>
              </w:rPr>
              <w:t>STEP 3 — HOW DO I FIND IT?</w:t>
            </w:r>
          </w:p>
          <w:p w14:paraId="26A66D6C" w14:textId="77777777" w:rsidR="00BE3968" w:rsidRDefault="00CA6E70">
            <w:pPr>
              <w:pStyle w:val="CMRBodySmall"/>
              <w:spacing w:after="20"/>
            </w:pPr>
            <w:r>
              <w:t>○ A. Divide by 16.</w:t>
            </w:r>
          </w:p>
          <w:p w14:paraId="59C08719" w14:textId="77777777" w:rsidR="00BE3968" w:rsidRDefault="00CA6E70">
            <w:pPr>
              <w:pStyle w:val="CMRBodySmall"/>
            </w:pPr>
            <w:r>
              <w:t>○ B. Multiply by 16, because each pound is 16 ounces.</w:t>
            </w:r>
          </w:p>
          <w:p w14:paraId="4A0BB322" w14:textId="77777777" w:rsidR="00BE3968" w:rsidRDefault="00CA6E70">
            <w:pPr>
              <w:pStyle w:val="CMRBodySmall"/>
              <w:spacing w:after="120"/>
            </w:pPr>
            <w:r>
              <w:t>My math: ____________________________________________________________</w:t>
            </w:r>
          </w:p>
          <w:p w14:paraId="3DE3EC27" w14:textId="77777777" w:rsidR="00BE3968" w:rsidRDefault="00CA6E70">
            <w:pPr>
              <w:pStyle w:val="CMRBodySmall"/>
              <w:spacing w:after="120"/>
            </w:pPr>
            <w:r>
              <w:t>____________________________________________________________________</w:t>
            </w:r>
          </w:p>
          <w:p w14:paraId="6BE774F9" w14:textId="77777777" w:rsidR="00BE3968" w:rsidRDefault="00CA6E70">
            <w:pPr>
              <w:pStyle w:val="CMRBodySmall"/>
              <w:spacing w:after="100"/>
            </w:pPr>
            <w:r>
              <w:t>Answer and check: ___________________________________________________</w:t>
            </w:r>
          </w:p>
        </w:tc>
      </w:tr>
    </w:tbl>
    <w:p w14:paraId="17D3DE5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F267712" w14:textId="77777777">
        <w:tc>
          <w:tcPr>
            <w:tcW w:w="10036" w:type="dxa"/>
            <w:tcMar>
              <w:top w:w="70" w:type="dxa"/>
              <w:left w:w="140" w:type="dxa"/>
              <w:bottom w:w="85" w:type="dxa"/>
              <w:right w:w="140" w:type="dxa"/>
            </w:tcMar>
          </w:tcPr>
          <w:p w14:paraId="3605F45E" w14:textId="77777777" w:rsidR="00BE3968" w:rsidRDefault="00BE3968"/>
          <w:p w14:paraId="1D7C938A" w14:textId="77777777" w:rsidR="00BE3968" w:rsidRDefault="00CA6E70">
            <w:pPr>
              <w:pStyle w:val="CMRBodySmall"/>
            </w:pPr>
            <w:r>
              <w:rPr>
                <w:b/>
              </w:rPr>
              <w:t>PROBLEM S1-170</w:t>
            </w:r>
          </w:p>
          <w:p w14:paraId="4F34E35B" w14:textId="77777777" w:rsidR="00BE3968" w:rsidRDefault="00CA6E70">
            <w:pPr>
              <w:spacing w:after="140"/>
            </w:pPr>
            <w:r>
              <w:t>A hallway rug is 3 yards long. Tanya wants to know its length in feet. How long is the rug in feet?</w:t>
            </w:r>
          </w:p>
          <w:p w14:paraId="3B030C2D" w14:textId="77777777" w:rsidR="00BE3968" w:rsidRDefault="00CA6E70">
            <w:pPr>
              <w:pStyle w:val="CMRBodySmall"/>
              <w:spacing w:after="40"/>
            </w:pPr>
            <w:r>
              <w:rPr>
                <w:b/>
              </w:rPr>
              <w:t>STEP 1 — WHAT DO THEY WANT?</w:t>
            </w:r>
          </w:p>
          <w:p w14:paraId="7EF6E652" w14:textId="77777777" w:rsidR="00BE3968" w:rsidRDefault="00CA6E70">
            <w:pPr>
              <w:pStyle w:val="CMRBodySmall"/>
              <w:spacing w:after="20"/>
            </w:pPr>
            <w:r>
              <w:t>○ A. The same length written in feet.</w:t>
            </w:r>
          </w:p>
          <w:p w14:paraId="60EEDF08" w14:textId="77777777" w:rsidR="00BE3968" w:rsidRDefault="00CA6E70">
            <w:pPr>
              <w:pStyle w:val="CMRBodySmall"/>
              <w:spacing w:after="80"/>
            </w:pPr>
            <w:r>
              <w:t>○ B. How many more yards are needed.</w:t>
            </w:r>
          </w:p>
          <w:p w14:paraId="46EF30DD" w14:textId="77777777" w:rsidR="00BE3968" w:rsidRDefault="00CA6E70">
            <w:pPr>
              <w:pStyle w:val="CMRBodySmall"/>
              <w:spacing w:after="40"/>
            </w:pPr>
            <w:r>
              <w:rPr>
                <w:b/>
              </w:rPr>
              <w:t>STEP 2 — WHAT DO I KNOW?</w:t>
            </w:r>
          </w:p>
          <w:p w14:paraId="61326AE5" w14:textId="77777777" w:rsidR="00BE3968" w:rsidRDefault="00CA6E70">
            <w:pPr>
              <w:pStyle w:val="CMRBodySmall"/>
              <w:spacing w:after="40"/>
            </w:pPr>
            <w:r>
              <w:t>Amount given: ____________________</w:t>
            </w:r>
          </w:p>
          <w:p w14:paraId="663BC083" w14:textId="77777777" w:rsidR="00BE3968" w:rsidRDefault="00CA6E70">
            <w:pPr>
              <w:pStyle w:val="CMRBodySmall"/>
              <w:spacing w:after="40"/>
            </w:pPr>
            <w:r>
              <w:t>Conversion: ____________________</w:t>
            </w:r>
          </w:p>
          <w:p w14:paraId="1D553BF5" w14:textId="77777777" w:rsidR="00BE3968" w:rsidRDefault="00CA6E70">
            <w:pPr>
              <w:pStyle w:val="CMRBodySmall"/>
              <w:spacing w:after="40"/>
            </w:pPr>
            <w:r>
              <w:rPr>
                <w:b/>
              </w:rPr>
              <w:t>STEP 3 — HOW DO I FIND IT?</w:t>
            </w:r>
          </w:p>
          <w:p w14:paraId="69E9DBBA" w14:textId="77777777" w:rsidR="00BE3968" w:rsidRDefault="00CA6E70">
            <w:pPr>
              <w:pStyle w:val="CMRBodySmall"/>
              <w:spacing w:after="20"/>
            </w:pPr>
            <w:r>
              <w:t>○ A. Use 3 feet for every yard: yards × 3.</w:t>
            </w:r>
          </w:p>
          <w:p w14:paraId="4B9F517A" w14:textId="77777777" w:rsidR="00BE3968" w:rsidRDefault="00CA6E70">
            <w:pPr>
              <w:pStyle w:val="CMRBodySmall"/>
            </w:pPr>
            <w:r>
              <w:t>○ B. Add 3 to the number of yards.</w:t>
            </w:r>
          </w:p>
          <w:p w14:paraId="3A05862B" w14:textId="77777777" w:rsidR="00BE3968" w:rsidRDefault="00CA6E70">
            <w:pPr>
              <w:pStyle w:val="CMRBodySmall"/>
              <w:spacing w:after="120"/>
            </w:pPr>
            <w:r>
              <w:t>My math: ____________________________________________________________</w:t>
            </w:r>
          </w:p>
          <w:p w14:paraId="00F8F917" w14:textId="77777777" w:rsidR="00BE3968" w:rsidRDefault="00CA6E70">
            <w:pPr>
              <w:pStyle w:val="CMRBodySmall"/>
              <w:spacing w:after="120"/>
            </w:pPr>
            <w:r>
              <w:t>____________________________________________________________________</w:t>
            </w:r>
          </w:p>
          <w:p w14:paraId="6A78962F" w14:textId="77777777" w:rsidR="00BE3968" w:rsidRDefault="00CA6E70">
            <w:pPr>
              <w:pStyle w:val="CMRBodySmall"/>
              <w:spacing w:after="100"/>
            </w:pPr>
            <w:r>
              <w:t>Answer and check: ___________________________________________________</w:t>
            </w:r>
          </w:p>
        </w:tc>
      </w:tr>
    </w:tbl>
    <w:p w14:paraId="71B2C55A" w14:textId="77777777" w:rsidR="00BE3968" w:rsidRDefault="00CA6E70">
      <w:r>
        <w:br w:type="page"/>
      </w:r>
    </w:p>
    <w:p w14:paraId="724A0966" w14:textId="77777777" w:rsidR="00BE3968" w:rsidRDefault="00CA6E70">
      <w:pPr>
        <w:pStyle w:val="CMRSmallLabel"/>
        <w:spacing w:after="60"/>
      </w:pPr>
      <w:r>
        <w:rPr>
          <w:b w:val="0"/>
        </w:rPr>
        <w:lastRenderedPageBreak/>
        <w:t>SECTION 1  |  TOPIC 18  |  PRACTICE PAGE 1/5</w:t>
      </w:r>
    </w:p>
    <w:p w14:paraId="1D578A10" w14:textId="77777777" w:rsidR="00BE3968" w:rsidRDefault="00CA6E70">
      <w:pPr>
        <w:pStyle w:val="CMRPageTitle"/>
        <w:spacing w:after="60"/>
      </w:pPr>
      <w:r>
        <w:rPr>
          <w:b w:val="0"/>
        </w:rPr>
        <w:t>Room sizes</w:t>
      </w:r>
    </w:p>
    <w:p w14:paraId="425852F7" w14:textId="77777777" w:rsidR="00BE3968" w:rsidRDefault="00CA6E70">
      <w:pPr>
        <w:pStyle w:val="CMRBodySmall"/>
        <w:spacing w:after="100"/>
      </w:pPr>
      <w:r>
        <w:t>Remember: Understand flooring, trim, and the size of a room.</w:t>
      </w:r>
    </w:p>
    <w:tbl>
      <w:tblPr>
        <w:tblW w:w="0" w:type="auto"/>
        <w:tblLayout w:type="fixed"/>
        <w:tblLook w:val="04A0" w:firstRow="1" w:lastRow="0" w:firstColumn="1" w:lastColumn="0" w:noHBand="0" w:noVBand="1"/>
      </w:tblPr>
      <w:tblGrid>
        <w:gridCol w:w="10036"/>
      </w:tblGrid>
      <w:tr w:rsidR="00BE3968" w14:paraId="2E03461F" w14:textId="77777777">
        <w:tc>
          <w:tcPr>
            <w:tcW w:w="10036" w:type="dxa"/>
            <w:shd w:val="clear" w:color="auto" w:fill="F5F8F9"/>
            <w:tcMar>
              <w:top w:w="70" w:type="dxa"/>
              <w:left w:w="140" w:type="dxa"/>
              <w:bottom w:w="85" w:type="dxa"/>
              <w:right w:w="140" w:type="dxa"/>
            </w:tcMar>
          </w:tcPr>
          <w:p w14:paraId="5173AEB0" w14:textId="77777777" w:rsidR="00BE3968" w:rsidRDefault="00BE3968"/>
          <w:p w14:paraId="5E01716C" w14:textId="77777777" w:rsidR="00BE3968" w:rsidRDefault="00CA6E70">
            <w:pPr>
              <w:pStyle w:val="CMRBodySmall"/>
            </w:pPr>
            <w:r>
              <w:rPr>
                <w:b/>
              </w:rPr>
              <w:t>PROBLEM S1-171</w:t>
            </w:r>
          </w:p>
          <w:p w14:paraId="7869341E" w14:textId="77777777" w:rsidR="00BE3968" w:rsidRDefault="00CA6E70">
            <w:pPr>
              <w:spacing w:after="140"/>
            </w:pPr>
            <w:r>
              <w:t>Sharon wants to put flooring in a rectangular room that is 21 feet long and 11 feet wide. How many square feet of flooring will cover the floor?</w:t>
            </w:r>
          </w:p>
          <w:p w14:paraId="770154B6" w14:textId="77777777" w:rsidR="00BE3968" w:rsidRDefault="00CA6E70">
            <w:pPr>
              <w:pStyle w:val="CMRBodySmall"/>
              <w:spacing w:after="40"/>
            </w:pPr>
            <w:r>
              <w:rPr>
                <w:b/>
              </w:rPr>
              <w:t>STEP 1 — WHAT DO THEY WANT?</w:t>
            </w:r>
          </w:p>
          <w:p w14:paraId="091BC707" w14:textId="77777777" w:rsidR="00BE3968" w:rsidRDefault="00CA6E70">
            <w:pPr>
              <w:pStyle w:val="CMRBodySmall"/>
              <w:spacing w:after="20"/>
            </w:pPr>
            <w:r>
              <w:t>○ A. The distance around the room.</w:t>
            </w:r>
          </w:p>
          <w:p w14:paraId="09AF033B" w14:textId="77777777" w:rsidR="00BE3968" w:rsidRDefault="00CA6E70">
            <w:pPr>
              <w:pStyle w:val="CMRBodySmall"/>
              <w:spacing w:after="80"/>
            </w:pPr>
            <w:r>
              <w:t>○ B. The area of the floor, in square feet.</w:t>
            </w:r>
          </w:p>
          <w:p w14:paraId="1A1B9DF1" w14:textId="77777777" w:rsidR="00BE3968" w:rsidRDefault="00CA6E70">
            <w:pPr>
              <w:pStyle w:val="CMRBodySmall"/>
              <w:spacing w:after="40"/>
            </w:pPr>
            <w:r>
              <w:rPr>
                <w:b/>
              </w:rPr>
              <w:t>STEP 2 — WHAT DO I KNOW?</w:t>
            </w:r>
          </w:p>
          <w:p w14:paraId="3086E02C" w14:textId="77777777" w:rsidR="00BE3968" w:rsidRDefault="00CA6E70">
            <w:pPr>
              <w:pStyle w:val="CMRBodySmall"/>
              <w:spacing w:after="40"/>
            </w:pPr>
            <w:r>
              <w:t>Length: ____________________</w:t>
            </w:r>
          </w:p>
          <w:p w14:paraId="4152C59C" w14:textId="77777777" w:rsidR="00BE3968" w:rsidRDefault="00CA6E70">
            <w:pPr>
              <w:pStyle w:val="CMRBodySmall"/>
              <w:spacing w:after="40"/>
            </w:pPr>
            <w:r>
              <w:t>Width: ____________________</w:t>
            </w:r>
          </w:p>
          <w:p w14:paraId="1F73D268" w14:textId="77777777" w:rsidR="00BE3968" w:rsidRDefault="00CA6E70">
            <w:pPr>
              <w:pStyle w:val="CMRBodySmall"/>
              <w:spacing w:after="40"/>
            </w:pPr>
            <w:r>
              <w:rPr>
                <w:b/>
              </w:rPr>
              <w:t>STEP 3 — HOW DO I FIND IT?</w:t>
            </w:r>
          </w:p>
          <w:p w14:paraId="395BA65D" w14:textId="77777777" w:rsidR="00BE3968" w:rsidRDefault="00CA6E70">
            <w:pPr>
              <w:pStyle w:val="CMRBodySmall"/>
              <w:spacing w:after="20"/>
            </w:pPr>
            <w:r>
              <w:t>○ A. Multiply length × width.</w:t>
            </w:r>
          </w:p>
          <w:p w14:paraId="0C0A1BAC" w14:textId="77777777" w:rsidR="00BE3968" w:rsidRDefault="00CA6E70">
            <w:pPr>
              <w:pStyle w:val="CMRBodySmall"/>
            </w:pPr>
            <w:r>
              <w:t>○ B. Add length + width + length + width.</w:t>
            </w:r>
          </w:p>
          <w:p w14:paraId="7AD45FCF" w14:textId="77777777" w:rsidR="00BE3968" w:rsidRDefault="00CA6E70">
            <w:pPr>
              <w:pStyle w:val="CMRBodySmall"/>
              <w:spacing w:after="120"/>
            </w:pPr>
            <w:r>
              <w:t>My math: ____________________________________________________________</w:t>
            </w:r>
          </w:p>
          <w:p w14:paraId="406C8F98" w14:textId="77777777" w:rsidR="00BE3968" w:rsidRDefault="00CA6E70">
            <w:pPr>
              <w:pStyle w:val="CMRBodySmall"/>
              <w:spacing w:after="120"/>
            </w:pPr>
            <w:r>
              <w:t>____________________________________________________________________</w:t>
            </w:r>
          </w:p>
          <w:p w14:paraId="1FCD9CC0" w14:textId="77777777" w:rsidR="00BE3968" w:rsidRDefault="00CA6E70">
            <w:pPr>
              <w:pStyle w:val="CMRBodySmall"/>
              <w:spacing w:after="100"/>
            </w:pPr>
            <w:r>
              <w:t>Answer and check: ___________________________________________________</w:t>
            </w:r>
          </w:p>
        </w:tc>
      </w:tr>
    </w:tbl>
    <w:p w14:paraId="4EA5DAF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D409926" w14:textId="77777777">
        <w:tc>
          <w:tcPr>
            <w:tcW w:w="10036" w:type="dxa"/>
            <w:tcMar>
              <w:top w:w="70" w:type="dxa"/>
              <w:left w:w="140" w:type="dxa"/>
              <w:bottom w:w="85" w:type="dxa"/>
              <w:right w:w="140" w:type="dxa"/>
            </w:tcMar>
          </w:tcPr>
          <w:p w14:paraId="4BCE2F6A" w14:textId="77777777" w:rsidR="00BE3968" w:rsidRDefault="00BE3968"/>
          <w:p w14:paraId="3FFDCEBF" w14:textId="77777777" w:rsidR="00BE3968" w:rsidRDefault="00CA6E70">
            <w:pPr>
              <w:pStyle w:val="CMRBodySmall"/>
            </w:pPr>
            <w:r>
              <w:rPr>
                <w:b/>
              </w:rPr>
              <w:t>PROBLEM S1-172</w:t>
            </w:r>
          </w:p>
          <w:p w14:paraId="06F15C0B" w14:textId="77777777" w:rsidR="00BE3968" w:rsidRDefault="00CA6E70">
            <w:pPr>
              <w:spacing w:after="140"/>
            </w:pPr>
            <w:r>
              <w:t>A rectangular office measures 11 feet by 13 feet. Andre is ordering carpet for the whole floor. What is the area of the floor in square feet?</w:t>
            </w:r>
          </w:p>
          <w:p w14:paraId="7464BFA0" w14:textId="77777777" w:rsidR="00BE3968" w:rsidRDefault="00CA6E70">
            <w:pPr>
              <w:pStyle w:val="CMRBodySmall"/>
              <w:spacing w:after="40"/>
            </w:pPr>
            <w:r>
              <w:rPr>
                <w:b/>
              </w:rPr>
              <w:t>STEP 1 — WHAT DO THEY WANT?</w:t>
            </w:r>
          </w:p>
          <w:p w14:paraId="58184EB7" w14:textId="77777777" w:rsidR="00BE3968" w:rsidRDefault="00CA6E70">
            <w:pPr>
              <w:pStyle w:val="CMRBodySmall"/>
              <w:spacing w:after="20"/>
            </w:pPr>
            <w:r>
              <w:t>○ A. How much floor surface there is.</w:t>
            </w:r>
          </w:p>
          <w:p w14:paraId="3790AA68" w14:textId="77777777" w:rsidR="00BE3968" w:rsidRDefault="00CA6E70">
            <w:pPr>
              <w:pStyle w:val="CMRBodySmall"/>
              <w:spacing w:after="80"/>
            </w:pPr>
            <w:r>
              <w:t>○ B. The length of the longest wall.</w:t>
            </w:r>
          </w:p>
          <w:p w14:paraId="43E62F26" w14:textId="77777777" w:rsidR="00BE3968" w:rsidRDefault="00CA6E70">
            <w:pPr>
              <w:pStyle w:val="CMRBodySmall"/>
              <w:spacing w:after="40"/>
            </w:pPr>
            <w:r>
              <w:rPr>
                <w:b/>
              </w:rPr>
              <w:t>STEP 2 — WHAT DO I KNOW?</w:t>
            </w:r>
          </w:p>
          <w:p w14:paraId="70AB96B3" w14:textId="77777777" w:rsidR="00BE3968" w:rsidRDefault="00CA6E70">
            <w:pPr>
              <w:pStyle w:val="CMRBodySmall"/>
              <w:spacing w:after="40"/>
            </w:pPr>
            <w:r>
              <w:t>Length: ____________________</w:t>
            </w:r>
          </w:p>
          <w:p w14:paraId="01C13F53" w14:textId="77777777" w:rsidR="00BE3968" w:rsidRDefault="00CA6E70">
            <w:pPr>
              <w:pStyle w:val="CMRBodySmall"/>
              <w:spacing w:after="40"/>
            </w:pPr>
            <w:r>
              <w:t>Width: ____________________</w:t>
            </w:r>
          </w:p>
          <w:p w14:paraId="6DA71503" w14:textId="77777777" w:rsidR="00BE3968" w:rsidRDefault="00CA6E70">
            <w:pPr>
              <w:pStyle w:val="CMRBodySmall"/>
              <w:spacing w:after="40"/>
            </w:pPr>
            <w:r>
              <w:rPr>
                <w:b/>
              </w:rPr>
              <w:t>STEP 3 — HOW DO I FIND IT?</w:t>
            </w:r>
          </w:p>
          <w:p w14:paraId="3DDE0755" w14:textId="77777777" w:rsidR="00BE3968" w:rsidRDefault="00CA6E70">
            <w:pPr>
              <w:pStyle w:val="CMRBodySmall"/>
              <w:spacing w:after="20"/>
            </w:pPr>
            <w:r>
              <w:t>○ A. Multiply the two side lengths to find the area.</w:t>
            </w:r>
          </w:p>
          <w:p w14:paraId="09CC205F" w14:textId="77777777" w:rsidR="00BE3968" w:rsidRDefault="00CA6E70">
            <w:pPr>
              <w:pStyle w:val="CMRBodySmall"/>
            </w:pPr>
            <w:r>
              <w:t>○ B. Add the length and the width.</w:t>
            </w:r>
          </w:p>
          <w:p w14:paraId="7702A3D7" w14:textId="77777777" w:rsidR="00BE3968" w:rsidRDefault="00CA6E70">
            <w:pPr>
              <w:pStyle w:val="CMRBodySmall"/>
              <w:spacing w:after="120"/>
            </w:pPr>
            <w:r>
              <w:t>My math: ____________________________________________________________</w:t>
            </w:r>
          </w:p>
          <w:p w14:paraId="3B546C50" w14:textId="77777777" w:rsidR="00BE3968" w:rsidRDefault="00CA6E70">
            <w:pPr>
              <w:pStyle w:val="CMRBodySmall"/>
              <w:spacing w:after="120"/>
            </w:pPr>
            <w:r>
              <w:t>____________________________________________________________________</w:t>
            </w:r>
          </w:p>
          <w:p w14:paraId="30CC009F" w14:textId="77777777" w:rsidR="00BE3968" w:rsidRDefault="00CA6E70">
            <w:pPr>
              <w:pStyle w:val="CMRBodySmall"/>
              <w:spacing w:after="100"/>
            </w:pPr>
            <w:r>
              <w:t>Answer and check: ___________________________________________________</w:t>
            </w:r>
          </w:p>
        </w:tc>
      </w:tr>
    </w:tbl>
    <w:p w14:paraId="524001EC" w14:textId="77777777" w:rsidR="00BE3968" w:rsidRDefault="00CA6E70">
      <w:r>
        <w:br w:type="page"/>
      </w:r>
    </w:p>
    <w:p w14:paraId="7C96A0A2" w14:textId="77777777" w:rsidR="00BE3968" w:rsidRDefault="00CA6E70">
      <w:pPr>
        <w:pStyle w:val="CMRSmallLabel"/>
        <w:spacing w:after="60"/>
      </w:pPr>
      <w:r>
        <w:rPr>
          <w:b w:val="0"/>
        </w:rPr>
        <w:lastRenderedPageBreak/>
        <w:t>SECTION 1  |  TOPIC 18  |  PRACTICE PAGE 2/5</w:t>
      </w:r>
    </w:p>
    <w:p w14:paraId="399D6841" w14:textId="77777777" w:rsidR="00BE3968" w:rsidRDefault="00CA6E70">
      <w:pPr>
        <w:pStyle w:val="CMRPageTitle"/>
        <w:spacing w:after="60"/>
      </w:pPr>
      <w:r>
        <w:rPr>
          <w:b w:val="0"/>
        </w:rPr>
        <w:t>Room sizes</w:t>
      </w:r>
    </w:p>
    <w:p w14:paraId="66B553C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841AB61" w14:textId="77777777">
        <w:tc>
          <w:tcPr>
            <w:tcW w:w="10036" w:type="dxa"/>
            <w:shd w:val="clear" w:color="auto" w:fill="F5F8F9"/>
            <w:tcMar>
              <w:top w:w="70" w:type="dxa"/>
              <w:left w:w="140" w:type="dxa"/>
              <w:bottom w:w="85" w:type="dxa"/>
              <w:right w:w="140" w:type="dxa"/>
            </w:tcMar>
          </w:tcPr>
          <w:p w14:paraId="555B4AFC" w14:textId="77777777" w:rsidR="00BE3968" w:rsidRDefault="00BE3968"/>
          <w:p w14:paraId="2A589C03" w14:textId="77777777" w:rsidR="00BE3968" w:rsidRDefault="00CA6E70">
            <w:pPr>
              <w:pStyle w:val="CMRBodySmall"/>
            </w:pPr>
            <w:r>
              <w:rPr>
                <w:b/>
              </w:rPr>
              <w:t>PROBLEM S1-173</w:t>
            </w:r>
          </w:p>
          <w:p w14:paraId="2465D93C" w14:textId="77777777" w:rsidR="00BE3968" w:rsidRDefault="00CA6E70">
            <w:pPr>
              <w:spacing w:after="140"/>
            </w:pPr>
            <w:r>
              <w:t>Patricia is buying tile for a rectangular kitchen floor that is 16 feet wide and 11 feet long. How many square feet of floor need tile?</w:t>
            </w:r>
          </w:p>
          <w:p w14:paraId="724BAAD6" w14:textId="77777777" w:rsidR="00BE3968" w:rsidRDefault="00CA6E70">
            <w:pPr>
              <w:pStyle w:val="CMRBodySmall"/>
              <w:spacing w:after="40"/>
            </w:pPr>
            <w:r>
              <w:rPr>
                <w:b/>
              </w:rPr>
              <w:t>STEP 1 — WHAT DO THEY WANT?</w:t>
            </w:r>
          </w:p>
          <w:p w14:paraId="5BE5BDFD" w14:textId="77777777" w:rsidR="00BE3968" w:rsidRDefault="00CA6E70">
            <w:pPr>
              <w:pStyle w:val="CMRBodySmall"/>
              <w:spacing w:after="20"/>
            </w:pPr>
            <w:r>
              <w:t>○ A. The length and width added together.</w:t>
            </w:r>
          </w:p>
          <w:p w14:paraId="17B682A2" w14:textId="77777777" w:rsidR="00BE3968" w:rsidRDefault="00CA6E70">
            <w:pPr>
              <w:pStyle w:val="CMRBodySmall"/>
              <w:spacing w:after="80"/>
            </w:pPr>
            <w:r>
              <w:t>○ B. The square feet needed to cover the floor.</w:t>
            </w:r>
          </w:p>
          <w:p w14:paraId="4FBE2DA8" w14:textId="77777777" w:rsidR="00BE3968" w:rsidRDefault="00CA6E70">
            <w:pPr>
              <w:pStyle w:val="CMRBodySmall"/>
              <w:spacing w:after="40"/>
            </w:pPr>
            <w:r>
              <w:rPr>
                <w:b/>
              </w:rPr>
              <w:t>STEP 2 — WHAT DO I KNOW?</w:t>
            </w:r>
          </w:p>
          <w:p w14:paraId="4DEA77B2" w14:textId="77777777" w:rsidR="00BE3968" w:rsidRDefault="00CA6E70">
            <w:pPr>
              <w:pStyle w:val="CMRBodySmall"/>
              <w:spacing w:after="40"/>
            </w:pPr>
            <w:r>
              <w:t>Length: ____________________</w:t>
            </w:r>
          </w:p>
          <w:p w14:paraId="36FED68F" w14:textId="77777777" w:rsidR="00BE3968" w:rsidRDefault="00CA6E70">
            <w:pPr>
              <w:pStyle w:val="CMRBodySmall"/>
              <w:spacing w:after="40"/>
            </w:pPr>
            <w:r>
              <w:t>Width: ____________________</w:t>
            </w:r>
          </w:p>
          <w:p w14:paraId="6979FF31" w14:textId="77777777" w:rsidR="00BE3968" w:rsidRDefault="00CA6E70">
            <w:pPr>
              <w:pStyle w:val="CMRBodySmall"/>
              <w:spacing w:after="40"/>
            </w:pPr>
            <w:r>
              <w:rPr>
                <w:b/>
              </w:rPr>
              <w:t>STEP 3 — HOW DO I FIND IT?</w:t>
            </w:r>
          </w:p>
          <w:p w14:paraId="083FF370" w14:textId="77777777" w:rsidR="00BE3968" w:rsidRDefault="00CA6E70">
            <w:pPr>
              <w:pStyle w:val="CMRBodySmall"/>
              <w:spacing w:after="20"/>
            </w:pPr>
            <w:r>
              <w:t>○ A. Add length + width + length + width.</w:t>
            </w:r>
          </w:p>
          <w:p w14:paraId="186AD41A" w14:textId="77777777" w:rsidR="00BE3968" w:rsidRDefault="00CA6E70">
            <w:pPr>
              <w:pStyle w:val="CMRBodySmall"/>
            </w:pPr>
            <w:r>
              <w:t>○ B. Multiply length × width.</w:t>
            </w:r>
          </w:p>
          <w:p w14:paraId="555796B3" w14:textId="77777777" w:rsidR="00BE3968" w:rsidRDefault="00CA6E70">
            <w:pPr>
              <w:pStyle w:val="CMRBodySmall"/>
              <w:spacing w:after="120"/>
            </w:pPr>
            <w:r>
              <w:t>My math: ____________________________________________________________</w:t>
            </w:r>
          </w:p>
          <w:p w14:paraId="1C3D4625" w14:textId="77777777" w:rsidR="00BE3968" w:rsidRDefault="00CA6E70">
            <w:pPr>
              <w:pStyle w:val="CMRBodySmall"/>
              <w:spacing w:after="120"/>
            </w:pPr>
            <w:r>
              <w:t>____________________________________________________________________</w:t>
            </w:r>
          </w:p>
          <w:p w14:paraId="75B8A93E" w14:textId="77777777" w:rsidR="00BE3968" w:rsidRDefault="00CA6E70">
            <w:pPr>
              <w:pStyle w:val="CMRBodySmall"/>
              <w:spacing w:after="100"/>
            </w:pPr>
            <w:r>
              <w:t>Answer and check: ___________________________________________________</w:t>
            </w:r>
          </w:p>
        </w:tc>
      </w:tr>
    </w:tbl>
    <w:p w14:paraId="1A588BD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8611997" w14:textId="77777777">
        <w:tc>
          <w:tcPr>
            <w:tcW w:w="10036" w:type="dxa"/>
            <w:tcMar>
              <w:top w:w="70" w:type="dxa"/>
              <w:left w:w="140" w:type="dxa"/>
              <w:bottom w:w="85" w:type="dxa"/>
              <w:right w:w="140" w:type="dxa"/>
            </w:tcMar>
          </w:tcPr>
          <w:p w14:paraId="51F8BA20" w14:textId="77777777" w:rsidR="00BE3968" w:rsidRDefault="00BE3968"/>
          <w:p w14:paraId="4E09385D" w14:textId="77777777" w:rsidR="00BE3968" w:rsidRDefault="00CA6E70">
            <w:pPr>
              <w:pStyle w:val="CMRBodySmall"/>
            </w:pPr>
            <w:r>
              <w:rPr>
                <w:b/>
              </w:rPr>
              <w:t>PROBLEM S1-174</w:t>
            </w:r>
          </w:p>
          <w:p w14:paraId="52C42059" w14:textId="77777777" w:rsidR="00BE3968" w:rsidRDefault="00CA6E70">
            <w:pPr>
              <w:spacing w:after="140"/>
            </w:pPr>
            <w:r>
              <w:t>Elaine wants to put flooring in a rectangular room that is 12 feet long and 14 feet wide. How many square feet of flooring will cover the floor?</w:t>
            </w:r>
          </w:p>
          <w:p w14:paraId="4919EAFF" w14:textId="77777777" w:rsidR="00BE3968" w:rsidRDefault="00CA6E70">
            <w:pPr>
              <w:pStyle w:val="CMRBodySmall"/>
              <w:spacing w:after="40"/>
            </w:pPr>
            <w:r>
              <w:rPr>
                <w:b/>
              </w:rPr>
              <w:t>STEP 1 — WHAT DO THEY WANT?</w:t>
            </w:r>
          </w:p>
          <w:p w14:paraId="02590B5D" w14:textId="77777777" w:rsidR="00BE3968" w:rsidRDefault="00CA6E70">
            <w:pPr>
              <w:pStyle w:val="CMRBodySmall"/>
              <w:spacing w:after="20"/>
            </w:pPr>
            <w:r>
              <w:t>○ A. The area of the floor, in square feet.</w:t>
            </w:r>
          </w:p>
          <w:p w14:paraId="2D159048" w14:textId="77777777" w:rsidR="00BE3968" w:rsidRDefault="00CA6E70">
            <w:pPr>
              <w:pStyle w:val="CMRBodySmall"/>
              <w:spacing w:after="80"/>
            </w:pPr>
            <w:r>
              <w:t>○ B. The distance around the room.</w:t>
            </w:r>
          </w:p>
          <w:p w14:paraId="2F4CD50E" w14:textId="77777777" w:rsidR="00BE3968" w:rsidRDefault="00CA6E70">
            <w:pPr>
              <w:pStyle w:val="CMRBodySmall"/>
              <w:spacing w:after="40"/>
            </w:pPr>
            <w:r>
              <w:rPr>
                <w:b/>
              </w:rPr>
              <w:t>STEP 2 — WHAT DO I KNOW?</w:t>
            </w:r>
          </w:p>
          <w:p w14:paraId="31963BB9" w14:textId="77777777" w:rsidR="00BE3968" w:rsidRDefault="00CA6E70">
            <w:pPr>
              <w:pStyle w:val="CMRBodySmall"/>
              <w:spacing w:after="40"/>
            </w:pPr>
            <w:r>
              <w:t>Length: ____________________</w:t>
            </w:r>
          </w:p>
          <w:p w14:paraId="6B7E068A" w14:textId="77777777" w:rsidR="00BE3968" w:rsidRDefault="00CA6E70">
            <w:pPr>
              <w:pStyle w:val="CMRBodySmall"/>
              <w:spacing w:after="40"/>
            </w:pPr>
            <w:r>
              <w:t>Width: ____________________</w:t>
            </w:r>
          </w:p>
          <w:p w14:paraId="5CCDD045" w14:textId="77777777" w:rsidR="00BE3968" w:rsidRDefault="00CA6E70">
            <w:pPr>
              <w:pStyle w:val="CMRBodySmall"/>
              <w:spacing w:after="40"/>
            </w:pPr>
            <w:r>
              <w:rPr>
                <w:b/>
              </w:rPr>
              <w:t>STEP 3 — HOW DO I FIND IT?</w:t>
            </w:r>
          </w:p>
          <w:p w14:paraId="5EBBD5E2" w14:textId="77777777" w:rsidR="00BE3968" w:rsidRDefault="00CA6E70">
            <w:pPr>
              <w:pStyle w:val="CMRBodySmall"/>
              <w:spacing w:after="20"/>
            </w:pPr>
            <w:r>
              <w:t>○ A. Multiply the two side lengths to find the area.</w:t>
            </w:r>
          </w:p>
          <w:p w14:paraId="670931BD" w14:textId="77777777" w:rsidR="00BE3968" w:rsidRDefault="00CA6E70">
            <w:pPr>
              <w:pStyle w:val="CMRBodySmall"/>
            </w:pPr>
            <w:r>
              <w:t>○ B. Add the length and the width.</w:t>
            </w:r>
          </w:p>
          <w:p w14:paraId="66C61C6A" w14:textId="77777777" w:rsidR="00BE3968" w:rsidRDefault="00CA6E70">
            <w:pPr>
              <w:pStyle w:val="CMRBodySmall"/>
              <w:spacing w:after="120"/>
            </w:pPr>
            <w:r>
              <w:t>My math: ____________________________________________________________</w:t>
            </w:r>
          </w:p>
          <w:p w14:paraId="593CF8E8" w14:textId="77777777" w:rsidR="00BE3968" w:rsidRDefault="00CA6E70">
            <w:pPr>
              <w:pStyle w:val="CMRBodySmall"/>
              <w:spacing w:after="120"/>
            </w:pPr>
            <w:r>
              <w:t>____________________________________________________________________</w:t>
            </w:r>
          </w:p>
          <w:p w14:paraId="1325B36D" w14:textId="77777777" w:rsidR="00BE3968" w:rsidRDefault="00CA6E70">
            <w:pPr>
              <w:pStyle w:val="CMRBodySmall"/>
              <w:spacing w:after="100"/>
            </w:pPr>
            <w:r>
              <w:t>Answer and check: ___________________________________________________</w:t>
            </w:r>
          </w:p>
        </w:tc>
      </w:tr>
    </w:tbl>
    <w:p w14:paraId="301F8A27" w14:textId="77777777" w:rsidR="00BE3968" w:rsidRDefault="00CA6E70">
      <w:r>
        <w:br w:type="page"/>
      </w:r>
    </w:p>
    <w:p w14:paraId="4503BAE8" w14:textId="77777777" w:rsidR="00BE3968" w:rsidRDefault="00CA6E70">
      <w:pPr>
        <w:pStyle w:val="CMRSmallLabel"/>
        <w:spacing w:after="60"/>
      </w:pPr>
      <w:r>
        <w:rPr>
          <w:b w:val="0"/>
        </w:rPr>
        <w:lastRenderedPageBreak/>
        <w:t>SECTION 1  |  TOPIC 18  |  PRACTICE PAGE 3/5</w:t>
      </w:r>
    </w:p>
    <w:p w14:paraId="3B262DB9" w14:textId="77777777" w:rsidR="00BE3968" w:rsidRDefault="00CA6E70">
      <w:pPr>
        <w:pStyle w:val="CMRPageTitle"/>
        <w:spacing w:after="60"/>
      </w:pPr>
      <w:r>
        <w:rPr>
          <w:b w:val="0"/>
        </w:rPr>
        <w:t>Room sizes</w:t>
      </w:r>
    </w:p>
    <w:p w14:paraId="42B4EB1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A98D485" w14:textId="77777777">
        <w:tc>
          <w:tcPr>
            <w:tcW w:w="10036" w:type="dxa"/>
            <w:shd w:val="clear" w:color="auto" w:fill="F5F8F9"/>
            <w:tcMar>
              <w:top w:w="70" w:type="dxa"/>
              <w:left w:w="140" w:type="dxa"/>
              <w:bottom w:w="85" w:type="dxa"/>
              <w:right w:w="140" w:type="dxa"/>
            </w:tcMar>
          </w:tcPr>
          <w:p w14:paraId="31AAFBB7" w14:textId="77777777" w:rsidR="00BE3968" w:rsidRDefault="00BE3968"/>
          <w:p w14:paraId="07875DB9" w14:textId="77777777" w:rsidR="00BE3968" w:rsidRDefault="00CA6E70">
            <w:pPr>
              <w:pStyle w:val="CMRBodySmall"/>
            </w:pPr>
            <w:r>
              <w:rPr>
                <w:b/>
              </w:rPr>
              <w:t>PROBLEM S1-175</w:t>
            </w:r>
          </w:p>
          <w:p w14:paraId="6F232532" w14:textId="77777777" w:rsidR="00BE3968" w:rsidRDefault="00CA6E70">
            <w:pPr>
              <w:spacing w:after="140"/>
            </w:pPr>
            <w:r>
              <w:t>A rectangular office measures 11 feet by 9 feet. Terry is ordering carpet for the whole floor. What is the area of the floor in square feet?</w:t>
            </w:r>
          </w:p>
          <w:p w14:paraId="3256E8B3" w14:textId="77777777" w:rsidR="00BE3968" w:rsidRDefault="00CA6E70">
            <w:pPr>
              <w:pStyle w:val="CMRBodySmall"/>
              <w:spacing w:after="40"/>
            </w:pPr>
            <w:r>
              <w:rPr>
                <w:b/>
              </w:rPr>
              <w:t>STEP 1 — WHAT DO THEY WANT?</w:t>
            </w:r>
          </w:p>
          <w:p w14:paraId="4B29E67B" w14:textId="77777777" w:rsidR="00BE3968" w:rsidRDefault="00CA6E70">
            <w:pPr>
              <w:pStyle w:val="CMRBodySmall"/>
              <w:spacing w:after="20"/>
            </w:pPr>
            <w:r>
              <w:t>○ A. The length of the longest wall.</w:t>
            </w:r>
          </w:p>
          <w:p w14:paraId="217BD327" w14:textId="77777777" w:rsidR="00BE3968" w:rsidRDefault="00CA6E70">
            <w:pPr>
              <w:pStyle w:val="CMRBodySmall"/>
              <w:spacing w:after="80"/>
            </w:pPr>
            <w:r>
              <w:t>○ B. How much floor surface there is.</w:t>
            </w:r>
          </w:p>
          <w:p w14:paraId="26604A2C" w14:textId="77777777" w:rsidR="00BE3968" w:rsidRDefault="00CA6E70">
            <w:pPr>
              <w:pStyle w:val="CMRBodySmall"/>
              <w:spacing w:after="40"/>
            </w:pPr>
            <w:r>
              <w:rPr>
                <w:b/>
              </w:rPr>
              <w:t>STEP 2 — WHAT DO I KNOW?</w:t>
            </w:r>
          </w:p>
          <w:p w14:paraId="570A4D01" w14:textId="77777777" w:rsidR="00BE3968" w:rsidRDefault="00CA6E70">
            <w:pPr>
              <w:pStyle w:val="CMRBodySmall"/>
              <w:spacing w:after="40"/>
            </w:pPr>
            <w:r>
              <w:t>Length: ____________________</w:t>
            </w:r>
          </w:p>
          <w:p w14:paraId="41390318" w14:textId="77777777" w:rsidR="00BE3968" w:rsidRDefault="00CA6E70">
            <w:pPr>
              <w:pStyle w:val="CMRBodySmall"/>
              <w:spacing w:after="40"/>
            </w:pPr>
            <w:r>
              <w:t>Width: ____________________</w:t>
            </w:r>
          </w:p>
          <w:p w14:paraId="4338807E" w14:textId="77777777" w:rsidR="00BE3968" w:rsidRDefault="00CA6E70">
            <w:pPr>
              <w:pStyle w:val="CMRBodySmall"/>
              <w:spacing w:after="40"/>
            </w:pPr>
            <w:r>
              <w:rPr>
                <w:b/>
              </w:rPr>
              <w:t>STEP 3 — HOW DO I FIND IT?</w:t>
            </w:r>
          </w:p>
          <w:p w14:paraId="69A63444" w14:textId="77777777" w:rsidR="00BE3968" w:rsidRDefault="00CA6E70">
            <w:pPr>
              <w:pStyle w:val="CMRBodySmall"/>
              <w:spacing w:after="20"/>
            </w:pPr>
            <w:r>
              <w:t>○ A. Multiply length × width.</w:t>
            </w:r>
          </w:p>
          <w:p w14:paraId="28301462" w14:textId="77777777" w:rsidR="00BE3968" w:rsidRDefault="00CA6E70">
            <w:pPr>
              <w:pStyle w:val="CMRBodySmall"/>
            </w:pPr>
            <w:r>
              <w:t>○ B. Add length + width + length + width.</w:t>
            </w:r>
          </w:p>
          <w:p w14:paraId="578ABADB" w14:textId="77777777" w:rsidR="00BE3968" w:rsidRDefault="00CA6E70">
            <w:pPr>
              <w:pStyle w:val="CMRBodySmall"/>
              <w:spacing w:after="120"/>
            </w:pPr>
            <w:r>
              <w:t>My math: ____________________________________________________________</w:t>
            </w:r>
          </w:p>
          <w:p w14:paraId="002F59CD" w14:textId="77777777" w:rsidR="00BE3968" w:rsidRDefault="00CA6E70">
            <w:pPr>
              <w:pStyle w:val="CMRBodySmall"/>
              <w:spacing w:after="120"/>
            </w:pPr>
            <w:r>
              <w:t>____________________________________________________________________</w:t>
            </w:r>
          </w:p>
          <w:p w14:paraId="3394B2B7" w14:textId="77777777" w:rsidR="00BE3968" w:rsidRDefault="00CA6E70">
            <w:pPr>
              <w:pStyle w:val="CMRBodySmall"/>
              <w:spacing w:after="100"/>
            </w:pPr>
            <w:r>
              <w:t>Answer and check: ___________________________________________________</w:t>
            </w:r>
          </w:p>
        </w:tc>
      </w:tr>
    </w:tbl>
    <w:p w14:paraId="041DE9D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D131B58" w14:textId="77777777">
        <w:tc>
          <w:tcPr>
            <w:tcW w:w="10036" w:type="dxa"/>
            <w:tcMar>
              <w:top w:w="70" w:type="dxa"/>
              <w:left w:w="140" w:type="dxa"/>
              <w:bottom w:w="85" w:type="dxa"/>
              <w:right w:w="140" w:type="dxa"/>
            </w:tcMar>
          </w:tcPr>
          <w:p w14:paraId="0AA038FE" w14:textId="77777777" w:rsidR="00BE3968" w:rsidRDefault="00BE3968"/>
          <w:p w14:paraId="3FB72CFC" w14:textId="77777777" w:rsidR="00BE3968" w:rsidRDefault="00CA6E70">
            <w:pPr>
              <w:pStyle w:val="CMRBodySmall"/>
            </w:pPr>
            <w:r>
              <w:rPr>
                <w:b/>
              </w:rPr>
              <w:t>PROBLEM S1-176</w:t>
            </w:r>
          </w:p>
          <w:p w14:paraId="714588AD" w14:textId="77777777" w:rsidR="00BE3968" w:rsidRDefault="00CA6E70">
            <w:pPr>
              <w:spacing w:after="140"/>
            </w:pPr>
            <w:r>
              <w:t>Rachel is buying tile for a rectangular kitchen floor that is 15 feet wide and 14 feet long. How many square feet of floor need tile?</w:t>
            </w:r>
          </w:p>
          <w:p w14:paraId="1399397B" w14:textId="77777777" w:rsidR="00BE3968" w:rsidRDefault="00CA6E70">
            <w:pPr>
              <w:pStyle w:val="CMRBodySmall"/>
              <w:spacing w:after="40"/>
            </w:pPr>
            <w:r>
              <w:rPr>
                <w:b/>
              </w:rPr>
              <w:t>STEP 1 — WHAT DO THEY WANT?</w:t>
            </w:r>
          </w:p>
          <w:p w14:paraId="783ED50F" w14:textId="77777777" w:rsidR="00BE3968" w:rsidRDefault="00CA6E70">
            <w:pPr>
              <w:pStyle w:val="CMRBodySmall"/>
              <w:spacing w:after="20"/>
            </w:pPr>
            <w:r>
              <w:t>○ A. The length and width added together.</w:t>
            </w:r>
          </w:p>
          <w:p w14:paraId="1D809531" w14:textId="77777777" w:rsidR="00BE3968" w:rsidRDefault="00CA6E70">
            <w:pPr>
              <w:pStyle w:val="CMRBodySmall"/>
              <w:spacing w:after="80"/>
            </w:pPr>
            <w:r>
              <w:t>○ B. The square feet needed to cover the floor.</w:t>
            </w:r>
          </w:p>
          <w:p w14:paraId="68E82C46" w14:textId="77777777" w:rsidR="00BE3968" w:rsidRDefault="00CA6E70">
            <w:pPr>
              <w:pStyle w:val="CMRBodySmall"/>
              <w:spacing w:after="40"/>
            </w:pPr>
            <w:r>
              <w:rPr>
                <w:b/>
              </w:rPr>
              <w:t>STEP 2 — WHAT DO I KNOW?</w:t>
            </w:r>
          </w:p>
          <w:p w14:paraId="2DF77177" w14:textId="77777777" w:rsidR="00BE3968" w:rsidRDefault="00CA6E70">
            <w:pPr>
              <w:pStyle w:val="CMRBodySmall"/>
              <w:spacing w:after="40"/>
            </w:pPr>
            <w:r>
              <w:t>Length: ____________________</w:t>
            </w:r>
          </w:p>
          <w:p w14:paraId="08C8BBA0" w14:textId="77777777" w:rsidR="00BE3968" w:rsidRDefault="00CA6E70">
            <w:pPr>
              <w:pStyle w:val="CMRBodySmall"/>
              <w:spacing w:after="40"/>
            </w:pPr>
            <w:r>
              <w:t>Width: ____________________</w:t>
            </w:r>
          </w:p>
          <w:p w14:paraId="17D290FD" w14:textId="77777777" w:rsidR="00BE3968" w:rsidRDefault="00CA6E70">
            <w:pPr>
              <w:pStyle w:val="CMRBodySmall"/>
              <w:spacing w:after="40"/>
            </w:pPr>
            <w:r>
              <w:rPr>
                <w:b/>
              </w:rPr>
              <w:t>STEP 3 — HOW DO I FIND IT?</w:t>
            </w:r>
          </w:p>
          <w:p w14:paraId="041105AB" w14:textId="77777777" w:rsidR="00BE3968" w:rsidRDefault="00CA6E70">
            <w:pPr>
              <w:pStyle w:val="CMRBodySmall"/>
              <w:spacing w:after="20"/>
            </w:pPr>
            <w:r>
              <w:t>○ A. Add the length and the width.</w:t>
            </w:r>
          </w:p>
          <w:p w14:paraId="1C1316BD" w14:textId="77777777" w:rsidR="00BE3968" w:rsidRDefault="00CA6E70">
            <w:pPr>
              <w:pStyle w:val="CMRBodySmall"/>
            </w:pPr>
            <w:r>
              <w:t>○ B. Multiply the two side lengths to find the area.</w:t>
            </w:r>
          </w:p>
          <w:p w14:paraId="235C0B2E" w14:textId="77777777" w:rsidR="00BE3968" w:rsidRDefault="00CA6E70">
            <w:pPr>
              <w:pStyle w:val="CMRBodySmall"/>
              <w:spacing w:after="120"/>
            </w:pPr>
            <w:r>
              <w:t>My math: ____________________________________________________________</w:t>
            </w:r>
          </w:p>
          <w:p w14:paraId="1D25B83C" w14:textId="77777777" w:rsidR="00BE3968" w:rsidRDefault="00CA6E70">
            <w:pPr>
              <w:pStyle w:val="CMRBodySmall"/>
              <w:spacing w:after="120"/>
            </w:pPr>
            <w:r>
              <w:t>____________________________________________________________________</w:t>
            </w:r>
          </w:p>
          <w:p w14:paraId="4B198514" w14:textId="77777777" w:rsidR="00BE3968" w:rsidRDefault="00CA6E70">
            <w:pPr>
              <w:pStyle w:val="CMRBodySmall"/>
              <w:spacing w:after="100"/>
            </w:pPr>
            <w:r>
              <w:t>Answer and check: ___________________________________________________</w:t>
            </w:r>
          </w:p>
        </w:tc>
      </w:tr>
    </w:tbl>
    <w:p w14:paraId="510CD8F5" w14:textId="77777777" w:rsidR="00BE3968" w:rsidRDefault="00CA6E70">
      <w:r>
        <w:br w:type="page"/>
      </w:r>
    </w:p>
    <w:p w14:paraId="74EC0E9C" w14:textId="77777777" w:rsidR="00BE3968" w:rsidRDefault="00CA6E70">
      <w:pPr>
        <w:pStyle w:val="CMRSmallLabel"/>
        <w:spacing w:after="60"/>
      </w:pPr>
      <w:r>
        <w:rPr>
          <w:b w:val="0"/>
        </w:rPr>
        <w:lastRenderedPageBreak/>
        <w:t>SECTION 1  |  TOPIC 18  |  PRACTICE PAGE 4/5</w:t>
      </w:r>
    </w:p>
    <w:p w14:paraId="1EF96E2F" w14:textId="77777777" w:rsidR="00BE3968" w:rsidRDefault="00CA6E70">
      <w:pPr>
        <w:pStyle w:val="CMRPageTitle"/>
        <w:spacing w:after="60"/>
      </w:pPr>
      <w:r>
        <w:rPr>
          <w:b w:val="0"/>
        </w:rPr>
        <w:t>Room sizes</w:t>
      </w:r>
    </w:p>
    <w:p w14:paraId="6204D01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4073558" w14:textId="77777777">
        <w:tc>
          <w:tcPr>
            <w:tcW w:w="10036" w:type="dxa"/>
            <w:shd w:val="clear" w:color="auto" w:fill="F5F8F9"/>
            <w:tcMar>
              <w:top w:w="70" w:type="dxa"/>
              <w:left w:w="140" w:type="dxa"/>
              <w:bottom w:w="85" w:type="dxa"/>
              <w:right w:w="140" w:type="dxa"/>
            </w:tcMar>
          </w:tcPr>
          <w:p w14:paraId="6DB1274D" w14:textId="77777777" w:rsidR="00BE3968" w:rsidRDefault="00BE3968"/>
          <w:p w14:paraId="403DA058" w14:textId="77777777" w:rsidR="00BE3968" w:rsidRDefault="00CA6E70">
            <w:pPr>
              <w:pStyle w:val="CMRBodySmall"/>
            </w:pPr>
            <w:r>
              <w:rPr>
                <w:b/>
              </w:rPr>
              <w:t>PROBLEM S1-177</w:t>
            </w:r>
          </w:p>
          <w:p w14:paraId="173D350D" w14:textId="77777777" w:rsidR="00BE3968" w:rsidRDefault="00CA6E70">
            <w:pPr>
              <w:spacing w:after="140"/>
            </w:pPr>
            <w:r>
              <w:t>Maria wants to put flooring in a rectangular room that is 18 feet long and 15 feet wide. How many square feet of flooring will cover the floor?</w:t>
            </w:r>
          </w:p>
          <w:p w14:paraId="2228E879" w14:textId="77777777" w:rsidR="00BE3968" w:rsidRDefault="00CA6E70">
            <w:pPr>
              <w:pStyle w:val="CMRBodySmall"/>
              <w:spacing w:after="40"/>
            </w:pPr>
            <w:r>
              <w:rPr>
                <w:b/>
              </w:rPr>
              <w:t>STEP 1 — WHAT DO THEY WANT?</w:t>
            </w:r>
          </w:p>
          <w:p w14:paraId="166B3F01" w14:textId="77777777" w:rsidR="00BE3968" w:rsidRDefault="00CA6E70">
            <w:pPr>
              <w:pStyle w:val="CMRBodySmall"/>
              <w:spacing w:after="20"/>
            </w:pPr>
            <w:r>
              <w:t>○ A. The area of the floor, in square feet.</w:t>
            </w:r>
          </w:p>
          <w:p w14:paraId="2B5CC30F" w14:textId="77777777" w:rsidR="00BE3968" w:rsidRDefault="00CA6E70">
            <w:pPr>
              <w:pStyle w:val="CMRBodySmall"/>
              <w:spacing w:after="80"/>
            </w:pPr>
            <w:r>
              <w:t>○ B. The distance around the room.</w:t>
            </w:r>
          </w:p>
          <w:p w14:paraId="20B3EB0C" w14:textId="77777777" w:rsidR="00BE3968" w:rsidRDefault="00CA6E70">
            <w:pPr>
              <w:pStyle w:val="CMRBodySmall"/>
              <w:spacing w:after="40"/>
            </w:pPr>
            <w:r>
              <w:rPr>
                <w:b/>
              </w:rPr>
              <w:t>STEP 2 — WHAT DO I KNOW?</w:t>
            </w:r>
          </w:p>
          <w:p w14:paraId="314CE19C" w14:textId="77777777" w:rsidR="00BE3968" w:rsidRDefault="00CA6E70">
            <w:pPr>
              <w:pStyle w:val="CMRBodySmall"/>
              <w:spacing w:after="40"/>
            </w:pPr>
            <w:r>
              <w:t>Length: ____________________</w:t>
            </w:r>
          </w:p>
          <w:p w14:paraId="6D77E4A0" w14:textId="77777777" w:rsidR="00BE3968" w:rsidRDefault="00CA6E70">
            <w:pPr>
              <w:pStyle w:val="CMRBodySmall"/>
              <w:spacing w:after="40"/>
            </w:pPr>
            <w:r>
              <w:t>Width: ____________________</w:t>
            </w:r>
          </w:p>
          <w:p w14:paraId="2B8ACEDA" w14:textId="77777777" w:rsidR="00BE3968" w:rsidRDefault="00CA6E70">
            <w:pPr>
              <w:pStyle w:val="CMRBodySmall"/>
              <w:spacing w:after="40"/>
            </w:pPr>
            <w:r>
              <w:rPr>
                <w:b/>
              </w:rPr>
              <w:t>STEP 3 — HOW DO I FIND IT?</w:t>
            </w:r>
          </w:p>
          <w:p w14:paraId="072E5D70" w14:textId="77777777" w:rsidR="00BE3968" w:rsidRDefault="00CA6E70">
            <w:pPr>
              <w:pStyle w:val="CMRBodySmall"/>
              <w:spacing w:after="20"/>
            </w:pPr>
            <w:r>
              <w:t>○ A. Add length + width + length + width.</w:t>
            </w:r>
          </w:p>
          <w:p w14:paraId="18C335CE" w14:textId="77777777" w:rsidR="00BE3968" w:rsidRDefault="00CA6E70">
            <w:pPr>
              <w:pStyle w:val="CMRBodySmall"/>
            </w:pPr>
            <w:r>
              <w:t>○ B. Multiply length × width.</w:t>
            </w:r>
          </w:p>
          <w:p w14:paraId="13F3E872" w14:textId="77777777" w:rsidR="00BE3968" w:rsidRDefault="00CA6E70">
            <w:pPr>
              <w:pStyle w:val="CMRBodySmall"/>
              <w:spacing w:after="120"/>
            </w:pPr>
            <w:r>
              <w:t>My math: ____________________________________________________________</w:t>
            </w:r>
          </w:p>
          <w:p w14:paraId="0F291145" w14:textId="77777777" w:rsidR="00BE3968" w:rsidRDefault="00CA6E70">
            <w:pPr>
              <w:pStyle w:val="CMRBodySmall"/>
              <w:spacing w:after="120"/>
            </w:pPr>
            <w:r>
              <w:t>____________________________________________________________________</w:t>
            </w:r>
          </w:p>
          <w:p w14:paraId="35882BDB" w14:textId="77777777" w:rsidR="00BE3968" w:rsidRDefault="00CA6E70">
            <w:pPr>
              <w:pStyle w:val="CMRBodySmall"/>
              <w:spacing w:after="100"/>
            </w:pPr>
            <w:r>
              <w:t>Answer and check: ___________________________________________________</w:t>
            </w:r>
          </w:p>
        </w:tc>
      </w:tr>
    </w:tbl>
    <w:p w14:paraId="6396411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5319C7B" w14:textId="77777777">
        <w:tc>
          <w:tcPr>
            <w:tcW w:w="10036" w:type="dxa"/>
            <w:tcMar>
              <w:top w:w="70" w:type="dxa"/>
              <w:left w:w="140" w:type="dxa"/>
              <w:bottom w:w="85" w:type="dxa"/>
              <w:right w:w="140" w:type="dxa"/>
            </w:tcMar>
          </w:tcPr>
          <w:p w14:paraId="164B09B0" w14:textId="77777777" w:rsidR="00BE3968" w:rsidRDefault="00BE3968"/>
          <w:p w14:paraId="57BF569D" w14:textId="77777777" w:rsidR="00BE3968" w:rsidRDefault="00CA6E70">
            <w:pPr>
              <w:pStyle w:val="CMRBodySmall"/>
            </w:pPr>
            <w:r>
              <w:rPr>
                <w:b/>
              </w:rPr>
              <w:t>PROBLEM S1-178</w:t>
            </w:r>
          </w:p>
          <w:p w14:paraId="626AAF48" w14:textId="77777777" w:rsidR="00BE3968" w:rsidRDefault="00CA6E70">
            <w:pPr>
              <w:spacing w:after="140"/>
            </w:pPr>
            <w:r>
              <w:t>A rectangular office measures 16 feet by 12 feet. Robert is ordering carpet for the whole floor. What is the area of the floor in square feet?</w:t>
            </w:r>
          </w:p>
          <w:p w14:paraId="31D34CBA" w14:textId="77777777" w:rsidR="00BE3968" w:rsidRDefault="00CA6E70">
            <w:pPr>
              <w:pStyle w:val="CMRBodySmall"/>
              <w:spacing w:after="40"/>
            </w:pPr>
            <w:r>
              <w:rPr>
                <w:b/>
              </w:rPr>
              <w:t>STEP 1 — WHAT DO THEY WANT?</w:t>
            </w:r>
          </w:p>
          <w:p w14:paraId="123340CF" w14:textId="77777777" w:rsidR="00BE3968" w:rsidRDefault="00CA6E70">
            <w:pPr>
              <w:pStyle w:val="CMRBodySmall"/>
              <w:spacing w:after="20"/>
            </w:pPr>
            <w:r>
              <w:t>○ A. The length of the longest wall.</w:t>
            </w:r>
          </w:p>
          <w:p w14:paraId="5349F261" w14:textId="77777777" w:rsidR="00BE3968" w:rsidRDefault="00CA6E70">
            <w:pPr>
              <w:pStyle w:val="CMRBodySmall"/>
              <w:spacing w:after="80"/>
            </w:pPr>
            <w:r>
              <w:t>○ B. How much floor surface there is.</w:t>
            </w:r>
          </w:p>
          <w:p w14:paraId="56E46162" w14:textId="77777777" w:rsidR="00BE3968" w:rsidRDefault="00CA6E70">
            <w:pPr>
              <w:pStyle w:val="CMRBodySmall"/>
              <w:spacing w:after="40"/>
            </w:pPr>
            <w:r>
              <w:rPr>
                <w:b/>
              </w:rPr>
              <w:t>STEP 2 — WHAT DO I KNOW?</w:t>
            </w:r>
          </w:p>
          <w:p w14:paraId="1278C6E5" w14:textId="77777777" w:rsidR="00BE3968" w:rsidRDefault="00CA6E70">
            <w:pPr>
              <w:pStyle w:val="CMRBodySmall"/>
              <w:spacing w:after="40"/>
            </w:pPr>
            <w:r>
              <w:t>Length: ____________________</w:t>
            </w:r>
          </w:p>
          <w:p w14:paraId="3E72EDF2" w14:textId="77777777" w:rsidR="00BE3968" w:rsidRDefault="00CA6E70">
            <w:pPr>
              <w:pStyle w:val="CMRBodySmall"/>
              <w:spacing w:after="40"/>
            </w:pPr>
            <w:r>
              <w:t>Width: ____________________</w:t>
            </w:r>
          </w:p>
          <w:p w14:paraId="5A1F43F0" w14:textId="77777777" w:rsidR="00BE3968" w:rsidRDefault="00CA6E70">
            <w:pPr>
              <w:pStyle w:val="CMRBodySmall"/>
              <w:spacing w:after="40"/>
            </w:pPr>
            <w:r>
              <w:rPr>
                <w:b/>
              </w:rPr>
              <w:t>STEP 3 — HOW DO I FIND IT?</w:t>
            </w:r>
          </w:p>
          <w:p w14:paraId="7C7E4505" w14:textId="77777777" w:rsidR="00BE3968" w:rsidRDefault="00CA6E70">
            <w:pPr>
              <w:pStyle w:val="CMRBodySmall"/>
              <w:spacing w:after="20"/>
            </w:pPr>
            <w:r>
              <w:t>○ A. Multiply the two side lengths to find the area.</w:t>
            </w:r>
          </w:p>
          <w:p w14:paraId="132AD42B" w14:textId="77777777" w:rsidR="00BE3968" w:rsidRDefault="00CA6E70">
            <w:pPr>
              <w:pStyle w:val="CMRBodySmall"/>
            </w:pPr>
            <w:r>
              <w:t>○ B. Add the length and the width.</w:t>
            </w:r>
          </w:p>
          <w:p w14:paraId="6D1A3921" w14:textId="77777777" w:rsidR="00BE3968" w:rsidRDefault="00CA6E70">
            <w:pPr>
              <w:pStyle w:val="CMRBodySmall"/>
              <w:spacing w:after="120"/>
            </w:pPr>
            <w:r>
              <w:t>My math: ____________________________________________________________</w:t>
            </w:r>
          </w:p>
          <w:p w14:paraId="220E9A15" w14:textId="77777777" w:rsidR="00BE3968" w:rsidRDefault="00CA6E70">
            <w:pPr>
              <w:pStyle w:val="CMRBodySmall"/>
              <w:spacing w:after="120"/>
            </w:pPr>
            <w:r>
              <w:t>____________________________________________________________________</w:t>
            </w:r>
          </w:p>
          <w:p w14:paraId="2539CB1B" w14:textId="77777777" w:rsidR="00BE3968" w:rsidRDefault="00CA6E70">
            <w:pPr>
              <w:pStyle w:val="CMRBodySmall"/>
              <w:spacing w:after="100"/>
            </w:pPr>
            <w:r>
              <w:t>Answer and check: ___________________________________________________</w:t>
            </w:r>
          </w:p>
        </w:tc>
      </w:tr>
    </w:tbl>
    <w:p w14:paraId="4B4CF413" w14:textId="77777777" w:rsidR="00BE3968" w:rsidRDefault="00CA6E70">
      <w:r>
        <w:br w:type="page"/>
      </w:r>
    </w:p>
    <w:p w14:paraId="623C4B20" w14:textId="77777777" w:rsidR="00BE3968" w:rsidRDefault="00CA6E70">
      <w:pPr>
        <w:pStyle w:val="CMRSmallLabel"/>
        <w:spacing w:after="60"/>
      </w:pPr>
      <w:r>
        <w:rPr>
          <w:b w:val="0"/>
        </w:rPr>
        <w:lastRenderedPageBreak/>
        <w:t>SECTION 1  |  TOPIC 18  |  PRACTICE PAGE 5/5</w:t>
      </w:r>
    </w:p>
    <w:p w14:paraId="3E1AFCBE" w14:textId="77777777" w:rsidR="00BE3968" w:rsidRDefault="00CA6E70">
      <w:pPr>
        <w:pStyle w:val="CMRPageTitle"/>
        <w:spacing w:after="60"/>
      </w:pPr>
      <w:r>
        <w:rPr>
          <w:b w:val="0"/>
        </w:rPr>
        <w:t>Room sizes</w:t>
      </w:r>
    </w:p>
    <w:p w14:paraId="2C5ED10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D4EBAE0" w14:textId="77777777">
        <w:tc>
          <w:tcPr>
            <w:tcW w:w="10036" w:type="dxa"/>
            <w:shd w:val="clear" w:color="auto" w:fill="F5F8F9"/>
            <w:tcMar>
              <w:top w:w="70" w:type="dxa"/>
              <w:left w:w="140" w:type="dxa"/>
              <w:bottom w:w="85" w:type="dxa"/>
              <w:right w:w="140" w:type="dxa"/>
            </w:tcMar>
          </w:tcPr>
          <w:p w14:paraId="4C84CDE2" w14:textId="77777777" w:rsidR="00BE3968" w:rsidRDefault="00BE3968"/>
          <w:p w14:paraId="1DDB2BA0" w14:textId="77777777" w:rsidR="00BE3968" w:rsidRDefault="00CA6E70">
            <w:pPr>
              <w:pStyle w:val="CMRBodySmall"/>
            </w:pPr>
            <w:r>
              <w:rPr>
                <w:b/>
              </w:rPr>
              <w:t>PROBLEM S1-179</w:t>
            </w:r>
          </w:p>
          <w:p w14:paraId="7C254867" w14:textId="77777777" w:rsidR="00BE3968" w:rsidRDefault="00CA6E70">
            <w:pPr>
              <w:spacing w:after="140"/>
            </w:pPr>
            <w:r>
              <w:t>Denise is buying tile for a rectangular kitchen floor that is 16 feet wide and 10 feet long. How many square feet of floor need tile?</w:t>
            </w:r>
          </w:p>
          <w:p w14:paraId="3D5788DC" w14:textId="77777777" w:rsidR="00BE3968" w:rsidRDefault="00CA6E70">
            <w:pPr>
              <w:pStyle w:val="CMRBodySmall"/>
              <w:spacing w:after="40"/>
            </w:pPr>
            <w:r>
              <w:rPr>
                <w:b/>
              </w:rPr>
              <w:t>STEP 1 — WHAT DO THEY WANT?</w:t>
            </w:r>
          </w:p>
          <w:p w14:paraId="622A3A0F" w14:textId="77777777" w:rsidR="00BE3968" w:rsidRDefault="00CA6E70">
            <w:pPr>
              <w:pStyle w:val="CMRBodySmall"/>
              <w:spacing w:after="20"/>
            </w:pPr>
            <w:r>
              <w:t>○ A. The square feet needed to cover the floor.</w:t>
            </w:r>
          </w:p>
          <w:p w14:paraId="09023F00" w14:textId="77777777" w:rsidR="00BE3968" w:rsidRDefault="00CA6E70">
            <w:pPr>
              <w:pStyle w:val="CMRBodySmall"/>
              <w:spacing w:after="80"/>
            </w:pPr>
            <w:r>
              <w:t>○ B. The length and width added together.</w:t>
            </w:r>
          </w:p>
          <w:p w14:paraId="3637858B" w14:textId="77777777" w:rsidR="00BE3968" w:rsidRDefault="00CA6E70">
            <w:pPr>
              <w:pStyle w:val="CMRBodySmall"/>
              <w:spacing w:after="40"/>
            </w:pPr>
            <w:r>
              <w:rPr>
                <w:b/>
              </w:rPr>
              <w:t>STEP 2 — WHAT DO I KNOW?</w:t>
            </w:r>
          </w:p>
          <w:p w14:paraId="0B0AF539" w14:textId="77777777" w:rsidR="00BE3968" w:rsidRDefault="00CA6E70">
            <w:pPr>
              <w:pStyle w:val="CMRBodySmall"/>
              <w:spacing w:after="40"/>
            </w:pPr>
            <w:r>
              <w:t>Length: ____________________</w:t>
            </w:r>
          </w:p>
          <w:p w14:paraId="3E6E4960" w14:textId="77777777" w:rsidR="00BE3968" w:rsidRDefault="00CA6E70">
            <w:pPr>
              <w:pStyle w:val="CMRBodySmall"/>
              <w:spacing w:after="40"/>
            </w:pPr>
            <w:r>
              <w:t>Width: ____________________</w:t>
            </w:r>
          </w:p>
          <w:p w14:paraId="2801AE29" w14:textId="77777777" w:rsidR="00BE3968" w:rsidRDefault="00CA6E70">
            <w:pPr>
              <w:pStyle w:val="CMRBodySmall"/>
              <w:spacing w:after="40"/>
            </w:pPr>
            <w:r>
              <w:rPr>
                <w:b/>
              </w:rPr>
              <w:t>STEP 3 — HOW DO I FIND IT?</w:t>
            </w:r>
          </w:p>
          <w:p w14:paraId="63831CE8" w14:textId="77777777" w:rsidR="00BE3968" w:rsidRDefault="00CA6E70">
            <w:pPr>
              <w:pStyle w:val="CMRBodySmall"/>
              <w:spacing w:after="20"/>
            </w:pPr>
            <w:r>
              <w:t>○ A. Add length + width + length + width.</w:t>
            </w:r>
          </w:p>
          <w:p w14:paraId="37F8CB18" w14:textId="77777777" w:rsidR="00BE3968" w:rsidRDefault="00CA6E70">
            <w:pPr>
              <w:pStyle w:val="CMRBodySmall"/>
            </w:pPr>
            <w:r>
              <w:t>○ B. Multiply length × width.</w:t>
            </w:r>
          </w:p>
          <w:p w14:paraId="5E943740" w14:textId="77777777" w:rsidR="00BE3968" w:rsidRDefault="00CA6E70">
            <w:pPr>
              <w:pStyle w:val="CMRBodySmall"/>
              <w:spacing w:after="120"/>
            </w:pPr>
            <w:r>
              <w:t>My math: ____________________________________________________________</w:t>
            </w:r>
          </w:p>
          <w:p w14:paraId="771882CA" w14:textId="77777777" w:rsidR="00BE3968" w:rsidRDefault="00CA6E70">
            <w:pPr>
              <w:pStyle w:val="CMRBodySmall"/>
              <w:spacing w:after="120"/>
            </w:pPr>
            <w:r>
              <w:t>____________________________________________________________________</w:t>
            </w:r>
          </w:p>
          <w:p w14:paraId="025E78D8" w14:textId="77777777" w:rsidR="00BE3968" w:rsidRDefault="00CA6E70">
            <w:pPr>
              <w:pStyle w:val="CMRBodySmall"/>
              <w:spacing w:after="100"/>
            </w:pPr>
            <w:r>
              <w:t>Answer and check: ___________________________________________________</w:t>
            </w:r>
          </w:p>
        </w:tc>
      </w:tr>
    </w:tbl>
    <w:p w14:paraId="50641D5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B59E8B4" w14:textId="77777777">
        <w:tc>
          <w:tcPr>
            <w:tcW w:w="10036" w:type="dxa"/>
            <w:tcMar>
              <w:top w:w="70" w:type="dxa"/>
              <w:left w:w="140" w:type="dxa"/>
              <w:bottom w:w="85" w:type="dxa"/>
              <w:right w:w="140" w:type="dxa"/>
            </w:tcMar>
          </w:tcPr>
          <w:p w14:paraId="2BC73840" w14:textId="77777777" w:rsidR="00BE3968" w:rsidRDefault="00BE3968"/>
          <w:p w14:paraId="14C5C353" w14:textId="77777777" w:rsidR="00BE3968" w:rsidRDefault="00CA6E70">
            <w:pPr>
              <w:pStyle w:val="CMRBodySmall"/>
            </w:pPr>
            <w:r>
              <w:rPr>
                <w:b/>
              </w:rPr>
              <w:t>PROBLEM S1-180</w:t>
            </w:r>
          </w:p>
          <w:p w14:paraId="01E2F2FD" w14:textId="77777777" w:rsidR="00BE3968" w:rsidRDefault="00CA6E70">
            <w:pPr>
              <w:spacing w:after="140"/>
            </w:pPr>
            <w:r>
              <w:t>James wants to put flooring in a rectangular room that is 21 feet long and 9 feet wide. How many square feet of flooring will cover the floor?</w:t>
            </w:r>
          </w:p>
          <w:p w14:paraId="7A909159" w14:textId="77777777" w:rsidR="00BE3968" w:rsidRDefault="00CA6E70">
            <w:pPr>
              <w:pStyle w:val="CMRBodySmall"/>
              <w:spacing w:after="40"/>
            </w:pPr>
            <w:r>
              <w:rPr>
                <w:b/>
              </w:rPr>
              <w:t>STEP 1 — WHAT DO THEY WANT?</w:t>
            </w:r>
          </w:p>
          <w:p w14:paraId="17250171" w14:textId="77777777" w:rsidR="00BE3968" w:rsidRDefault="00CA6E70">
            <w:pPr>
              <w:pStyle w:val="CMRBodySmall"/>
              <w:spacing w:after="20"/>
            </w:pPr>
            <w:r>
              <w:t>○ A. The area of the floor, in square feet.</w:t>
            </w:r>
          </w:p>
          <w:p w14:paraId="01B50B12" w14:textId="77777777" w:rsidR="00BE3968" w:rsidRDefault="00CA6E70">
            <w:pPr>
              <w:pStyle w:val="CMRBodySmall"/>
              <w:spacing w:after="80"/>
            </w:pPr>
            <w:r>
              <w:t>○ B. The distance around the room.</w:t>
            </w:r>
          </w:p>
          <w:p w14:paraId="19765BCD" w14:textId="77777777" w:rsidR="00BE3968" w:rsidRDefault="00CA6E70">
            <w:pPr>
              <w:pStyle w:val="CMRBodySmall"/>
              <w:spacing w:after="40"/>
            </w:pPr>
            <w:r>
              <w:rPr>
                <w:b/>
              </w:rPr>
              <w:t>STEP 2 — WHAT DO I KNOW?</w:t>
            </w:r>
          </w:p>
          <w:p w14:paraId="6CAC8C08" w14:textId="77777777" w:rsidR="00BE3968" w:rsidRDefault="00CA6E70">
            <w:pPr>
              <w:pStyle w:val="CMRBodySmall"/>
              <w:spacing w:after="40"/>
            </w:pPr>
            <w:r>
              <w:t>Length: ____________________</w:t>
            </w:r>
          </w:p>
          <w:p w14:paraId="32850778" w14:textId="77777777" w:rsidR="00BE3968" w:rsidRDefault="00CA6E70">
            <w:pPr>
              <w:pStyle w:val="CMRBodySmall"/>
              <w:spacing w:after="40"/>
            </w:pPr>
            <w:r>
              <w:t>Width: ____________________</w:t>
            </w:r>
          </w:p>
          <w:p w14:paraId="347C441C" w14:textId="77777777" w:rsidR="00BE3968" w:rsidRDefault="00CA6E70">
            <w:pPr>
              <w:pStyle w:val="CMRBodySmall"/>
              <w:spacing w:after="40"/>
            </w:pPr>
            <w:r>
              <w:rPr>
                <w:b/>
              </w:rPr>
              <w:t>STEP 3 — HOW DO I FIND IT?</w:t>
            </w:r>
          </w:p>
          <w:p w14:paraId="1E4DC4E2" w14:textId="77777777" w:rsidR="00BE3968" w:rsidRDefault="00CA6E70">
            <w:pPr>
              <w:pStyle w:val="CMRBodySmall"/>
              <w:spacing w:after="20"/>
            </w:pPr>
            <w:r>
              <w:t>○ A. Add the length and the width.</w:t>
            </w:r>
          </w:p>
          <w:p w14:paraId="2886DC5B" w14:textId="77777777" w:rsidR="00BE3968" w:rsidRDefault="00CA6E70">
            <w:pPr>
              <w:pStyle w:val="CMRBodySmall"/>
            </w:pPr>
            <w:r>
              <w:t>○ B. Multiply the two side lengths to find the area.</w:t>
            </w:r>
          </w:p>
          <w:p w14:paraId="58C0691F" w14:textId="77777777" w:rsidR="00BE3968" w:rsidRDefault="00CA6E70">
            <w:pPr>
              <w:pStyle w:val="CMRBodySmall"/>
              <w:spacing w:after="120"/>
            </w:pPr>
            <w:r>
              <w:t>My math: ____________________________________________________________</w:t>
            </w:r>
          </w:p>
          <w:p w14:paraId="688DB0D6" w14:textId="77777777" w:rsidR="00BE3968" w:rsidRDefault="00CA6E70">
            <w:pPr>
              <w:pStyle w:val="CMRBodySmall"/>
              <w:spacing w:after="120"/>
            </w:pPr>
            <w:r>
              <w:t>____________________________________________________________________</w:t>
            </w:r>
          </w:p>
          <w:p w14:paraId="1EC5F522" w14:textId="77777777" w:rsidR="00BE3968" w:rsidRDefault="00CA6E70">
            <w:pPr>
              <w:pStyle w:val="CMRBodySmall"/>
              <w:spacing w:after="100"/>
            </w:pPr>
            <w:r>
              <w:t>Answer and check: ___________________________________________________</w:t>
            </w:r>
          </w:p>
        </w:tc>
      </w:tr>
    </w:tbl>
    <w:p w14:paraId="33410294" w14:textId="77777777" w:rsidR="00BE3968" w:rsidRDefault="00CA6E70">
      <w:r>
        <w:br w:type="page"/>
      </w:r>
    </w:p>
    <w:p w14:paraId="600CC2A7" w14:textId="77777777" w:rsidR="00BE3968" w:rsidRDefault="00CA6E70">
      <w:pPr>
        <w:pStyle w:val="CMRSmallLabel"/>
        <w:spacing w:after="60"/>
      </w:pPr>
      <w:r>
        <w:rPr>
          <w:b w:val="0"/>
        </w:rPr>
        <w:t>SECTION 1  |  TOPIC 19  |  PRACTICE PAGE 1/5</w:t>
      </w:r>
    </w:p>
    <w:p w14:paraId="6494672B" w14:textId="77777777" w:rsidR="00BE3968" w:rsidRDefault="00CA6E70">
      <w:pPr>
        <w:pStyle w:val="CMRPageTitle"/>
        <w:spacing w:after="60"/>
      </w:pPr>
      <w:r>
        <w:rPr>
          <w:b w:val="0"/>
        </w:rPr>
        <w:t>Paint and supplies</w:t>
      </w:r>
    </w:p>
    <w:p w14:paraId="2C46C90B" w14:textId="77777777" w:rsidR="00BE3968" w:rsidRDefault="00CA6E70">
      <w:pPr>
        <w:pStyle w:val="CMRBodySmall"/>
        <w:spacing w:after="100"/>
      </w:pPr>
      <w:r>
        <w:t>Remember: Estimate how much material a job needs and round up appropriately.</w:t>
      </w:r>
    </w:p>
    <w:tbl>
      <w:tblPr>
        <w:tblW w:w="0" w:type="auto"/>
        <w:tblLayout w:type="fixed"/>
        <w:tblLook w:val="04A0" w:firstRow="1" w:lastRow="0" w:firstColumn="1" w:lastColumn="0" w:noHBand="0" w:noVBand="1"/>
      </w:tblPr>
      <w:tblGrid>
        <w:gridCol w:w="10036"/>
      </w:tblGrid>
      <w:tr w:rsidR="00BE3968" w14:paraId="7C263EEC" w14:textId="77777777">
        <w:tc>
          <w:tcPr>
            <w:tcW w:w="10036" w:type="dxa"/>
            <w:shd w:val="clear" w:color="auto" w:fill="F5F8F9"/>
            <w:tcMar>
              <w:top w:w="70" w:type="dxa"/>
              <w:left w:w="140" w:type="dxa"/>
              <w:bottom w:w="85" w:type="dxa"/>
              <w:right w:w="140" w:type="dxa"/>
            </w:tcMar>
          </w:tcPr>
          <w:p w14:paraId="329B7E78" w14:textId="77777777" w:rsidR="00BE3968" w:rsidRDefault="00BE3968"/>
          <w:p w14:paraId="124F8269" w14:textId="77777777" w:rsidR="00BE3968" w:rsidRDefault="00CA6E70">
            <w:pPr>
              <w:pStyle w:val="CMRBodySmall"/>
            </w:pPr>
            <w:r>
              <w:rPr>
                <w:b/>
              </w:rPr>
              <w:t>PROBLEM S1-181</w:t>
            </w:r>
          </w:p>
          <w:p w14:paraId="0F4AAE32" w14:textId="77777777" w:rsidR="00BE3968" w:rsidRDefault="00CA6E70">
            <w:pPr>
              <w:spacing w:after="140"/>
            </w:pPr>
            <w:r>
              <w:t>Monica needs to paint 342 square feet of wall with one coat. One can covers 80 square feet. How many cans must Monica buy?</w:t>
            </w:r>
          </w:p>
          <w:p w14:paraId="3F09628C" w14:textId="77777777" w:rsidR="00BE3968" w:rsidRDefault="00CA6E70">
            <w:pPr>
              <w:pStyle w:val="CMRBodySmall"/>
              <w:spacing w:after="40"/>
            </w:pPr>
            <w:r>
              <w:rPr>
                <w:b/>
              </w:rPr>
              <w:t>STEP 1 — WHAT DO THEY WANT?</w:t>
            </w:r>
          </w:p>
          <w:p w14:paraId="6616590B" w14:textId="77777777" w:rsidR="00BE3968" w:rsidRDefault="00CA6E70">
            <w:pPr>
              <w:pStyle w:val="CMRBodySmall"/>
              <w:spacing w:after="20"/>
            </w:pPr>
            <w:r>
              <w:t>○ A. The number of whole cans to buy.</w:t>
            </w:r>
          </w:p>
          <w:p w14:paraId="0262E014" w14:textId="77777777" w:rsidR="00BE3968" w:rsidRDefault="00CA6E70">
            <w:pPr>
              <w:pStyle w:val="CMRBodySmall"/>
              <w:spacing w:after="80"/>
            </w:pPr>
            <w:r>
              <w:t>○ B. The wall area in square feet.</w:t>
            </w:r>
          </w:p>
          <w:p w14:paraId="263B1404" w14:textId="77777777" w:rsidR="00BE3968" w:rsidRDefault="00CA6E70">
            <w:pPr>
              <w:pStyle w:val="CMRBodySmall"/>
              <w:spacing w:after="40"/>
            </w:pPr>
            <w:r>
              <w:rPr>
                <w:b/>
              </w:rPr>
              <w:t>STEP 2 — WHAT DO I KNOW?</w:t>
            </w:r>
          </w:p>
          <w:p w14:paraId="437BB280" w14:textId="77777777" w:rsidR="00BE3968" w:rsidRDefault="00CA6E70">
            <w:pPr>
              <w:pStyle w:val="CMRBodySmall"/>
              <w:spacing w:after="40"/>
            </w:pPr>
            <w:r>
              <w:t>Wall area: ____________________</w:t>
            </w:r>
          </w:p>
          <w:p w14:paraId="7B7BA932" w14:textId="77777777" w:rsidR="00BE3968" w:rsidRDefault="00CA6E70">
            <w:pPr>
              <w:pStyle w:val="CMRBodySmall"/>
              <w:spacing w:after="40"/>
            </w:pPr>
            <w:r>
              <w:t>Area one can covers: ____________________</w:t>
            </w:r>
          </w:p>
          <w:p w14:paraId="5216D50E" w14:textId="77777777" w:rsidR="00BE3968" w:rsidRDefault="00CA6E70">
            <w:pPr>
              <w:pStyle w:val="CMRBodySmall"/>
              <w:spacing w:after="40"/>
            </w:pPr>
            <w:r>
              <w:rPr>
                <w:b/>
              </w:rPr>
              <w:t>STEP 3 — HOW DO I FIND IT?</w:t>
            </w:r>
          </w:p>
          <w:p w14:paraId="50F85785" w14:textId="77777777" w:rsidR="00BE3968" w:rsidRDefault="00CA6E70">
            <w:pPr>
              <w:pStyle w:val="CMRBodySmall"/>
              <w:spacing w:after="20"/>
            </w:pPr>
            <w:r>
              <w:t>○ A. Divide, then round down so no paint is wasted.</w:t>
            </w:r>
          </w:p>
          <w:p w14:paraId="6242768F" w14:textId="77777777" w:rsidR="00BE3968" w:rsidRDefault="00CA6E70">
            <w:pPr>
              <w:pStyle w:val="CMRBodySmall"/>
            </w:pPr>
            <w:r>
              <w:t>○ B. Divide the area by the coverage, then round up to a whole can.</w:t>
            </w:r>
          </w:p>
          <w:p w14:paraId="2ACB45B6" w14:textId="77777777" w:rsidR="00BE3968" w:rsidRDefault="00CA6E70">
            <w:pPr>
              <w:pStyle w:val="CMRBodySmall"/>
              <w:spacing w:after="120"/>
            </w:pPr>
            <w:r>
              <w:t>My math: ____________________________________________________________</w:t>
            </w:r>
          </w:p>
          <w:p w14:paraId="533E10F6" w14:textId="77777777" w:rsidR="00BE3968" w:rsidRDefault="00CA6E70">
            <w:pPr>
              <w:pStyle w:val="CMRBodySmall"/>
              <w:spacing w:after="120"/>
            </w:pPr>
            <w:r>
              <w:t>____________________________________________________________________</w:t>
            </w:r>
          </w:p>
          <w:p w14:paraId="0F1D8FE7" w14:textId="77777777" w:rsidR="00BE3968" w:rsidRDefault="00CA6E70">
            <w:pPr>
              <w:pStyle w:val="CMRBodySmall"/>
              <w:spacing w:after="100"/>
            </w:pPr>
            <w:r>
              <w:t>Answer and check: ___________________________________________________</w:t>
            </w:r>
          </w:p>
        </w:tc>
      </w:tr>
    </w:tbl>
    <w:p w14:paraId="6248D1C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5317701" w14:textId="77777777">
        <w:tc>
          <w:tcPr>
            <w:tcW w:w="10036" w:type="dxa"/>
            <w:tcMar>
              <w:top w:w="70" w:type="dxa"/>
              <w:left w:w="140" w:type="dxa"/>
              <w:bottom w:w="85" w:type="dxa"/>
              <w:right w:w="140" w:type="dxa"/>
            </w:tcMar>
          </w:tcPr>
          <w:p w14:paraId="1EA59F3C" w14:textId="77777777" w:rsidR="00BE3968" w:rsidRDefault="00BE3968"/>
          <w:p w14:paraId="52DA7AA4" w14:textId="77777777" w:rsidR="00BE3968" w:rsidRDefault="00CA6E70">
            <w:pPr>
              <w:pStyle w:val="CMRBodySmall"/>
            </w:pPr>
            <w:r>
              <w:rPr>
                <w:b/>
              </w:rPr>
              <w:t>PROBLEM S1-182</w:t>
            </w:r>
          </w:p>
          <w:p w14:paraId="229FC81C" w14:textId="77777777" w:rsidR="00BE3968" w:rsidRDefault="00CA6E70">
            <w:pPr>
              <w:spacing w:after="140"/>
            </w:pPr>
            <w:r>
              <w:t>One can of paint covers 120 square feet. Rosa’s walls total 356 square feet, and one coat is enough. How many whole cans are needed?</w:t>
            </w:r>
          </w:p>
          <w:p w14:paraId="66CCAE8A" w14:textId="77777777" w:rsidR="00BE3968" w:rsidRDefault="00CA6E70">
            <w:pPr>
              <w:pStyle w:val="CMRBodySmall"/>
              <w:spacing w:after="40"/>
            </w:pPr>
            <w:r>
              <w:rPr>
                <w:b/>
              </w:rPr>
              <w:t>STEP 1 — WHAT DO THEY WANT?</w:t>
            </w:r>
          </w:p>
          <w:p w14:paraId="5550D234" w14:textId="77777777" w:rsidR="00BE3968" w:rsidRDefault="00CA6E70">
            <w:pPr>
              <w:pStyle w:val="CMRBodySmall"/>
              <w:spacing w:after="20"/>
            </w:pPr>
            <w:r>
              <w:t>○ A. How much wall one can covers.</w:t>
            </w:r>
          </w:p>
          <w:p w14:paraId="189CE837" w14:textId="77777777" w:rsidR="00BE3968" w:rsidRDefault="00CA6E70">
            <w:pPr>
              <w:pStyle w:val="CMRBodySmall"/>
              <w:spacing w:after="80"/>
            </w:pPr>
            <w:r>
              <w:t>○ B. How many cans it takes to cover all the wall.</w:t>
            </w:r>
          </w:p>
          <w:p w14:paraId="568538DB" w14:textId="77777777" w:rsidR="00BE3968" w:rsidRDefault="00CA6E70">
            <w:pPr>
              <w:pStyle w:val="CMRBodySmall"/>
              <w:spacing w:after="40"/>
            </w:pPr>
            <w:r>
              <w:rPr>
                <w:b/>
              </w:rPr>
              <w:t>STEP 2 — WHAT DO I KNOW?</w:t>
            </w:r>
          </w:p>
          <w:p w14:paraId="4FE31036" w14:textId="77777777" w:rsidR="00BE3968" w:rsidRDefault="00CA6E70">
            <w:pPr>
              <w:pStyle w:val="CMRBodySmall"/>
              <w:spacing w:after="40"/>
            </w:pPr>
            <w:r>
              <w:t>Wall area: ____________________</w:t>
            </w:r>
          </w:p>
          <w:p w14:paraId="54F1BB9C" w14:textId="77777777" w:rsidR="00BE3968" w:rsidRDefault="00CA6E70">
            <w:pPr>
              <w:pStyle w:val="CMRBodySmall"/>
              <w:spacing w:after="40"/>
            </w:pPr>
            <w:r>
              <w:t>Area one can covers: ____________________</w:t>
            </w:r>
          </w:p>
          <w:p w14:paraId="58B74143" w14:textId="77777777" w:rsidR="00BE3968" w:rsidRDefault="00CA6E70">
            <w:pPr>
              <w:pStyle w:val="CMRBodySmall"/>
              <w:spacing w:after="40"/>
            </w:pPr>
            <w:r>
              <w:rPr>
                <w:b/>
              </w:rPr>
              <w:t>STEP 3 — HOW DO I FIND IT?</w:t>
            </w:r>
          </w:p>
          <w:p w14:paraId="094F8F45" w14:textId="77777777" w:rsidR="00BE3968" w:rsidRDefault="00CA6E70">
            <w:pPr>
              <w:pStyle w:val="CMRBodySmall"/>
              <w:spacing w:after="20"/>
            </w:pPr>
            <w:r>
              <w:t>○ A. Find area ÷ coverage; any part of a can means buying one more.</w:t>
            </w:r>
          </w:p>
          <w:p w14:paraId="4C37FB12" w14:textId="77777777" w:rsidR="00BE3968" w:rsidRDefault="00CA6E70">
            <w:pPr>
              <w:pStyle w:val="CMRBodySmall"/>
            </w:pPr>
            <w:r>
              <w:t>○ B. Multiply the area by the coverage.</w:t>
            </w:r>
          </w:p>
          <w:p w14:paraId="1AA7B370" w14:textId="77777777" w:rsidR="00BE3968" w:rsidRDefault="00CA6E70">
            <w:pPr>
              <w:pStyle w:val="CMRBodySmall"/>
              <w:spacing w:after="120"/>
            </w:pPr>
            <w:r>
              <w:t>My math: ____________________________________________________________</w:t>
            </w:r>
          </w:p>
          <w:p w14:paraId="2E9B979F" w14:textId="77777777" w:rsidR="00BE3968" w:rsidRDefault="00CA6E70">
            <w:pPr>
              <w:pStyle w:val="CMRBodySmall"/>
              <w:spacing w:after="120"/>
            </w:pPr>
            <w:r>
              <w:t>____________________________________________________________________</w:t>
            </w:r>
          </w:p>
          <w:p w14:paraId="221470A0" w14:textId="77777777" w:rsidR="00BE3968" w:rsidRDefault="00CA6E70">
            <w:pPr>
              <w:pStyle w:val="CMRBodySmall"/>
              <w:spacing w:after="100"/>
            </w:pPr>
            <w:r>
              <w:t>Answer and check: ___________________________________________________</w:t>
            </w:r>
          </w:p>
        </w:tc>
      </w:tr>
    </w:tbl>
    <w:p w14:paraId="55AF22C6" w14:textId="77777777" w:rsidR="00BE3968" w:rsidRDefault="00CA6E70">
      <w:r>
        <w:br w:type="page"/>
      </w:r>
    </w:p>
    <w:p w14:paraId="3AD5F5B9" w14:textId="77777777" w:rsidR="00BE3968" w:rsidRDefault="00CA6E70">
      <w:pPr>
        <w:pStyle w:val="CMRSmallLabel"/>
        <w:spacing w:after="60"/>
      </w:pPr>
      <w:r>
        <w:rPr>
          <w:b w:val="0"/>
        </w:rPr>
        <w:t>SECTION 1  |  TOPIC 19  |  PRACTICE PAGE 2/5</w:t>
      </w:r>
    </w:p>
    <w:p w14:paraId="3D409459" w14:textId="77777777" w:rsidR="00BE3968" w:rsidRDefault="00CA6E70">
      <w:pPr>
        <w:pStyle w:val="CMRPageTitle"/>
        <w:spacing w:after="60"/>
      </w:pPr>
      <w:r>
        <w:rPr>
          <w:b w:val="0"/>
        </w:rPr>
        <w:t>Paint and supplies</w:t>
      </w:r>
    </w:p>
    <w:p w14:paraId="7187E18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ACD2CA0" w14:textId="77777777">
        <w:tc>
          <w:tcPr>
            <w:tcW w:w="10036" w:type="dxa"/>
            <w:shd w:val="clear" w:color="auto" w:fill="F5F8F9"/>
            <w:tcMar>
              <w:top w:w="70" w:type="dxa"/>
              <w:left w:w="140" w:type="dxa"/>
              <w:bottom w:w="85" w:type="dxa"/>
              <w:right w:w="140" w:type="dxa"/>
            </w:tcMar>
          </w:tcPr>
          <w:p w14:paraId="04E34DDD" w14:textId="77777777" w:rsidR="00BE3968" w:rsidRDefault="00BE3968"/>
          <w:p w14:paraId="1F2EC0B9" w14:textId="77777777" w:rsidR="00BE3968" w:rsidRDefault="00CA6E70">
            <w:pPr>
              <w:pStyle w:val="CMRBodySmall"/>
            </w:pPr>
            <w:r>
              <w:rPr>
                <w:b/>
              </w:rPr>
              <w:t>PROBLEM S1-183</w:t>
            </w:r>
          </w:p>
          <w:p w14:paraId="5FA43DD7" w14:textId="77777777" w:rsidR="00BE3968" w:rsidRDefault="00CA6E70">
            <w:pPr>
              <w:spacing w:after="140"/>
            </w:pPr>
            <w:r>
              <w:t>Jasmine is painting 169 square feet of wall with one coat. Each can covers up to 80 square feet. How many cans should Jasmine buy?</w:t>
            </w:r>
          </w:p>
          <w:p w14:paraId="3AE549A2" w14:textId="77777777" w:rsidR="00BE3968" w:rsidRDefault="00CA6E70">
            <w:pPr>
              <w:pStyle w:val="CMRBodySmall"/>
              <w:spacing w:after="40"/>
            </w:pPr>
            <w:r>
              <w:rPr>
                <w:b/>
              </w:rPr>
              <w:t>STEP 1 — WHAT DO THEY WANT?</w:t>
            </w:r>
          </w:p>
          <w:p w14:paraId="09468E3E" w14:textId="77777777" w:rsidR="00BE3968" w:rsidRDefault="00CA6E70">
            <w:pPr>
              <w:pStyle w:val="CMRBodySmall"/>
              <w:spacing w:after="20"/>
            </w:pPr>
            <w:r>
              <w:t>○ A. The whole number of cans needed.</w:t>
            </w:r>
          </w:p>
          <w:p w14:paraId="72CB9173" w14:textId="77777777" w:rsidR="00BE3968" w:rsidRDefault="00CA6E70">
            <w:pPr>
              <w:pStyle w:val="CMRBodySmall"/>
              <w:spacing w:after="80"/>
            </w:pPr>
            <w:r>
              <w:t>○ B. How much paint is left over.</w:t>
            </w:r>
          </w:p>
          <w:p w14:paraId="0697DA13" w14:textId="77777777" w:rsidR="00BE3968" w:rsidRDefault="00CA6E70">
            <w:pPr>
              <w:pStyle w:val="CMRBodySmall"/>
              <w:spacing w:after="40"/>
            </w:pPr>
            <w:r>
              <w:rPr>
                <w:b/>
              </w:rPr>
              <w:t>STEP 2 — WHAT DO I KNOW?</w:t>
            </w:r>
          </w:p>
          <w:p w14:paraId="0A95B098" w14:textId="77777777" w:rsidR="00BE3968" w:rsidRDefault="00CA6E70">
            <w:pPr>
              <w:pStyle w:val="CMRBodySmall"/>
              <w:spacing w:after="40"/>
            </w:pPr>
            <w:r>
              <w:t>Wall area: ____________________</w:t>
            </w:r>
          </w:p>
          <w:p w14:paraId="2BA478B5" w14:textId="77777777" w:rsidR="00BE3968" w:rsidRDefault="00CA6E70">
            <w:pPr>
              <w:pStyle w:val="CMRBodySmall"/>
              <w:spacing w:after="40"/>
            </w:pPr>
            <w:r>
              <w:t>Area one can covers: ____________________</w:t>
            </w:r>
          </w:p>
          <w:p w14:paraId="5FB78826" w14:textId="77777777" w:rsidR="00BE3968" w:rsidRDefault="00CA6E70">
            <w:pPr>
              <w:pStyle w:val="CMRBodySmall"/>
              <w:spacing w:after="40"/>
            </w:pPr>
            <w:r>
              <w:rPr>
                <w:b/>
              </w:rPr>
              <w:t>STEP 3 — HOW DO I FIND IT?</w:t>
            </w:r>
          </w:p>
          <w:p w14:paraId="1EEF1630" w14:textId="77777777" w:rsidR="00BE3968" w:rsidRDefault="00CA6E70">
            <w:pPr>
              <w:pStyle w:val="CMRBodySmall"/>
              <w:spacing w:after="20"/>
            </w:pPr>
            <w:r>
              <w:t>○ A. Divide the area by the coverage, then round up to a whole can.</w:t>
            </w:r>
          </w:p>
          <w:p w14:paraId="5532F6FE" w14:textId="77777777" w:rsidR="00BE3968" w:rsidRDefault="00CA6E70">
            <w:pPr>
              <w:pStyle w:val="CMRBodySmall"/>
            </w:pPr>
            <w:r>
              <w:t>○ B. Divide, then round down so no paint is wasted.</w:t>
            </w:r>
          </w:p>
          <w:p w14:paraId="1F3A5A06" w14:textId="77777777" w:rsidR="00BE3968" w:rsidRDefault="00CA6E70">
            <w:pPr>
              <w:pStyle w:val="CMRBodySmall"/>
              <w:spacing w:after="120"/>
            </w:pPr>
            <w:r>
              <w:t>My math: ____________________________________________________________</w:t>
            </w:r>
          </w:p>
          <w:p w14:paraId="1C9C534D" w14:textId="77777777" w:rsidR="00BE3968" w:rsidRDefault="00CA6E70">
            <w:pPr>
              <w:pStyle w:val="CMRBodySmall"/>
              <w:spacing w:after="120"/>
            </w:pPr>
            <w:r>
              <w:t>____________________________________________________________________</w:t>
            </w:r>
          </w:p>
          <w:p w14:paraId="34347083" w14:textId="77777777" w:rsidR="00BE3968" w:rsidRDefault="00CA6E70">
            <w:pPr>
              <w:pStyle w:val="CMRBodySmall"/>
              <w:spacing w:after="100"/>
            </w:pPr>
            <w:r>
              <w:t>Answer and check: ___________________________________________________</w:t>
            </w:r>
          </w:p>
        </w:tc>
      </w:tr>
    </w:tbl>
    <w:p w14:paraId="0C35EA9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15FCFD6" w14:textId="77777777">
        <w:tc>
          <w:tcPr>
            <w:tcW w:w="10036" w:type="dxa"/>
            <w:tcMar>
              <w:top w:w="70" w:type="dxa"/>
              <w:left w:w="140" w:type="dxa"/>
              <w:bottom w:w="85" w:type="dxa"/>
              <w:right w:w="140" w:type="dxa"/>
            </w:tcMar>
          </w:tcPr>
          <w:p w14:paraId="0B747A7F" w14:textId="77777777" w:rsidR="00BE3968" w:rsidRDefault="00BE3968"/>
          <w:p w14:paraId="0E8C07FF" w14:textId="77777777" w:rsidR="00BE3968" w:rsidRDefault="00CA6E70">
            <w:pPr>
              <w:pStyle w:val="CMRBodySmall"/>
            </w:pPr>
            <w:r>
              <w:rPr>
                <w:b/>
              </w:rPr>
              <w:t>PROBLEM S1-184</w:t>
            </w:r>
          </w:p>
          <w:p w14:paraId="2D1B7B68" w14:textId="77777777" w:rsidR="00BE3968" w:rsidRDefault="00CA6E70">
            <w:pPr>
              <w:spacing w:after="140"/>
            </w:pPr>
            <w:r>
              <w:t>Anthony needs to paint 129 square feet of wall with one coat. One can covers 120 square feet. How many cans must Anthony buy?</w:t>
            </w:r>
          </w:p>
          <w:p w14:paraId="125A2059" w14:textId="77777777" w:rsidR="00BE3968" w:rsidRDefault="00CA6E70">
            <w:pPr>
              <w:pStyle w:val="CMRBodySmall"/>
              <w:spacing w:after="40"/>
            </w:pPr>
            <w:r>
              <w:rPr>
                <w:b/>
              </w:rPr>
              <w:t>STEP 1 — WHAT DO THEY WANT?</w:t>
            </w:r>
          </w:p>
          <w:p w14:paraId="2697A876" w14:textId="77777777" w:rsidR="00BE3968" w:rsidRDefault="00CA6E70">
            <w:pPr>
              <w:pStyle w:val="CMRBodySmall"/>
              <w:spacing w:after="20"/>
            </w:pPr>
            <w:r>
              <w:t>○ A. The wall area in square feet.</w:t>
            </w:r>
          </w:p>
          <w:p w14:paraId="23267E33" w14:textId="77777777" w:rsidR="00BE3968" w:rsidRDefault="00CA6E70">
            <w:pPr>
              <w:pStyle w:val="CMRBodySmall"/>
              <w:spacing w:after="80"/>
            </w:pPr>
            <w:r>
              <w:t>○ B. The number of whole cans to buy.</w:t>
            </w:r>
          </w:p>
          <w:p w14:paraId="16C4415F" w14:textId="77777777" w:rsidR="00BE3968" w:rsidRDefault="00CA6E70">
            <w:pPr>
              <w:pStyle w:val="CMRBodySmall"/>
              <w:spacing w:after="40"/>
            </w:pPr>
            <w:r>
              <w:rPr>
                <w:b/>
              </w:rPr>
              <w:t>STEP 2 — WHAT DO I KNOW?</w:t>
            </w:r>
          </w:p>
          <w:p w14:paraId="020CA0FF" w14:textId="77777777" w:rsidR="00BE3968" w:rsidRDefault="00CA6E70">
            <w:pPr>
              <w:pStyle w:val="CMRBodySmall"/>
              <w:spacing w:after="40"/>
            </w:pPr>
            <w:r>
              <w:t>Wall area: ____________________</w:t>
            </w:r>
          </w:p>
          <w:p w14:paraId="3989150D" w14:textId="77777777" w:rsidR="00BE3968" w:rsidRDefault="00CA6E70">
            <w:pPr>
              <w:pStyle w:val="CMRBodySmall"/>
              <w:spacing w:after="40"/>
            </w:pPr>
            <w:r>
              <w:t>Area one can covers: ____________________</w:t>
            </w:r>
          </w:p>
          <w:p w14:paraId="5AF97954" w14:textId="77777777" w:rsidR="00BE3968" w:rsidRDefault="00CA6E70">
            <w:pPr>
              <w:pStyle w:val="CMRBodySmall"/>
              <w:spacing w:after="40"/>
            </w:pPr>
            <w:r>
              <w:rPr>
                <w:b/>
              </w:rPr>
              <w:t>STEP 3 — HOW DO I FIND IT?</w:t>
            </w:r>
          </w:p>
          <w:p w14:paraId="2FB061AF" w14:textId="77777777" w:rsidR="00BE3968" w:rsidRDefault="00CA6E70">
            <w:pPr>
              <w:pStyle w:val="CMRBodySmall"/>
              <w:spacing w:after="20"/>
            </w:pPr>
            <w:r>
              <w:t>○ A. Multiply the area by the coverage.</w:t>
            </w:r>
          </w:p>
          <w:p w14:paraId="1CA04C12" w14:textId="77777777" w:rsidR="00BE3968" w:rsidRDefault="00CA6E70">
            <w:pPr>
              <w:pStyle w:val="CMRBodySmall"/>
            </w:pPr>
            <w:r>
              <w:t>○ B. Find area ÷ coverage; any part of a can means buying one more.</w:t>
            </w:r>
          </w:p>
          <w:p w14:paraId="4C930BAE" w14:textId="77777777" w:rsidR="00BE3968" w:rsidRDefault="00CA6E70">
            <w:pPr>
              <w:pStyle w:val="CMRBodySmall"/>
              <w:spacing w:after="120"/>
            </w:pPr>
            <w:r>
              <w:t>My math: ____________________________________________________________</w:t>
            </w:r>
          </w:p>
          <w:p w14:paraId="4033F471" w14:textId="77777777" w:rsidR="00BE3968" w:rsidRDefault="00CA6E70">
            <w:pPr>
              <w:pStyle w:val="CMRBodySmall"/>
              <w:spacing w:after="120"/>
            </w:pPr>
            <w:r>
              <w:t>____________________________________________________________________</w:t>
            </w:r>
          </w:p>
          <w:p w14:paraId="243571E9" w14:textId="77777777" w:rsidR="00BE3968" w:rsidRDefault="00CA6E70">
            <w:pPr>
              <w:pStyle w:val="CMRBodySmall"/>
              <w:spacing w:after="100"/>
            </w:pPr>
            <w:r>
              <w:t>Answer and check: ___________________________________________________</w:t>
            </w:r>
          </w:p>
        </w:tc>
      </w:tr>
    </w:tbl>
    <w:p w14:paraId="43B51690" w14:textId="77777777" w:rsidR="00BE3968" w:rsidRDefault="00CA6E70">
      <w:r>
        <w:br w:type="page"/>
      </w:r>
    </w:p>
    <w:p w14:paraId="152F79A4" w14:textId="77777777" w:rsidR="00BE3968" w:rsidRDefault="00CA6E70">
      <w:pPr>
        <w:pStyle w:val="CMRSmallLabel"/>
        <w:spacing w:after="60"/>
      </w:pPr>
      <w:r>
        <w:rPr>
          <w:b w:val="0"/>
        </w:rPr>
        <w:t>SECTION 1  |  TOPIC 19  |  PRACTICE PAGE 3/5</w:t>
      </w:r>
    </w:p>
    <w:p w14:paraId="595A4E8F" w14:textId="77777777" w:rsidR="00BE3968" w:rsidRDefault="00CA6E70">
      <w:pPr>
        <w:pStyle w:val="CMRPageTitle"/>
        <w:spacing w:after="60"/>
      </w:pPr>
      <w:r>
        <w:rPr>
          <w:b w:val="0"/>
        </w:rPr>
        <w:t>Paint and supplies</w:t>
      </w:r>
    </w:p>
    <w:p w14:paraId="7884B6D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85272C1" w14:textId="77777777">
        <w:tc>
          <w:tcPr>
            <w:tcW w:w="10036" w:type="dxa"/>
            <w:shd w:val="clear" w:color="auto" w:fill="F5F8F9"/>
            <w:tcMar>
              <w:top w:w="70" w:type="dxa"/>
              <w:left w:w="140" w:type="dxa"/>
              <w:bottom w:w="85" w:type="dxa"/>
              <w:right w:w="140" w:type="dxa"/>
            </w:tcMar>
          </w:tcPr>
          <w:p w14:paraId="166634DD" w14:textId="77777777" w:rsidR="00BE3968" w:rsidRDefault="00BE3968"/>
          <w:p w14:paraId="6A06B9F4" w14:textId="77777777" w:rsidR="00BE3968" w:rsidRDefault="00CA6E70">
            <w:pPr>
              <w:pStyle w:val="CMRBodySmall"/>
            </w:pPr>
            <w:r>
              <w:rPr>
                <w:b/>
              </w:rPr>
              <w:t>PROBLEM S1-185</w:t>
            </w:r>
          </w:p>
          <w:p w14:paraId="1F18C446" w14:textId="77777777" w:rsidR="00BE3968" w:rsidRDefault="00CA6E70">
            <w:pPr>
              <w:spacing w:after="140"/>
            </w:pPr>
            <w:r>
              <w:t>One can of paint covers 150 square feet. Joseph’s walls total 178 square feet, and one coat is enough. How many whole cans are needed?</w:t>
            </w:r>
          </w:p>
          <w:p w14:paraId="142E63DC" w14:textId="77777777" w:rsidR="00BE3968" w:rsidRDefault="00CA6E70">
            <w:pPr>
              <w:pStyle w:val="CMRBodySmall"/>
              <w:spacing w:after="40"/>
            </w:pPr>
            <w:r>
              <w:rPr>
                <w:b/>
              </w:rPr>
              <w:t>STEP 1 — WHAT DO THEY WANT?</w:t>
            </w:r>
          </w:p>
          <w:p w14:paraId="52B9ABC3" w14:textId="77777777" w:rsidR="00BE3968" w:rsidRDefault="00CA6E70">
            <w:pPr>
              <w:pStyle w:val="CMRBodySmall"/>
              <w:spacing w:after="20"/>
            </w:pPr>
            <w:r>
              <w:t>○ A. How much wall one can covers.</w:t>
            </w:r>
          </w:p>
          <w:p w14:paraId="37FF4490" w14:textId="77777777" w:rsidR="00BE3968" w:rsidRDefault="00CA6E70">
            <w:pPr>
              <w:pStyle w:val="CMRBodySmall"/>
              <w:spacing w:after="80"/>
            </w:pPr>
            <w:r>
              <w:t>○ B. How many cans it takes to cover all the wall.</w:t>
            </w:r>
          </w:p>
          <w:p w14:paraId="56F6114B" w14:textId="77777777" w:rsidR="00BE3968" w:rsidRDefault="00CA6E70">
            <w:pPr>
              <w:pStyle w:val="CMRBodySmall"/>
              <w:spacing w:after="40"/>
            </w:pPr>
            <w:r>
              <w:rPr>
                <w:b/>
              </w:rPr>
              <w:t>STEP 2 — WHAT DO I KNOW?</w:t>
            </w:r>
          </w:p>
          <w:p w14:paraId="390240F0" w14:textId="77777777" w:rsidR="00BE3968" w:rsidRDefault="00CA6E70">
            <w:pPr>
              <w:pStyle w:val="CMRBodySmall"/>
              <w:spacing w:after="40"/>
            </w:pPr>
            <w:r>
              <w:t>Wall area: ____________________</w:t>
            </w:r>
          </w:p>
          <w:p w14:paraId="26821719" w14:textId="77777777" w:rsidR="00BE3968" w:rsidRDefault="00CA6E70">
            <w:pPr>
              <w:pStyle w:val="CMRBodySmall"/>
              <w:spacing w:after="40"/>
            </w:pPr>
            <w:r>
              <w:t>Area one can covers: ____________________</w:t>
            </w:r>
          </w:p>
          <w:p w14:paraId="67BCE0BD" w14:textId="77777777" w:rsidR="00BE3968" w:rsidRDefault="00CA6E70">
            <w:pPr>
              <w:pStyle w:val="CMRBodySmall"/>
              <w:spacing w:after="40"/>
            </w:pPr>
            <w:r>
              <w:rPr>
                <w:b/>
              </w:rPr>
              <w:t>STEP 3 — HOW DO I FIND IT?</w:t>
            </w:r>
          </w:p>
          <w:p w14:paraId="54069783" w14:textId="77777777" w:rsidR="00BE3968" w:rsidRDefault="00CA6E70">
            <w:pPr>
              <w:pStyle w:val="CMRBodySmall"/>
              <w:spacing w:after="20"/>
            </w:pPr>
            <w:r>
              <w:t>○ A. Divide, then round down so no paint is wasted.</w:t>
            </w:r>
          </w:p>
          <w:p w14:paraId="1BEF692A" w14:textId="77777777" w:rsidR="00BE3968" w:rsidRDefault="00CA6E70">
            <w:pPr>
              <w:pStyle w:val="CMRBodySmall"/>
            </w:pPr>
            <w:r>
              <w:t>○ B. Divide the area by the coverage, then round up to a whole can.</w:t>
            </w:r>
          </w:p>
          <w:p w14:paraId="4AA22B4D" w14:textId="77777777" w:rsidR="00BE3968" w:rsidRDefault="00CA6E70">
            <w:pPr>
              <w:pStyle w:val="CMRBodySmall"/>
              <w:spacing w:after="120"/>
            </w:pPr>
            <w:r>
              <w:t>My math: ____________________________________________________________</w:t>
            </w:r>
          </w:p>
          <w:p w14:paraId="4A6407E8" w14:textId="77777777" w:rsidR="00BE3968" w:rsidRDefault="00CA6E70">
            <w:pPr>
              <w:pStyle w:val="CMRBodySmall"/>
              <w:spacing w:after="120"/>
            </w:pPr>
            <w:r>
              <w:t>____________________________________________________________________</w:t>
            </w:r>
          </w:p>
          <w:p w14:paraId="7A902E70" w14:textId="77777777" w:rsidR="00BE3968" w:rsidRDefault="00CA6E70">
            <w:pPr>
              <w:pStyle w:val="CMRBodySmall"/>
              <w:spacing w:after="100"/>
            </w:pPr>
            <w:r>
              <w:t>Answer and check: ___________________________________________________</w:t>
            </w:r>
          </w:p>
        </w:tc>
      </w:tr>
    </w:tbl>
    <w:p w14:paraId="5E09178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C81790C" w14:textId="77777777">
        <w:tc>
          <w:tcPr>
            <w:tcW w:w="10036" w:type="dxa"/>
            <w:tcMar>
              <w:top w:w="70" w:type="dxa"/>
              <w:left w:w="140" w:type="dxa"/>
              <w:bottom w:w="85" w:type="dxa"/>
              <w:right w:w="140" w:type="dxa"/>
            </w:tcMar>
          </w:tcPr>
          <w:p w14:paraId="1DD85F7A" w14:textId="77777777" w:rsidR="00BE3968" w:rsidRDefault="00BE3968"/>
          <w:p w14:paraId="10D37F19" w14:textId="77777777" w:rsidR="00BE3968" w:rsidRDefault="00CA6E70">
            <w:pPr>
              <w:pStyle w:val="CMRBodySmall"/>
            </w:pPr>
            <w:r>
              <w:rPr>
                <w:b/>
              </w:rPr>
              <w:t>PROBLEM S1-186</w:t>
            </w:r>
          </w:p>
          <w:p w14:paraId="1CBFA944" w14:textId="77777777" w:rsidR="00BE3968" w:rsidRDefault="00CA6E70">
            <w:pPr>
              <w:spacing w:after="140"/>
            </w:pPr>
            <w:r>
              <w:t>Angela is painting 148 square feet of wall with one coat. Each can covers up to 120 square feet. How many cans should Angela buy?</w:t>
            </w:r>
          </w:p>
          <w:p w14:paraId="7FCD5E9B" w14:textId="77777777" w:rsidR="00BE3968" w:rsidRDefault="00CA6E70">
            <w:pPr>
              <w:pStyle w:val="CMRBodySmall"/>
              <w:spacing w:after="40"/>
            </w:pPr>
            <w:r>
              <w:rPr>
                <w:b/>
              </w:rPr>
              <w:t>STEP 1 — WHAT DO THEY WANT?</w:t>
            </w:r>
          </w:p>
          <w:p w14:paraId="04B35666" w14:textId="77777777" w:rsidR="00BE3968" w:rsidRDefault="00CA6E70">
            <w:pPr>
              <w:pStyle w:val="CMRBodySmall"/>
              <w:spacing w:after="20"/>
            </w:pPr>
            <w:r>
              <w:t>○ A. The whole number of cans needed.</w:t>
            </w:r>
          </w:p>
          <w:p w14:paraId="6F0644B8" w14:textId="77777777" w:rsidR="00BE3968" w:rsidRDefault="00CA6E70">
            <w:pPr>
              <w:pStyle w:val="CMRBodySmall"/>
              <w:spacing w:after="80"/>
            </w:pPr>
            <w:r>
              <w:t>○ B. How much paint is left over.</w:t>
            </w:r>
          </w:p>
          <w:p w14:paraId="5E87337D" w14:textId="77777777" w:rsidR="00BE3968" w:rsidRDefault="00CA6E70">
            <w:pPr>
              <w:pStyle w:val="CMRBodySmall"/>
              <w:spacing w:after="40"/>
            </w:pPr>
            <w:r>
              <w:rPr>
                <w:b/>
              </w:rPr>
              <w:t>STEP 2 — WHAT DO I KNOW?</w:t>
            </w:r>
          </w:p>
          <w:p w14:paraId="03CF2AF0" w14:textId="77777777" w:rsidR="00BE3968" w:rsidRDefault="00CA6E70">
            <w:pPr>
              <w:pStyle w:val="CMRBodySmall"/>
              <w:spacing w:after="40"/>
            </w:pPr>
            <w:r>
              <w:t>Wall area: ____________________</w:t>
            </w:r>
          </w:p>
          <w:p w14:paraId="3DAEFB93" w14:textId="77777777" w:rsidR="00BE3968" w:rsidRDefault="00CA6E70">
            <w:pPr>
              <w:pStyle w:val="CMRBodySmall"/>
              <w:spacing w:after="40"/>
            </w:pPr>
            <w:r>
              <w:t>Area one can covers: ____________________</w:t>
            </w:r>
          </w:p>
          <w:p w14:paraId="7CF60DB1" w14:textId="77777777" w:rsidR="00BE3968" w:rsidRDefault="00CA6E70">
            <w:pPr>
              <w:pStyle w:val="CMRBodySmall"/>
              <w:spacing w:after="40"/>
            </w:pPr>
            <w:r>
              <w:rPr>
                <w:b/>
              </w:rPr>
              <w:t>STEP 3 — HOW DO I FIND IT?</w:t>
            </w:r>
          </w:p>
          <w:p w14:paraId="06783099" w14:textId="77777777" w:rsidR="00BE3968" w:rsidRDefault="00CA6E70">
            <w:pPr>
              <w:pStyle w:val="CMRBodySmall"/>
              <w:spacing w:after="20"/>
            </w:pPr>
            <w:r>
              <w:t>○ A. Find area ÷ coverage; any part of a can means buying one more.</w:t>
            </w:r>
          </w:p>
          <w:p w14:paraId="4BED0345" w14:textId="77777777" w:rsidR="00BE3968" w:rsidRDefault="00CA6E70">
            <w:pPr>
              <w:pStyle w:val="CMRBodySmall"/>
            </w:pPr>
            <w:r>
              <w:t>○ B. Multiply the area by the coverage.</w:t>
            </w:r>
          </w:p>
          <w:p w14:paraId="5EA355EA" w14:textId="77777777" w:rsidR="00BE3968" w:rsidRDefault="00CA6E70">
            <w:pPr>
              <w:pStyle w:val="CMRBodySmall"/>
              <w:spacing w:after="120"/>
            </w:pPr>
            <w:r>
              <w:t>My math: ____________________________________________________________</w:t>
            </w:r>
          </w:p>
          <w:p w14:paraId="3B23E8C5" w14:textId="77777777" w:rsidR="00BE3968" w:rsidRDefault="00CA6E70">
            <w:pPr>
              <w:pStyle w:val="CMRBodySmall"/>
              <w:spacing w:after="120"/>
            </w:pPr>
            <w:r>
              <w:t>____________________________________________________________________</w:t>
            </w:r>
          </w:p>
          <w:p w14:paraId="6BA5A395" w14:textId="77777777" w:rsidR="00BE3968" w:rsidRDefault="00CA6E70">
            <w:pPr>
              <w:pStyle w:val="CMRBodySmall"/>
              <w:spacing w:after="100"/>
            </w:pPr>
            <w:r>
              <w:t>Answer and check: ___________________________________________________</w:t>
            </w:r>
          </w:p>
        </w:tc>
      </w:tr>
    </w:tbl>
    <w:p w14:paraId="1E0DAD2F" w14:textId="77777777" w:rsidR="00BE3968" w:rsidRDefault="00CA6E70">
      <w:r>
        <w:br w:type="page"/>
      </w:r>
    </w:p>
    <w:p w14:paraId="0DB9A62A" w14:textId="77777777" w:rsidR="00BE3968" w:rsidRDefault="00CA6E70">
      <w:pPr>
        <w:pStyle w:val="CMRSmallLabel"/>
        <w:spacing w:after="60"/>
      </w:pPr>
      <w:r>
        <w:rPr>
          <w:b w:val="0"/>
        </w:rPr>
        <w:t>SECTION 1  |  TOPIC 19  |  PRACTICE PAGE 4/5</w:t>
      </w:r>
    </w:p>
    <w:p w14:paraId="262854AE" w14:textId="77777777" w:rsidR="00BE3968" w:rsidRDefault="00CA6E70">
      <w:pPr>
        <w:pStyle w:val="CMRPageTitle"/>
        <w:spacing w:after="60"/>
      </w:pPr>
      <w:r>
        <w:rPr>
          <w:b w:val="0"/>
        </w:rPr>
        <w:t>Paint and supplies</w:t>
      </w:r>
    </w:p>
    <w:p w14:paraId="74454C4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3B15AC5" w14:textId="77777777">
        <w:tc>
          <w:tcPr>
            <w:tcW w:w="10036" w:type="dxa"/>
            <w:shd w:val="clear" w:color="auto" w:fill="F5F8F9"/>
            <w:tcMar>
              <w:top w:w="70" w:type="dxa"/>
              <w:left w:w="140" w:type="dxa"/>
              <w:bottom w:w="85" w:type="dxa"/>
              <w:right w:w="140" w:type="dxa"/>
            </w:tcMar>
          </w:tcPr>
          <w:p w14:paraId="218B70E5" w14:textId="77777777" w:rsidR="00BE3968" w:rsidRDefault="00BE3968"/>
          <w:p w14:paraId="7D76D0D6" w14:textId="77777777" w:rsidR="00BE3968" w:rsidRDefault="00CA6E70">
            <w:pPr>
              <w:pStyle w:val="CMRBodySmall"/>
            </w:pPr>
            <w:r>
              <w:rPr>
                <w:b/>
              </w:rPr>
              <w:t>PROBLEM S1-187</w:t>
            </w:r>
          </w:p>
          <w:p w14:paraId="5236A52A" w14:textId="77777777" w:rsidR="00BE3968" w:rsidRDefault="00CA6E70">
            <w:pPr>
              <w:spacing w:after="140"/>
            </w:pPr>
            <w:r>
              <w:t>Carlos needs to paint 219 square feet of wall with one coat. One can covers 150 square feet. How many cans must Carlos buy?</w:t>
            </w:r>
          </w:p>
          <w:p w14:paraId="156B2D2D" w14:textId="77777777" w:rsidR="00BE3968" w:rsidRDefault="00CA6E70">
            <w:pPr>
              <w:pStyle w:val="CMRBodySmall"/>
              <w:spacing w:after="40"/>
            </w:pPr>
            <w:r>
              <w:rPr>
                <w:b/>
              </w:rPr>
              <w:t>STEP 1 — WHAT DO THEY WANT?</w:t>
            </w:r>
          </w:p>
          <w:p w14:paraId="4BB0E6EC" w14:textId="77777777" w:rsidR="00BE3968" w:rsidRDefault="00CA6E70">
            <w:pPr>
              <w:pStyle w:val="CMRBodySmall"/>
              <w:spacing w:after="20"/>
            </w:pPr>
            <w:r>
              <w:t>○ A. The wall area in square feet.</w:t>
            </w:r>
          </w:p>
          <w:p w14:paraId="5C97C1D3" w14:textId="77777777" w:rsidR="00BE3968" w:rsidRDefault="00CA6E70">
            <w:pPr>
              <w:pStyle w:val="CMRBodySmall"/>
              <w:spacing w:after="80"/>
            </w:pPr>
            <w:r>
              <w:t>○ B. The number of whole cans to buy.</w:t>
            </w:r>
          </w:p>
          <w:p w14:paraId="44F3B08A" w14:textId="77777777" w:rsidR="00BE3968" w:rsidRDefault="00CA6E70">
            <w:pPr>
              <w:pStyle w:val="CMRBodySmall"/>
              <w:spacing w:after="40"/>
            </w:pPr>
            <w:r>
              <w:rPr>
                <w:b/>
              </w:rPr>
              <w:t>STEP 2 — WHAT DO I KNOW?</w:t>
            </w:r>
          </w:p>
          <w:p w14:paraId="53C885C2" w14:textId="77777777" w:rsidR="00BE3968" w:rsidRDefault="00CA6E70">
            <w:pPr>
              <w:pStyle w:val="CMRBodySmall"/>
              <w:spacing w:after="40"/>
            </w:pPr>
            <w:r>
              <w:t>Wall area: ____________________</w:t>
            </w:r>
          </w:p>
          <w:p w14:paraId="4EC04555" w14:textId="77777777" w:rsidR="00BE3968" w:rsidRDefault="00CA6E70">
            <w:pPr>
              <w:pStyle w:val="CMRBodySmall"/>
              <w:spacing w:after="40"/>
            </w:pPr>
            <w:r>
              <w:t>Area one can covers: ____________________</w:t>
            </w:r>
          </w:p>
          <w:p w14:paraId="4130B043" w14:textId="77777777" w:rsidR="00BE3968" w:rsidRDefault="00CA6E70">
            <w:pPr>
              <w:pStyle w:val="CMRBodySmall"/>
              <w:spacing w:after="40"/>
            </w:pPr>
            <w:r>
              <w:rPr>
                <w:b/>
              </w:rPr>
              <w:t>STEP 3 — HOW DO I FIND IT?</w:t>
            </w:r>
          </w:p>
          <w:p w14:paraId="03E6C0C7" w14:textId="77777777" w:rsidR="00BE3968" w:rsidRDefault="00CA6E70">
            <w:pPr>
              <w:pStyle w:val="CMRBodySmall"/>
              <w:spacing w:after="20"/>
            </w:pPr>
            <w:r>
              <w:t>○ A. Divide, then round down so no paint is wasted.</w:t>
            </w:r>
          </w:p>
          <w:p w14:paraId="467E3BE1" w14:textId="77777777" w:rsidR="00BE3968" w:rsidRDefault="00CA6E70">
            <w:pPr>
              <w:pStyle w:val="CMRBodySmall"/>
            </w:pPr>
            <w:r>
              <w:t>○ B. Divide the area by the coverage, then round up to a whole can.</w:t>
            </w:r>
          </w:p>
          <w:p w14:paraId="73CBF94E" w14:textId="77777777" w:rsidR="00BE3968" w:rsidRDefault="00CA6E70">
            <w:pPr>
              <w:pStyle w:val="CMRBodySmall"/>
              <w:spacing w:after="120"/>
            </w:pPr>
            <w:r>
              <w:t>My math: ____________________________________________________________</w:t>
            </w:r>
          </w:p>
          <w:p w14:paraId="73282BFB" w14:textId="77777777" w:rsidR="00BE3968" w:rsidRDefault="00CA6E70">
            <w:pPr>
              <w:pStyle w:val="CMRBodySmall"/>
              <w:spacing w:after="120"/>
            </w:pPr>
            <w:r>
              <w:t>____________________________________________________________________</w:t>
            </w:r>
          </w:p>
          <w:p w14:paraId="672C25C1" w14:textId="77777777" w:rsidR="00BE3968" w:rsidRDefault="00CA6E70">
            <w:pPr>
              <w:pStyle w:val="CMRBodySmall"/>
              <w:spacing w:after="100"/>
            </w:pPr>
            <w:r>
              <w:t>Answer and check: ___________________________________________________</w:t>
            </w:r>
          </w:p>
        </w:tc>
      </w:tr>
    </w:tbl>
    <w:p w14:paraId="65F4027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44DABF9" w14:textId="77777777">
        <w:tc>
          <w:tcPr>
            <w:tcW w:w="10036" w:type="dxa"/>
            <w:tcMar>
              <w:top w:w="70" w:type="dxa"/>
              <w:left w:w="140" w:type="dxa"/>
              <w:bottom w:w="85" w:type="dxa"/>
              <w:right w:w="140" w:type="dxa"/>
            </w:tcMar>
          </w:tcPr>
          <w:p w14:paraId="5D108E30" w14:textId="77777777" w:rsidR="00BE3968" w:rsidRDefault="00BE3968"/>
          <w:p w14:paraId="5F2BAF49" w14:textId="77777777" w:rsidR="00BE3968" w:rsidRDefault="00CA6E70">
            <w:pPr>
              <w:pStyle w:val="CMRBodySmall"/>
            </w:pPr>
            <w:r>
              <w:rPr>
                <w:b/>
              </w:rPr>
              <w:t>PROBLEM S1-188</w:t>
            </w:r>
          </w:p>
          <w:p w14:paraId="29F07A48" w14:textId="77777777" w:rsidR="00BE3968" w:rsidRDefault="00CA6E70">
            <w:pPr>
              <w:spacing w:after="140"/>
            </w:pPr>
            <w:r>
              <w:t>One can of paint covers 120 square feet. Nicole’s walls total 191 square feet, and one coat is enough. How many whole cans are needed?</w:t>
            </w:r>
          </w:p>
          <w:p w14:paraId="098FF22D" w14:textId="77777777" w:rsidR="00BE3968" w:rsidRDefault="00CA6E70">
            <w:pPr>
              <w:pStyle w:val="CMRBodySmall"/>
              <w:spacing w:after="40"/>
            </w:pPr>
            <w:r>
              <w:rPr>
                <w:b/>
              </w:rPr>
              <w:t>STEP 1 — WHAT DO THEY WANT?</w:t>
            </w:r>
          </w:p>
          <w:p w14:paraId="724A6FE7" w14:textId="77777777" w:rsidR="00BE3968" w:rsidRDefault="00CA6E70">
            <w:pPr>
              <w:pStyle w:val="CMRBodySmall"/>
              <w:spacing w:after="20"/>
            </w:pPr>
            <w:r>
              <w:t>○ A. How many cans it takes to cover all the wall.</w:t>
            </w:r>
          </w:p>
          <w:p w14:paraId="2CB3DCAB" w14:textId="77777777" w:rsidR="00BE3968" w:rsidRDefault="00CA6E70">
            <w:pPr>
              <w:pStyle w:val="CMRBodySmall"/>
              <w:spacing w:after="80"/>
            </w:pPr>
            <w:r>
              <w:t>○ B. How much wall one can covers.</w:t>
            </w:r>
          </w:p>
          <w:p w14:paraId="0B254765" w14:textId="77777777" w:rsidR="00BE3968" w:rsidRDefault="00CA6E70">
            <w:pPr>
              <w:pStyle w:val="CMRBodySmall"/>
              <w:spacing w:after="40"/>
            </w:pPr>
            <w:r>
              <w:rPr>
                <w:b/>
              </w:rPr>
              <w:t>STEP 2 — WHAT DO I KNOW?</w:t>
            </w:r>
          </w:p>
          <w:p w14:paraId="303094CE" w14:textId="77777777" w:rsidR="00BE3968" w:rsidRDefault="00CA6E70">
            <w:pPr>
              <w:pStyle w:val="CMRBodySmall"/>
              <w:spacing w:after="40"/>
            </w:pPr>
            <w:r>
              <w:t>Wall area: ____________________</w:t>
            </w:r>
          </w:p>
          <w:p w14:paraId="52C975A2" w14:textId="77777777" w:rsidR="00BE3968" w:rsidRDefault="00CA6E70">
            <w:pPr>
              <w:pStyle w:val="CMRBodySmall"/>
              <w:spacing w:after="40"/>
            </w:pPr>
            <w:r>
              <w:t>Area one can covers: ____________________</w:t>
            </w:r>
          </w:p>
          <w:p w14:paraId="15B296AE" w14:textId="77777777" w:rsidR="00BE3968" w:rsidRDefault="00CA6E70">
            <w:pPr>
              <w:pStyle w:val="CMRBodySmall"/>
              <w:spacing w:after="40"/>
            </w:pPr>
            <w:r>
              <w:rPr>
                <w:b/>
              </w:rPr>
              <w:t>STEP 3 — HOW DO I FIND IT?</w:t>
            </w:r>
          </w:p>
          <w:p w14:paraId="7F4B47FB" w14:textId="77777777" w:rsidR="00BE3968" w:rsidRDefault="00CA6E70">
            <w:pPr>
              <w:pStyle w:val="CMRBodySmall"/>
              <w:spacing w:after="20"/>
            </w:pPr>
            <w:r>
              <w:t>○ A. Multiply the area by the coverage.</w:t>
            </w:r>
          </w:p>
          <w:p w14:paraId="06155FEC" w14:textId="77777777" w:rsidR="00BE3968" w:rsidRDefault="00CA6E70">
            <w:pPr>
              <w:pStyle w:val="CMRBodySmall"/>
            </w:pPr>
            <w:r>
              <w:t>○ B. Find area ÷ coverage; any part of a can means buying one more.</w:t>
            </w:r>
          </w:p>
          <w:p w14:paraId="7D0D9E66" w14:textId="77777777" w:rsidR="00BE3968" w:rsidRDefault="00CA6E70">
            <w:pPr>
              <w:pStyle w:val="CMRBodySmall"/>
              <w:spacing w:after="120"/>
            </w:pPr>
            <w:r>
              <w:t>My math: ____________________________________________________________</w:t>
            </w:r>
          </w:p>
          <w:p w14:paraId="0E829BB4" w14:textId="77777777" w:rsidR="00BE3968" w:rsidRDefault="00CA6E70">
            <w:pPr>
              <w:pStyle w:val="CMRBodySmall"/>
              <w:spacing w:after="120"/>
            </w:pPr>
            <w:r>
              <w:t>____________________________________________________________________</w:t>
            </w:r>
          </w:p>
          <w:p w14:paraId="439C0A8D" w14:textId="77777777" w:rsidR="00BE3968" w:rsidRDefault="00CA6E70">
            <w:pPr>
              <w:pStyle w:val="CMRBodySmall"/>
              <w:spacing w:after="100"/>
            </w:pPr>
            <w:r>
              <w:t>Answer and check: ___________________________________________________</w:t>
            </w:r>
          </w:p>
        </w:tc>
      </w:tr>
    </w:tbl>
    <w:p w14:paraId="42CB46C0" w14:textId="77777777" w:rsidR="00BE3968" w:rsidRDefault="00CA6E70">
      <w:r>
        <w:br w:type="page"/>
      </w:r>
    </w:p>
    <w:p w14:paraId="0B65FEAF" w14:textId="77777777" w:rsidR="00BE3968" w:rsidRDefault="00CA6E70">
      <w:pPr>
        <w:pStyle w:val="CMRSmallLabel"/>
        <w:spacing w:after="60"/>
      </w:pPr>
      <w:r>
        <w:rPr>
          <w:b w:val="0"/>
        </w:rPr>
        <w:t>SECTION 1  |  TOPIC 19  |  PRACTICE PAGE 5/5</w:t>
      </w:r>
    </w:p>
    <w:p w14:paraId="62E82543" w14:textId="77777777" w:rsidR="00BE3968" w:rsidRDefault="00CA6E70">
      <w:pPr>
        <w:pStyle w:val="CMRPageTitle"/>
        <w:spacing w:after="60"/>
      </w:pPr>
      <w:r>
        <w:rPr>
          <w:b w:val="0"/>
        </w:rPr>
        <w:t>Paint and supplies</w:t>
      </w:r>
    </w:p>
    <w:p w14:paraId="7EEA633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91878A8" w14:textId="77777777">
        <w:tc>
          <w:tcPr>
            <w:tcW w:w="10036" w:type="dxa"/>
            <w:shd w:val="clear" w:color="auto" w:fill="F5F8F9"/>
            <w:tcMar>
              <w:top w:w="70" w:type="dxa"/>
              <w:left w:w="140" w:type="dxa"/>
              <w:bottom w:w="85" w:type="dxa"/>
              <w:right w:w="140" w:type="dxa"/>
            </w:tcMar>
          </w:tcPr>
          <w:p w14:paraId="00EC1F34" w14:textId="77777777" w:rsidR="00BE3968" w:rsidRDefault="00BE3968"/>
          <w:p w14:paraId="7D75BD9E" w14:textId="77777777" w:rsidR="00BE3968" w:rsidRDefault="00CA6E70">
            <w:pPr>
              <w:pStyle w:val="CMRBodySmall"/>
            </w:pPr>
            <w:r>
              <w:rPr>
                <w:b/>
              </w:rPr>
              <w:t>PROBLEM S1-189</w:t>
            </w:r>
          </w:p>
          <w:p w14:paraId="28F84B4A" w14:textId="77777777" w:rsidR="00BE3968" w:rsidRDefault="00CA6E70">
            <w:pPr>
              <w:spacing w:after="140"/>
            </w:pPr>
            <w:r>
              <w:t>Luis is painting 274 square feet of wall with one coat. Each can covers up to 100 square feet. How many cans should Luis buy?</w:t>
            </w:r>
          </w:p>
          <w:p w14:paraId="586D22AF" w14:textId="77777777" w:rsidR="00BE3968" w:rsidRDefault="00CA6E70">
            <w:pPr>
              <w:pStyle w:val="CMRBodySmall"/>
              <w:spacing w:after="40"/>
            </w:pPr>
            <w:r>
              <w:rPr>
                <w:b/>
              </w:rPr>
              <w:t>STEP 1 — WHAT DO THEY WANT?</w:t>
            </w:r>
          </w:p>
          <w:p w14:paraId="6DD87461" w14:textId="77777777" w:rsidR="00BE3968" w:rsidRDefault="00CA6E70">
            <w:pPr>
              <w:pStyle w:val="CMRBodySmall"/>
              <w:spacing w:after="20"/>
            </w:pPr>
            <w:r>
              <w:t>○ A. The whole number of cans needed.</w:t>
            </w:r>
          </w:p>
          <w:p w14:paraId="23F5A128" w14:textId="77777777" w:rsidR="00BE3968" w:rsidRDefault="00CA6E70">
            <w:pPr>
              <w:pStyle w:val="CMRBodySmall"/>
              <w:spacing w:after="80"/>
            </w:pPr>
            <w:r>
              <w:t>○ B. How much paint is left over.</w:t>
            </w:r>
          </w:p>
          <w:p w14:paraId="21342F02" w14:textId="77777777" w:rsidR="00BE3968" w:rsidRDefault="00CA6E70">
            <w:pPr>
              <w:pStyle w:val="CMRBodySmall"/>
              <w:spacing w:after="40"/>
            </w:pPr>
            <w:r>
              <w:rPr>
                <w:b/>
              </w:rPr>
              <w:t>STEP 2 — WHAT DO I KNOW?</w:t>
            </w:r>
          </w:p>
          <w:p w14:paraId="69FC3165" w14:textId="77777777" w:rsidR="00BE3968" w:rsidRDefault="00CA6E70">
            <w:pPr>
              <w:pStyle w:val="CMRBodySmall"/>
              <w:spacing w:after="40"/>
            </w:pPr>
            <w:r>
              <w:t>Wall area: ____________________</w:t>
            </w:r>
          </w:p>
          <w:p w14:paraId="0AFFEF73" w14:textId="77777777" w:rsidR="00BE3968" w:rsidRDefault="00CA6E70">
            <w:pPr>
              <w:pStyle w:val="CMRBodySmall"/>
              <w:spacing w:after="40"/>
            </w:pPr>
            <w:r>
              <w:t>Area one can covers: ____________________</w:t>
            </w:r>
          </w:p>
          <w:p w14:paraId="1791B6A4" w14:textId="77777777" w:rsidR="00BE3968" w:rsidRDefault="00CA6E70">
            <w:pPr>
              <w:pStyle w:val="CMRBodySmall"/>
              <w:spacing w:after="40"/>
            </w:pPr>
            <w:r>
              <w:rPr>
                <w:b/>
              </w:rPr>
              <w:t>STEP 3 — HOW DO I FIND IT?</w:t>
            </w:r>
          </w:p>
          <w:p w14:paraId="4C187D55" w14:textId="77777777" w:rsidR="00BE3968" w:rsidRDefault="00CA6E70">
            <w:pPr>
              <w:pStyle w:val="CMRBodySmall"/>
              <w:spacing w:after="20"/>
            </w:pPr>
            <w:r>
              <w:t>○ A. Divide the area by the coverage, then round up to a whole can.</w:t>
            </w:r>
          </w:p>
          <w:p w14:paraId="628CF1DB" w14:textId="77777777" w:rsidR="00BE3968" w:rsidRDefault="00CA6E70">
            <w:pPr>
              <w:pStyle w:val="CMRBodySmall"/>
            </w:pPr>
            <w:r>
              <w:t>○ B. Divide, then round down so no paint is wasted.</w:t>
            </w:r>
          </w:p>
          <w:p w14:paraId="54273F71" w14:textId="77777777" w:rsidR="00BE3968" w:rsidRDefault="00CA6E70">
            <w:pPr>
              <w:pStyle w:val="CMRBodySmall"/>
              <w:spacing w:after="120"/>
            </w:pPr>
            <w:r>
              <w:t>My math: ____________________________________________________________</w:t>
            </w:r>
          </w:p>
          <w:p w14:paraId="00B9A693" w14:textId="77777777" w:rsidR="00BE3968" w:rsidRDefault="00CA6E70">
            <w:pPr>
              <w:pStyle w:val="CMRBodySmall"/>
              <w:spacing w:after="120"/>
            </w:pPr>
            <w:r>
              <w:t>____________________________________________________________________</w:t>
            </w:r>
          </w:p>
          <w:p w14:paraId="6D3804AE" w14:textId="77777777" w:rsidR="00BE3968" w:rsidRDefault="00CA6E70">
            <w:pPr>
              <w:pStyle w:val="CMRBodySmall"/>
              <w:spacing w:after="100"/>
            </w:pPr>
            <w:r>
              <w:t>Answer and check: ___________________________________________________</w:t>
            </w:r>
          </w:p>
        </w:tc>
      </w:tr>
    </w:tbl>
    <w:p w14:paraId="5AD9843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3E328B2" w14:textId="77777777">
        <w:tc>
          <w:tcPr>
            <w:tcW w:w="10036" w:type="dxa"/>
            <w:tcMar>
              <w:top w:w="70" w:type="dxa"/>
              <w:left w:w="140" w:type="dxa"/>
              <w:bottom w:w="85" w:type="dxa"/>
              <w:right w:w="140" w:type="dxa"/>
            </w:tcMar>
          </w:tcPr>
          <w:p w14:paraId="65B150B9" w14:textId="77777777" w:rsidR="00BE3968" w:rsidRDefault="00BE3968"/>
          <w:p w14:paraId="5E72ABE3" w14:textId="77777777" w:rsidR="00BE3968" w:rsidRDefault="00CA6E70">
            <w:pPr>
              <w:pStyle w:val="CMRBodySmall"/>
            </w:pPr>
            <w:r>
              <w:rPr>
                <w:b/>
              </w:rPr>
              <w:t>PROBLEM S1-190</w:t>
            </w:r>
          </w:p>
          <w:p w14:paraId="703905C5" w14:textId="77777777" w:rsidR="00BE3968" w:rsidRDefault="00CA6E70">
            <w:pPr>
              <w:spacing w:after="140"/>
            </w:pPr>
            <w:r>
              <w:t>Grace needs to paint 245 square feet of wall with one coat. One can covers 150 square feet. How many cans must Grace buy?</w:t>
            </w:r>
          </w:p>
          <w:p w14:paraId="569F3C65" w14:textId="77777777" w:rsidR="00BE3968" w:rsidRDefault="00CA6E70">
            <w:pPr>
              <w:pStyle w:val="CMRBodySmall"/>
              <w:spacing w:after="40"/>
            </w:pPr>
            <w:r>
              <w:rPr>
                <w:b/>
              </w:rPr>
              <w:t>STEP 1 — WHAT DO THEY WANT?</w:t>
            </w:r>
          </w:p>
          <w:p w14:paraId="35DCC2D6" w14:textId="77777777" w:rsidR="00BE3968" w:rsidRDefault="00CA6E70">
            <w:pPr>
              <w:pStyle w:val="CMRBodySmall"/>
              <w:spacing w:after="20"/>
            </w:pPr>
            <w:r>
              <w:t>○ A. The wall area in square feet.</w:t>
            </w:r>
          </w:p>
          <w:p w14:paraId="712B64E7" w14:textId="77777777" w:rsidR="00BE3968" w:rsidRDefault="00CA6E70">
            <w:pPr>
              <w:pStyle w:val="CMRBodySmall"/>
              <w:spacing w:after="80"/>
            </w:pPr>
            <w:r>
              <w:t>○ B. The number of whole cans to buy.</w:t>
            </w:r>
          </w:p>
          <w:p w14:paraId="28CAF7F7" w14:textId="77777777" w:rsidR="00BE3968" w:rsidRDefault="00CA6E70">
            <w:pPr>
              <w:pStyle w:val="CMRBodySmall"/>
              <w:spacing w:after="40"/>
            </w:pPr>
            <w:r>
              <w:rPr>
                <w:b/>
              </w:rPr>
              <w:t>STEP 2 — WHAT DO I KNOW?</w:t>
            </w:r>
          </w:p>
          <w:p w14:paraId="0D9796ED" w14:textId="77777777" w:rsidR="00BE3968" w:rsidRDefault="00CA6E70">
            <w:pPr>
              <w:pStyle w:val="CMRBodySmall"/>
              <w:spacing w:after="40"/>
            </w:pPr>
            <w:r>
              <w:t>Wall area: ____________________</w:t>
            </w:r>
          </w:p>
          <w:p w14:paraId="0B85AD8F" w14:textId="77777777" w:rsidR="00BE3968" w:rsidRDefault="00CA6E70">
            <w:pPr>
              <w:pStyle w:val="CMRBodySmall"/>
              <w:spacing w:after="40"/>
            </w:pPr>
            <w:r>
              <w:t>Area one can covers: ____________________</w:t>
            </w:r>
          </w:p>
          <w:p w14:paraId="226007EA" w14:textId="77777777" w:rsidR="00BE3968" w:rsidRDefault="00CA6E70">
            <w:pPr>
              <w:pStyle w:val="CMRBodySmall"/>
              <w:spacing w:after="40"/>
            </w:pPr>
            <w:r>
              <w:rPr>
                <w:b/>
              </w:rPr>
              <w:t>STEP 3 — HOW DO I FIND IT?</w:t>
            </w:r>
          </w:p>
          <w:p w14:paraId="591C61FD" w14:textId="77777777" w:rsidR="00BE3968" w:rsidRDefault="00CA6E70">
            <w:pPr>
              <w:pStyle w:val="CMRBodySmall"/>
              <w:spacing w:after="20"/>
            </w:pPr>
            <w:r>
              <w:t>○ A. Find area ÷ coverage; any part of a can means buying one more.</w:t>
            </w:r>
          </w:p>
          <w:p w14:paraId="30E819C7" w14:textId="77777777" w:rsidR="00BE3968" w:rsidRDefault="00CA6E70">
            <w:pPr>
              <w:pStyle w:val="CMRBodySmall"/>
            </w:pPr>
            <w:r>
              <w:t>○ B. Multiply the area by the coverage.</w:t>
            </w:r>
          </w:p>
          <w:p w14:paraId="5331AC3A" w14:textId="77777777" w:rsidR="00BE3968" w:rsidRDefault="00CA6E70">
            <w:pPr>
              <w:pStyle w:val="CMRBodySmall"/>
              <w:spacing w:after="120"/>
            </w:pPr>
            <w:r>
              <w:t>My math: ____________________________________________________________</w:t>
            </w:r>
          </w:p>
          <w:p w14:paraId="33A90B1B" w14:textId="77777777" w:rsidR="00BE3968" w:rsidRDefault="00CA6E70">
            <w:pPr>
              <w:pStyle w:val="CMRBodySmall"/>
              <w:spacing w:after="120"/>
            </w:pPr>
            <w:r>
              <w:t>____________________________________________________________________</w:t>
            </w:r>
          </w:p>
          <w:p w14:paraId="771BE312" w14:textId="77777777" w:rsidR="00BE3968" w:rsidRDefault="00CA6E70">
            <w:pPr>
              <w:pStyle w:val="CMRBodySmall"/>
              <w:spacing w:after="100"/>
            </w:pPr>
            <w:r>
              <w:t>Answer and check: ___________________________________________________</w:t>
            </w:r>
          </w:p>
        </w:tc>
      </w:tr>
    </w:tbl>
    <w:p w14:paraId="3C9CF195" w14:textId="77777777" w:rsidR="00BE3968" w:rsidRDefault="00CA6E70">
      <w:r>
        <w:br w:type="page"/>
      </w:r>
    </w:p>
    <w:p w14:paraId="6BECAE74" w14:textId="77777777" w:rsidR="00BE3968" w:rsidRDefault="00CA6E70">
      <w:pPr>
        <w:pStyle w:val="CMRSmallLabel"/>
        <w:spacing w:after="60"/>
      </w:pPr>
      <w:r>
        <w:rPr>
          <w:b w:val="0"/>
        </w:rPr>
        <w:t>SECTION 1  |  TOPIC 20  |  PRACTICE PAGE 1/5</w:t>
      </w:r>
    </w:p>
    <w:p w14:paraId="71ED835C" w14:textId="77777777" w:rsidR="00BE3968" w:rsidRDefault="00CA6E70">
      <w:pPr>
        <w:pStyle w:val="CMRPageTitle"/>
        <w:spacing w:after="60"/>
      </w:pPr>
      <w:r>
        <w:rPr>
          <w:b w:val="0"/>
        </w:rPr>
        <w:t>Travel and fuel</w:t>
      </w:r>
    </w:p>
    <w:p w14:paraId="3FD55DED" w14:textId="77777777" w:rsidR="00BE3968" w:rsidRDefault="00CA6E70">
      <w:pPr>
        <w:pStyle w:val="CMRBodySmall"/>
        <w:spacing w:after="100"/>
      </w:pPr>
      <w:r>
        <w:t>Remember: Use miles, travel time, and fuel costs in practical plans.</w:t>
      </w:r>
    </w:p>
    <w:tbl>
      <w:tblPr>
        <w:tblW w:w="0" w:type="auto"/>
        <w:tblLayout w:type="fixed"/>
        <w:tblLook w:val="04A0" w:firstRow="1" w:lastRow="0" w:firstColumn="1" w:lastColumn="0" w:noHBand="0" w:noVBand="1"/>
      </w:tblPr>
      <w:tblGrid>
        <w:gridCol w:w="10036"/>
      </w:tblGrid>
      <w:tr w:rsidR="00BE3968" w14:paraId="49D9AC1D" w14:textId="77777777">
        <w:tc>
          <w:tcPr>
            <w:tcW w:w="10036" w:type="dxa"/>
            <w:shd w:val="clear" w:color="auto" w:fill="F5F8F9"/>
            <w:tcMar>
              <w:top w:w="70" w:type="dxa"/>
              <w:left w:w="140" w:type="dxa"/>
              <w:bottom w:w="85" w:type="dxa"/>
              <w:right w:w="140" w:type="dxa"/>
            </w:tcMar>
          </w:tcPr>
          <w:p w14:paraId="77813086" w14:textId="77777777" w:rsidR="00BE3968" w:rsidRDefault="00BE3968"/>
          <w:p w14:paraId="322F864F" w14:textId="77777777" w:rsidR="00BE3968" w:rsidRDefault="00CA6E70">
            <w:pPr>
              <w:pStyle w:val="CMRBodySmall"/>
            </w:pPr>
            <w:r>
              <w:rPr>
                <w:b/>
              </w:rPr>
              <w:t>PROBLEM S1-191</w:t>
            </w:r>
          </w:p>
          <w:p w14:paraId="64404177" w14:textId="77777777" w:rsidR="00BE3968" w:rsidRDefault="00CA6E70">
            <w:pPr>
              <w:spacing w:after="140"/>
            </w:pPr>
            <w:r>
              <w:t>Marcus plans a 60-mile drive in a car that gets 20 miles per gallon. Gas costs $4.00 per gallon. About how much will gas cost for the trip?</w:t>
            </w:r>
          </w:p>
          <w:p w14:paraId="101C57FD" w14:textId="77777777" w:rsidR="00BE3968" w:rsidRDefault="00CA6E70">
            <w:pPr>
              <w:pStyle w:val="CMRBodySmall"/>
              <w:spacing w:after="40"/>
            </w:pPr>
            <w:r>
              <w:rPr>
                <w:b/>
              </w:rPr>
              <w:t>STEP 1 — WHAT DO THEY WANT?</w:t>
            </w:r>
          </w:p>
          <w:p w14:paraId="2A682BA6" w14:textId="77777777" w:rsidR="00BE3968" w:rsidRDefault="00CA6E70">
            <w:pPr>
              <w:pStyle w:val="CMRBodySmall"/>
              <w:spacing w:after="20"/>
            </w:pPr>
            <w:r>
              <w:t>○ A. The number of gallons needed.</w:t>
            </w:r>
          </w:p>
          <w:p w14:paraId="795F559E" w14:textId="77777777" w:rsidR="00BE3968" w:rsidRDefault="00CA6E70">
            <w:pPr>
              <w:pStyle w:val="CMRBodySmall"/>
              <w:spacing w:after="80"/>
            </w:pPr>
            <w:r>
              <w:t>○ B. The cost of gas for the whole trip.</w:t>
            </w:r>
          </w:p>
          <w:p w14:paraId="59649831" w14:textId="77777777" w:rsidR="00BE3968" w:rsidRDefault="00CA6E70">
            <w:pPr>
              <w:pStyle w:val="CMRBodySmall"/>
              <w:spacing w:after="40"/>
            </w:pPr>
            <w:r>
              <w:rPr>
                <w:b/>
              </w:rPr>
              <w:t>STEP 2 — WHAT DO I KNOW?</w:t>
            </w:r>
          </w:p>
          <w:p w14:paraId="032F6B24" w14:textId="77777777" w:rsidR="00BE3968" w:rsidRDefault="00CA6E70">
            <w:pPr>
              <w:pStyle w:val="CMRBodySmall"/>
              <w:spacing w:after="40"/>
            </w:pPr>
            <w:r>
              <w:t>Trip distance: ____________________</w:t>
            </w:r>
          </w:p>
          <w:p w14:paraId="4D2E07AA" w14:textId="77777777" w:rsidR="00BE3968" w:rsidRDefault="00CA6E70">
            <w:pPr>
              <w:pStyle w:val="CMRBodySmall"/>
              <w:spacing w:after="40"/>
            </w:pPr>
            <w:r>
              <w:t>Miles per gallon: ____________________</w:t>
            </w:r>
          </w:p>
          <w:p w14:paraId="1B9C7BEC" w14:textId="77777777" w:rsidR="00BE3968" w:rsidRDefault="00CA6E70">
            <w:pPr>
              <w:pStyle w:val="CMRBodySmall"/>
              <w:spacing w:after="40"/>
            </w:pPr>
            <w:r>
              <w:t>Price per gallon: ____________________</w:t>
            </w:r>
          </w:p>
          <w:p w14:paraId="79E8D874" w14:textId="77777777" w:rsidR="00BE3968" w:rsidRDefault="00CA6E70">
            <w:pPr>
              <w:pStyle w:val="CMRBodySmall"/>
              <w:spacing w:after="40"/>
            </w:pPr>
            <w:r>
              <w:rPr>
                <w:b/>
              </w:rPr>
              <w:t>STEP 3 — HOW DO I FIND IT?</w:t>
            </w:r>
          </w:p>
          <w:p w14:paraId="74C4C6DC" w14:textId="77777777" w:rsidR="00BE3968" w:rsidRDefault="00CA6E70">
            <w:pPr>
              <w:pStyle w:val="CMRBodySmall"/>
              <w:spacing w:after="20"/>
            </w:pPr>
            <w:r>
              <w:t>○ A. Find the gallons (miles ÷ miles per gallon), then multiply by the price.</w:t>
            </w:r>
          </w:p>
          <w:p w14:paraId="3C0DD557" w14:textId="77777777" w:rsidR="00BE3968" w:rsidRDefault="00CA6E70">
            <w:pPr>
              <w:pStyle w:val="CMRBodySmall"/>
            </w:pPr>
            <w:r>
              <w:t>○ B. Multiply the miles by the price per gallon.</w:t>
            </w:r>
          </w:p>
          <w:p w14:paraId="79BE4856" w14:textId="77777777" w:rsidR="00BE3968" w:rsidRDefault="00CA6E70">
            <w:pPr>
              <w:pStyle w:val="CMRBodySmall"/>
              <w:spacing w:after="120"/>
            </w:pPr>
            <w:r>
              <w:t>My math: ____________________________________________________________</w:t>
            </w:r>
          </w:p>
          <w:p w14:paraId="13EA145D" w14:textId="77777777" w:rsidR="00BE3968" w:rsidRDefault="00CA6E70">
            <w:pPr>
              <w:pStyle w:val="CMRBodySmall"/>
              <w:spacing w:after="120"/>
            </w:pPr>
            <w:r>
              <w:t>____________________________________________________________________</w:t>
            </w:r>
          </w:p>
          <w:p w14:paraId="161BF6D9" w14:textId="77777777" w:rsidR="00BE3968" w:rsidRDefault="00CA6E70">
            <w:pPr>
              <w:pStyle w:val="CMRBodySmall"/>
              <w:spacing w:after="100"/>
            </w:pPr>
            <w:r>
              <w:t>Answer and check: ___________________________________________________</w:t>
            </w:r>
          </w:p>
        </w:tc>
      </w:tr>
    </w:tbl>
    <w:p w14:paraId="3EACA0B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A8E1701" w14:textId="77777777">
        <w:tc>
          <w:tcPr>
            <w:tcW w:w="10036" w:type="dxa"/>
            <w:tcMar>
              <w:top w:w="70" w:type="dxa"/>
              <w:left w:w="140" w:type="dxa"/>
              <w:bottom w:w="85" w:type="dxa"/>
              <w:right w:w="140" w:type="dxa"/>
            </w:tcMar>
          </w:tcPr>
          <w:p w14:paraId="7F9F4215" w14:textId="77777777" w:rsidR="00BE3968" w:rsidRDefault="00BE3968"/>
          <w:p w14:paraId="1BB70E27" w14:textId="77777777" w:rsidR="00BE3968" w:rsidRDefault="00CA6E70">
            <w:pPr>
              <w:pStyle w:val="CMRBodySmall"/>
            </w:pPr>
            <w:r>
              <w:rPr>
                <w:b/>
              </w:rPr>
              <w:t>PROBLEM S1-192</w:t>
            </w:r>
          </w:p>
          <w:p w14:paraId="58A69EA5" w14:textId="77777777" w:rsidR="00BE3968" w:rsidRDefault="00CA6E70">
            <w:pPr>
              <w:spacing w:after="140"/>
            </w:pPr>
            <w:r>
              <w:t>Gas is $3.00 a gallon. Linda’s van goes 15 miles on one gallon. How much will the gas cost for a 180-mile trip?</w:t>
            </w:r>
          </w:p>
          <w:p w14:paraId="0B210DCA" w14:textId="77777777" w:rsidR="00BE3968" w:rsidRDefault="00CA6E70">
            <w:pPr>
              <w:pStyle w:val="CMRBodySmall"/>
              <w:spacing w:after="40"/>
            </w:pPr>
            <w:r>
              <w:rPr>
                <w:b/>
              </w:rPr>
              <w:t>STEP 1 — WHAT DO THEY WANT?</w:t>
            </w:r>
          </w:p>
          <w:p w14:paraId="0E1ABCCD" w14:textId="77777777" w:rsidR="00BE3968" w:rsidRDefault="00CA6E70">
            <w:pPr>
              <w:pStyle w:val="CMRBodySmall"/>
              <w:spacing w:after="20"/>
            </w:pPr>
            <w:r>
              <w:t>○ A. How much Linda spends on gas.</w:t>
            </w:r>
          </w:p>
          <w:p w14:paraId="32C9C3B7" w14:textId="77777777" w:rsidR="00BE3968" w:rsidRDefault="00CA6E70">
            <w:pPr>
              <w:pStyle w:val="CMRBodySmall"/>
              <w:spacing w:after="80"/>
            </w:pPr>
            <w:r>
              <w:t>○ B. The price of one gallon.</w:t>
            </w:r>
          </w:p>
          <w:p w14:paraId="016602A6" w14:textId="77777777" w:rsidR="00BE3968" w:rsidRDefault="00CA6E70">
            <w:pPr>
              <w:pStyle w:val="CMRBodySmall"/>
              <w:spacing w:after="40"/>
            </w:pPr>
            <w:r>
              <w:rPr>
                <w:b/>
              </w:rPr>
              <w:t>STEP 2 — WHAT DO I KNOW?</w:t>
            </w:r>
          </w:p>
          <w:p w14:paraId="41805280" w14:textId="77777777" w:rsidR="00BE3968" w:rsidRDefault="00CA6E70">
            <w:pPr>
              <w:pStyle w:val="CMRBodySmall"/>
              <w:spacing w:after="40"/>
            </w:pPr>
            <w:r>
              <w:t>Trip distance: ____________________</w:t>
            </w:r>
          </w:p>
          <w:p w14:paraId="72E9DB2E" w14:textId="77777777" w:rsidR="00BE3968" w:rsidRDefault="00CA6E70">
            <w:pPr>
              <w:pStyle w:val="CMRBodySmall"/>
              <w:spacing w:after="40"/>
            </w:pPr>
            <w:r>
              <w:t>Miles per gallon: ____________________</w:t>
            </w:r>
          </w:p>
          <w:p w14:paraId="5688B767" w14:textId="77777777" w:rsidR="00BE3968" w:rsidRDefault="00CA6E70">
            <w:pPr>
              <w:pStyle w:val="CMRBodySmall"/>
              <w:spacing w:after="40"/>
            </w:pPr>
            <w:r>
              <w:t>Price per gallon: ____________________</w:t>
            </w:r>
          </w:p>
          <w:p w14:paraId="108A617C" w14:textId="77777777" w:rsidR="00BE3968" w:rsidRDefault="00CA6E70">
            <w:pPr>
              <w:pStyle w:val="CMRBodySmall"/>
              <w:spacing w:after="40"/>
            </w:pPr>
            <w:r>
              <w:rPr>
                <w:b/>
              </w:rPr>
              <w:t>STEP 3 — HOW DO I FIND IT?</w:t>
            </w:r>
          </w:p>
          <w:p w14:paraId="27CA8992" w14:textId="77777777" w:rsidR="00BE3968" w:rsidRDefault="00CA6E70">
            <w:pPr>
              <w:pStyle w:val="CMRBodySmall"/>
              <w:spacing w:after="20"/>
            </w:pPr>
            <w:r>
              <w:t>○ A. Multiply the miles by the miles per gallon.</w:t>
            </w:r>
          </w:p>
          <w:p w14:paraId="200C705F" w14:textId="77777777" w:rsidR="00BE3968" w:rsidRDefault="00CA6E70">
            <w:pPr>
              <w:pStyle w:val="CMRBodySmall"/>
            </w:pPr>
            <w:r>
              <w:t>○ B. Divide the miles by miles per gallon, then multiply by the gas price.</w:t>
            </w:r>
          </w:p>
          <w:p w14:paraId="183FA72F" w14:textId="77777777" w:rsidR="00BE3968" w:rsidRDefault="00CA6E70">
            <w:pPr>
              <w:pStyle w:val="CMRBodySmall"/>
              <w:spacing w:after="120"/>
            </w:pPr>
            <w:r>
              <w:t>My math: ____________________________________________________________</w:t>
            </w:r>
          </w:p>
          <w:p w14:paraId="5CFD722A" w14:textId="77777777" w:rsidR="00BE3968" w:rsidRDefault="00CA6E70">
            <w:pPr>
              <w:pStyle w:val="CMRBodySmall"/>
              <w:spacing w:after="120"/>
            </w:pPr>
            <w:r>
              <w:t>____________________________________________________________________</w:t>
            </w:r>
          </w:p>
          <w:p w14:paraId="0211A907" w14:textId="77777777" w:rsidR="00BE3968" w:rsidRDefault="00CA6E70">
            <w:pPr>
              <w:pStyle w:val="CMRBodySmall"/>
              <w:spacing w:after="100"/>
            </w:pPr>
            <w:r>
              <w:t>Answer and check: ___________________________________________________</w:t>
            </w:r>
          </w:p>
        </w:tc>
      </w:tr>
    </w:tbl>
    <w:p w14:paraId="38157AAD" w14:textId="77777777" w:rsidR="00BE3968" w:rsidRDefault="00CA6E70">
      <w:r>
        <w:br w:type="page"/>
      </w:r>
    </w:p>
    <w:p w14:paraId="2B100C40" w14:textId="77777777" w:rsidR="00BE3968" w:rsidRDefault="00CA6E70">
      <w:pPr>
        <w:pStyle w:val="CMRSmallLabel"/>
        <w:spacing w:after="60"/>
      </w:pPr>
      <w:r>
        <w:rPr>
          <w:b w:val="0"/>
        </w:rPr>
        <w:t>SECTION 1  |  TOPIC 20  |  PRACTICE PAGE 2/5</w:t>
      </w:r>
    </w:p>
    <w:p w14:paraId="21B2BF14" w14:textId="77777777" w:rsidR="00BE3968" w:rsidRDefault="00CA6E70">
      <w:pPr>
        <w:pStyle w:val="CMRPageTitle"/>
        <w:spacing w:after="60"/>
      </w:pPr>
      <w:r>
        <w:rPr>
          <w:b w:val="0"/>
        </w:rPr>
        <w:t>Travel and fuel</w:t>
      </w:r>
    </w:p>
    <w:p w14:paraId="6159353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6092193" w14:textId="77777777">
        <w:tc>
          <w:tcPr>
            <w:tcW w:w="10036" w:type="dxa"/>
            <w:shd w:val="clear" w:color="auto" w:fill="F5F8F9"/>
            <w:tcMar>
              <w:top w:w="70" w:type="dxa"/>
              <w:left w:w="140" w:type="dxa"/>
              <w:bottom w:w="85" w:type="dxa"/>
              <w:right w:w="140" w:type="dxa"/>
            </w:tcMar>
          </w:tcPr>
          <w:p w14:paraId="365B3561" w14:textId="77777777" w:rsidR="00BE3968" w:rsidRDefault="00BE3968"/>
          <w:p w14:paraId="641B9F21" w14:textId="77777777" w:rsidR="00BE3968" w:rsidRDefault="00CA6E70">
            <w:pPr>
              <w:pStyle w:val="CMRBodySmall"/>
            </w:pPr>
            <w:r>
              <w:rPr>
                <w:b/>
              </w:rPr>
              <w:t>PROBLEM S1-193</w:t>
            </w:r>
          </w:p>
          <w:p w14:paraId="12B4AD7A" w14:textId="77777777" w:rsidR="00BE3968" w:rsidRDefault="00CA6E70">
            <w:pPr>
              <w:spacing w:after="140"/>
            </w:pPr>
            <w:r>
              <w:t>Carmen will drive 120 miles to a job fair. The truck averages 20 miles per gallon, and gas costs $3.00 per gallon. What is the gas cost for the drive?</w:t>
            </w:r>
          </w:p>
          <w:p w14:paraId="386FD7CB" w14:textId="77777777" w:rsidR="00BE3968" w:rsidRDefault="00CA6E70">
            <w:pPr>
              <w:pStyle w:val="CMRBodySmall"/>
              <w:spacing w:after="40"/>
            </w:pPr>
            <w:r>
              <w:rPr>
                <w:b/>
              </w:rPr>
              <w:t>STEP 1 — WHAT DO THEY WANT?</w:t>
            </w:r>
          </w:p>
          <w:p w14:paraId="35B6629C" w14:textId="77777777" w:rsidR="00BE3968" w:rsidRDefault="00CA6E70">
            <w:pPr>
              <w:pStyle w:val="CMRBodySmall"/>
              <w:spacing w:after="20"/>
            </w:pPr>
            <w:r>
              <w:t>○ A. How far the trip is.</w:t>
            </w:r>
          </w:p>
          <w:p w14:paraId="30F1C8AC" w14:textId="77777777" w:rsidR="00BE3968" w:rsidRDefault="00CA6E70">
            <w:pPr>
              <w:pStyle w:val="CMRBodySmall"/>
              <w:spacing w:after="80"/>
            </w:pPr>
            <w:r>
              <w:t>○ B. The total gas cost.</w:t>
            </w:r>
          </w:p>
          <w:p w14:paraId="46AC4BB2" w14:textId="77777777" w:rsidR="00BE3968" w:rsidRDefault="00CA6E70">
            <w:pPr>
              <w:pStyle w:val="CMRBodySmall"/>
              <w:spacing w:after="40"/>
            </w:pPr>
            <w:r>
              <w:rPr>
                <w:b/>
              </w:rPr>
              <w:t>STEP 2 — WHAT DO I KNOW?</w:t>
            </w:r>
          </w:p>
          <w:p w14:paraId="5AE0C401" w14:textId="77777777" w:rsidR="00BE3968" w:rsidRDefault="00CA6E70">
            <w:pPr>
              <w:pStyle w:val="CMRBodySmall"/>
              <w:spacing w:after="40"/>
            </w:pPr>
            <w:r>
              <w:t>Trip distance: ____________________</w:t>
            </w:r>
          </w:p>
          <w:p w14:paraId="7BCC3A1E" w14:textId="77777777" w:rsidR="00BE3968" w:rsidRDefault="00CA6E70">
            <w:pPr>
              <w:pStyle w:val="CMRBodySmall"/>
              <w:spacing w:after="40"/>
            </w:pPr>
            <w:r>
              <w:t>Miles per gallon: ____________________</w:t>
            </w:r>
          </w:p>
          <w:p w14:paraId="4656A513" w14:textId="77777777" w:rsidR="00BE3968" w:rsidRDefault="00CA6E70">
            <w:pPr>
              <w:pStyle w:val="CMRBodySmall"/>
              <w:spacing w:after="40"/>
            </w:pPr>
            <w:r>
              <w:t>Price per gallon: ____________________</w:t>
            </w:r>
          </w:p>
          <w:p w14:paraId="64DE9658" w14:textId="77777777" w:rsidR="00BE3968" w:rsidRDefault="00CA6E70">
            <w:pPr>
              <w:pStyle w:val="CMRBodySmall"/>
              <w:spacing w:after="40"/>
            </w:pPr>
            <w:r>
              <w:rPr>
                <w:b/>
              </w:rPr>
              <w:t>STEP 3 — HOW DO I FIND IT?</w:t>
            </w:r>
          </w:p>
          <w:p w14:paraId="4A3A9B24" w14:textId="77777777" w:rsidR="00BE3968" w:rsidRDefault="00CA6E70">
            <w:pPr>
              <w:pStyle w:val="CMRBodySmall"/>
              <w:spacing w:after="20"/>
            </w:pPr>
            <w:r>
              <w:t>○ A. Multiply the miles by the price per gallon.</w:t>
            </w:r>
          </w:p>
          <w:p w14:paraId="455E8081" w14:textId="77777777" w:rsidR="00BE3968" w:rsidRDefault="00CA6E70">
            <w:pPr>
              <w:pStyle w:val="CMRBodySmall"/>
            </w:pPr>
            <w:r>
              <w:t>○ B. Find the gallons (miles ÷ miles per gallon), then multiply by the price.</w:t>
            </w:r>
          </w:p>
          <w:p w14:paraId="5574B931" w14:textId="77777777" w:rsidR="00BE3968" w:rsidRDefault="00CA6E70">
            <w:pPr>
              <w:pStyle w:val="CMRBodySmall"/>
              <w:spacing w:after="120"/>
            </w:pPr>
            <w:r>
              <w:t>My math: ____________________________________________________________</w:t>
            </w:r>
          </w:p>
          <w:p w14:paraId="79F16EF4" w14:textId="77777777" w:rsidR="00BE3968" w:rsidRDefault="00CA6E70">
            <w:pPr>
              <w:pStyle w:val="CMRBodySmall"/>
              <w:spacing w:after="120"/>
            </w:pPr>
            <w:r>
              <w:t>____________________________________________________________________</w:t>
            </w:r>
          </w:p>
          <w:p w14:paraId="3E3A84E5" w14:textId="77777777" w:rsidR="00BE3968" w:rsidRDefault="00CA6E70">
            <w:pPr>
              <w:pStyle w:val="CMRBodySmall"/>
              <w:spacing w:after="100"/>
            </w:pPr>
            <w:r>
              <w:t>Answer and check: ___________________________________________________</w:t>
            </w:r>
          </w:p>
        </w:tc>
      </w:tr>
    </w:tbl>
    <w:p w14:paraId="075A032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EF30474" w14:textId="77777777">
        <w:tc>
          <w:tcPr>
            <w:tcW w:w="10036" w:type="dxa"/>
            <w:tcMar>
              <w:top w:w="70" w:type="dxa"/>
              <w:left w:w="140" w:type="dxa"/>
              <w:bottom w:w="85" w:type="dxa"/>
              <w:right w:w="140" w:type="dxa"/>
            </w:tcMar>
          </w:tcPr>
          <w:p w14:paraId="2338E271" w14:textId="77777777" w:rsidR="00BE3968" w:rsidRDefault="00BE3968"/>
          <w:p w14:paraId="5853BDA6" w14:textId="77777777" w:rsidR="00BE3968" w:rsidRDefault="00CA6E70">
            <w:pPr>
              <w:pStyle w:val="CMRBodySmall"/>
            </w:pPr>
            <w:r>
              <w:rPr>
                <w:b/>
              </w:rPr>
              <w:t>PROBLEM S1-194</w:t>
            </w:r>
          </w:p>
          <w:p w14:paraId="1F9F76C7" w14:textId="77777777" w:rsidR="00BE3968" w:rsidRDefault="00CA6E70">
            <w:pPr>
              <w:spacing w:after="140"/>
            </w:pPr>
            <w:r>
              <w:t>David plans a 180-mile drive in a car that gets 30 miles per gallon. Gas costs $3.50 per gallon. About how much will gas cost for the trip?</w:t>
            </w:r>
          </w:p>
          <w:p w14:paraId="439C723B" w14:textId="77777777" w:rsidR="00BE3968" w:rsidRDefault="00CA6E70">
            <w:pPr>
              <w:pStyle w:val="CMRBodySmall"/>
              <w:spacing w:after="40"/>
            </w:pPr>
            <w:r>
              <w:rPr>
                <w:b/>
              </w:rPr>
              <w:t>STEP 1 — WHAT DO THEY WANT?</w:t>
            </w:r>
          </w:p>
          <w:p w14:paraId="63D71547" w14:textId="77777777" w:rsidR="00BE3968" w:rsidRDefault="00CA6E70">
            <w:pPr>
              <w:pStyle w:val="CMRBodySmall"/>
              <w:spacing w:after="20"/>
            </w:pPr>
            <w:r>
              <w:t>○ A. The number of gallons needed.</w:t>
            </w:r>
          </w:p>
          <w:p w14:paraId="4D582872" w14:textId="77777777" w:rsidR="00BE3968" w:rsidRDefault="00CA6E70">
            <w:pPr>
              <w:pStyle w:val="CMRBodySmall"/>
              <w:spacing w:after="80"/>
            </w:pPr>
            <w:r>
              <w:t>○ B. The cost of gas for the whole trip.</w:t>
            </w:r>
          </w:p>
          <w:p w14:paraId="4A148D95" w14:textId="77777777" w:rsidR="00BE3968" w:rsidRDefault="00CA6E70">
            <w:pPr>
              <w:pStyle w:val="CMRBodySmall"/>
              <w:spacing w:after="40"/>
            </w:pPr>
            <w:r>
              <w:rPr>
                <w:b/>
              </w:rPr>
              <w:t>STEP 2 — WHAT DO I KNOW?</w:t>
            </w:r>
          </w:p>
          <w:p w14:paraId="118863C0" w14:textId="77777777" w:rsidR="00BE3968" w:rsidRDefault="00CA6E70">
            <w:pPr>
              <w:pStyle w:val="CMRBodySmall"/>
              <w:spacing w:after="40"/>
            </w:pPr>
            <w:r>
              <w:t>Trip distance: ____________________</w:t>
            </w:r>
          </w:p>
          <w:p w14:paraId="38676F54" w14:textId="77777777" w:rsidR="00BE3968" w:rsidRDefault="00CA6E70">
            <w:pPr>
              <w:pStyle w:val="CMRBodySmall"/>
              <w:spacing w:after="40"/>
            </w:pPr>
            <w:r>
              <w:t>Miles per gallon: ____________________</w:t>
            </w:r>
          </w:p>
          <w:p w14:paraId="1790EEDB" w14:textId="77777777" w:rsidR="00BE3968" w:rsidRDefault="00CA6E70">
            <w:pPr>
              <w:pStyle w:val="CMRBodySmall"/>
              <w:spacing w:after="40"/>
            </w:pPr>
            <w:r>
              <w:t>Price per gallon: ____________________</w:t>
            </w:r>
          </w:p>
          <w:p w14:paraId="7326B44B" w14:textId="77777777" w:rsidR="00BE3968" w:rsidRDefault="00CA6E70">
            <w:pPr>
              <w:pStyle w:val="CMRBodySmall"/>
              <w:spacing w:after="40"/>
            </w:pPr>
            <w:r>
              <w:rPr>
                <w:b/>
              </w:rPr>
              <w:t>STEP 3 — HOW DO I FIND IT?</w:t>
            </w:r>
          </w:p>
          <w:p w14:paraId="2EDF85BA" w14:textId="77777777" w:rsidR="00BE3968" w:rsidRDefault="00CA6E70">
            <w:pPr>
              <w:pStyle w:val="CMRBodySmall"/>
              <w:spacing w:after="20"/>
            </w:pPr>
            <w:r>
              <w:t>○ A. Divide the miles by miles per gallon, then multiply by the gas price.</w:t>
            </w:r>
          </w:p>
          <w:p w14:paraId="5019FA60" w14:textId="77777777" w:rsidR="00BE3968" w:rsidRDefault="00CA6E70">
            <w:pPr>
              <w:pStyle w:val="CMRBodySmall"/>
            </w:pPr>
            <w:r>
              <w:t>○ B. Multiply the miles by the miles per gallon.</w:t>
            </w:r>
          </w:p>
          <w:p w14:paraId="0FA70B7F" w14:textId="77777777" w:rsidR="00BE3968" w:rsidRDefault="00CA6E70">
            <w:pPr>
              <w:pStyle w:val="CMRBodySmall"/>
              <w:spacing w:after="120"/>
            </w:pPr>
            <w:r>
              <w:t>My math: ____________________________________________________________</w:t>
            </w:r>
          </w:p>
          <w:p w14:paraId="1670B9B7" w14:textId="77777777" w:rsidR="00BE3968" w:rsidRDefault="00CA6E70">
            <w:pPr>
              <w:pStyle w:val="CMRBodySmall"/>
              <w:spacing w:after="120"/>
            </w:pPr>
            <w:r>
              <w:t>____________________________________________________________________</w:t>
            </w:r>
          </w:p>
          <w:p w14:paraId="7D916C41" w14:textId="77777777" w:rsidR="00BE3968" w:rsidRDefault="00CA6E70">
            <w:pPr>
              <w:pStyle w:val="CMRBodySmall"/>
              <w:spacing w:after="100"/>
            </w:pPr>
            <w:r>
              <w:t>Answer and check: ___________________________________________________</w:t>
            </w:r>
          </w:p>
        </w:tc>
      </w:tr>
    </w:tbl>
    <w:p w14:paraId="5BFEC64F" w14:textId="77777777" w:rsidR="00BE3968" w:rsidRDefault="00CA6E70">
      <w:r>
        <w:br w:type="page"/>
      </w:r>
    </w:p>
    <w:p w14:paraId="580A9B51" w14:textId="77777777" w:rsidR="00BE3968" w:rsidRDefault="00CA6E70">
      <w:pPr>
        <w:pStyle w:val="CMRSmallLabel"/>
        <w:spacing w:after="60"/>
      </w:pPr>
      <w:r>
        <w:rPr>
          <w:b w:val="0"/>
        </w:rPr>
        <w:t>SECTION 1  |  TOPIC 20  |  PRACTICE PAGE 3/5</w:t>
      </w:r>
    </w:p>
    <w:p w14:paraId="29F54B5E" w14:textId="77777777" w:rsidR="00BE3968" w:rsidRDefault="00CA6E70">
      <w:pPr>
        <w:pStyle w:val="CMRPageTitle"/>
        <w:spacing w:after="60"/>
      </w:pPr>
      <w:r>
        <w:rPr>
          <w:b w:val="0"/>
        </w:rPr>
        <w:t>Travel and fuel</w:t>
      </w:r>
    </w:p>
    <w:p w14:paraId="42591FE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B766E0A" w14:textId="77777777">
        <w:tc>
          <w:tcPr>
            <w:tcW w:w="10036" w:type="dxa"/>
            <w:shd w:val="clear" w:color="auto" w:fill="F5F8F9"/>
            <w:tcMar>
              <w:top w:w="70" w:type="dxa"/>
              <w:left w:w="140" w:type="dxa"/>
              <w:bottom w:w="85" w:type="dxa"/>
              <w:right w:w="140" w:type="dxa"/>
            </w:tcMar>
          </w:tcPr>
          <w:p w14:paraId="702AAB93" w14:textId="77777777" w:rsidR="00BE3968" w:rsidRDefault="00BE3968"/>
          <w:p w14:paraId="3005167F" w14:textId="77777777" w:rsidR="00BE3968" w:rsidRDefault="00CA6E70">
            <w:pPr>
              <w:pStyle w:val="CMRBodySmall"/>
            </w:pPr>
            <w:r>
              <w:rPr>
                <w:b/>
              </w:rPr>
              <w:t>PROBLEM S1-195</w:t>
            </w:r>
          </w:p>
          <w:p w14:paraId="4E3CD5C9" w14:textId="77777777" w:rsidR="00BE3968" w:rsidRDefault="00CA6E70">
            <w:pPr>
              <w:spacing w:after="140"/>
            </w:pPr>
            <w:r>
              <w:t>Gas is $3.00 a gallon. Tanya’s van goes 20 miles on one gallon. How much will the gas cost for a 150-mile trip?</w:t>
            </w:r>
          </w:p>
          <w:p w14:paraId="0EE25D15" w14:textId="77777777" w:rsidR="00BE3968" w:rsidRDefault="00CA6E70">
            <w:pPr>
              <w:pStyle w:val="CMRBodySmall"/>
              <w:spacing w:after="40"/>
            </w:pPr>
            <w:r>
              <w:rPr>
                <w:b/>
              </w:rPr>
              <w:t>STEP 1 — WHAT DO THEY WANT?</w:t>
            </w:r>
          </w:p>
          <w:p w14:paraId="1D19B909" w14:textId="77777777" w:rsidR="00BE3968" w:rsidRDefault="00CA6E70">
            <w:pPr>
              <w:pStyle w:val="CMRBodySmall"/>
              <w:spacing w:after="20"/>
            </w:pPr>
            <w:r>
              <w:t>○ A. How much Tanya spends on gas.</w:t>
            </w:r>
          </w:p>
          <w:p w14:paraId="7EDC4FE7" w14:textId="77777777" w:rsidR="00BE3968" w:rsidRDefault="00CA6E70">
            <w:pPr>
              <w:pStyle w:val="CMRBodySmall"/>
              <w:spacing w:after="80"/>
            </w:pPr>
            <w:r>
              <w:t>○ B. The price of one gallon.</w:t>
            </w:r>
          </w:p>
          <w:p w14:paraId="64F2559D" w14:textId="77777777" w:rsidR="00BE3968" w:rsidRDefault="00CA6E70">
            <w:pPr>
              <w:pStyle w:val="CMRBodySmall"/>
              <w:spacing w:after="40"/>
            </w:pPr>
            <w:r>
              <w:rPr>
                <w:b/>
              </w:rPr>
              <w:t>STEP 2 — WHAT DO I KNOW?</w:t>
            </w:r>
          </w:p>
          <w:p w14:paraId="3FCB5C40" w14:textId="77777777" w:rsidR="00BE3968" w:rsidRDefault="00CA6E70">
            <w:pPr>
              <w:pStyle w:val="CMRBodySmall"/>
              <w:spacing w:after="40"/>
            </w:pPr>
            <w:r>
              <w:t>Trip distance: ____________________</w:t>
            </w:r>
          </w:p>
          <w:p w14:paraId="779ED285" w14:textId="77777777" w:rsidR="00BE3968" w:rsidRDefault="00CA6E70">
            <w:pPr>
              <w:pStyle w:val="CMRBodySmall"/>
              <w:spacing w:after="40"/>
            </w:pPr>
            <w:r>
              <w:t>Miles per gallon: ____________________</w:t>
            </w:r>
          </w:p>
          <w:p w14:paraId="79D64A57" w14:textId="77777777" w:rsidR="00BE3968" w:rsidRDefault="00CA6E70">
            <w:pPr>
              <w:pStyle w:val="CMRBodySmall"/>
              <w:spacing w:after="40"/>
            </w:pPr>
            <w:r>
              <w:t>Price per gallon: ____________________</w:t>
            </w:r>
          </w:p>
          <w:p w14:paraId="22FF3F44" w14:textId="77777777" w:rsidR="00BE3968" w:rsidRDefault="00CA6E70">
            <w:pPr>
              <w:pStyle w:val="CMRBodySmall"/>
              <w:spacing w:after="40"/>
            </w:pPr>
            <w:r>
              <w:rPr>
                <w:b/>
              </w:rPr>
              <w:t>STEP 3 — HOW DO I FIND IT?</w:t>
            </w:r>
          </w:p>
          <w:p w14:paraId="352ACC6D" w14:textId="77777777" w:rsidR="00BE3968" w:rsidRDefault="00CA6E70">
            <w:pPr>
              <w:pStyle w:val="CMRBodySmall"/>
              <w:spacing w:after="20"/>
            </w:pPr>
            <w:r>
              <w:t>○ A. Multiply the miles by the price per gallon.</w:t>
            </w:r>
          </w:p>
          <w:p w14:paraId="45F13854" w14:textId="77777777" w:rsidR="00BE3968" w:rsidRDefault="00CA6E70">
            <w:pPr>
              <w:pStyle w:val="CMRBodySmall"/>
            </w:pPr>
            <w:r>
              <w:t>○ B. Find the gallons (miles ÷ miles per gallon), then multiply by the price.</w:t>
            </w:r>
          </w:p>
          <w:p w14:paraId="520ADA56" w14:textId="77777777" w:rsidR="00BE3968" w:rsidRDefault="00CA6E70">
            <w:pPr>
              <w:pStyle w:val="CMRBodySmall"/>
              <w:spacing w:after="120"/>
            </w:pPr>
            <w:r>
              <w:t>My math: ____________________________________________________________</w:t>
            </w:r>
          </w:p>
          <w:p w14:paraId="0566FDB2" w14:textId="77777777" w:rsidR="00BE3968" w:rsidRDefault="00CA6E70">
            <w:pPr>
              <w:pStyle w:val="CMRBodySmall"/>
              <w:spacing w:after="120"/>
            </w:pPr>
            <w:r>
              <w:t>____________________________________________________________________</w:t>
            </w:r>
          </w:p>
          <w:p w14:paraId="5B1F5115" w14:textId="77777777" w:rsidR="00BE3968" w:rsidRDefault="00CA6E70">
            <w:pPr>
              <w:pStyle w:val="CMRBodySmall"/>
              <w:spacing w:after="100"/>
            </w:pPr>
            <w:r>
              <w:t>Answer and check: ___________________________________________________</w:t>
            </w:r>
          </w:p>
        </w:tc>
      </w:tr>
    </w:tbl>
    <w:p w14:paraId="6968668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9170825" w14:textId="77777777">
        <w:tc>
          <w:tcPr>
            <w:tcW w:w="10036" w:type="dxa"/>
            <w:tcMar>
              <w:top w:w="70" w:type="dxa"/>
              <w:left w:w="140" w:type="dxa"/>
              <w:bottom w:w="85" w:type="dxa"/>
              <w:right w:w="140" w:type="dxa"/>
            </w:tcMar>
          </w:tcPr>
          <w:p w14:paraId="6532FECB" w14:textId="77777777" w:rsidR="00BE3968" w:rsidRDefault="00BE3968"/>
          <w:p w14:paraId="7065AE33" w14:textId="77777777" w:rsidR="00BE3968" w:rsidRDefault="00CA6E70">
            <w:pPr>
              <w:pStyle w:val="CMRBodySmall"/>
            </w:pPr>
            <w:r>
              <w:rPr>
                <w:b/>
              </w:rPr>
              <w:t>PROBLEM S1-196</w:t>
            </w:r>
          </w:p>
          <w:p w14:paraId="07D8CF6B" w14:textId="77777777" w:rsidR="00BE3968" w:rsidRDefault="00CA6E70">
            <w:pPr>
              <w:spacing w:after="140"/>
            </w:pPr>
            <w:r>
              <w:t>Kevin will drive 180 miles to a job fair. The truck averages 30 miles per gallon, and gas costs $3.00 per gallon. What is the gas cost for the drive?</w:t>
            </w:r>
          </w:p>
          <w:p w14:paraId="2399FD23" w14:textId="77777777" w:rsidR="00BE3968" w:rsidRDefault="00CA6E70">
            <w:pPr>
              <w:pStyle w:val="CMRBodySmall"/>
              <w:spacing w:after="40"/>
            </w:pPr>
            <w:r>
              <w:rPr>
                <w:b/>
              </w:rPr>
              <w:t>STEP 1 — WHAT DO THEY WANT?</w:t>
            </w:r>
          </w:p>
          <w:p w14:paraId="6590E335" w14:textId="77777777" w:rsidR="00BE3968" w:rsidRDefault="00CA6E70">
            <w:pPr>
              <w:pStyle w:val="CMRBodySmall"/>
              <w:spacing w:after="20"/>
            </w:pPr>
            <w:r>
              <w:t>○ A. How far the trip is.</w:t>
            </w:r>
          </w:p>
          <w:p w14:paraId="02694AA4" w14:textId="77777777" w:rsidR="00BE3968" w:rsidRDefault="00CA6E70">
            <w:pPr>
              <w:pStyle w:val="CMRBodySmall"/>
              <w:spacing w:after="80"/>
            </w:pPr>
            <w:r>
              <w:t>○ B. The total gas cost.</w:t>
            </w:r>
          </w:p>
          <w:p w14:paraId="1C6115A6" w14:textId="77777777" w:rsidR="00BE3968" w:rsidRDefault="00CA6E70">
            <w:pPr>
              <w:pStyle w:val="CMRBodySmall"/>
              <w:spacing w:after="40"/>
            </w:pPr>
            <w:r>
              <w:rPr>
                <w:b/>
              </w:rPr>
              <w:t>STEP 2 — WHAT DO I KNOW?</w:t>
            </w:r>
          </w:p>
          <w:p w14:paraId="53885141" w14:textId="77777777" w:rsidR="00BE3968" w:rsidRDefault="00CA6E70">
            <w:pPr>
              <w:pStyle w:val="CMRBodySmall"/>
              <w:spacing w:after="40"/>
            </w:pPr>
            <w:r>
              <w:t>Trip distance: ____________________</w:t>
            </w:r>
          </w:p>
          <w:p w14:paraId="2FA21430" w14:textId="77777777" w:rsidR="00BE3968" w:rsidRDefault="00CA6E70">
            <w:pPr>
              <w:pStyle w:val="CMRBodySmall"/>
              <w:spacing w:after="40"/>
            </w:pPr>
            <w:r>
              <w:t>Miles per gallon: ____________________</w:t>
            </w:r>
          </w:p>
          <w:p w14:paraId="5860C967" w14:textId="77777777" w:rsidR="00BE3968" w:rsidRDefault="00CA6E70">
            <w:pPr>
              <w:pStyle w:val="CMRBodySmall"/>
              <w:spacing w:after="40"/>
            </w:pPr>
            <w:r>
              <w:t>Price per gallon: ____________________</w:t>
            </w:r>
          </w:p>
          <w:p w14:paraId="77ED4CA7" w14:textId="77777777" w:rsidR="00BE3968" w:rsidRDefault="00CA6E70">
            <w:pPr>
              <w:pStyle w:val="CMRBodySmall"/>
              <w:spacing w:after="40"/>
            </w:pPr>
            <w:r>
              <w:rPr>
                <w:b/>
              </w:rPr>
              <w:t>STEP 3 — HOW DO I FIND IT?</w:t>
            </w:r>
          </w:p>
          <w:p w14:paraId="65A28CFD" w14:textId="77777777" w:rsidR="00BE3968" w:rsidRDefault="00CA6E70">
            <w:pPr>
              <w:pStyle w:val="CMRBodySmall"/>
              <w:spacing w:after="20"/>
            </w:pPr>
            <w:r>
              <w:t>○ A. Multiply the miles by the miles per gallon.</w:t>
            </w:r>
          </w:p>
          <w:p w14:paraId="2807BC86" w14:textId="77777777" w:rsidR="00BE3968" w:rsidRDefault="00CA6E70">
            <w:pPr>
              <w:pStyle w:val="CMRBodySmall"/>
            </w:pPr>
            <w:r>
              <w:t>○ B. Divide the miles by miles per gallon, then multiply by the gas price.</w:t>
            </w:r>
          </w:p>
          <w:p w14:paraId="4BD828C3" w14:textId="77777777" w:rsidR="00BE3968" w:rsidRDefault="00CA6E70">
            <w:pPr>
              <w:pStyle w:val="CMRBodySmall"/>
              <w:spacing w:after="120"/>
            </w:pPr>
            <w:r>
              <w:t>My math: ____________________________________________________________</w:t>
            </w:r>
          </w:p>
          <w:p w14:paraId="3EA090A4" w14:textId="77777777" w:rsidR="00BE3968" w:rsidRDefault="00CA6E70">
            <w:pPr>
              <w:pStyle w:val="CMRBodySmall"/>
              <w:spacing w:after="120"/>
            </w:pPr>
            <w:r>
              <w:t>____________________________________________________________________</w:t>
            </w:r>
          </w:p>
          <w:p w14:paraId="30D9A837" w14:textId="77777777" w:rsidR="00BE3968" w:rsidRDefault="00CA6E70">
            <w:pPr>
              <w:pStyle w:val="CMRBodySmall"/>
              <w:spacing w:after="100"/>
            </w:pPr>
            <w:r>
              <w:t>Answer and check: ___________________________________________________</w:t>
            </w:r>
          </w:p>
        </w:tc>
      </w:tr>
    </w:tbl>
    <w:p w14:paraId="73A035D3" w14:textId="77777777" w:rsidR="00BE3968" w:rsidRDefault="00CA6E70">
      <w:r>
        <w:br w:type="page"/>
      </w:r>
    </w:p>
    <w:p w14:paraId="643DDD4E" w14:textId="77777777" w:rsidR="00BE3968" w:rsidRDefault="00CA6E70">
      <w:pPr>
        <w:pStyle w:val="CMRSmallLabel"/>
        <w:spacing w:after="60"/>
      </w:pPr>
      <w:r>
        <w:rPr>
          <w:b w:val="0"/>
        </w:rPr>
        <w:t>SECTION 1  |  TOPIC 20  |  PRACTICE PAGE 4/5</w:t>
      </w:r>
    </w:p>
    <w:p w14:paraId="345FEAB4" w14:textId="77777777" w:rsidR="00BE3968" w:rsidRDefault="00CA6E70">
      <w:pPr>
        <w:pStyle w:val="CMRPageTitle"/>
        <w:spacing w:after="60"/>
      </w:pPr>
      <w:r>
        <w:rPr>
          <w:b w:val="0"/>
        </w:rPr>
        <w:t>Travel and fuel</w:t>
      </w:r>
    </w:p>
    <w:p w14:paraId="5EBBCE6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B3BACB1" w14:textId="77777777">
        <w:tc>
          <w:tcPr>
            <w:tcW w:w="10036" w:type="dxa"/>
            <w:shd w:val="clear" w:color="auto" w:fill="F5F8F9"/>
            <w:tcMar>
              <w:top w:w="70" w:type="dxa"/>
              <w:left w:w="140" w:type="dxa"/>
              <w:bottom w:w="85" w:type="dxa"/>
              <w:right w:w="140" w:type="dxa"/>
            </w:tcMar>
          </w:tcPr>
          <w:p w14:paraId="65EA75DF" w14:textId="77777777" w:rsidR="00BE3968" w:rsidRDefault="00BE3968"/>
          <w:p w14:paraId="6EB8E325" w14:textId="77777777" w:rsidR="00BE3968" w:rsidRDefault="00CA6E70">
            <w:pPr>
              <w:pStyle w:val="CMRBodySmall"/>
            </w:pPr>
            <w:r>
              <w:rPr>
                <w:b/>
              </w:rPr>
              <w:t>PROBLEM S1-197</w:t>
            </w:r>
          </w:p>
          <w:p w14:paraId="45EEFB4D" w14:textId="77777777" w:rsidR="00BE3968" w:rsidRDefault="00CA6E70">
            <w:pPr>
              <w:spacing w:after="140"/>
            </w:pPr>
            <w:r>
              <w:t>Sharon plans a 150-mile drive in a car that gets 15 miles per gallon. Gas costs $3.00 per gallon. About how much will gas cost for the trip?</w:t>
            </w:r>
          </w:p>
          <w:p w14:paraId="7C2B925C" w14:textId="77777777" w:rsidR="00BE3968" w:rsidRDefault="00CA6E70">
            <w:pPr>
              <w:pStyle w:val="CMRBodySmall"/>
              <w:spacing w:after="40"/>
            </w:pPr>
            <w:r>
              <w:rPr>
                <w:b/>
              </w:rPr>
              <w:t>STEP 1 — WHAT DO THEY WANT?</w:t>
            </w:r>
          </w:p>
          <w:p w14:paraId="2E9AC803" w14:textId="77777777" w:rsidR="00BE3968" w:rsidRDefault="00CA6E70">
            <w:pPr>
              <w:pStyle w:val="CMRBodySmall"/>
              <w:spacing w:after="20"/>
            </w:pPr>
            <w:r>
              <w:t>○ A. The cost of gas for the whole trip.</w:t>
            </w:r>
          </w:p>
          <w:p w14:paraId="02F7E6D9" w14:textId="77777777" w:rsidR="00BE3968" w:rsidRDefault="00CA6E70">
            <w:pPr>
              <w:pStyle w:val="CMRBodySmall"/>
              <w:spacing w:after="80"/>
            </w:pPr>
            <w:r>
              <w:t>○ B. The number of gallons needed.</w:t>
            </w:r>
          </w:p>
          <w:p w14:paraId="7B5FB871" w14:textId="77777777" w:rsidR="00BE3968" w:rsidRDefault="00CA6E70">
            <w:pPr>
              <w:pStyle w:val="CMRBodySmall"/>
              <w:spacing w:after="40"/>
            </w:pPr>
            <w:r>
              <w:rPr>
                <w:b/>
              </w:rPr>
              <w:t>STEP 2 — WHAT DO I KNOW?</w:t>
            </w:r>
          </w:p>
          <w:p w14:paraId="2233CE4D" w14:textId="77777777" w:rsidR="00BE3968" w:rsidRDefault="00CA6E70">
            <w:pPr>
              <w:pStyle w:val="CMRBodySmall"/>
              <w:spacing w:after="40"/>
            </w:pPr>
            <w:r>
              <w:t>Trip distance: ____________________</w:t>
            </w:r>
          </w:p>
          <w:p w14:paraId="387E2522" w14:textId="77777777" w:rsidR="00BE3968" w:rsidRDefault="00CA6E70">
            <w:pPr>
              <w:pStyle w:val="CMRBodySmall"/>
              <w:spacing w:after="40"/>
            </w:pPr>
            <w:r>
              <w:t>Miles per gallon: ____________________</w:t>
            </w:r>
          </w:p>
          <w:p w14:paraId="1FD8BE11" w14:textId="77777777" w:rsidR="00BE3968" w:rsidRDefault="00CA6E70">
            <w:pPr>
              <w:pStyle w:val="CMRBodySmall"/>
              <w:spacing w:after="40"/>
            </w:pPr>
            <w:r>
              <w:t>Price per gallon: ____________________</w:t>
            </w:r>
          </w:p>
          <w:p w14:paraId="5A6355ED" w14:textId="77777777" w:rsidR="00BE3968" w:rsidRDefault="00CA6E70">
            <w:pPr>
              <w:pStyle w:val="CMRBodySmall"/>
              <w:spacing w:after="40"/>
            </w:pPr>
            <w:r>
              <w:rPr>
                <w:b/>
              </w:rPr>
              <w:t>STEP 3 — HOW DO I FIND IT?</w:t>
            </w:r>
          </w:p>
          <w:p w14:paraId="2FE4575D" w14:textId="77777777" w:rsidR="00BE3968" w:rsidRDefault="00CA6E70">
            <w:pPr>
              <w:pStyle w:val="CMRBodySmall"/>
              <w:spacing w:after="20"/>
            </w:pPr>
            <w:r>
              <w:t>○ A. Find the gallons (miles ÷ miles per gallon), then multiply by the price.</w:t>
            </w:r>
          </w:p>
          <w:p w14:paraId="65F864B2" w14:textId="77777777" w:rsidR="00BE3968" w:rsidRDefault="00CA6E70">
            <w:pPr>
              <w:pStyle w:val="CMRBodySmall"/>
            </w:pPr>
            <w:r>
              <w:t>○ B. Multiply the miles by the price per gallon.</w:t>
            </w:r>
          </w:p>
          <w:p w14:paraId="053BFFAC" w14:textId="77777777" w:rsidR="00BE3968" w:rsidRDefault="00CA6E70">
            <w:pPr>
              <w:pStyle w:val="CMRBodySmall"/>
              <w:spacing w:after="120"/>
            </w:pPr>
            <w:r>
              <w:t>My math: ____________________________________________________________</w:t>
            </w:r>
          </w:p>
          <w:p w14:paraId="69CC1863" w14:textId="77777777" w:rsidR="00BE3968" w:rsidRDefault="00CA6E70">
            <w:pPr>
              <w:pStyle w:val="CMRBodySmall"/>
              <w:spacing w:after="120"/>
            </w:pPr>
            <w:r>
              <w:t>____________________________________________________________________</w:t>
            </w:r>
          </w:p>
          <w:p w14:paraId="55D082ED" w14:textId="77777777" w:rsidR="00BE3968" w:rsidRDefault="00CA6E70">
            <w:pPr>
              <w:pStyle w:val="CMRBodySmall"/>
              <w:spacing w:after="100"/>
            </w:pPr>
            <w:r>
              <w:t>Answer and check: ___________________________________________________</w:t>
            </w:r>
          </w:p>
        </w:tc>
      </w:tr>
    </w:tbl>
    <w:p w14:paraId="7B5CE00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4163463" w14:textId="77777777">
        <w:tc>
          <w:tcPr>
            <w:tcW w:w="10036" w:type="dxa"/>
            <w:tcMar>
              <w:top w:w="70" w:type="dxa"/>
              <w:left w:w="140" w:type="dxa"/>
              <w:bottom w:w="85" w:type="dxa"/>
              <w:right w:w="140" w:type="dxa"/>
            </w:tcMar>
          </w:tcPr>
          <w:p w14:paraId="350B9C07" w14:textId="77777777" w:rsidR="00BE3968" w:rsidRDefault="00BE3968"/>
          <w:p w14:paraId="196D7B9B" w14:textId="77777777" w:rsidR="00BE3968" w:rsidRDefault="00CA6E70">
            <w:pPr>
              <w:pStyle w:val="CMRBodySmall"/>
            </w:pPr>
            <w:r>
              <w:rPr>
                <w:b/>
              </w:rPr>
              <w:t>PROBLEM S1-198</w:t>
            </w:r>
          </w:p>
          <w:p w14:paraId="182BB297" w14:textId="77777777" w:rsidR="00BE3968" w:rsidRDefault="00CA6E70">
            <w:pPr>
              <w:spacing w:after="140"/>
            </w:pPr>
            <w:r>
              <w:t>Gas is $3.00 a gallon. Andre’s van goes 15 miles on one gallon. How much will the gas cost for a 60-mile trip?</w:t>
            </w:r>
          </w:p>
          <w:p w14:paraId="5F6F170E" w14:textId="77777777" w:rsidR="00BE3968" w:rsidRDefault="00CA6E70">
            <w:pPr>
              <w:pStyle w:val="CMRBodySmall"/>
              <w:spacing w:after="40"/>
            </w:pPr>
            <w:r>
              <w:rPr>
                <w:b/>
              </w:rPr>
              <w:t>STEP 1 — WHAT DO THEY WANT?</w:t>
            </w:r>
          </w:p>
          <w:p w14:paraId="43D469E0" w14:textId="77777777" w:rsidR="00BE3968" w:rsidRDefault="00CA6E70">
            <w:pPr>
              <w:pStyle w:val="CMRBodySmall"/>
              <w:spacing w:after="20"/>
            </w:pPr>
            <w:r>
              <w:t>○ A. How much Andre spends on gas.</w:t>
            </w:r>
          </w:p>
          <w:p w14:paraId="46EE7E88" w14:textId="77777777" w:rsidR="00BE3968" w:rsidRDefault="00CA6E70">
            <w:pPr>
              <w:pStyle w:val="CMRBodySmall"/>
              <w:spacing w:after="80"/>
            </w:pPr>
            <w:r>
              <w:t>○ B. The price of one gallon.</w:t>
            </w:r>
          </w:p>
          <w:p w14:paraId="4678FE2C" w14:textId="77777777" w:rsidR="00BE3968" w:rsidRDefault="00CA6E70">
            <w:pPr>
              <w:pStyle w:val="CMRBodySmall"/>
              <w:spacing w:after="40"/>
            </w:pPr>
            <w:r>
              <w:rPr>
                <w:b/>
              </w:rPr>
              <w:t>STEP 2 — WHAT DO I KNOW?</w:t>
            </w:r>
          </w:p>
          <w:p w14:paraId="2ABBC4DD" w14:textId="77777777" w:rsidR="00BE3968" w:rsidRDefault="00CA6E70">
            <w:pPr>
              <w:pStyle w:val="CMRBodySmall"/>
              <w:spacing w:after="40"/>
            </w:pPr>
            <w:r>
              <w:t>Trip distance: ____________________</w:t>
            </w:r>
          </w:p>
          <w:p w14:paraId="007C14D3" w14:textId="77777777" w:rsidR="00BE3968" w:rsidRDefault="00CA6E70">
            <w:pPr>
              <w:pStyle w:val="CMRBodySmall"/>
              <w:spacing w:after="40"/>
            </w:pPr>
            <w:r>
              <w:t>Miles per gallon: ____________________</w:t>
            </w:r>
          </w:p>
          <w:p w14:paraId="2C93182C" w14:textId="77777777" w:rsidR="00BE3968" w:rsidRDefault="00CA6E70">
            <w:pPr>
              <w:pStyle w:val="CMRBodySmall"/>
              <w:spacing w:after="40"/>
            </w:pPr>
            <w:r>
              <w:t>Price per gallon: ____________________</w:t>
            </w:r>
          </w:p>
          <w:p w14:paraId="3337A185" w14:textId="77777777" w:rsidR="00BE3968" w:rsidRDefault="00CA6E70">
            <w:pPr>
              <w:pStyle w:val="CMRBodySmall"/>
              <w:spacing w:after="40"/>
            </w:pPr>
            <w:r>
              <w:rPr>
                <w:b/>
              </w:rPr>
              <w:t>STEP 3 — HOW DO I FIND IT?</w:t>
            </w:r>
          </w:p>
          <w:p w14:paraId="783C2E00" w14:textId="77777777" w:rsidR="00BE3968" w:rsidRDefault="00CA6E70">
            <w:pPr>
              <w:pStyle w:val="CMRBodySmall"/>
              <w:spacing w:after="20"/>
            </w:pPr>
            <w:r>
              <w:t>○ A. Divide the miles by miles per gallon, then multiply by the gas price.</w:t>
            </w:r>
          </w:p>
          <w:p w14:paraId="37BDB4AB" w14:textId="77777777" w:rsidR="00BE3968" w:rsidRDefault="00CA6E70">
            <w:pPr>
              <w:pStyle w:val="CMRBodySmall"/>
            </w:pPr>
            <w:r>
              <w:t>○ B. Multiply the miles by the miles per gallon.</w:t>
            </w:r>
          </w:p>
          <w:p w14:paraId="03C8CD54" w14:textId="77777777" w:rsidR="00BE3968" w:rsidRDefault="00CA6E70">
            <w:pPr>
              <w:pStyle w:val="CMRBodySmall"/>
              <w:spacing w:after="120"/>
            </w:pPr>
            <w:r>
              <w:t>My math: ____________________________________________________________</w:t>
            </w:r>
          </w:p>
          <w:p w14:paraId="4979D4C0" w14:textId="77777777" w:rsidR="00BE3968" w:rsidRDefault="00CA6E70">
            <w:pPr>
              <w:pStyle w:val="CMRBodySmall"/>
              <w:spacing w:after="120"/>
            </w:pPr>
            <w:r>
              <w:t>____________________________________________________________________</w:t>
            </w:r>
          </w:p>
          <w:p w14:paraId="61E39D4B" w14:textId="77777777" w:rsidR="00BE3968" w:rsidRDefault="00CA6E70">
            <w:pPr>
              <w:pStyle w:val="CMRBodySmall"/>
              <w:spacing w:after="100"/>
            </w:pPr>
            <w:r>
              <w:t>Answer and check: ___________________________________________________</w:t>
            </w:r>
          </w:p>
        </w:tc>
      </w:tr>
    </w:tbl>
    <w:p w14:paraId="12E4BA9F" w14:textId="77777777" w:rsidR="00BE3968" w:rsidRDefault="00CA6E70">
      <w:r>
        <w:br w:type="page"/>
      </w:r>
    </w:p>
    <w:p w14:paraId="6BD81497" w14:textId="77777777" w:rsidR="00BE3968" w:rsidRDefault="00CA6E70">
      <w:pPr>
        <w:pStyle w:val="CMRSmallLabel"/>
        <w:spacing w:after="60"/>
      </w:pPr>
      <w:r>
        <w:rPr>
          <w:b w:val="0"/>
        </w:rPr>
        <w:t>SECTION 1  |  TOPIC 20  |  PRACTICE PAGE 5/5</w:t>
      </w:r>
    </w:p>
    <w:p w14:paraId="5B9AD2D9" w14:textId="77777777" w:rsidR="00BE3968" w:rsidRDefault="00CA6E70">
      <w:pPr>
        <w:pStyle w:val="CMRPageTitle"/>
        <w:spacing w:after="60"/>
      </w:pPr>
      <w:r>
        <w:rPr>
          <w:b w:val="0"/>
        </w:rPr>
        <w:t>Travel and fuel</w:t>
      </w:r>
    </w:p>
    <w:p w14:paraId="5D97C18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DCA74CB" w14:textId="77777777">
        <w:tc>
          <w:tcPr>
            <w:tcW w:w="10036" w:type="dxa"/>
            <w:shd w:val="clear" w:color="auto" w:fill="F5F8F9"/>
            <w:tcMar>
              <w:top w:w="70" w:type="dxa"/>
              <w:left w:w="140" w:type="dxa"/>
              <w:bottom w:w="85" w:type="dxa"/>
              <w:right w:w="140" w:type="dxa"/>
            </w:tcMar>
          </w:tcPr>
          <w:p w14:paraId="21E8F539" w14:textId="77777777" w:rsidR="00BE3968" w:rsidRDefault="00BE3968"/>
          <w:p w14:paraId="01144BA0" w14:textId="77777777" w:rsidR="00BE3968" w:rsidRDefault="00CA6E70">
            <w:pPr>
              <w:pStyle w:val="CMRBodySmall"/>
            </w:pPr>
            <w:r>
              <w:rPr>
                <w:b/>
              </w:rPr>
              <w:t>PROBLEM S1-199</w:t>
            </w:r>
          </w:p>
          <w:p w14:paraId="02A5EA48" w14:textId="77777777" w:rsidR="00BE3968" w:rsidRDefault="00CA6E70">
            <w:pPr>
              <w:spacing w:after="140"/>
            </w:pPr>
            <w:r>
              <w:t>Patricia will drive 120 miles to a job fair. The truck averages 15 miles per gallon, and gas costs $4.00 per gallon. What is the gas cost for the drive?</w:t>
            </w:r>
          </w:p>
          <w:p w14:paraId="321985A1" w14:textId="77777777" w:rsidR="00BE3968" w:rsidRDefault="00CA6E70">
            <w:pPr>
              <w:pStyle w:val="CMRBodySmall"/>
              <w:spacing w:after="40"/>
            </w:pPr>
            <w:r>
              <w:rPr>
                <w:b/>
              </w:rPr>
              <w:t>STEP 1 — WHAT DO THEY WANT?</w:t>
            </w:r>
          </w:p>
          <w:p w14:paraId="18283CAE" w14:textId="77777777" w:rsidR="00BE3968" w:rsidRDefault="00CA6E70">
            <w:pPr>
              <w:pStyle w:val="CMRBodySmall"/>
              <w:spacing w:after="20"/>
            </w:pPr>
            <w:r>
              <w:t>○ A. How far the trip is.</w:t>
            </w:r>
          </w:p>
          <w:p w14:paraId="5AAC9977" w14:textId="77777777" w:rsidR="00BE3968" w:rsidRDefault="00CA6E70">
            <w:pPr>
              <w:pStyle w:val="CMRBodySmall"/>
              <w:spacing w:after="80"/>
            </w:pPr>
            <w:r>
              <w:t>○ B. The total gas cost.</w:t>
            </w:r>
          </w:p>
          <w:p w14:paraId="2A885FE8" w14:textId="77777777" w:rsidR="00BE3968" w:rsidRDefault="00CA6E70">
            <w:pPr>
              <w:pStyle w:val="CMRBodySmall"/>
              <w:spacing w:after="40"/>
            </w:pPr>
            <w:r>
              <w:rPr>
                <w:b/>
              </w:rPr>
              <w:t>STEP 2 — WHAT DO I KNOW?</w:t>
            </w:r>
          </w:p>
          <w:p w14:paraId="4CD41834" w14:textId="77777777" w:rsidR="00BE3968" w:rsidRDefault="00CA6E70">
            <w:pPr>
              <w:pStyle w:val="CMRBodySmall"/>
              <w:spacing w:after="40"/>
            </w:pPr>
            <w:r>
              <w:t>Trip distance: ____________________</w:t>
            </w:r>
          </w:p>
          <w:p w14:paraId="7FB16352" w14:textId="77777777" w:rsidR="00BE3968" w:rsidRDefault="00CA6E70">
            <w:pPr>
              <w:pStyle w:val="CMRBodySmall"/>
              <w:spacing w:after="40"/>
            </w:pPr>
            <w:r>
              <w:t>Miles per gallon: ____________________</w:t>
            </w:r>
          </w:p>
          <w:p w14:paraId="60B8599C" w14:textId="77777777" w:rsidR="00BE3968" w:rsidRDefault="00CA6E70">
            <w:pPr>
              <w:pStyle w:val="CMRBodySmall"/>
              <w:spacing w:after="40"/>
            </w:pPr>
            <w:r>
              <w:t>Price per gallon: ____________________</w:t>
            </w:r>
          </w:p>
          <w:p w14:paraId="533C3839" w14:textId="77777777" w:rsidR="00BE3968" w:rsidRDefault="00CA6E70">
            <w:pPr>
              <w:pStyle w:val="CMRBodySmall"/>
              <w:spacing w:after="40"/>
            </w:pPr>
            <w:r>
              <w:rPr>
                <w:b/>
              </w:rPr>
              <w:t>STEP 3 — HOW DO I FIND IT?</w:t>
            </w:r>
          </w:p>
          <w:p w14:paraId="4845D13A" w14:textId="77777777" w:rsidR="00BE3968" w:rsidRDefault="00CA6E70">
            <w:pPr>
              <w:pStyle w:val="CMRBodySmall"/>
              <w:spacing w:after="20"/>
            </w:pPr>
            <w:r>
              <w:t>○ A. Multiply the miles by the price per gallon.</w:t>
            </w:r>
          </w:p>
          <w:p w14:paraId="397874D7" w14:textId="77777777" w:rsidR="00BE3968" w:rsidRDefault="00CA6E70">
            <w:pPr>
              <w:pStyle w:val="CMRBodySmall"/>
            </w:pPr>
            <w:r>
              <w:t>○ B. Find the gallons (miles ÷ miles per gallon), then multiply by the price.</w:t>
            </w:r>
          </w:p>
          <w:p w14:paraId="5D271C9E" w14:textId="77777777" w:rsidR="00BE3968" w:rsidRDefault="00CA6E70">
            <w:pPr>
              <w:pStyle w:val="CMRBodySmall"/>
              <w:spacing w:after="120"/>
            </w:pPr>
            <w:r>
              <w:t>My math: ____________________________________________________________</w:t>
            </w:r>
          </w:p>
          <w:p w14:paraId="4081C24C" w14:textId="77777777" w:rsidR="00BE3968" w:rsidRDefault="00CA6E70">
            <w:pPr>
              <w:pStyle w:val="CMRBodySmall"/>
              <w:spacing w:after="120"/>
            </w:pPr>
            <w:r>
              <w:t>____________________________________________________________________</w:t>
            </w:r>
          </w:p>
          <w:p w14:paraId="4D07C2D6" w14:textId="77777777" w:rsidR="00BE3968" w:rsidRDefault="00CA6E70">
            <w:pPr>
              <w:pStyle w:val="CMRBodySmall"/>
              <w:spacing w:after="100"/>
            </w:pPr>
            <w:r>
              <w:t>Answer and check: ___________________________________________________</w:t>
            </w:r>
          </w:p>
        </w:tc>
      </w:tr>
    </w:tbl>
    <w:p w14:paraId="1AEF5C8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14AEF28" w14:textId="77777777">
        <w:tc>
          <w:tcPr>
            <w:tcW w:w="10036" w:type="dxa"/>
            <w:tcMar>
              <w:top w:w="70" w:type="dxa"/>
              <w:left w:w="140" w:type="dxa"/>
              <w:bottom w:w="85" w:type="dxa"/>
              <w:right w:w="140" w:type="dxa"/>
            </w:tcMar>
          </w:tcPr>
          <w:p w14:paraId="6BBE47AA" w14:textId="77777777" w:rsidR="00BE3968" w:rsidRDefault="00BE3968"/>
          <w:p w14:paraId="7DD038AB" w14:textId="77777777" w:rsidR="00BE3968" w:rsidRDefault="00CA6E70">
            <w:pPr>
              <w:pStyle w:val="CMRBodySmall"/>
            </w:pPr>
            <w:r>
              <w:rPr>
                <w:b/>
              </w:rPr>
              <w:t>PROBLEM S1-200</w:t>
            </w:r>
          </w:p>
          <w:p w14:paraId="381AF853" w14:textId="77777777" w:rsidR="00BE3968" w:rsidRDefault="00CA6E70">
            <w:pPr>
              <w:spacing w:after="140"/>
            </w:pPr>
            <w:r>
              <w:t>Elaine plans a 90-mile drive in a car that gets 15 miles per gallon. Gas costs $3.00 per gallon. About how much will gas cost for the trip?</w:t>
            </w:r>
          </w:p>
          <w:p w14:paraId="7DB559E5" w14:textId="77777777" w:rsidR="00BE3968" w:rsidRDefault="00CA6E70">
            <w:pPr>
              <w:pStyle w:val="CMRBodySmall"/>
              <w:spacing w:after="40"/>
            </w:pPr>
            <w:r>
              <w:rPr>
                <w:b/>
              </w:rPr>
              <w:t>STEP 1 — WHAT DO THEY WANT?</w:t>
            </w:r>
          </w:p>
          <w:p w14:paraId="3146ACEA" w14:textId="77777777" w:rsidR="00BE3968" w:rsidRDefault="00CA6E70">
            <w:pPr>
              <w:pStyle w:val="CMRBodySmall"/>
              <w:spacing w:after="20"/>
            </w:pPr>
            <w:r>
              <w:t>○ A. The cost of gas for the whole trip.</w:t>
            </w:r>
          </w:p>
          <w:p w14:paraId="7F645742" w14:textId="77777777" w:rsidR="00BE3968" w:rsidRDefault="00CA6E70">
            <w:pPr>
              <w:pStyle w:val="CMRBodySmall"/>
              <w:spacing w:after="80"/>
            </w:pPr>
            <w:r>
              <w:t>○ B. The number of gallons needed.</w:t>
            </w:r>
          </w:p>
          <w:p w14:paraId="47747F67" w14:textId="77777777" w:rsidR="00BE3968" w:rsidRDefault="00CA6E70">
            <w:pPr>
              <w:pStyle w:val="CMRBodySmall"/>
              <w:spacing w:after="40"/>
            </w:pPr>
            <w:r>
              <w:rPr>
                <w:b/>
              </w:rPr>
              <w:t>STEP 2 — WHAT DO I KNOW?</w:t>
            </w:r>
          </w:p>
          <w:p w14:paraId="5B487925" w14:textId="77777777" w:rsidR="00BE3968" w:rsidRDefault="00CA6E70">
            <w:pPr>
              <w:pStyle w:val="CMRBodySmall"/>
              <w:spacing w:after="40"/>
            </w:pPr>
            <w:r>
              <w:t>Trip distance: ____________________</w:t>
            </w:r>
          </w:p>
          <w:p w14:paraId="065C5B68" w14:textId="77777777" w:rsidR="00BE3968" w:rsidRDefault="00CA6E70">
            <w:pPr>
              <w:pStyle w:val="CMRBodySmall"/>
              <w:spacing w:after="40"/>
            </w:pPr>
            <w:r>
              <w:t>Miles per gallon: ____________________</w:t>
            </w:r>
          </w:p>
          <w:p w14:paraId="604FBB5A" w14:textId="77777777" w:rsidR="00BE3968" w:rsidRDefault="00CA6E70">
            <w:pPr>
              <w:pStyle w:val="CMRBodySmall"/>
              <w:spacing w:after="40"/>
            </w:pPr>
            <w:r>
              <w:t>Price per gallon: ____________________</w:t>
            </w:r>
          </w:p>
          <w:p w14:paraId="202B6BE4" w14:textId="77777777" w:rsidR="00BE3968" w:rsidRDefault="00CA6E70">
            <w:pPr>
              <w:pStyle w:val="CMRBodySmall"/>
              <w:spacing w:after="40"/>
            </w:pPr>
            <w:r>
              <w:rPr>
                <w:b/>
              </w:rPr>
              <w:t>STEP 3 — HOW DO I FIND IT?</w:t>
            </w:r>
          </w:p>
          <w:p w14:paraId="3CD6CBC4" w14:textId="77777777" w:rsidR="00BE3968" w:rsidRDefault="00CA6E70">
            <w:pPr>
              <w:pStyle w:val="CMRBodySmall"/>
              <w:spacing w:after="20"/>
            </w:pPr>
            <w:r>
              <w:t>○ A. Divide the miles by miles per gallon, then multiply by the gas price.</w:t>
            </w:r>
          </w:p>
          <w:p w14:paraId="1753F20D" w14:textId="77777777" w:rsidR="00BE3968" w:rsidRDefault="00CA6E70">
            <w:pPr>
              <w:pStyle w:val="CMRBodySmall"/>
            </w:pPr>
            <w:r>
              <w:t>○ B. Multiply the miles by the miles per gallon.</w:t>
            </w:r>
          </w:p>
          <w:p w14:paraId="0A799A05" w14:textId="77777777" w:rsidR="00BE3968" w:rsidRDefault="00CA6E70">
            <w:pPr>
              <w:pStyle w:val="CMRBodySmall"/>
              <w:spacing w:after="120"/>
            </w:pPr>
            <w:r>
              <w:t>My math: ____________________________________________________________</w:t>
            </w:r>
          </w:p>
          <w:p w14:paraId="76165541" w14:textId="77777777" w:rsidR="00BE3968" w:rsidRDefault="00CA6E70">
            <w:pPr>
              <w:pStyle w:val="CMRBodySmall"/>
              <w:spacing w:after="120"/>
            </w:pPr>
            <w:r>
              <w:t>____________________________________________________________________</w:t>
            </w:r>
          </w:p>
          <w:p w14:paraId="51D19B98" w14:textId="77777777" w:rsidR="00BE3968" w:rsidRDefault="00CA6E70">
            <w:pPr>
              <w:pStyle w:val="CMRBodySmall"/>
              <w:spacing w:after="100"/>
            </w:pPr>
            <w:r>
              <w:t>Answer and check: ___________________________________________________</w:t>
            </w:r>
          </w:p>
        </w:tc>
      </w:tr>
    </w:tbl>
    <w:p w14:paraId="62C5C2AC" w14:textId="77777777" w:rsidR="00BE3968" w:rsidRDefault="00CA6E70">
      <w:r>
        <w:br w:type="page"/>
      </w:r>
    </w:p>
    <w:p w14:paraId="57CA251D" w14:textId="77777777" w:rsidR="00BE3968" w:rsidRDefault="00CA6E70">
      <w:pPr>
        <w:pStyle w:val="CMRSmallLabel"/>
        <w:spacing w:after="60"/>
      </w:pPr>
      <w:r>
        <w:rPr>
          <w:b w:val="0"/>
        </w:rPr>
        <w:t>SECTION 1  |  TOPIC 21  |  PRACTICE PAGE 1/5</w:t>
      </w:r>
    </w:p>
    <w:p w14:paraId="00FEA135" w14:textId="77777777" w:rsidR="00BE3968" w:rsidRDefault="00CA6E70">
      <w:pPr>
        <w:pStyle w:val="CMRPageTitle"/>
        <w:spacing w:after="60"/>
      </w:pPr>
      <w:r>
        <w:rPr>
          <w:b w:val="0"/>
        </w:rPr>
        <w:t>Recipes for groups</w:t>
      </w:r>
    </w:p>
    <w:p w14:paraId="437B0F4C" w14:textId="77777777" w:rsidR="00BE3968" w:rsidRDefault="00CA6E70">
      <w:pPr>
        <w:pStyle w:val="CMRBodySmall"/>
        <w:spacing w:after="100"/>
      </w:pPr>
      <w:r>
        <w:t>Remember: Keep the same relationship when serving more people.</w:t>
      </w:r>
    </w:p>
    <w:tbl>
      <w:tblPr>
        <w:tblW w:w="0" w:type="auto"/>
        <w:tblLayout w:type="fixed"/>
        <w:tblLook w:val="04A0" w:firstRow="1" w:lastRow="0" w:firstColumn="1" w:lastColumn="0" w:noHBand="0" w:noVBand="1"/>
      </w:tblPr>
      <w:tblGrid>
        <w:gridCol w:w="10036"/>
      </w:tblGrid>
      <w:tr w:rsidR="00BE3968" w14:paraId="5905797D" w14:textId="77777777">
        <w:tc>
          <w:tcPr>
            <w:tcW w:w="10036" w:type="dxa"/>
            <w:shd w:val="clear" w:color="auto" w:fill="F5F8F9"/>
            <w:tcMar>
              <w:top w:w="70" w:type="dxa"/>
              <w:left w:w="140" w:type="dxa"/>
              <w:bottom w:w="85" w:type="dxa"/>
              <w:right w:w="140" w:type="dxa"/>
            </w:tcMar>
          </w:tcPr>
          <w:p w14:paraId="6306B46B" w14:textId="77777777" w:rsidR="00BE3968" w:rsidRDefault="00BE3968"/>
          <w:p w14:paraId="13446210" w14:textId="77777777" w:rsidR="00BE3968" w:rsidRDefault="00CA6E70">
            <w:pPr>
              <w:pStyle w:val="CMRBodySmall"/>
            </w:pPr>
            <w:r>
              <w:rPr>
                <w:b/>
              </w:rPr>
              <w:t>PROBLEM S1-201</w:t>
            </w:r>
          </w:p>
          <w:p w14:paraId="4172B696" w14:textId="77777777" w:rsidR="00BE3968" w:rsidRDefault="00CA6E70">
            <w:pPr>
              <w:spacing w:after="140"/>
            </w:pPr>
            <w:r>
              <w:t>A recipe for 4 people uses 3 cups of rice. Rachel needs to serve 16 people. How many cups of rice are needed?</w:t>
            </w:r>
          </w:p>
          <w:p w14:paraId="68D369DD" w14:textId="77777777" w:rsidR="00BE3968" w:rsidRDefault="00CA6E70">
            <w:pPr>
              <w:pStyle w:val="CMRBodySmall"/>
              <w:spacing w:after="40"/>
            </w:pPr>
            <w:r>
              <w:rPr>
                <w:b/>
              </w:rPr>
              <w:t>STEP 1 — WHAT DO THEY WANT?</w:t>
            </w:r>
          </w:p>
          <w:p w14:paraId="1191272B" w14:textId="77777777" w:rsidR="00BE3968" w:rsidRDefault="00CA6E70">
            <w:pPr>
              <w:pStyle w:val="CMRBodySmall"/>
              <w:spacing w:after="20"/>
            </w:pPr>
            <w:r>
              <w:t>○ A. The amount needed for the larger group.</w:t>
            </w:r>
          </w:p>
          <w:p w14:paraId="089854F9" w14:textId="77777777" w:rsidR="00BE3968" w:rsidRDefault="00CA6E70">
            <w:pPr>
              <w:pStyle w:val="CMRBodySmall"/>
              <w:spacing w:after="80"/>
            </w:pPr>
            <w:r>
              <w:t>○ B. The amount in the original recipe.</w:t>
            </w:r>
          </w:p>
          <w:p w14:paraId="57007859" w14:textId="77777777" w:rsidR="00BE3968" w:rsidRDefault="00CA6E70">
            <w:pPr>
              <w:pStyle w:val="CMRBodySmall"/>
              <w:spacing w:after="40"/>
            </w:pPr>
            <w:r>
              <w:rPr>
                <w:b/>
              </w:rPr>
              <w:t>STEP 2 — WHAT DO I KNOW?</w:t>
            </w:r>
          </w:p>
          <w:p w14:paraId="4815C865" w14:textId="77777777" w:rsidR="00BE3968" w:rsidRDefault="00CA6E70">
            <w:pPr>
              <w:pStyle w:val="CMRBodySmall"/>
              <w:spacing w:after="40"/>
            </w:pPr>
            <w:r>
              <w:t>Recipe serves: ____________________</w:t>
            </w:r>
          </w:p>
          <w:p w14:paraId="06B5B146" w14:textId="77777777" w:rsidR="00BE3968" w:rsidRDefault="00CA6E70">
            <w:pPr>
              <w:pStyle w:val="CMRBodySmall"/>
              <w:spacing w:after="40"/>
            </w:pPr>
            <w:r>
              <w:t>Recipe amount: ____________________</w:t>
            </w:r>
          </w:p>
          <w:p w14:paraId="5A9FA478" w14:textId="77777777" w:rsidR="00BE3968" w:rsidRDefault="00CA6E70">
            <w:pPr>
              <w:pStyle w:val="CMRBodySmall"/>
              <w:spacing w:after="40"/>
            </w:pPr>
            <w:r>
              <w:t>People to serve: ____________________</w:t>
            </w:r>
          </w:p>
          <w:p w14:paraId="035E7119" w14:textId="77777777" w:rsidR="00BE3968" w:rsidRDefault="00CA6E70">
            <w:pPr>
              <w:pStyle w:val="CMRBodySmall"/>
              <w:spacing w:after="40"/>
            </w:pPr>
            <w:r>
              <w:rPr>
                <w:b/>
              </w:rPr>
              <w:t>STEP 3 — HOW DO I FIND IT?</w:t>
            </w:r>
          </w:p>
          <w:p w14:paraId="59257511" w14:textId="77777777" w:rsidR="00BE3968" w:rsidRDefault="00CA6E70">
            <w:pPr>
              <w:pStyle w:val="CMRBodySmall"/>
              <w:spacing w:after="20"/>
            </w:pPr>
            <w:r>
              <w:t>○ A. Add the extra people to the number of cups.</w:t>
            </w:r>
          </w:p>
          <w:p w14:paraId="0D08F4BB" w14:textId="77777777" w:rsidR="00BE3968" w:rsidRDefault="00CA6E70">
            <w:pPr>
              <w:pStyle w:val="CMRBodySmall"/>
            </w:pPr>
            <w:r>
              <w:t>○ B. Find how many times bigger the group is, then multiply the amount by that number.</w:t>
            </w:r>
          </w:p>
          <w:p w14:paraId="2BA15E76" w14:textId="77777777" w:rsidR="00BE3968" w:rsidRDefault="00CA6E70">
            <w:pPr>
              <w:pStyle w:val="CMRBodySmall"/>
              <w:spacing w:after="120"/>
            </w:pPr>
            <w:r>
              <w:t>My math: ____________________________________________________________</w:t>
            </w:r>
          </w:p>
          <w:p w14:paraId="68B19501" w14:textId="77777777" w:rsidR="00BE3968" w:rsidRDefault="00CA6E70">
            <w:pPr>
              <w:pStyle w:val="CMRBodySmall"/>
              <w:spacing w:after="120"/>
            </w:pPr>
            <w:r>
              <w:t>____________________________________________________________________</w:t>
            </w:r>
          </w:p>
          <w:p w14:paraId="7FAE33C8" w14:textId="77777777" w:rsidR="00BE3968" w:rsidRDefault="00CA6E70">
            <w:pPr>
              <w:pStyle w:val="CMRBodySmall"/>
              <w:spacing w:after="100"/>
            </w:pPr>
            <w:r>
              <w:t>Answer and check: ___________________________________________________</w:t>
            </w:r>
          </w:p>
        </w:tc>
      </w:tr>
    </w:tbl>
    <w:p w14:paraId="421297B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0F8B941" w14:textId="77777777">
        <w:tc>
          <w:tcPr>
            <w:tcW w:w="10036" w:type="dxa"/>
            <w:tcMar>
              <w:top w:w="70" w:type="dxa"/>
              <w:left w:w="140" w:type="dxa"/>
              <w:bottom w:w="85" w:type="dxa"/>
              <w:right w:w="140" w:type="dxa"/>
            </w:tcMar>
          </w:tcPr>
          <w:p w14:paraId="5E53F3A4" w14:textId="77777777" w:rsidR="00BE3968" w:rsidRDefault="00BE3968"/>
          <w:p w14:paraId="55B6CD71" w14:textId="77777777" w:rsidR="00BE3968" w:rsidRDefault="00CA6E70">
            <w:pPr>
              <w:pStyle w:val="CMRBodySmall"/>
            </w:pPr>
            <w:r>
              <w:rPr>
                <w:b/>
              </w:rPr>
              <w:t>PROBLEM S1-202</w:t>
            </w:r>
          </w:p>
          <w:p w14:paraId="60F45359" w14:textId="77777777" w:rsidR="00BE3968" w:rsidRDefault="00CA6E70">
            <w:pPr>
              <w:spacing w:after="140"/>
            </w:pPr>
            <w:r>
              <w:t>Maria’s chili recipe serves 6 people and uses 2 cups of beans. How many cups of beans are needed to serve 24 people?</w:t>
            </w:r>
          </w:p>
          <w:p w14:paraId="182E5B5F" w14:textId="77777777" w:rsidR="00BE3968" w:rsidRDefault="00CA6E70">
            <w:pPr>
              <w:pStyle w:val="CMRBodySmall"/>
              <w:spacing w:after="40"/>
            </w:pPr>
            <w:r>
              <w:rPr>
                <w:b/>
              </w:rPr>
              <w:t>STEP 1 — WHAT DO THEY WANT?</w:t>
            </w:r>
          </w:p>
          <w:p w14:paraId="4573FD6A" w14:textId="77777777" w:rsidR="00BE3968" w:rsidRDefault="00CA6E70">
            <w:pPr>
              <w:pStyle w:val="CMRBodySmall"/>
              <w:spacing w:after="20"/>
            </w:pPr>
            <w:r>
              <w:t>○ A. How many more people are coming.</w:t>
            </w:r>
          </w:p>
          <w:p w14:paraId="0DCDA44D" w14:textId="77777777" w:rsidR="00BE3968" w:rsidRDefault="00CA6E70">
            <w:pPr>
              <w:pStyle w:val="CMRBodySmall"/>
              <w:spacing w:after="80"/>
            </w:pPr>
            <w:r>
              <w:t>○ B. How many cups for 24 people.</w:t>
            </w:r>
          </w:p>
          <w:p w14:paraId="2524DAD1" w14:textId="77777777" w:rsidR="00BE3968" w:rsidRDefault="00CA6E70">
            <w:pPr>
              <w:pStyle w:val="CMRBodySmall"/>
              <w:spacing w:after="40"/>
            </w:pPr>
            <w:r>
              <w:rPr>
                <w:b/>
              </w:rPr>
              <w:t>STEP 2 — WHAT DO I KNOW?</w:t>
            </w:r>
          </w:p>
          <w:p w14:paraId="11EB4A49" w14:textId="77777777" w:rsidR="00BE3968" w:rsidRDefault="00CA6E70">
            <w:pPr>
              <w:pStyle w:val="CMRBodySmall"/>
              <w:spacing w:after="40"/>
            </w:pPr>
            <w:r>
              <w:t>Recipe serves: ____________________</w:t>
            </w:r>
          </w:p>
          <w:p w14:paraId="0A8D9B81" w14:textId="77777777" w:rsidR="00BE3968" w:rsidRDefault="00CA6E70">
            <w:pPr>
              <w:pStyle w:val="CMRBodySmall"/>
              <w:spacing w:after="40"/>
            </w:pPr>
            <w:r>
              <w:t>Recipe amount: ____________________</w:t>
            </w:r>
          </w:p>
          <w:p w14:paraId="17EB1878" w14:textId="77777777" w:rsidR="00BE3968" w:rsidRDefault="00CA6E70">
            <w:pPr>
              <w:pStyle w:val="CMRBodySmall"/>
              <w:spacing w:after="40"/>
            </w:pPr>
            <w:r>
              <w:t>People to serve: ____________________</w:t>
            </w:r>
          </w:p>
          <w:p w14:paraId="75935430" w14:textId="77777777" w:rsidR="00BE3968" w:rsidRDefault="00CA6E70">
            <w:pPr>
              <w:pStyle w:val="CMRBodySmall"/>
              <w:spacing w:after="40"/>
            </w:pPr>
            <w:r>
              <w:rPr>
                <w:b/>
              </w:rPr>
              <w:t>STEP 3 — HOW DO I FIND IT?</w:t>
            </w:r>
          </w:p>
          <w:p w14:paraId="3011BBB6" w14:textId="77777777" w:rsidR="00BE3968" w:rsidRDefault="00CA6E70">
            <w:pPr>
              <w:pStyle w:val="CMRBodySmall"/>
              <w:spacing w:after="20"/>
            </w:pPr>
            <w:r>
              <w:t>○ A. Scale up: (new people ÷ recipe people), then multiply by the cups.</w:t>
            </w:r>
          </w:p>
          <w:p w14:paraId="335AFBC7" w14:textId="77777777" w:rsidR="00BE3968" w:rsidRDefault="00CA6E70">
            <w:pPr>
              <w:pStyle w:val="CMRBodySmall"/>
            </w:pPr>
            <w:r>
              <w:t>○ B. Multiply the cups by the number of people.</w:t>
            </w:r>
          </w:p>
          <w:p w14:paraId="4479BFC9" w14:textId="77777777" w:rsidR="00BE3968" w:rsidRDefault="00CA6E70">
            <w:pPr>
              <w:pStyle w:val="CMRBodySmall"/>
              <w:spacing w:after="120"/>
            </w:pPr>
            <w:r>
              <w:t>My math: ____________________________________________________________</w:t>
            </w:r>
          </w:p>
          <w:p w14:paraId="0DBF483B" w14:textId="77777777" w:rsidR="00BE3968" w:rsidRDefault="00CA6E70">
            <w:pPr>
              <w:pStyle w:val="CMRBodySmall"/>
              <w:spacing w:after="120"/>
            </w:pPr>
            <w:r>
              <w:t>____________________________________________________________________</w:t>
            </w:r>
          </w:p>
          <w:p w14:paraId="7E42BA79" w14:textId="77777777" w:rsidR="00BE3968" w:rsidRDefault="00CA6E70">
            <w:pPr>
              <w:pStyle w:val="CMRBodySmall"/>
              <w:spacing w:after="100"/>
            </w:pPr>
            <w:r>
              <w:t>Answer and check: ___________________________________________________</w:t>
            </w:r>
          </w:p>
        </w:tc>
      </w:tr>
    </w:tbl>
    <w:p w14:paraId="40E7D1D9" w14:textId="77777777" w:rsidR="00BE3968" w:rsidRDefault="00CA6E70">
      <w:r>
        <w:br w:type="page"/>
      </w:r>
    </w:p>
    <w:p w14:paraId="186A4681" w14:textId="77777777" w:rsidR="00BE3968" w:rsidRDefault="00CA6E70">
      <w:pPr>
        <w:pStyle w:val="CMRSmallLabel"/>
        <w:spacing w:after="60"/>
      </w:pPr>
      <w:r>
        <w:rPr>
          <w:b w:val="0"/>
        </w:rPr>
        <w:t>SECTION 1  |  TOPIC 21  |  PRACTICE PAGE 2/5</w:t>
      </w:r>
    </w:p>
    <w:p w14:paraId="401F8014" w14:textId="77777777" w:rsidR="00BE3968" w:rsidRDefault="00CA6E70">
      <w:pPr>
        <w:pStyle w:val="CMRPageTitle"/>
        <w:spacing w:after="60"/>
      </w:pPr>
      <w:r>
        <w:rPr>
          <w:b w:val="0"/>
        </w:rPr>
        <w:t>Recipes for groups</w:t>
      </w:r>
    </w:p>
    <w:p w14:paraId="1381687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625B341" w14:textId="77777777">
        <w:tc>
          <w:tcPr>
            <w:tcW w:w="10036" w:type="dxa"/>
            <w:shd w:val="clear" w:color="auto" w:fill="F5F8F9"/>
            <w:tcMar>
              <w:top w:w="70" w:type="dxa"/>
              <w:left w:w="140" w:type="dxa"/>
              <w:bottom w:w="85" w:type="dxa"/>
              <w:right w:w="140" w:type="dxa"/>
            </w:tcMar>
          </w:tcPr>
          <w:p w14:paraId="669177F7" w14:textId="77777777" w:rsidR="00BE3968" w:rsidRDefault="00BE3968"/>
          <w:p w14:paraId="75B43DA8" w14:textId="77777777" w:rsidR="00BE3968" w:rsidRDefault="00CA6E70">
            <w:pPr>
              <w:pStyle w:val="CMRBodySmall"/>
            </w:pPr>
            <w:r>
              <w:rPr>
                <w:b/>
              </w:rPr>
              <w:t>PROBLEM S1-203</w:t>
            </w:r>
          </w:p>
          <w:p w14:paraId="1EAE4AB2" w14:textId="77777777" w:rsidR="00BE3968" w:rsidRDefault="00CA6E70">
            <w:pPr>
              <w:spacing w:after="140"/>
            </w:pPr>
            <w:r>
              <w:t>A soup recipe uses 3 cups of broth to feed 6 people. Robert is cooking for 12 people. How many cups of broth should Robert use?</w:t>
            </w:r>
          </w:p>
          <w:p w14:paraId="1F746176" w14:textId="77777777" w:rsidR="00BE3968" w:rsidRDefault="00CA6E70">
            <w:pPr>
              <w:pStyle w:val="CMRBodySmall"/>
              <w:spacing w:after="40"/>
            </w:pPr>
            <w:r>
              <w:rPr>
                <w:b/>
              </w:rPr>
              <w:t>STEP 1 — WHAT DO THEY WANT?</w:t>
            </w:r>
          </w:p>
          <w:p w14:paraId="4ECBBAB1" w14:textId="77777777" w:rsidR="00BE3968" w:rsidRDefault="00CA6E70">
            <w:pPr>
              <w:pStyle w:val="CMRBodySmall"/>
              <w:spacing w:after="20"/>
            </w:pPr>
            <w:r>
              <w:t>○ A. The amount in the original recipe.</w:t>
            </w:r>
          </w:p>
          <w:p w14:paraId="78C5F56F" w14:textId="77777777" w:rsidR="00BE3968" w:rsidRDefault="00CA6E70">
            <w:pPr>
              <w:pStyle w:val="CMRBodySmall"/>
              <w:spacing w:after="80"/>
            </w:pPr>
            <w:r>
              <w:t>○ B. The amount needed for the larger group.</w:t>
            </w:r>
          </w:p>
          <w:p w14:paraId="5D659B0F" w14:textId="77777777" w:rsidR="00BE3968" w:rsidRDefault="00CA6E70">
            <w:pPr>
              <w:pStyle w:val="CMRBodySmall"/>
              <w:spacing w:after="40"/>
            </w:pPr>
            <w:r>
              <w:rPr>
                <w:b/>
              </w:rPr>
              <w:t>STEP 2 — WHAT DO I KNOW?</w:t>
            </w:r>
          </w:p>
          <w:p w14:paraId="1DFA727B" w14:textId="77777777" w:rsidR="00BE3968" w:rsidRDefault="00CA6E70">
            <w:pPr>
              <w:pStyle w:val="CMRBodySmall"/>
              <w:spacing w:after="40"/>
            </w:pPr>
            <w:r>
              <w:t>Recipe serves: ____________________</w:t>
            </w:r>
          </w:p>
          <w:p w14:paraId="2C069EF8" w14:textId="77777777" w:rsidR="00BE3968" w:rsidRDefault="00CA6E70">
            <w:pPr>
              <w:pStyle w:val="CMRBodySmall"/>
              <w:spacing w:after="40"/>
            </w:pPr>
            <w:r>
              <w:t>Recipe amount: ____________________</w:t>
            </w:r>
          </w:p>
          <w:p w14:paraId="59DE8267" w14:textId="77777777" w:rsidR="00BE3968" w:rsidRDefault="00CA6E70">
            <w:pPr>
              <w:pStyle w:val="CMRBodySmall"/>
              <w:spacing w:after="40"/>
            </w:pPr>
            <w:r>
              <w:t>People to serve: ____________________</w:t>
            </w:r>
          </w:p>
          <w:p w14:paraId="150D521C" w14:textId="77777777" w:rsidR="00BE3968" w:rsidRDefault="00CA6E70">
            <w:pPr>
              <w:pStyle w:val="CMRBodySmall"/>
              <w:spacing w:after="40"/>
            </w:pPr>
            <w:r>
              <w:rPr>
                <w:b/>
              </w:rPr>
              <w:t>STEP 3 — HOW DO I FIND IT?</w:t>
            </w:r>
          </w:p>
          <w:p w14:paraId="3B13B09F" w14:textId="77777777" w:rsidR="00BE3968" w:rsidRDefault="00CA6E70">
            <w:pPr>
              <w:pStyle w:val="CMRBodySmall"/>
              <w:spacing w:after="20"/>
            </w:pPr>
            <w:r>
              <w:t>○ A. Add the extra people to the number of cups.</w:t>
            </w:r>
          </w:p>
          <w:p w14:paraId="7D6BA34B" w14:textId="77777777" w:rsidR="00BE3968" w:rsidRDefault="00CA6E70">
            <w:pPr>
              <w:pStyle w:val="CMRBodySmall"/>
            </w:pPr>
            <w:r>
              <w:t>○ B. Find how many times bigger the group is, then multiply the amount by that number.</w:t>
            </w:r>
          </w:p>
          <w:p w14:paraId="256464CA" w14:textId="77777777" w:rsidR="00BE3968" w:rsidRDefault="00CA6E70">
            <w:pPr>
              <w:pStyle w:val="CMRBodySmall"/>
              <w:spacing w:after="120"/>
            </w:pPr>
            <w:r>
              <w:t>My math: ____________________________________________________________</w:t>
            </w:r>
          </w:p>
          <w:p w14:paraId="177B6CA2" w14:textId="77777777" w:rsidR="00BE3968" w:rsidRDefault="00CA6E70">
            <w:pPr>
              <w:pStyle w:val="CMRBodySmall"/>
              <w:spacing w:after="120"/>
            </w:pPr>
            <w:r>
              <w:t>____________________________________________________________________</w:t>
            </w:r>
          </w:p>
          <w:p w14:paraId="75032EC2" w14:textId="77777777" w:rsidR="00BE3968" w:rsidRDefault="00CA6E70">
            <w:pPr>
              <w:pStyle w:val="CMRBodySmall"/>
              <w:spacing w:after="100"/>
            </w:pPr>
            <w:r>
              <w:t>Answer and check: ___________________________________________________</w:t>
            </w:r>
          </w:p>
        </w:tc>
      </w:tr>
    </w:tbl>
    <w:p w14:paraId="3F5A71F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5BF946E" w14:textId="77777777">
        <w:tc>
          <w:tcPr>
            <w:tcW w:w="10036" w:type="dxa"/>
            <w:tcMar>
              <w:top w:w="70" w:type="dxa"/>
              <w:left w:w="140" w:type="dxa"/>
              <w:bottom w:w="85" w:type="dxa"/>
              <w:right w:w="140" w:type="dxa"/>
            </w:tcMar>
          </w:tcPr>
          <w:p w14:paraId="0BD226A3" w14:textId="77777777" w:rsidR="00BE3968" w:rsidRDefault="00BE3968"/>
          <w:p w14:paraId="1820E6E7" w14:textId="77777777" w:rsidR="00BE3968" w:rsidRDefault="00CA6E70">
            <w:pPr>
              <w:pStyle w:val="CMRBodySmall"/>
            </w:pPr>
            <w:r>
              <w:rPr>
                <w:b/>
              </w:rPr>
              <w:t>PROBLEM S1-204</w:t>
            </w:r>
          </w:p>
          <w:p w14:paraId="4146DB6C" w14:textId="77777777" w:rsidR="00BE3968" w:rsidRDefault="00CA6E70">
            <w:pPr>
              <w:spacing w:after="140"/>
            </w:pPr>
            <w:r>
              <w:t>A recipe for 8 people uses 5 cups of rice. Denise needs to serve 16 people. How many cups of rice are needed?</w:t>
            </w:r>
          </w:p>
          <w:p w14:paraId="565C9E37" w14:textId="77777777" w:rsidR="00BE3968" w:rsidRDefault="00CA6E70">
            <w:pPr>
              <w:pStyle w:val="CMRBodySmall"/>
              <w:spacing w:after="40"/>
            </w:pPr>
            <w:r>
              <w:rPr>
                <w:b/>
              </w:rPr>
              <w:t>STEP 1 — WHAT DO THEY WANT?</w:t>
            </w:r>
          </w:p>
          <w:p w14:paraId="3A2E97F8" w14:textId="77777777" w:rsidR="00BE3968" w:rsidRDefault="00CA6E70">
            <w:pPr>
              <w:pStyle w:val="CMRBodySmall"/>
              <w:spacing w:after="20"/>
            </w:pPr>
            <w:r>
              <w:t>○ A. How many cups for 16 people.</w:t>
            </w:r>
          </w:p>
          <w:p w14:paraId="2888E5D4" w14:textId="77777777" w:rsidR="00BE3968" w:rsidRDefault="00CA6E70">
            <w:pPr>
              <w:pStyle w:val="CMRBodySmall"/>
              <w:spacing w:after="80"/>
            </w:pPr>
            <w:r>
              <w:t>○ B. How many more people are coming.</w:t>
            </w:r>
          </w:p>
          <w:p w14:paraId="26E5BC9A" w14:textId="77777777" w:rsidR="00BE3968" w:rsidRDefault="00CA6E70">
            <w:pPr>
              <w:pStyle w:val="CMRBodySmall"/>
              <w:spacing w:after="40"/>
            </w:pPr>
            <w:r>
              <w:rPr>
                <w:b/>
              </w:rPr>
              <w:t>STEP 2 — WHAT DO I KNOW?</w:t>
            </w:r>
          </w:p>
          <w:p w14:paraId="56811777" w14:textId="77777777" w:rsidR="00BE3968" w:rsidRDefault="00CA6E70">
            <w:pPr>
              <w:pStyle w:val="CMRBodySmall"/>
              <w:spacing w:after="40"/>
            </w:pPr>
            <w:r>
              <w:t>Recipe serves: ____________________</w:t>
            </w:r>
          </w:p>
          <w:p w14:paraId="316E20ED" w14:textId="77777777" w:rsidR="00BE3968" w:rsidRDefault="00CA6E70">
            <w:pPr>
              <w:pStyle w:val="CMRBodySmall"/>
              <w:spacing w:after="40"/>
            </w:pPr>
            <w:r>
              <w:t>Recipe amount: ____________________</w:t>
            </w:r>
          </w:p>
          <w:p w14:paraId="5AF3057A" w14:textId="77777777" w:rsidR="00BE3968" w:rsidRDefault="00CA6E70">
            <w:pPr>
              <w:pStyle w:val="CMRBodySmall"/>
              <w:spacing w:after="40"/>
            </w:pPr>
            <w:r>
              <w:t>People to serve: ____________________</w:t>
            </w:r>
          </w:p>
          <w:p w14:paraId="68F1DEC4" w14:textId="77777777" w:rsidR="00BE3968" w:rsidRDefault="00CA6E70">
            <w:pPr>
              <w:pStyle w:val="CMRBodySmall"/>
              <w:spacing w:after="40"/>
            </w:pPr>
            <w:r>
              <w:rPr>
                <w:b/>
              </w:rPr>
              <w:t>STEP 3 — HOW DO I FIND IT?</w:t>
            </w:r>
          </w:p>
          <w:p w14:paraId="21FBE7A9" w14:textId="77777777" w:rsidR="00BE3968" w:rsidRDefault="00CA6E70">
            <w:pPr>
              <w:pStyle w:val="CMRBodySmall"/>
              <w:spacing w:after="20"/>
            </w:pPr>
            <w:r>
              <w:t>○ A. Multiply the cups by the number of people.</w:t>
            </w:r>
          </w:p>
          <w:p w14:paraId="57F30BCB" w14:textId="77777777" w:rsidR="00BE3968" w:rsidRDefault="00CA6E70">
            <w:pPr>
              <w:pStyle w:val="CMRBodySmall"/>
            </w:pPr>
            <w:r>
              <w:t>○ B. Scale up: (new people ÷ recipe people), then multiply by the cups.</w:t>
            </w:r>
          </w:p>
          <w:p w14:paraId="22185CF0" w14:textId="77777777" w:rsidR="00BE3968" w:rsidRDefault="00CA6E70">
            <w:pPr>
              <w:pStyle w:val="CMRBodySmall"/>
              <w:spacing w:after="120"/>
            </w:pPr>
            <w:r>
              <w:t>My math: ____________________________________________________________</w:t>
            </w:r>
          </w:p>
          <w:p w14:paraId="1BB23623" w14:textId="77777777" w:rsidR="00BE3968" w:rsidRDefault="00CA6E70">
            <w:pPr>
              <w:pStyle w:val="CMRBodySmall"/>
              <w:spacing w:after="120"/>
            </w:pPr>
            <w:r>
              <w:t>____________________________________________________________________</w:t>
            </w:r>
          </w:p>
          <w:p w14:paraId="1ED3931D" w14:textId="77777777" w:rsidR="00BE3968" w:rsidRDefault="00CA6E70">
            <w:pPr>
              <w:pStyle w:val="CMRBodySmall"/>
              <w:spacing w:after="100"/>
            </w:pPr>
            <w:r>
              <w:t>Answer and check: ___________________________________________________</w:t>
            </w:r>
          </w:p>
        </w:tc>
      </w:tr>
    </w:tbl>
    <w:p w14:paraId="11AE1216" w14:textId="77777777" w:rsidR="00BE3968" w:rsidRDefault="00CA6E70">
      <w:r>
        <w:br w:type="page"/>
      </w:r>
    </w:p>
    <w:p w14:paraId="5DF88C77" w14:textId="77777777" w:rsidR="00BE3968" w:rsidRDefault="00CA6E70">
      <w:pPr>
        <w:pStyle w:val="CMRSmallLabel"/>
        <w:spacing w:after="60"/>
      </w:pPr>
      <w:r>
        <w:rPr>
          <w:b w:val="0"/>
        </w:rPr>
        <w:t>SECTION 1  |  TOPIC 21  |  PRACTICE PAGE 3/5</w:t>
      </w:r>
    </w:p>
    <w:p w14:paraId="23318D18" w14:textId="77777777" w:rsidR="00BE3968" w:rsidRDefault="00CA6E70">
      <w:pPr>
        <w:pStyle w:val="CMRPageTitle"/>
        <w:spacing w:after="60"/>
      </w:pPr>
      <w:r>
        <w:rPr>
          <w:b w:val="0"/>
        </w:rPr>
        <w:t>Recipes for groups</w:t>
      </w:r>
    </w:p>
    <w:p w14:paraId="3EFE9FB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1DE802D" w14:textId="77777777">
        <w:tc>
          <w:tcPr>
            <w:tcW w:w="10036" w:type="dxa"/>
            <w:shd w:val="clear" w:color="auto" w:fill="F5F8F9"/>
            <w:tcMar>
              <w:top w:w="70" w:type="dxa"/>
              <w:left w:w="140" w:type="dxa"/>
              <w:bottom w:w="85" w:type="dxa"/>
              <w:right w:w="140" w:type="dxa"/>
            </w:tcMar>
          </w:tcPr>
          <w:p w14:paraId="4942330E" w14:textId="77777777" w:rsidR="00BE3968" w:rsidRDefault="00BE3968"/>
          <w:p w14:paraId="0BAD786E" w14:textId="77777777" w:rsidR="00BE3968" w:rsidRDefault="00CA6E70">
            <w:pPr>
              <w:pStyle w:val="CMRBodySmall"/>
            </w:pPr>
            <w:r>
              <w:rPr>
                <w:b/>
              </w:rPr>
              <w:t>PROBLEM S1-205</w:t>
            </w:r>
          </w:p>
          <w:p w14:paraId="18F1CD5C" w14:textId="77777777" w:rsidR="00BE3968" w:rsidRDefault="00CA6E70">
            <w:pPr>
              <w:spacing w:after="140"/>
            </w:pPr>
            <w:r>
              <w:t>James’s chili recipe serves 7 people and uses 5 cups of beans. How many cups of beans are needed to serve 21 people?</w:t>
            </w:r>
          </w:p>
          <w:p w14:paraId="0F5FFB25" w14:textId="77777777" w:rsidR="00BE3968" w:rsidRDefault="00CA6E70">
            <w:pPr>
              <w:pStyle w:val="CMRBodySmall"/>
              <w:spacing w:after="40"/>
            </w:pPr>
            <w:r>
              <w:rPr>
                <w:b/>
              </w:rPr>
              <w:t>STEP 1 — WHAT DO THEY WANT?</w:t>
            </w:r>
          </w:p>
          <w:p w14:paraId="7032812C" w14:textId="77777777" w:rsidR="00BE3968" w:rsidRDefault="00CA6E70">
            <w:pPr>
              <w:pStyle w:val="CMRBodySmall"/>
              <w:spacing w:after="20"/>
            </w:pPr>
            <w:r>
              <w:t>○ A. The amount in the original recipe.</w:t>
            </w:r>
          </w:p>
          <w:p w14:paraId="5C9260CE" w14:textId="77777777" w:rsidR="00BE3968" w:rsidRDefault="00CA6E70">
            <w:pPr>
              <w:pStyle w:val="CMRBodySmall"/>
              <w:spacing w:after="80"/>
            </w:pPr>
            <w:r>
              <w:t>○ B. The amount needed for the larger group.</w:t>
            </w:r>
          </w:p>
          <w:p w14:paraId="7698A75C" w14:textId="77777777" w:rsidR="00BE3968" w:rsidRDefault="00CA6E70">
            <w:pPr>
              <w:pStyle w:val="CMRBodySmall"/>
              <w:spacing w:after="40"/>
            </w:pPr>
            <w:r>
              <w:rPr>
                <w:b/>
              </w:rPr>
              <w:t>STEP 2 — WHAT DO I KNOW?</w:t>
            </w:r>
          </w:p>
          <w:p w14:paraId="59595D2C" w14:textId="77777777" w:rsidR="00BE3968" w:rsidRDefault="00CA6E70">
            <w:pPr>
              <w:pStyle w:val="CMRBodySmall"/>
              <w:spacing w:after="40"/>
            </w:pPr>
            <w:r>
              <w:t>Recipe serves: ____________________</w:t>
            </w:r>
          </w:p>
          <w:p w14:paraId="5458386D" w14:textId="77777777" w:rsidR="00BE3968" w:rsidRDefault="00CA6E70">
            <w:pPr>
              <w:pStyle w:val="CMRBodySmall"/>
              <w:spacing w:after="40"/>
            </w:pPr>
            <w:r>
              <w:t>Recipe amount: ____________________</w:t>
            </w:r>
          </w:p>
          <w:p w14:paraId="42C66D0A" w14:textId="77777777" w:rsidR="00BE3968" w:rsidRDefault="00CA6E70">
            <w:pPr>
              <w:pStyle w:val="CMRBodySmall"/>
              <w:spacing w:after="40"/>
            </w:pPr>
            <w:r>
              <w:t>People to serve: ____________________</w:t>
            </w:r>
          </w:p>
          <w:p w14:paraId="57798676" w14:textId="77777777" w:rsidR="00BE3968" w:rsidRDefault="00CA6E70">
            <w:pPr>
              <w:pStyle w:val="CMRBodySmall"/>
              <w:spacing w:after="40"/>
            </w:pPr>
            <w:r>
              <w:rPr>
                <w:b/>
              </w:rPr>
              <w:t>STEP 3 — HOW DO I FIND IT?</w:t>
            </w:r>
          </w:p>
          <w:p w14:paraId="6C28470A" w14:textId="77777777" w:rsidR="00BE3968" w:rsidRDefault="00CA6E70">
            <w:pPr>
              <w:pStyle w:val="CMRBodySmall"/>
              <w:spacing w:after="20"/>
            </w:pPr>
            <w:r>
              <w:t>○ A. Find how many times bigger the group is, then multiply the amount by that number.</w:t>
            </w:r>
          </w:p>
          <w:p w14:paraId="603A333B" w14:textId="77777777" w:rsidR="00BE3968" w:rsidRDefault="00CA6E70">
            <w:pPr>
              <w:pStyle w:val="CMRBodySmall"/>
            </w:pPr>
            <w:r>
              <w:t>○ B. Add the extra people to the number of cups.</w:t>
            </w:r>
          </w:p>
          <w:p w14:paraId="33CC4E27" w14:textId="77777777" w:rsidR="00BE3968" w:rsidRDefault="00CA6E70">
            <w:pPr>
              <w:pStyle w:val="CMRBodySmall"/>
              <w:spacing w:after="120"/>
            </w:pPr>
            <w:r>
              <w:t>My math: ____________________________________________________________</w:t>
            </w:r>
          </w:p>
          <w:p w14:paraId="3FDF0157" w14:textId="77777777" w:rsidR="00BE3968" w:rsidRDefault="00CA6E70">
            <w:pPr>
              <w:pStyle w:val="CMRBodySmall"/>
              <w:spacing w:after="120"/>
            </w:pPr>
            <w:r>
              <w:t>____________________________________________________________________</w:t>
            </w:r>
          </w:p>
          <w:p w14:paraId="694331E8" w14:textId="77777777" w:rsidR="00BE3968" w:rsidRDefault="00CA6E70">
            <w:pPr>
              <w:pStyle w:val="CMRBodySmall"/>
              <w:spacing w:after="100"/>
            </w:pPr>
            <w:r>
              <w:t>Answer and check: ___________________________________________________</w:t>
            </w:r>
          </w:p>
        </w:tc>
      </w:tr>
    </w:tbl>
    <w:p w14:paraId="5FE8119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01A4BF9" w14:textId="77777777">
        <w:tc>
          <w:tcPr>
            <w:tcW w:w="10036" w:type="dxa"/>
            <w:tcMar>
              <w:top w:w="70" w:type="dxa"/>
              <w:left w:w="140" w:type="dxa"/>
              <w:bottom w:w="85" w:type="dxa"/>
              <w:right w:w="140" w:type="dxa"/>
            </w:tcMar>
          </w:tcPr>
          <w:p w14:paraId="64F7C67D" w14:textId="77777777" w:rsidR="00BE3968" w:rsidRDefault="00BE3968"/>
          <w:p w14:paraId="10869430" w14:textId="77777777" w:rsidR="00BE3968" w:rsidRDefault="00CA6E70">
            <w:pPr>
              <w:pStyle w:val="CMRBodySmall"/>
            </w:pPr>
            <w:r>
              <w:rPr>
                <w:b/>
              </w:rPr>
              <w:t>PROBLEM S1-206</w:t>
            </w:r>
          </w:p>
          <w:p w14:paraId="15EFA2B2" w14:textId="77777777" w:rsidR="00BE3968" w:rsidRDefault="00CA6E70">
            <w:pPr>
              <w:spacing w:after="140"/>
            </w:pPr>
            <w:r>
              <w:t>A soup recipe uses 3 cups of broth to feed 5 people. Felicia is cooking for 15 people. How many cups of broth should Felicia use?</w:t>
            </w:r>
          </w:p>
          <w:p w14:paraId="2541556A" w14:textId="77777777" w:rsidR="00BE3968" w:rsidRDefault="00CA6E70">
            <w:pPr>
              <w:pStyle w:val="CMRBodySmall"/>
              <w:spacing w:after="40"/>
            </w:pPr>
            <w:r>
              <w:rPr>
                <w:b/>
              </w:rPr>
              <w:t>STEP 1 — WHAT DO THEY WANT?</w:t>
            </w:r>
          </w:p>
          <w:p w14:paraId="567699AD" w14:textId="77777777" w:rsidR="00BE3968" w:rsidRDefault="00CA6E70">
            <w:pPr>
              <w:pStyle w:val="CMRBodySmall"/>
              <w:spacing w:after="20"/>
            </w:pPr>
            <w:r>
              <w:t>○ A. How many cups for 15 people.</w:t>
            </w:r>
          </w:p>
          <w:p w14:paraId="1EF25758" w14:textId="77777777" w:rsidR="00BE3968" w:rsidRDefault="00CA6E70">
            <w:pPr>
              <w:pStyle w:val="CMRBodySmall"/>
              <w:spacing w:after="80"/>
            </w:pPr>
            <w:r>
              <w:t>○ B. How many more people are coming.</w:t>
            </w:r>
          </w:p>
          <w:p w14:paraId="520D881C" w14:textId="77777777" w:rsidR="00BE3968" w:rsidRDefault="00CA6E70">
            <w:pPr>
              <w:pStyle w:val="CMRBodySmall"/>
              <w:spacing w:after="40"/>
            </w:pPr>
            <w:r>
              <w:rPr>
                <w:b/>
              </w:rPr>
              <w:t>STEP 2 — WHAT DO I KNOW?</w:t>
            </w:r>
          </w:p>
          <w:p w14:paraId="6C2B7C67" w14:textId="77777777" w:rsidR="00BE3968" w:rsidRDefault="00CA6E70">
            <w:pPr>
              <w:pStyle w:val="CMRBodySmall"/>
              <w:spacing w:after="40"/>
            </w:pPr>
            <w:r>
              <w:t>Recipe serves: ____________________</w:t>
            </w:r>
          </w:p>
          <w:p w14:paraId="5B505A47" w14:textId="77777777" w:rsidR="00BE3968" w:rsidRDefault="00CA6E70">
            <w:pPr>
              <w:pStyle w:val="CMRBodySmall"/>
              <w:spacing w:after="40"/>
            </w:pPr>
            <w:r>
              <w:t>Recipe amount: ____________________</w:t>
            </w:r>
          </w:p>
          <w:p w14:paraId="1658F14E" w14:textId="77777777" w:rsidR="00BE3968" w:rsidRDefault="00CA6E70">
            <w:pPr>
              <w:pStyle w:val="CMRBodySmall"/>
              <w:spacing w:after="40"/>
            </w:pPr>
            <w:r>
              <w:t>People to serve: ____________________</w:t>
            </w:r>
          </w:p>
          <w:p w14:paraId="34A42E22" w14:textId="77777777" w:rsidR="00BE3968" w:rsidRDefault="00CA6E70">
            <w:pPr>
              <w:pStyle w:val="CMRBodySmall"/>
              <w:spacing w:after="40"/>
            </w:pPr>
            <w:r>
              <w:rPr>
                <w:b/>
              </w:rPr>
              <w:t>STEP 3 — HOW DO I FIND IT?</w:t>
            </w:r>
          </w:p>
          <w:p w14:paraId="198AAE1D" w14:textId="77777777" w:rsidR="00BE3968" w:rsidRDefault="00CA6E70">
            <w:pPr>
              <w:pStyle w:val="CMRBodySmall"/>
              <w:spacing w:after="20"/>
            </w:pPr>
            <w:r>
              <w:t>○ A. Scale up: (new people ÷ recipe people), then multiply by the cups.</w:t>
            </w:r>
          </w:p>
          <w:p w14:paraId="78464741" w14:textId="77777777" w:rsidR="00BE3968" w:rsidRDefault="00CA6E70">
            <w:pPr>
              <w:pStyle w:val="CMRBodySmall"/>
            </w:pPr>
            <w:r>
              <w:t>○ B. Multiply the cups by the number of people.</w:t>
            </w:r>
          </w:p>
          <w:p w14:paraId="3B2875B6" w14:textId="77777777" w:rsidR="00BE3968" w:rsidRDefault="00CA6E70">
            <w:pPr>
              <w:pStyle w:val="CMRBodySmall"/>
              <w:spacing w:after="120"/>
            </w:pPr>
            <w:r>
              <w:t>My math: ____________________________________________________________</w:t>
            </w:r>
          </w:p>
          <w:p w14:paraId="1A388C94" w14:textId="77777777" w:rsidR="00BE3968" w:rsidRDefault="00CA6E70">
            <w:pPr>
              <w:pStyle w:val="CMRBodySmall"/>
              <w:spacing w:after="120"/>
            </w:pPr>
            <w:r>
              <w:t>____________________________________________________________________</w:t>
            </w:r>
          </w:p>
          <w:p w14:paraId="0675CBDB" w14:textId="77777777" w:rsidR="00BE3968" w:rsidRDefault="00CA6E70">
            <w:pPr>
              <w:pStyle w:val="CMRBodySmall"/>
              <w:spacing w:after="100"/>
            </w:pPr>
            <w:r>
              <w:t>Answer and check: ___________________________________________________</w:t>
            </w:r>
          </w:p>
        </w:tc>
      </w:tr>
    </w:tbl>
    <w:p w14:paraId="3BE1913C" w14:textId="77777777" w:rsidR="00BE3968" w:rsidRDefault="00CA6E70">
      <w:r>
        <w:br w:type="page"/>
      </w:r>
    </w:p>
    <w:p w14:paraId="578D7559" w14:textId="77777777" w:rsidR="00BE3968" w:rsidRDefault="00CA6E70">
      <w:pPr>
        <w:pStyle w:val="CMRSmallLabel"/>
        <w:spacing w:after="60"/>
      </w:pPr>
      <w:r>
        <w:rPr>
          <w:b w:val="0"/>
        </w:rPr>
        <w:t>SECTION 1  |  TOPIC 21  |  PRACTICE PAGE 4/5</w:t>
      </w:r>
    </w:p>
    <w:p w14:paraId="68DBCD44" w14:textId="77777777" w:rsidR="00BE3968" w:rsidRDefault="00CA6E70">
      <w:pPr>
        <w:pStyle w:val="CMRPageTitle"/>
        <w:spacing w:after="60"/>
      </w:pPr>
      <w:r>
        <w:rPr>
          <w:b w:val="0"/>
        </w:rPr>
        <w:t>Recipes for groups</w:t>
      </w:r>
    </w:p>
    <w:p w14:paraId="535EA62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AB5374D" w14:textId="77777777">
        <w:tc>
          <w:tcPr>
            <w:tcW w:w="10036" w:type="dxa"/>
            <w:shd w:val="clear" w:color="auto" w:fill="F5F8F9"/>
            <w:tcMar>
              <w:top w:w="70" w:type="dxa"/>
              <w:left w:w="140" w:type="dxa"/>
              <w:bottom w:w="85" w:type="dxa"/>
              <w:right w:w="140" w:type="dxa"/>
            </w:tcMar>
          </w:tcPr>
          <w:p w14:paraId="7119416B" w14:textId="77777777" w:rsidR="00BE3968" w:rsidRDefault="00BE3968"/>
          <w:p w14:paraId="70EF8D7F" w14:textId="77777777" w:rsidR="00BE3968" w:rsidRDefault="00CA6E70">
            <w:pPr>
              <w:pStyle w:val="CMRBodySmall"/>
            </w:pPr>
            <w:r>
              <w:rPr>
                <w:b/>
              </w:rPr>
              <w:t>PROBLEM S1-207</w:t>
            </w:r>
          </w:p>
          <w:p w14:paraId="31142312" w14:textId="77777777" w:rsidR="00BE3968" w:rsidRDefault="00CA6E70">
            <w:pPr>
              <w:spacing w:after="140"/>
            </w:pPr>
            <w:r>
              <w:t>A recipe for 3 people uses 5 cups of rice. Monica needs to serve 12 people. How many cups of rice are needed?</w:t>
            </w:r>
          </w:p>
          <w:p w14:paraId="6C922C99" w14:textId="77777777" w:rsidR="00BE3968" w:rsidRDefault="00CA6E70">
            <w:pPr>
              <w:pStyle w:val="CMRBodySmall"/>
              <w:spacing w:after="40"/>
            </w:pPr>
            <w:r>
              <w:rPr>
                <w:b/>
              </w:rPr>
              <w:t>STEP 1 — WHAT DO THEY WANT?</w:t>
            </w:r>
          </w:p>
          <w:p w14:paraId="3EC5D93A" w14:textId="77777777" w:rsidR="00BE3968" w:rsidRDefault="00CA6E70">
            <w:pPr>
              <w:pStyle w:val="CMRBodySmall"/>
              <w:spacing w:after="20"/>
            </w:pPr>
            <w:r>
              <w:t>○ A. The amount needed for the larger group.</w:t>
            </w:r>
          </w:p>
          <w:p w14:paraId="472B526C" w14:textId="77777777" w:rsidR="00BE3968" w:rsidRDefault="00CA6E70">
            <w:pPr>
              <w:pStyle w:val="CMRBodySmall"/>
              <w:spacing w:after="80"/>
            </w:pPr>
            <w:r>
              <w:t>○ B. The amount in the original recipe.</w:t>
            </w:r>
          </w:p>
          <w:p w14:paraId="6405D698" w14:textId="77777777" w:rsidR="00BE3968" w:rsidRDefault="00CA6E70">
            <w:pPr>
              <w:pStyle w:val="CMRBodySmall"/>
              <w:spacing w:after="40"/>
            </w:pPr>
            <w:r>
              <w:rPr>
                <w:b/>
              </w:rPr>
              <w:t>STEP 2 — WHAT DO I KNOW?</w:t>
            </w:r>
          </w:p>
          <w:p w14:paraId="4F066B7F" w14:textId="77777777" w:rsidR="00BE3968" w:rsidRDefault="00CA6E70">
            <w:pPr>
              <w:pStyle w:val="CMRBodySmall"/>
              <w:spacing w:after="40"/>
            </w:pPr>
            <w:r>
              <w:t>Recipe serves: ____________________</w:t>
            </w:r>
          </w:p>
          <w:p w14:paraId="4456BEA7" w14:textId="77777777" w:rsidR="00BE3968" w:rsidRDefault="00CA6E70">
            <w:pPr>
              <w:pStyle w:val="CMRBodySmall"/>
              <w:spacing w:after="40"/>
            </w:pPr>
            <w:r>
              <w:t>Recipe amount: ____________________</w:t>
            </w:r>
          </w:p>
          <w:p w14:paraId="2C4C68C8" w14:textId="77777777" w:rsidR="00BE3968" w:rsidRDefault="00CA6E70">
            <w:pPr>
              <w:pStyle w:val="CMRBodySmall"/>
              <w:spacing w:after="40"/>
            </w:pPr>
            <w:r>
              <w:t>People to serve: ____________________</w:t>
            </w:r>
          </w:p>
          <w:p w14:paraId="4EDCEC80" w14:textId="77777777" w:rsidR="00BE3968" w:rsidRDefault="00CA6E70">
            <w:pPr>
              <w:pStyle w:val="CMRBodySmall"/>
              <w:spacing w:after="40"/>
            </w:pPr>
            <w:r>
              <w:rPr>
                <w:b/>
              </w:rPr>
              <w:t>STEP 3 — HOW DO I FIND IT?</w:t>
            </w:r>
          </w:p>
          <w:p w14:paraId="0C69D08E" w14:textId="77777777" w:rsidR="00BE3968" w:rsidRDefault="00CA6E70">
            <w:pPr>
              <w:pStyle w:val="CMRBodySmall"/>
              <w:spacing w:after="20"/>
            </w:pPr>
            <w:r>
              <w:t>○ A. Add the extra people to the number of cups.</w:t>
            </w:r>
          </w:p>
          <w:p w14:paraId="52729A32" w14:textId="77777777" w:rsidR="00BE3968" w:rsidRDefault="00CA6E70">
            <w:pPr>
              <w:pStyle w:val="CMRBodySmall"/>
            </w:pPr>
            <w:r>
              <w:t>○ B. Find how many times bigger the group is, then multiply the amount by that number.</w:t>
            </w:r>
          </w:p>
          <w:p w14:paraId="11925C5D" w14:textId="77777777" w:rsidR="00BE3968" w:rsidRDefault="00CA6E70">
            <w:pPr>
              <w:pStyle w:val="CMRBodySmall"/>
              <w:spacing w:after="120"/>
            </w:pPr>
            <w:r>
              <w:t>My math: ____________________________________________________________</w:t>
            </w:r>
          </w:p>
          <w:p w14:paraId="36EE1A5A" w14:textId="77777777" w:rsidR="00BE3968" w:rsidRDefault="00CA6E70">
            <w:pPr>
              <w:pStyle w:val="CMRBodySmall"/>
              <w:spacing w:after="120"/>
            </w:pPr>
            <w:r>
              <w:t>____________________________________________________________________</w:t>
            </w:r>
          </w:p>
          <w:p w14:paraId="6775BBDF" w14:textId="77777777" w:rsidR="00BE3968" w:rsidRDefault="00CA6E70">
            <w:pPr>
              <w:pStyle w:val="CMRBodySmall"/>
              <w:spacing w:after="100"/>
            </w:pPr>
            <w:r>
              <w:t>Answer and check: ___________________________________________________</w:t>
            </w:r>
          </w:p>
        </w:tc>
      </w:tr>
    </w:tbl>
    <w:p w14:paraId="05173DE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A4A3DAD" w14:textId="77777777">
        <w:tc>
          <w:tcPr>
            <w:tcW w:w="10036" w:type="dxa"/>
            <w:tcMar>
              <w:top w:w="70" w:type="dxa"/>
              <w:left w:w="140" w:type="dxa"/>
              <w:bottom w:w="85" w:type="dxa"/>
              <w:right w:w="140" w:type="dxa"/>
            </w:tcMar>
          </w:tcPr>
          <w:p w14:paraId="67AF3C02" w14:textId="77777777" w:rsidR="00BE3968" w:rsidRDefault="00BE3968"/>
          <w:p w14:paraId="489DF82F" w14:textId="77777777" w:rsidR="00BE3968" w:rsidRDefault="00CA6E70">
            <w:pPr>
              <w:pStyle w:val="CMRBodySmall"/>
            </w:pPr>
            <w:r>
              <w:rPr>
                <w:b/>
              </w:rPr>
              <w:t>PROBLEM S1-208</w:t>
            </w:r>
          </w:p>
          <w:p w14:paraId="6F470CA5" w14:textId="77777777" w:rsidR="00BE3968" w:rsidRDefault="00CA6E70">
            <w:pPr>
              <w:spacing w:after="140"/>
            </w:pPr>
            <w:r>
              <w:t>Rosa’s chili recipe serves 6 people and uses 3 cups of beans. How many cups of beans are needed to serve 24 people?</w:t>
            </w:r>
          </w:p>
          <w:p w14:paraId="13BD1386" w14:textId="77777777" w:rsidR="00BE3968" w:rsidRDefault="00CA6E70">
            <w:pPr>
              <w:pStyle w:val="CMRBodySmall"/>
              <w:spacing w:after="40"/>
            </w:pPr>
            <w:r>
              <w:rPr>
                <w:b/>
              </w:rPr>
              <w:t>STEP 1 — WHAT DO THEY WANT?</w:t>
            </w:r>
          </w:p>
          <w:p w14:paraId="57A2BFA3" w14:textId="77777777" w:rsidR="00BE3968" w:rsidRDefault="00CA6E70">
            <w:pPr>
              <w:pStyle w:val="CMRBodySmall"/>
              <w:spacing w:after="20"/>
            </w:pPr>
            <w:r>
              <w:t>○ A. How many more people are coming.</w:t>
            </w:r>
          </w:p>
          <w:p w14:paraId="199EC6C1" w14:textId="77777777" w:rsidR="00BE3968" w:rsidRDefault="00CA6E70">
            <w:pPr>
              <w:pStyle w:val="CMRBodySmall"/>
              <w:spacing w:after="80"/>
            </w:pPr>
            <w:r>
              <w:t>○ B. How many cups for 24 people.</w:t>
            </w:r>
          </w:p>
          <w:p w14:paraId="7B3B9B39" w14:textId="77777777" w:rsidR="00BE3968" w:rsidRDefault="00CA6E70">
            <w:pPr>
              <w:pStyle w:val="CMRBodySmall"/>
              <w:spacing w:after="40"/>
            </w:pPr>
            <w:r>
              <w:rPr>
                <w:b/>
              </w:rPr>
              <w:t>STEP 2 — WHAT DO I KNOW?</w:t>
            </w:r>
          </w:p>
          <w:p w14:paraId="38BED3FE" w14:textId="77777777" w:rsidR="00BE3968" w:rsidRDefault="00CA6E70">
            <w:pPr>
              <w:pStyle w:val="CMRBodySmall"/>
              <w:spacing w:after="40"/>
            </w:pPr>
            <w:r>
              <w:t>Recipe serves: ____________________</w:t>
            </w:r>
          </w:p>
          <w:p w14:paraId="0BD77B89" w14:textId="77777777" w:rsidR="00BE3968" w:rsidRDefault="00CA6E70">
            <w:pPr>
              <w:pStyle w:val="CMRBodySmall"/>
              <w:spacing w:after="40"/>
            </w:pPr>
            <w:r>
              <w:t>Recipe amount: ____________________</w:t>
            </w:r>
          </w:p>
          <w:p w14:paraId="15F66BD8" w14:textId="77777777" w:rsidR="00BE3968" w:rsidRDefault="00CA6E70">
            <w:pPr>
              <w:pStyle w:val="CMRBodySmall"/>
              <w:spacing w:after="40"/>
            </w:pPr>
            <w:r>
              <w:t>People to serve: ____________________</w:t>
            </w:r>
          </w:p>
          <w:p w14:paraId="64AAFC73" w14:textId="77777777" w:rsidR="00BE3968" w:rsidRDefault="00CA6E70">
            <w:pPr>
              <w:pStyle w:val="CMRBodySmall"/>
              <w:spacing w:after="40"/>
            </w:pPr>
            <w:r>
              <w:rPr>
                <w:b/>
              </w:rPr>
              <w:t>STEP 3 — HOW DO I FIND IT?</w:t>
            </w:r>
          </w:p>
          <w:p w14:paraId="0EA3C523" w14:textId="77777777" w:rsidR="00BE3968" w:rsidRDefault="00CA6E70">
            <w:pPr>
              <w:pStyle w:val="CMRBodySmall"/>
              <w:spacing w:after="20"/>
            </w:pPr>
            <w:r>
              <w:t>○ A. Scale up: (new people ÷ recipe people), then multiply by the cups.</w:t>
            </w:r>
          </w:p>
          <w:p w14:paraId="3BCE7EC5" w14:textId="77777777" w:rsidR="00BE3968" w:rsidRDefault="00CA6E70">
            <w:pPr>
              <w:pStyle w:val="CMRBodySmall"/>
            </w:pPr>
            <w:r>
              <w:t>○ B. Multiply the cups by the number of people.</w:t>
            </w:r>
          </w:p>
          <w:p w14:paraId="7BE22819" w14:textId="77777777" w:rsidR="00BE3968" w:rsidRDefault="00CA6E70">
            <w:pPr>
              <w:pStyle w:val="CMRBodySmall"/>
              <w:spacing w:after="120"/>
            </w:pPr>
            <w:r>
              <w:t>My math: ____________________________________________________________</w:t>
            </w:r>
          </w:p>
          <w:p w14:paraId="2E2953CC" w14:textId="77777777" w:rsidR="00BE3968" w:rsidRDefault="00CA6E70">
            <w:pPr>
              <w:pStyle w:val="CMRBodySmall"/>
              <w:spacing w:after="120"/>
            </w:pPr>
            <w:r>
              <w:t>____________________________________________________________________</w:t>
            </w:r>
          </w:p>
          <w:p w14:paraId="028097BF" w14:textId="77777777" w:rsidR="00BE3968" w:rsidRDefault="00CA6E70">
            <w:pPr>
              <w:pStyle w:val="CMRBodySmall"/>
              <w:spacing w:after="100"/>
            </w:pPr>
            <w:r>
              <w:t>Answer and check: ___________________________________________________</w:t>
            </w:r>
          </w:p>
        </w:tc>
      </w:tr>
    </w:tbl>
    <w:p w14:paraId="2D2CCDAC" w14:textId="77777777" w:rsidR="00BE3968" w:rsidRDefault="00CA6E70">
      <w:r>
        <w:br w:type="page"/>
      </w:r>
    </w:p>
    <w:p w14:paraId="2ADB1654" w14:textId="77777777" w:rsidR="00BE3968" w:rsidRDefault="00CA6E70">
      <w:pPr>
        <w:pStyle w:val="CMRSmallLabel"/>
        <w:spacing w:after="60"/>
      </w:pPr>
      <w:r>
        <w:rPr>
          <w:b w:val="0"/>
        </w:rPr>
        <w:t>SECTION 1  |  TOPIC 21  |  PRACTICE PAGE 5/5</w:t>
      </w:r>
    </w:p>
    <w:p w14:paraId="31F45C00" w14:textId="77777777" w:rsidR="00BE3968" w:rsidRDefault="00CA6E70">
      <w:pPr>
        <w:pStyle w:val="CMRPageTitle"/>
        <w:spacing w:after="60"/>
      </w:pPr>
      <w:r>
        <w:rPr>
          <w:b w:val="0"/>
        </w:rPr>
        <w:t>Recipes for groups</w:t>
      </w:r>
    </w:p>
    <w:p w14:paraId="067A2A6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F92E29A" w14:textId="77777777">
        <w:tc>
          <w:tcPr>
            <w:tcW w:w="10036" w:type="dxa"/>
            <w:shd w:val="clear" w:color="auto" w:fill="F5F8F9"/>
            <w:tcMar>
              <w:top w:w="70" w:type="dxa"/>
              <w:left w:w="140" w:type="dxa"/>
              <w:bottom w:w="85" w:type="dxa"/>
              <w:right w:w="140" w:type="dxa"/>
            </w:tcMar>
          </w:tcPr>
          <w:p w14:paraId="17BA0A1D" w14:textId="77777777" w:rsidR="00BE3968" w:rsidRDefault="00BE3968"/>
          <w:p w14:paraId="5722B9B3" w14:textId="77777777" w:rsidR="00BE3968" w:rsidRDefault="00CA6E70">
            <w:pPr>
              <w:pStyle w:val="CMRBodySmall"/>
            </w:pPr>
            <w:r>
              <w:rPr>
                <w:b/>
              </w:rPr>
              <w:t>PROBLEM S1-209</w:t>
            </w:r>
          </w:p>
          <w:p w14:paraId="6A3AE696" w14:textId="77777777" w:rsidR="00BE3968" w:rsidRDefault="00CA6E70">
            <w:pPr>
              <w:spacing w:after="140"/>
            </w:pPr>
            <w:r>
              <w:t>A soup recipe uses 4 cups of broth to feed 7 people. Jasmine is cooking for 14 people. How many cups of broth should Jasmine use?</w:t>
            </w:r>
          </w:p>
          <w:p w14:paraId="70ACEB2C" w14:textId="77777777" w:rsidR="00BE3968" w:rsidRDefault="00CA6E70">
            <w:pPr>
              <w:pStyle w:val="CMRBodySmall"/>
              <w:spacing w:after="40"/>
            </w:pPr>
            <w:r>
              <w:rPr>
                <w:b/>
              </w:rPr>
              <w:t>STEP 1 — WHAT DO THEY WANT?</w:t>
            </w:r>
          </w:p>
          <w:p w14:paraId="34C6D94B" w14:textId="77777777" w:rsidR="00BE3968" w:rsidRDefault="00CA6E70">
            <w:pPr>
              <w:pStyle w:val="CMRBodySmall"/>
              <w:spacing w:after="20"/>
            </w:pPr>
            <w:r>
              <w:t>○ A. The amount needed for the larger group.</w:t>
            </w:r>
          </w:p>
          <w:p w14:paraId="4B8AD1B6" w14:textId="77777777" w:rsidR="00BE3968" w:rsidRDefault="00CA6E70">
            <w:pPr>
              <w:pStyle w:val="CMRBodySmall"/>
              <w:spacing w:after="80"/>
            </w:pPr>
            <w:r>
              <w:t>○ B. The amount in the original recipe.</w:t>
            </w:r>
          </w:p>
          <w:p w14:paraId="279C0730" w14:textId="77777777" w:rsidR="00BE3968" w:rsidRDefault="00CA6E70">
            <w:pPr>
              <w:pStyle w:val="CMRBodySmall"/>
              <w:spacing w:after="40"/>
            </w:pPr>
            <w:r>
              <w:rPr>
                <w:b/>
              </w:rPr>
              <w:t>STEP 2 — WHAT DO I KNOW?</w:t>
            </w:r>
          </w:p>
          <w:p w14:paraId="27CC8EA3" w14:textId="77777777" w:rsidR="00BE3968" w:rsidRDefault="00CA6E70">
            <w:pPr>
              <w:pStyle w:val="CMRBodySmall"/>
              <w:spacing w:after="40"/>
            </w:pPr>
            <w:r>
              <w:t>Recipe serves: ____________________</w:t>
            </w:r>
          </w:p>
          <w:p w14:paraId="6D88C0A7" w14:textId="77777777" w:rsidR="00BE3968" w:rsidRDefault="00CA6E70">
            <w:pPr>
              <w:pStyle w:val="CMRBodySmall"/>
              <w:spacing w:after="40"/>
            </w:pPr>
            <w:r>
              <w:t>Recipe amount: ____________________</w:t>
            </w:r>
          </w:p>
          <w:p w14:paraId="5740CB9F" w14:textId="77777777" w:rsidR="00BE3968" w:rsidRDefault="00CA6E70">
            <w:pPr>
              <w:pStyle w:val="CMRBodySmall"/>
              <w:spacing w:after="40"/>
            </w:pPr>
            <w:r>
              <w:t>People to serve: ____________________</w:t>
            </w:r>
          </w:p>
          <w:p w14:paraId="3253C4C6" w14:textId="77777777" w:rsidR="00BE3968" w:rsidRDefault="00CA6E70">
            <w:pPr>
              <w:pStyle w:val="CMRBodySmall"/>
              <w:spacing w:after="40"/>
            </w:pPr>
            <w:r>
              <w:rPr>
                <w:b/>
              </w:rPr>
              <w:t>STEP 3 — HOW DO I FIND IT?</w:t>
            </w:r>
          </w:p>
          <w:p w14:paraId="52B0AE61" w14:textId="77777777" w:rsidR="00BE3968" w:rsidRDefault="00CA6E70">
            <w:pPr>
              <w:pStyle w:val="CMRBodySmall"/>
              <w:spacing w:after="20"/>
            </w:pPr>
            <w:r>
              <w:t>○ A. Find how many times bigger the group is, then multiply the amount by that number.</w:t>
            </w:r>
          </w:p>
          <w:p w14:paraId="5F1E9FE5" w14:textId="77777777" w:rsidR="00BE3968" w:rsidRDefault="00CA6E70">
            <w:pPr>
              <w:pStyle w:val="CMRBodySmall"/>
            </w:pPr>
            <w:r>
              <w:t>○ B. Add the extra people to the number of cups.</w:t>
            </w:r>
          </w:p>
          <w:p w14:paraId="34E8FA2B" w14:textId="77777777" w:rsidR="00BE3968" w:rsidRDefault="00CA6E70">
            <w:pPr>
              <w:pStyle w:val="CMRBodySmall"/>
              <w:spacing w:after="120"/>
            </w:pPr>
            <w:r>
              <w:t>My math: ____________________________________________________________</w:t>
            </w:r>
          </w:p>
          <w:p w14:paraId="68D225A0" w14:textId="77777777" w:rsidR="00BE3968" w:rsidRDefault="00CA6E70">
            <w:pPr>
              <w:pStyle w:val="CMRBodySmall"/>
              <w:spacing w:after="120"/>
            </w:pPr>
            <w:r>
              <w:t>____________________________________________________________________</w:t>
            </w:r>
          </w:p>
          <w:p w14:paraId="60FA5B71" w14:textId="77777777" w:rsidR="00BE3968" w:rsidRDefault="00CA6E70">
            <w:pPr>
              <w:pStyle w:val="CMRBodySmall"/>
              <w:spacing w:after="100"/>
            </w:pPr>
            <w:r>
              <w:t>Answer and check: ___________________________________________________</w:t>
            </w:r>
          </w:p>
        </w:tc>
      </w:tr>
    </w:tbl>
    <w:p w14:paraId="410C250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C5502D2" w14:textId="77777777">
        <w:tc>
          <w:tcPr>
            <w:tcW w:w="10036" w:type="dxa"/>
            <w:tcMar>
              <w:top w:w="70" w:type="dxa"/>
              <w:left w:w="140" w:type="dxa"/>
              <w:bottom w:w="85" w:type="dxa"/>
              <w:right w:w="140" w:type="dxa"/>
            </w:tcMar>
          </w:tcPr>
          <w:p w14:paraId="09F48955" w14:textId="77777777" w:rsidR="00BE3968" w:rsidRDefault="00BE3968"/>
          <w:p w14:paraId="05453FEC" w14:textId="77777777" w:rsidR="00BE3968" w:rsidRDefault="00CA6E70">
            <w:pPr>
              <w:pStyle w:val="CMRBodySmall"/>
            </w:pPr>
            <w:r>
              <w:rPr>
                <w:b/>
              </w:rPr>
              <w:t>PROBLEM S1-210</w:t>
            </w:r>
          </w:p>
          <w:p w14:paraId="4CB2037F" w14:textId="77777777" w:rsidR="00BE3968" w:rsidRDefault="00CA6E70">
            <w:pPr>
              <w:spacing w:after="140"/>
            </w:pPr>
            <w:r>
              <w:t>A recipe for 5 people uses 4 cups of rice. Anthony needs to serve 20 people. How many cups of rice are needed?</w:t>
            </w:r>
          </w:p>
          <w:p w14:paraId="643CF2E8" w14:textId="77777777" w:rsidR="00BE3968" w:rsidRDefault="00CA6E70">
            <w:pPr>
              <w:pStyle w:val="CMRBodySmall"/>
              <w:spacing w:after="40"/>
            </w:pPr>
            <w:r>
              <w:rPr>
                <w:b/>
              </w:rPr>
              <w:t>STEP 1 — WHAT DO THEY WANT?</w:t>
            </w:r>
          </w:p>
          <w:p w14:paraId="113F8AF9" w14:textId="77777777" w:rsidR="00BE3968" w:rsidRDefault="00CA6E70">
            <w:pPr>
              <w:pStyle w:val="CMRBodySmall"/>
              <w:spacing w:after="20"/>
            </w:pPr>
            <w:r>
              <w:t>○ A. How many more people are coming.</w:t>
            </w:r>
          </w:p>
          <w:p w14:paraId="4DC31A05" w14:textId="77777777" w:rsidR="00BE3968" w:rsidRDefault="00CA6E70">
            <w:pPr>
              <w:pStyle w:val="CMRBodySmall"/>
              <w:spacing w:after="80"/>
            </w:pPr>
            <w:r>
              <w:t>○ B. How many cups for 20 people.</w:t>
            </w:r>
          </w:p>
          <w:p w14:paraId="50CA080F" w14:textId="77777777" w:rsidR="00BE3968" w:rsidRDefault="00CA6E70">
            <w:pPr>
              <w:pStyle w:val="CMRBodySmall"/>
              <w:spacing w:after="40"/>
            </w:pPr>
            <w:r>
              <w:rPr>
                <w:b/>
              </w:rPr>
              <w:t>STEP 2 — WHAT DO I KNOW?</w:t>
            </w:r>
          </w:p>
          <w:p w14:paraId="71A403E8" w14:textId="77777777" w:rsidR="00BE3968" w:rsidRDefault="00CA6E70">
            <w:pPr>
              <w:pStyle w:val="CMRBodySmall"/>
              <w:spacing w:after="40"/>
            </w:pPr>
            <w:r>
              <w:t>Recipe serves: ____________________</w:t>
            </w:r>
          </w:p>
          <w:p w14:paraId="3C36E107" w14:textId="77777777" w:rsidR="00BE3968" w:rsidRDefault="00CA6E70">
            <w:pPr>
              <w:pStyle w:val="CMRBodySmall"/>
              <w:spacing w:after="40"/>
            </w:pPr>
            <w:r>
              <w:t>Recipe amount: ____________________</w:t>
            </w:r>
          </w:p>
          <w:p w14:paraId="7DE24B65" w14:textId="77777777" w:rsidR="00BE3968" w:rsidRDefault="00CA6E70">
            <w:pPr>
              <w:pStyle w:val="CMRBodySmall"/>
              <w:spacing w:after="40"/>
            </w:pPr>
            <w:r>
              <w:t>People to serve: ____________________</w:t>
            </w:r>
          </w:p>
          <w:p w14:paraId="2063AC3A" w14:textId="77777777" w:rsidR="00BE3968" w:rsidRDefault="00CA6E70">
            <w:pPr>
              <w:pStyle w:val="CMRBodySmall"/>
              <w:spacing w:after="40"/>
            </w:pPr>
            <w:r>
              <w:rPr>
                <w:b/>
              </w:rPr>
              <w:t>STEP 3 — HOW DO I FIND IT?</w:t>
            </w:r>
          </w:p>
          <w:p w14:paraId="2AD2E904" w14:textId="77777777" w:rsidR="00BE3968" w:rsidRDefault="00CA6E70">
            <w:pPr>
              <w:pStyle w:val="CMRBodySmall"/>
              <w:spacing w:after="20"/>
            </w:pPr>
            <w:r>
              <w:t>○ A. Multiply the cups by the number of people.</w:t>
            </w:r>
          </w:p>
          <w:p w14:paraId="7841FDEA" w14:textId="77777777" w:rsidR="00BE3968" w:rsidRDefault="00CA6E70">
            <w:pPr>
              <w:pStyle w:val="CMRBodySmall"/>
            </w:pPr>
            <w:r>
              <w:t>○ B. Scale up: (new people ÷ recipe people), then multiply by the cups.</w:t>
            </w:r>
          </w:p>
          <w:p w14:paraId="16B6F472" w14:textId="77777777" w:rsidR="00BE3968" w:rsidRDefault="00CA6E70">
            <w:pPr>
              <w:pStyle w:val="CMRBodySmall"/>
              <w:spacing w:after="120"/>
            </w:pPr>
            <w:r>
              <w:t>My math: ____________________________________________________________</w:t>
            </w:r>
          </w:p>
          <w:p w14:paraId="03CC6567" w14:textId="77777777" w:rsidR="00BE3968" w:rsidRDefault="00CA6E70">
            <w:pPr>
              <w:pStyle w:val="CMRBodySmall"/>
              <w:spacing w:after="120"/>
            </w:pPr>
            <w:r>
              <w:t>____________________________________________________________________</w:t>
            </w:r>
          </w:p>
          <w:p w14:paraId="535AC56F" w14:textId="77777777" w:rsidR="00BE3968" w:rsidRDefault="00CA6E70">
            <w:pPr>
              <w:pStyle w:val="CMRBodySmall"/>
              <w:spacing w:after="100"/>
            </w:pPr>
            <w:r>
              <w:t>Answer and check: ___________________________________________________</w:t>
            </w:r>
          </w:p>
        </w:tc>
      </w:tr>
    </w:tbl>
    <w:p w14:paraId="445A27C7" w14:textId="77777777" w:rsidR="00BE3968" w:rsidRDefault="00CA6E70">
      <w:r>
        <w:br w:type="page"/>
      </w:r>
    </w:p>
    <w:p w14:paraId="51B4CFF0" w14:textId="77777777" w:rsidR="00BE3968" w:rsidRDefault="00CA6E70">
      <w:pPr>
        <w:pStyle w:val="CMRSmallLabel"/>
        <w:spacing w:after="60"/>
      </w:pPr>
      <w:r>
        <w:rPr>
          <w:b w:val="0"/>
        </w:rPr>
        <w:t>SECTION 1  |  TOPIC 22  |  PRACTICE PAGE 1/5</w:t>
      </w:r>
    </w:p>
    <w:p w14:paraId="209A1171" w14:textId="77777777" w:rsidR="00BE3968" w:rsidRDefault="00CA6E70">
      <w:pPr>
        <w:pStyle w:val="CMRPageTitle"/>
        <w:spacing w:after="60"/>
      </w:pPr>
      <w:r>
        <w:rPr>
          <w:b w:val="0"/>
        </w:rPr>
        <w:t>Reading schedules</w:t>
      </w:r>
    </w:p>
    <w:p w14:paraId="519BDB11" w14:textId="77777777" w:rsidR="00BE3968" w:rsidRDefault="00CA6E70">
      <w:pPr>
        <w:pStyle w:val="CMRBodySmall"/>
        <w:spacing w:after="100"/>
      </w:pPr>
      <w:r>
        <w:t>Remember: Find the correct information in schedules and simple tables.</w:t>
      </w:r>
    </w:p>
    <w:tbl>
      <w:tblPr>
        <w:tblW w:w="0" w:type="auto"/>
        <w:tblLayout w:type="fixed"/>
        <w:tblLook w:val="04A0" w:firstRow="1" w:lastRow="0" w:firstColumn="1" w:lastColumn="0" w:noHBand="0" w:noVBand="1"/>
      </w:tblPr>
      <w:tblGrid>
        <w:gridCol w:w="10036"/>
      </w:tblGrid>
      <w:tr w:rsidR="00BE3968" w14:paraId="59A6097A" w14:textId="77777777">
        <w:tc>
          <w:tcPr>
            <w:tcW w:w="10036" w:type="dxa"/>
            <w:shd w:val="clear" w:color="auto" w:fill="F5F8F9"/>
            <w:tcMar>
              <w:top w:w="70" w:type="dxa"/>
              <w:left w:w="140" w:type="dxa"/>
              <w:bottom w:w="85" w:type="dxa"/>
              <w:right w:w="140" w:type="dxa"/>
            </w:tcMar>
          </w:tcPr>
          <w:p w14:paraId="632FEBCC" w14:textId="77777777" w:rsidR="00BE3968" w:rsidRDefault="00BE3968"/>
          <w:p w14:paraId="4075DC08" w14:textId="77777777" w:rsidR="00BE3968" w:rsidRDefault="00CA6E70">
            <w:pPr>
              <w:pStyle w:val="CMRBodySmall"/>
            </w:pPr>
            <w:r>
              <w:rPr>
                <w:b/>
              </w:rPr>
              <w:t>PROBLEM S1-211</w:t>
            </w:r>
          </w:p>
          <w:p w14:paraId="04870078" w14:textId="77777777" w:rsidR="00BE3968" w:rsidRDefault="00CA6E70">
            <w:pPr>
              <w:spacing w:after="140"/>
            </w:pPr>
            <w:r>
              <w:t>Angela reads the training center schedule: Registration — 8:15 AM; Computer class — 9:45 AM; Interview practice — 11:15 AM. What time does computer class begin?</w:t>
            </w:r>
          </w:p>
          <w:p w14:paraId="4A299BBD" w14:textId="77777777" w:rsidR="00BE3968" w:rsidRDefault="00CA6E70">
            <w:pPr>
              <w:pStyle w:val="CMRBodySmall"/>
              <w:spacing w:after="40"/>
            </w:pPr>
            <w:r>
              <w:rPr>
                <w:b/>
              </w:rPr>
              <w:t>STEP 1 — WHAT DO THEY WANT?</w:t>
            </w:r>
          </w:p>
          <w:p w14:paraId="39487894" w14:textId="77777777" w:rsidR="00BE3968" w:rsidRDefault="00CA6E70">
            <w:pPr>
              <w:pStyle w:val="CMRBodySmall"/>
              <w:spacing w:after="20"/>
            </w:pPr>
            <w:r>
              <w:t>○ A. The start time of the first activity.</w:t>
            </w:r>
          </w:p>
          <w:p w14:paraId="2C469438" w14:textId="77777777" w:rsidR="00BE3968" w:rsidRDefault="00CA6E70">
            <w:pPr>
              <w:pStyle w:val="CMRBodySmall"/>
              <w:spacing w:after="80"/>
            </w:pPr>
            <w:r>
              <w:t>○ B. The start time of computer class.</w:t>
            </w:r>
          </w:p>
          <w:p w14:paraId="2AB0E2A4" w14:textId="77777777" w:rsidR="00BE3968" w:rsidRDefault="00CA6E70">
            <w:pPr>
              <w:pStyle w:val="CMRBodySmall"/>
              <w:spacing w:after="40"/>
            </w:pPr>
            <w:r>
              <w:rPr>
                <w:b/>
              </w:rPr>
              <w:t>STEP 2 — WHAT DO I KNOW?</w:t>
            </w:r>
          </w:p>
          <w:p w14:paraId="5EF36D31" w14:textId="77777777" w:rsidR="00BE3968" w:rsidRDefault="00CA6E70">
            <w:pPr>
              <w:pStyle w:val="CMRBodySmall"/>
              <w:spacing w:after="40"/>
            </w:pPr>
            <w:r>
              <w:t>Registration: ____________________</w:t>
            </w:r>
          </w:p>
          <w:p w14:paraId="3BB0D2CF" w14:textId="77777777" w:rsidR="00BE3968" w:rsidRDefault="00CA6E70">
            <w:pPr>
              <w:pStyle w:val="CMRBodySmall"/>
              <w:spacing w:after="40"/>
            </w:pPr>
            <w:r>
              <w:t>Computer class: ____________________</w:t>
            </w:r>
          </w:p>
          <w:p w14:paraId="210BDF56" w14:textId="77777777" w:rsidR="00BE3968" w:rsidRDefault="00CA6E70">
            <w:pPr>
              <w:pStyle w:val="CMRBodySmall"/>
              <w:spacing w:after="40"/>
            </w:pPr>
            <w:r>
              <w:t>Interview practice: ____________________</w:t>
            </w:r>
          </w:p>
          <w:p w14:paraId="09941928" w14:textId="77777777" w:rsidR="00BE3968" w:rsidRDefault="00CA6E70">
            <w:pPr>
              <w:pStyle w:val="CMRBodySmall"/>
              <w:spacing w:after="40"/>
            </w:pPr>
            <w:r>
              <w:rPr>
                <w:b/>
              </w:rPr>
              <w:t>STEP 3 — HOW DO I FIND IT?</w:t>
            </w:r>
          </w:p>
          <w:p w14:paraId="1195D1BA" w14:textId="77777777" w:rsidR="00BE3968" w:rsidRDefault="00CA6E70">
            <w:pPr>
              <w:pStyle w:val="CMRBodySmall"/>
              <w:spacing w:after="20"/>
            </w:pPr>
            <w:r>
              <w:t>○ A. Choose the earliest time on the schedule.</w:t>
            </w:r>
          </w:p>
          <w:p w14:paraId="3B9B76E8" w14:textId="77777777" w:rsidR="00BE3968" w:rsidRDefault="00CA6E70">
            <w:pPr>
              <w:pStyle w:val="CMRBodySmall"/>
            </w:pPr>
            <w:r>
              <w:t>○ B. Find computer class on the schedule, then read the time beside it.</w:t>
            </w:r>
          </w:p>
          <w:p w14:paraId="562D6DCF" w14:textId="77777777" w:rsidR="00BE3968" w:rsidRDefault="00CA6E70">
            <w:pPr>
              <w:pStyle w:val="CMRBodySmall"/>
              <w:spacing w:after="120"/>
            </w:pPr>
            <w:r>
              <w:t>My math: ____________________________________________________________</w:t>
            </w:r>
          </w:p>
          <w:p w14:paraId="27DA7BA3" w14:textId="77777777" w:rsidR="00BE3968" w:rsidRDefault="00CA6E70">
            <w:pPr>
              <w:pStyle w:val="CMRBodySmall"/>
              <w:spacing w:after="120"/>
            </w:pPr>
            <w:r>
              <w:t>____________________________________________________________________</w:t>
            </w:r>
          </w:p>
          <w:p w14:paraId="03C5E31A" w14:textId="77777777" w:rsidR="00BE3968" w:rsidRDefault="00CA6E70">
            <w:pPr>
              <w:pStyle w:val="CMRBodySmall"/>
              <w:spacing w:after="100"/>
            </w:pPr>
            <w:r>
              <w:t>Answer and check: ___________________________________________________</w:t>
            </w:r>
          </w:p>
        </w:tc>
      </w:tr>
    </w:tbl>
    <w:p w14:paraId="51C66D8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58E2628" w14:textId="77777777">
        <w:tc>
          <w:tcPr>
            <w:tcW w:w="10036" w:type="dxa"/>
            <w:tcMar>
              <w:top w:w="70" w:type="dxa"/>
              <w:left w:w="140" w:type="dxa"/>
              <w:bottom w:w="85" w:type="dxa"/>
              <w:right w:w="140" w:type="dxa"/>
            </w:tcMar>
          </w:tcPr>
          <w:p w14:paraId="4464B693" w14:textId="77777777" w:rsidR="00BE3968" w:rsidRDefault="00BE3968"/>
          <w:p w14:paraId="66BCF9C5" w14:textId="77777777" w:rsidR="00BE3968" w:rsidRDefault="00CA6E70">
            <w:pPr>
              <w:pStyle w:val="CMRBodySmall"/>
            </w:pPr>
            <w:r>
              <w:rPr>
                <w:b/>
              </w:rPr>
              <w:t>PROBLEM S1-212</w:t>
            </w:r>
          </w:p>
          <w:p w14:paraId="7AC6E8A2" w14:textId="77777777" w:rsidR="00BE3968" w:rsidRDefault="00CA6E70">
            <w:pPr>
              <w:spacing w:after="140"/>
            </w:pPr>
            <w:r>
              <w:t>The training center posts this schedule: Registration — 8:30 AM; Computer class — 10:00 AM; Interview practice — 11:30 AM. Carlos wants to be on time for interview practice. When does it start?</w:t>
            </w:r>
          </w:p>
          <w:p w14:paraId="3BD78889" w14:textId="77777777" w:rsidR="00BE3968" w:rsidRDefault="00CA6E70">
            <w:pPr>
              <w:pStyle w:val="CMRBodySmall"/>
              <w:spacing w:after="40"/>
            </w:pPr>
            <w:r>
              <w:rPr>
                <w:b/>
              </w:rPr>
              <w:t>STEP 1 — WHAT DO THEY WANT?</w:t>
            </w:r>
          </w:p>
          <w:p w14:paraId="569DC902" w14:textId="77777777" w:rsidR="00BE3968" w:rsidRDefault="00CA6E70">
            <w:pPr>
              <w:pStyle w:val="CMRBodySmall"/>
              <w:spacing w:after="20"/>
            </w:pPr>
            <w:r>
              <w:t>○ A. When the whole schedule ends.</w:t>
            </w:r>
          </w:p>
          <w:p w14:paraId="7E353860" w14:textId="77777777" w:rsidR="00BE3968" w:rsidRDefault="00CA6E70">
            <w:pPr>
              <w:pStyle w:val="CMRBodySmall"/>
              <w:spacing w:after="80"/>
            </w:pPr>
            <w:r>
              <w:t>○ B. When interview practice begins.</w:t>
            </w:r>
          </w:p>
          <w:p w14:paraId="5AC0B53B" w14:textId="77777777" w:rsidR="00BE3968" w:rsidRDefault="00CA6E70">
            <w:pPr>
              <w:pStyle w:val="CMRBodySmall"/>
              <w:spacing w:after="40"/>
            </w:pPr>
            <w:r>
              <w:rPr>
                <w:b/>
              </w:rPr>
              <w:t>STEP 2 — WHAT DO I KNOW?</w:t>
            </w:r>
          </w:p>
          <w:p w14:paraId="2DF58A1A" w14:textId="77777777" w:rsidR="00BE3968" w:rsidRDefault="00CA6E70">
            <w:pPr>
              <w:pStyle w:val="CMRBodySmall"/>
              <w:spacing w:after="40"/>
            </w:pPr>
            <w:r>
              <w:t>Registration: ____________________</w:t>
            </w:r>
          </w:p>
          <w:p w14:paraId="3FBFCFFA" w14:textId="77777777" w:rsidR="00BE3968" w:rsidRDefault="00CA6E70">
            <w:pPr>
              <w:pStyle w:val="CMRBodySmall"/>
              <w:spacing w:after="40"/>
            </w:pPr>
            <w:r>
              <w:t>Computer class: ____________________</w:t>
            </w:r>
          </w:p>
          <w:p w14:paraId="3511EACB" w14:textId="77777777" w:rsidR="00BE3968" w:rsidRDefault="00CA6E70">
            <w:pPr>
              <w:pStyle w:val="CMRBodySmall"/>
              <w:spacing w:after="40"/>
            </w:pPr>
            <w:r>
              <w:t>Interview practice: ____________________</w:t>
            </w:r>
          </w:p>
          <w:p w14:paraId="3C9A7D11" w14:textId="77777777" w:rsidR="00BE3968" w:rsidRDefault="00CA6E70">
            <w:pPr>
              <w:pStyle w:val="CMRBodySmall"/>
              <w:spacing w:after="40"/>
            </w:pPr>
            <w:r>
              <w:rPr>
                <w:b/>
              </w:rPr>
              <w:t>STEP 3 — HOW DO I FIND IT?</w:t>
            </w:r>
          </w:p>
          <w:p w14:paraId="0DBCC773" w14:textId="77777777" w:rsidR="00BE3968" w:rsidRDefault="00CA6E70">
            <w:pPr>
              <w:pStyle w:val="CMRBodySmall"/>
              <w:spacing w:after="20"/>
            </w:pPr>
            <w:r>
              <w:t>○ A. Choose the earliest time on the schedule.</w:t>
            </w:r>
          </w:p>
          <w:p w14:paraId="1E3C4B30" w14:textId="77777777" w:rsidR="00BE3968" w:rsidRDefault="00CA6E70">
            <w:pPr>
              <w:pStyle w:val="CMRBodySmall"/>
            </w:pPr>
            <w:r>
              <w:t>○ B. Find interview practice on the schedule, then read the time beside it.</w:t>
            </w:r>
          </w:p>
          <w:p w14:paraId="0A1D4410" w14:textId="77777777" w:rsidR="00BE3968" w:rsidRDefault="00CA6E70">
            <w:pPr>
              <w:pStyle w:val="CMRBodySmall"/>
              <w:spacing w:after="120"/>
            </w:pPr>
            <w:r>
              <w:t>My math: ____________________________________________________________</w:t>
            </w:r>
          </w:p>
          <w:p w14:paraId="1FC8C233" w14:textId="77777777" w:rsidR="00BE3968" w:rsidRDefault="00CA6E70">
            <w:pPr>
              <w:pStyle w:val="CMRBodySmall"/>
              <w:spacing w:after="120"/>
            </w:pPr>
            <w:r>
              <w:t>____________________________________________________________________</w:t>
            </w:r>
          </w:p>
          <w:p w14:paraId="73CEF4B1" w14:textId="77777777" w:rsidR="00BE3968" w:rsidRDefault="00CA6E70">
            <w:pPr>
              <w:pStyle w:val="CMRBodySmall"/>
              <w:spacing w:after="100"/>
            </w:pPr>
            <w:r>
              <w:t>Answer and check: ___________________________________________________</w:t>
            </w:r>
          </w:p>
        </w:tc>
      </w:tr>
    </w:tbl>
    <w:p w14:paraId="195AB01D" w14:textId="77777777" w:rsidR="00BE3968" w:rsidRDefault="00CA6E70">
      <w:r>
        <w:br w:type="page"/>
      </w:r>
    </w:p>
    <w:p w14:paraId="47230B5F" w14:textId="77777777" w:rsidR="00BE3968" w:rsidRDefault="00CA6E70">
      <w:pPr>
        <w:pStyle w:val="CMRSmallLabel"/>
        <w:spacing w:after="60"/>
      </w:pPr>
      <w:r>
        <w:rPr>
          <w:b w:val="0"/>
        </w:rPr>
        <w:t>SECTION 1  |  TOPIC 22  |  PRACTICE PAGE 2/5</w:t>
      </w:r>
    </w:p>
    <w:p w14:paraId="26781640" w14:textId="77777777" w:rsidR="00BE3968" w:rsidRDefault="00CA6E70">
      <w:pPr>
        <w:pStyle w:val="CMRPageTitle"/>
        <w:spacing w:after="60"/>
      </w:pPr>
      <w:r>
        <w:rPr>
          <w:b w:val="0"/>
        </w:rPr>
        <w:t>Reading schedules</w:t>
      </w:r>
    </w:p>
    <w:p w14:paraId="67FA6DD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3C457C8" w14:textId="77777777">
        <w:tc>
          <w:tcPr>
            <w:tcW w:w="10036" w:type="dxa"/>
            <w:shd w:val="clear" w:color="auto" w:fill="F5F8F9"/>
            <w:tcMar>
              <w:top w:w="70" w:type="dxa"/>
              <w:left w:w="140" w:type="dxa"/>
              <w:bottom w:w="85" w:type="dxa"/>
              <w:right w:w="140" w:type="dxa"/>
            </w:tcMar>
          </w:tcPr>
          <w:p w14:paraId="0D53B93B" w14:textId="77777777" w:rsidR="00BE3968" w:rsidRDefault="00BE3968"/>
          <w:p w14:paraId="5FF5B8CA" w14:textId="77777777" w:rsidR="00BE3968" w:rsidRDefault="00CA6E70">
            <w:pPr>
              <w:pStyle w:val="CMRBodySmall"/>
            </w:pPr>
            <w:r>
              <w:rPr>
                <w:b/>
              </w:rPr>
              <w:t>PROBLEM S1-213</w:t>
            </w:r>
          </w:p>
          <w:p w14:paraId="70BF0B9A" w14:textId="77777777" w:rsidR="00BE3968" w:rsidRDefault="00CA6E70">
            <w:pPr>
              <w:spacing w:after="140"/>
            </w:pPr>
            <w:r>
              <w:t>Nicole reads the training center schedule: Registration — 8:45 AM; Computer class — 10:15 AM; Interview practice — 11:45 AM. Nicole arrives at 8:45 AM. Which activity starts at that time?</w:t>
            </w:r>
          </w:p>
          <w:p w14:paraId="6C2CF433" w14:textId="77777777" w:rsidR="00BE3968" w:rsidRDefault="00CA6E70">
            <w:pPr>
              <w:pStyle w:val="CMRBodySmall"/>
              <w:spacing w:after="40"/>
            </w:pPr>
            <w:r>
              <w:rPr>
                <w:b/>
              </w:rPr>
              <w:t>STEP 1 — WHAT DO THEY WANT?</w:t>
            </w:r>
          </w:p>
          <w:p w14:paraId="13A1400A" w14:textId="77777777" w:rsidR="00BE3968" w:rsidRDefault="00CA6E70">
            <w:pPr>
              <w:pStyle w:val="CMRBodySmall"/>
              <w:spacing w:after="20"/>
            </w:pPr>
            <w:r>
              <w:t>○ A. The name of the activity that starts at that time.</w:t>
            </w:r>
          </w:p>
          <w:p w14:paraId="2C228EAF" w14:textId="77777777" w:rsidR="00BE3968" w:rsidRDefault="00CA6E70">
            <w:pPr>
              <w:pStyle w:val="CMRBodySmall"/>
              <w:spacing w:after="80"/>
            </w:pPr>
            <w:r>
              <w:t>○ B. The time of the next activity.</w:t>
            </w:r>
          </w:p>
          <w:p w14:paraId="44C89B40" w14:textId="77777777" w:rsidR="00BE3968" w:rsidRDefault="00CA6E70">
            <w:pPr>
              <w:pStyle w:val="CMRBodySmall"/>
              <w:spacing w:after="40"/>
            </w:pPr>
            <w:r>
              <w:rPr>
                <w:b/>
              </w:rPr>
              <w:t>STEP 2 — WHAT DO I KNOW?</w:t>
            </w:r>
          </w:p>
          <w:p w14:paraId="5EF8D19F" w14:textId="77777777" w:rsidR="00BE3968" w:rsidRDefault="00CA6E70">
            <w:pPr>
              <w:pStyle w:val="CMRBodySmall"/>
              <w:spacing w:after="40"/>
            </w:pPr>
            <w:r>
              <w:t>Registration: ____________________</w:t>
            </w:r>
          </w:p>
          <w:p w14:paraId="0A8EA5C5" w14:textId="77777777" w:rsidR="00BE3968" w:rsidRDefault="00CA6E70">
            <w:pPr>
              <w:pStyle w:val="CMRBodySmall"/>
              <w:spacing w:after="40"/>
            </w:pPr>
            <w:r>
              <w:t>Computer class: ____________________</w:t>
            </w:r>
          </w:p>
          <w:p w14:paraId="45A65921" w14:textId="77777777" w:rsidR="00BE3968" w:rsidRDefault="00CA6E70">
            <w:pPr>
              <w:pStyle w:val="CMRBodySmall"/>
              <w:spacing w:after="40"/>
            </w:pPr>
            <w:r>
              <w:t>Interview practice: ____________________</w:t>
            </w:r>
          </w:p>
          <w:p w14:paraId="1D7A245A" w14:textId="77777777" w:rsidR="00BE3968" w:rsidRDefault="00CA6E70">
            <w:pPr>
              <w:pStyle w:val="CMRBodySmall"/>
              <w:spacing w:after="40"/>
            </w:pPr>
            <w:r>
              <w:rPr>
                <w:b/>
              </w:rPr>
              <w:t>STEP 3 — HOW DO I FIND IT?</w:t>
            </w:r>
          </w:p>
          <w:p w14:paraId="71D1437E" w14:textId="77777777" w:rsidR="00BE3968" w:rsidRDefault="00CA6E70">
            <w:pPr>
              <w:pStyle w:val="CMRBodySmall"/>
              <w:spacing w:after="20"/>
            </w:pPr>
            <w:r>
              <w:t>○ A. Find that time on the schedule, then read the activity beside it.</w:t>
            </w:r>
          </w:p>
          <w:p w14:paraId="04173ED3" w14:textId="77777777" w:rsidR="00BE3968" w:rsidRDefault="00CA6E70">
            <w:pPr>
              <w:pStyle w:val="CMRBodySmall"/>
            </w:pPr>
            <w:r>
              <w:t>○ B. Choose the first activity listed.</w:t>
            </w:r>
          </w:p>
          <w:p w14:paraId="0AD1D67C" w14:textId="77777777" w:rsidR="00BE3968" w:rsidRDefault="00CA6E70">
            <w:pPr>
              <w:pStyle w:val="CMRBodySmall"/>
              <w:spacing w:after="120"/>
            </w:pPr>
            <w:r>
              <w:t>My math: ____________________________________________________________</w:t>
            </w:r>
          </w:p>
          <w:p w14:paraId="2F1DFE82" w14:textId="77777777" w:rsidR="00BE3968" w:rsidRDefault="00CA6E70">
            <w:pPr>
              <w:pStyle w:val="CMRBodySmall"/>
              <w:spacing w:after="120"/>
            </w:pPr>
            <w:r>
              <w:t>____________________________________________________________________</w:t>
            </w:r>
          </w:p>
          <w:p w14:paraId="2CB98231" w14:textId="77777777" w:rsidR="00BE3968" w:rsidRDefault="00CA6E70">
            <w:pPr>
              <w:pStyle w:val="CMRBodySmall"/>
              <w:spacing w:after="100"/>
            </w:pPr>
            <w:r>
              <w:t>Answer and check: ___________________________________________________</w:t>
            </w:r>
          </w:p>
        </w:tc>
      </w:tr>
    </w:tbl>
    <w:p w14:paraId="7E68868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7EDCCA3" w14:textId="77777777">
        <w:tc>
          <w:tcPr>
            <w:tcW w:w="10036" w:type="dxa"/>
            <w:tcMar>
              <w:top w:w="70" w:type="dxa"/>
              <w:left w:w="140" w:type="dxa"/>
              <w:bottom w:w="85" w:type="dxa"/>
              <w:right w:w="140" w:type="dxa"/>
            </w:tcMar>
          </w:tcPr>
          <w:p w14:paraId="0AFD879E" w14:textId="77777777" w:rsidR="00BE3968" w:rsidRDefault="00BE3968"/>
          <w:p w14:paraId="3B487012" w14:textId="77777777" w:rsidR="00BE3968" w:rsidRDefault="00CA6E70">
            <w:pPr>
              <w:pStyle w:val="CMRBodySmall"/>
            </w:pPr>
            <w:r>
              <w:rPr>
                <w:b/>
              </w:rPr>
              <w:t>PROBLEM S1-214</w:t>
            </w:r>
          </w:p>
          <w:p w14:paraId="65003ACD" w14:textId="77777777" w:rsidR="00BE3968" w:rsidRDefault="00CA6E70">
            <w:pPr>
              <w:spacing w:after="140"/>
            </w:pPr>
            <w:r>
              <w:t>Luis reads the training center schedule: Registration — 8:00 AM; Computer class — 9:30 AM; Interview practice — 11:00 AM. What time does computer class begin?</w:t>
            </w:r>
          </w:p>
          <w:p w14:paraId="54DCC9A0" w14:textId="77777777" w:rsidR="00BE3968" w:rsidRDefault="00CA6E70">
            <w:pPr>
              <w:pStyle w:val="CMRBodySmall"/>
              <w:spacing w:after="40"/>
            </w:pPr>
            <w:r>
              <w:rPr>
                <w:b/>
              </w:rPr>
              <w:t>STEP 1 — WHAT DO THEY WANT?</w:t>
            </w:r>
          </w:p>
          <w:p w14:paraId="352FE255" w14:textId="77777777" w:rsidR="00BE3968" w:rsidRDefault="00CA6E70">
            <w:pPr>
              <w:pStyle w:val="CMRBodySmall"/>
              <w:spacing w:after="20"/>
            </w:pPr>
            <w:r>
              <w:t>○ A. When the whole schedule ends.</w:t>
            </w:r>
          </w:p>
          <w:p w14:paraId="090A9D3E" w14:textId="77777777" w:rsidR="00BE3968" w:rsidRDefault="00CA6E70">
            <w:pPr>
              <w:pStyle w:val="CMRBodySmall"/>
              <w:spacing w:after="80"/>
            </w:pPr>
            <w:r>
              <w:t>○ B. When computer class begins.</w:t>
            </w:r>
          </w:p>
          <w:p w14:paraId="773EF623" w14:textId="77777777" w:rsidR="00BE3968" w:rsidRDefault="00CA6E70">
            <w:pPr>
              <w:pStyle w:val="CMRBodySmall"/>
              <w:spacing w:after="40"/>
            </w:pPr>
            <w:r>
              <w:rPr>
                <w:b/>
              </w:rPr>
              <w:t>STEP 2 — WHAT DO I KNOW?</w:t>
            </w:r>
          </w:p>
          <w:p w14:paraId="457599C5" w14:textId="77777777" w:rsidR="00BE3968" w:rsidRDefault="00CA6E70">
            <w:pPr>
              <w:pStyle w:val="CMRBodySmall"/>
              <w:spacing w:after="40"/>
            </w:pPr>
            <w:r>
              <w:t>Registration: ____________________</w:t>
            </w:r>
          </w:p>
          <w:p w14:paraId="4B98FA8D" w14:textId="77777777" w:rsidR="00BE3968" w:rsidRDefault="00CA6E70">
            <w:pPr>
              <w:pStyle w:val="CMRBodySmall"/>
              <w:spacing w:after="40"/>
            </w:pPr>
            <w:r>
              <w:t>Computer class: ____________________</w:t>
            </w:r>
          </w:p>
          <w:p w14:paraId="2276F352" w14:textId="77777777" w:rsidR="00BE3968" w:rsidRDefault="00CA6E70">
            <w:pPr>
              <w:pStyle w:val="CMRBodySmall"/>
              <w:spacing w:after="40"/>
            </w:pPr>
            <w:r>
              <w:t>Interview practice: ____________________</w:t>
            </w:r>
          </w:p>
          <w:p w14:paraId="46D0C0D9" w14:textId="77777777" w:rsidR="00BE3968" w:rsidRDefault="00CA6E70">
            <w:pPr>
              <w:pStyle w:val="CMRBodySmall"/>
              <w:spacing w:after="40"/>
            </w:pPr>
            <w:r>
              <w:rPr>
                <w:b/>
              </w:rPr>
              <w:t>STEP 3 — HOW DO I FIND IT?</w:t>
            </w:r>
          </w:p>
          <w:p w14:paraId="51832590" w14:textId="77777777" w:rsidR="00BE3968" w:rsidRDefault="00CA6E70">
            <w:pPr>
              <w:pStyle w:val="CMRBodySmall"/>
              <w:spacing w:after="20"/>
            </w:pPr>
            <w:r>
              <w:t>○ A. Find computer class on the schedule, then read the time beside it.</w:t>
            </w:r>
          </w:p>
          <w:p w14:paraId="2F44F242" w14:textId="77777777" w:rsidR="00BE3968" w:rsidRDefault="00CA6E70">
            <w:pPr>
              <w:pStyle w:val="CMRBodySmall"/>
            </w:pPr>
            <w:r>
              <w:t>○ B. Choose the earliest time on the schedule.</w:t>
            </w:r>
          </w:p>
          <w:p w14:paraId="030EABDE" w14:textId="77777777" w:rsidR="00BE3968" w:rsidRDefault="00CA6E70">
            <w:pPr>
              <w:pStyle w:val="CMRBodySmall"/>
              <w:spacing w:after="120"/>
            </w:pPr>
            <w:r>
              <w:t>My math: ____________________________________________________________</w:t>
            </w:r>
          </w:p>
          <w:p w14:paraId="64E4079D" w14:textId="77777777" w:rsidR="00BE3968" w:rsidRDefault="00CA6E70">
            <w:pPr>
              <w:pStyle w:val="CMRBodySmall"/>
              <w:spacing w:after="120"/>
            </w:pPr>
            <w:r>
              <w:t>____________________________________________________________________</w:t>
            </w:r>
          </w:p>
          <w:p w14:paraId="1B04F312" w14:textId="77777777" w:rsidR="00BE3968" w:rsidRDefault="00CA6E70">
            <w:pPr>
              <w:pStyle w:val="CMRBodySmall"/>
              <w:spacing w:after="100"/>
            </w:pPr>
            <w:r>
              <w:t>Answer and check: ___________________________________________________</w:t>
            </w:r>
          </w:p>
        </w:tc>
      </w:tr>
    </w:tbl>
    <w:p w14:paraId="68D04D8C" w14:textId="77777777" w:rsidR="00BE3968" w:rsidRDefault="00CA6E70">
      <w:r>
        <w:br w:type="page"/>
      </w:r>
    </w:p>
    <w:p w14:paraId="1A3BE6E0" w14:textId="77777777" w:rsidR="00BE3968" w:rsidRDefault="00CA6E70">
      <w:pPr>
        <w:pStyle w:val="CMRSmallLabel"/>
        <w:spacing w:after="60"/>
      </w:pPr>
      <w:r>
        <w:rPr>
          <w:b w:val="0"/>
        </w:rPr>
        <w:t>SECTION 1  |  TOPIC 22  |  PRACTICE PAGE 3/5</w:t>
      </w:r>
    </w:p>
    <w:p w14:paraId="0714F240" w14:textId="77777777" w:rsidR="00BE3968" w:rsidRDefault="00CA6E70">
      <w:pPr>
        <w:pStyle w:val="CMRPageTitle"/>
        <w:spacing w:after="60"/>
      </w:pPr>
      <w:r>
        <w:rPr>
          <w:b w:val="0"/>
        </w:rPr>
        <w:t>Reading schedules</w:t>
      </w:r>
    </w:p>
    <w:p w14:paraId="499E30A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057887D" w14:textId="77777777">
        <w:tc>
          <w:tcPr>
            <w:tcW w:w="10036" w:type="dxa"/>
            <w:shd w:val="clear" w:color="auto" w:fill="F5F8F9"/>
            <w:tcMar>
              <w:top w:w="70" w:type="dxa"/>
              <w:left w:w="140" w:type="dxa"/>
              <w:bottom w:w="85" w:type="dxa"/>
              <w:right w:w="140" w:type="dxa"/>
            </w:tcMar>
          </w:tcPr>
          <w:p w14:paraId="54BE5C3A" w14:textId="77777777" w:rsidR="00BE3968" w:rsidRDefault="00BE3968"/>
          <w:p w14:paraId="25E4EED2" w14:textId="77777777" w:rsidR="00BE3968" w:rsidRDefault="00CA6E70">
            <w:pPr>
              <w:pStyle w:val="CMRBodySmall"/>
            </w:pPr>
            <w:r>
              <w:rPr>
                <w:b/>
              </w:rPr>
              <w:t>PROBLEM S1-215</w:t>
            </w:r>
          </w:p>
          <w:p w14:paraId="5AAAA848" w14:textId="77777777" w:rsidR="00BE3968" w:rsidRDefault="00CA6E70">
            <w:pPr>
              <w:spacing w:after="140"/>
            </w:pPr>
            <w:r>
              <w:t>The training center posts this schedule: Registration — 8:10 AM; Computer class — 9:20 AM; Interview practice — 10:50 AM. Grace wants to be on time for interview practice. When does it start?</w:t>
            </w:r>
          </w:p>
          <w:p w14:paraId="6006C29F" w14:textId="77777777" w:rsidR="00BE3968" w:rsidRDefault="00CA6E70">
            <w:pPr>
              <w:pStyle w:val="CMRBodySmall"/>
              <w:spacing w:after="40"/>
            </w:pPr>
            <w:r>
              <w:rPr>
                <w:b/>
              </w:rPr>
              <w:t>STEP 1 — WHAT DO THEY WANT?</w:t>
            </w:r>
          </w:p>
          <w:p w14:paraId="7E654040" w14:textId="77777777" w:rsidR="00BE3968" w:rsidRDefault="00CA6E70">
            <w:pPr>
              <w:pStyle w:val="CMRBodySmall"/>
              <w:spacing w:after="20"/>
            </w:pPr>
            <w:r>
              <w:t>○ A. The start time of interview practice.</w:t>
            </w:r>
          </w:p>
          <w:p w14:paraId="0D5EC613" w14:textId="77777777" w:rsidR="00BE3968" w:rsidRDefault="00CA6E70">
            <w:pPr>
              <w:pStyle w:val="CMRBodySmall"/>
              <w:spacing w:after="80"/>
            </w:pPr>
            <w:r>
              <w:t>○ B. The start time of the first activity.</w:t>
            </w:r>
          </w:p>
          <w:p w14:paraId="07E16CE5" w14:textId="77777777" w:rsidR="00BE3968" w:rsidRDefault="00CA6E70">
            <w:pPr>
              <w:pStyle w:val="CMRBodySmall"/>
              <w:spacing w:after="40"/>
            </w:pPr>
            <w:r>
              <w:rPr>
                <w:b/>
              </w:rPr>
              <w:t>STEP 2 — WHAT DO I KNOW?</w:t>
            </w:r>
          </w:p>
          <w:p w14:paraId="6E1B4430" w14:textId="77777777" w:rsidR="00BE3968" w:rsidRDefault="00CA6E70">
            <w:pPr>
              <w:pStyle w:val="CMRBodySmall"/>
              <w:spacing w:after="40"/>
            </w:pPr>
            <w:r>
              <w:t>Registration: ____________________</w:t>
            </w:r>
          </w:p>
          <w:p w14:paraId="2713CBB7" w14:textId="77777777" w:rsidR="00BE3968" w:rsidRDefault="00CA6E70">
            <w:pPr>
              <w:pStyle w:val="CMRBodySmall"/>
              <w:spacing w:after="40"/>
            </w:pPr>
            <w:r>
              <w:t>Computer class: ____________________</w:t>
            </w:r>
          </w:p>
          <w:p w14:paraId="553531F6" w14:textId="77777777" w:rsidR="00BE3968" w:rsidRDefault="00CA6E70">
            <w:pPr>
              <w:pStyle w:val="CMRBodySmall"/>
              <w:spacing w:after="40"/>
            </w:pPr>
            <w:r>
              <w:t>Interview practice: ____________________</w:t>
            </w:r>
          </w:p>
          <w:p w14:paraId="3D7B0312" w14:textId="77777777" w:rsidR="00BE3968" w:rsidRDefault="00CA6E70">
            <w:pPr>
              <w:pStyle w:val="CMRBodySmall"/>
              <w:spacing w:after="40"/>
            </w:pPr>
            <w:r>
              <w:rPr>
                <w:b/>
              </w:rPr>
              <w:t>STEP 3 — HOW DO I FIND IT?</w:t>
            </w:r>
          </w:p>
          <w:p w14:paraId="3331B057" w14:textId="77777777" w:rsidR="00BE3968" w:rsidRDefault="00CA6E70">
            <w:pPr>
              <w:pStyle w:val="CMRBodySmall"/>
              <w:spacing w:after="20"/>
            </w:pPr>
            <w:r>
              <w:t>○ A. Choose the earliest time on the schedule.</w:t>
            </w:r>
          </w:p>
          <w:p w14:paraId="1446DB8A" w14:textId="77777777" w:rsidR="00BE3968" w:rsidRDefault="00CA6E70">
            <w:pPr>
              <w:pStyle w:val="CMRBodySmall"/>
            </w:pPr>
            <w:r>
              <w:t>○ B. Find interview practice on the schedule, then read the time beside it.</w:t>
            </w:r>
          </w:p>
          <w:p w14:paraId="7D61001E" w14:textId="77777777" w:rsidR="00BE3968" w:rsidRDefault="00CA6E70">
            <w:pPr>
              <w:pStyle w:val="CMRBodySmall"/>
              <w:spacing w:after="120"/>
            </w:pPr>
            <w:r>
              <w:t>My math: ____________________________________________________________</w:t>
            </w:r>
          </w:p>
          <w:p w14:paraId="0D4E6794" w14:textId="77777777" w:rsidR="00BE3968" w:rsidRDefault="00CA6E70">
            <w:pPr>
              <w:pStyle w:val="CMRBodySmall"/>
              <w:spacing w:after="120"/>
            </w:pPr>
            <w:r>
              <w:t>____________________________________________________________________</w:t>
            </w:r>
          </w:p>
          <w:p w14:paraId="13E842CE" w14:textId="77777777" w:rsidR="00BE3968" w:rsidRDefault="00CA6E70">
            <w:pPr>
              <w:pStyle w:val="CMRBodySmall"/>
              <w:spacing w:after="100"/>
            </w:pPr>
            <w:r>
              <w:t>Answer and check: ___________________________________________________</w:t>
            </w:r>
          </w:p>
        </w:tc>
      </w:tr>
    </w:tbl>
    <w:p w14:paraId="491C115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044B583" w14:textId="77777777">
        <w:tc>
          <w:tcPr>
            <w:tcW w:w="10036" w:type="dxa"/>
            <w:tcMar>
              <w:top w:w="70" w:type="dxa"/>
              <w:left w:w="140" w:type="dxa"/>
              <w:bottom w:w="85" w:type="dxa"/>
              <w:right w:w="140" w:type="dxa"/>
            </w:tcMar>
          </w:tcPr>
          <w:p w14:paraId="54D1AF43" w14:textId="77777777" w:rsidR="00BE3968" w:rsidRDefault="00BE3968"/>
          <w:p w14:paraId="0B3D7ED3" w14:textId="77777777" w:rsidR="00BE3968" w:rsidRDefault="00CA6E70">
            <w:pPr>
              <w:pStyle w:val="CMRBodySmall"/>
            </w:pPr>
            <w:r>
              <w:rPr>
                <w:b/>
              </w:rPr>
              <w:t>PROBLEM S1-216</w:t>
            </w:r>
          </w:p>
          <w:p w14:paraId="51372431" w14:textId="77777777" w:rsidR="00BE3968" w:rsidRDefault="00CA6E70">
            <w:pPr>
              <w:spacing w:after="140"/>
            </w:pPr>
            <w:r>
              <w:t>Daniel reads the training center schedule: Registration — 8:20 AM; Computer class — 9:50 AM; Interview practice — 11:10 AM. Daniel arrives at 9:50 AM. Which activity starts at that time?</w:t>
            </w:r>
          </w:p>
          <w:p w14:paraId="4B7446D7" w14:textId="77777777" w:rsidR="00BE3968" w:rsidRDefault="00CA6E70">
            <w:pPr>
              <w:pStyle w:val="CMRBodySmall"/>
              <w:spacing w:after="40"/>
            </w:pPr>
            <w:r>
              <w:rPr>
                <w:b/>
              </w:rPr>
              <w:t>STEP 1 — WHAT DO THEY WANT?</w:t>
            </w:r>
          </w:p>
          <w:p w14:paraId="46CE742E" w14:textId="77777777" w:rsidR="00BE3968" w:rsidRDefault="00CA6E70">
            <w:pPr>
              <w:pStyle w:val="CMRBodySmall"/>
              <w:spacing w:after="20"/>
            </w:pPr>
            <w:r>
              <w:t>○ A. The name of the activity that starts at that time.</w:t>
            </w:r>
          </w:p>
          <w:p w14:paraId="794BECE3" w14:textId="77777777" w:rsidR="00BE3968" w:rsidRDefault="00CA6E70">
            <w:pPr>
              <w:pStyle w:val="CMRBodySmall"/>
              <w:spacing w:after="80"/>
            </w:pPr>
            <w:r>
              <w:t>○ B. The time of the next activity.</w:t>
            </w:r>
          </w:p>
          <w:p w14:paraId="70CBBB0B" w14:textId="77777777" w:rsidR="00BE3968" w:rsidRDefault="00CA6E70">
            <w:pPr>
              <w:pStyle w:val="CMRBodySmall"/>
              <w:spacing w:after="40"/>
            </w:pPr>
            <w:r>
              <w:rPr>
                <w:b/>
              </w:rPr>
              <w:t>STEP 2 — WHAT DO I KNOW?</w:t>
            </w:r>
          </w:p>
          <w:p w14:paraId="52D39B7E" w14:textId="77777777" w:rsidR="00BE3968" w:rsidRDefault="00CA6E70">
            <w:pPr>
              <w:pStyle w:val="CMRBodySmall"/>
              <w:spacing w:after="40"/>
            </w:pPr>
            <w:r>
              <w:t>Registration: ____________________</w:t>
            </w:r>
          </w:p>
          <w:p w14:paraId="1B010C6A" w14:textId="77777777" w:rsidR="00BE3968" w:rsidRDefault="00CA6E70">
            <w:pPr>
              <w:pStyle w:val="CMRBodySmall"/>
              <w:spacing w:after="40"/>
            </w:pPr>
            <w:r>
              <w:t>Computer class: ____________________</w:t>
            </w:r>
          </w:p>
          <w:p w14:paraId="1F13D0E0" w14:textId="77777777" w:rsidR="00BE3968" w:rsidRDefault="00CA6E70">
            <w:pPr>
              <w:pStyle w:val="CMRBodySmall"/>
              <w:spacing w:after="40"/>
            </w:pPr>
            <w:r>
              <w:t>Interview practice: ____________________</w:t>
            </w:r>
          </w:p>
          <w:p w14:paraId="1245F79B" w14:textId="77777777" w:rsidR="00BE3968" w:rsidRDefault="00CA6E70">
            <w:pPr>
              <w:pStyle w:val="CMRBodySmall"/>
              <w:spacing w:after="40"/>
            </w:pPr>
            <w:r>
              <w:rPr>
                <w:b/>
              </w:rPr>
              <w:t>STEP 3 — HOW DO I FIND IT?</w:t>
            </w:r>
          </w:p>
          <w:p w14:paraId="2138B885" w14:textId="77777777" w:rsidR="00BE3968" w:rsidRDefault="00CA6E70">
            <w:pPr>
              <w:pStyle w:val="CMRBodySmall"/>
              <w:spacing w:after="20"/>
            </w:pPr>
            <w:r>
              <w:t>○ A. Find that time on the schedule, then read the activity beside it.</w:t>
            </w:r>
          </w:p>
          <w:p w14:paraId="180B9D89" w14:textId="77777777" w:rsidR="00BE3968" w:rsidRDefault="00CA6E70">
            <w:pPr>
              <w:pStyle w:val="CMRBodySmall"/>
            </w:pPr>
            <w:r>
              <w:t>○ B. Choose the first activity listed.</w:t>
            </w:r>
          </w:p>
          <w:p w14:paraId="10A754BC" w14:textId="77777777" w:rsidR="00BE3968" w:rsidRDefault="00CA6E70">
            <w:pPr>
              <w:pStyle w:val="CMRBodySmall"/>
              <w:spacing w:after="120"/>
            </w:pPr>
            <w:r>
              <w:t>My math: ____________________________________________________________</w:t>
            </w:r>
          </w:p>
          <w:p w14:paraId="7E6A5A1A" w14:textId="77777777" w:rsidR="00BE3968" w:rsidRDefault="00CA6E70">
            <w:pPr>
              <w:pStyle w:val="CMRBodySmall"/>
              <w:spacing w:after="120"/>
            </w:pPr>
            <w:r>
              <w:t>____________________________________________________________________</w:t>
            </w:r>
          </w:p>
          <w:p w14:paraId="510FA549" w14:textId="77777777" w:rsidR="00BE3968" w:rsidRDefault="00CA6E70">
            <w:pPr>
              <w:pStyle w:val="CMRBodySmall"/>
              <w:spacing w:after="100"/>
            </w:pPr>
            <w:r>
              <w:t>Answer and check: ___________________________________________________</w:t>
            </w:r>
          </w:p>
        </w:tc>
      </w:tr>
    </w:tbl>
    <w:p w14:paraId="46F4542E" w14:textId="77777777" w:rsidR="00BE3968" w:rsidRDefault="00CA6E70">
      <w:r>
        <w:br w:type="page"/>
      </w:r>
    </w:p>
    <w:p w14:paraId="264E50A3" w14:textId="77777777" w:rsidR="00BE3968" w:rsidRDefault="00CA6E70">
      <w:pPr>
        <w:pStyle w:val="CMRSmallLabel"/>
        <w:spacing w:after="60"/>
      </w:pPr>
      <w:r>
        <w:rPr>
          <w:b w:val="0"/>
        </w:rPr>
        <w:t>SECTION 1  |  TOPIC 22  |  PRACTICE PAGE 4/5</w:t>
      </w:r>
    </w:p>
    <w:p w14:paraId="25785495" w14:textId="77777777" w:rsidR="00BE3968" w:rsidRDefault="00CA6E70">
      <w:pPr>
        <w:pStyle w:val="CMRPageTitle"/>
        <w:spacing w:after="60"/>
      </w:pPr>
      <w:r>
        <w:rPr>
          <w:b w:val="0"/>
        </w:rPr>
        <w:t>Reading schedules</w:t>
      </w:r>
    </w:p>
    <w:p w14:paraId="1451AA0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035D46E" w14:textId="77777777">
        <w:tc>
          <w:tcPr>
            <w:tcW w:w="10036" w:type="dxa"/>
            <w:shd w:val="clear" w:color="auto" w:fill="F5F8F9"/>
            <w:tcMar>
              <w:top w:w="70" w:type="dxa"/>
              <w:left w:w="140" w:type="dxa"/>
              <w:bottom w:w="85" w:type="dxa"/>
              <w:right w:w="140" w:type="dxa"/>
            </w:tcMar>
          </w:tcPr>
          <w:p w14:paraId="1BF4967A" w14:textId="77777777" w:rsidR="00BE3968" w:rsidRDefault="00BE3968"/>
          <w:p w14:paraId="113D882F" w14:textId="77777777" w:rsidR="00BE3968" w:rsidRDefault="00CA6E70">
            <w:pPr>
              <w:pStyle w:val="CMRBodySmall"/>
            </w:pPr>
            <w:r>
              <w:rPr>
                <w:b/>
              </w:rPr>
              <w:t>PROBLEM S1-217</w:t>
            </w:r>
          </w:p>
          <w:p w14:paraId="009E3FF4" w14:textId="77777777" w:rsidR="00BE3968" w:rsidRDefault="00CA6E70">
            <w:pPr>
              <w:spacing w:after="140"/>
            </w:pPr>
            <w:r>
              <w:t>Marcus reads the training center schedule: Registration — 8:40 AM; Computer class — 10:05 AM; Interview practice — 11:35 AM. What time does computer class begin?</w:t>
            </w:r>
          </w:p>
          <w:p w14:paraId="5208350D" w14:textId="77777777" w:rsidR="00BE3968" w:rsidRDefault="00CA6E70">
            <w:pPr>
              <w:pStyle w:val="CMRBodySmall"/>
              <w:spacing w:after="40"/>
            </w:pPr>
            <w:r>
              <w:rPr>
                <w:b/>
              </w:rPr>
              <w:t>STEP 1 — WHAT DO THEY WANT?</w:t>
            </w:r>
          </w:p>
          <w:p w14:paraId="1FE82385" w14:textId="77777777" w:rsidR="00BE3968" w:rsidRDefault="00CA6E70">
            <w:pPr>
              <w:pStyle w:val="CMRBodySmall"/>
              <w:spacing w:after="20"/>
            </w:pPr>
            <w:r>
              <w:t>○ A. The start time of the first activity.</w:t>
            </w:r>
          </w:p>
          <w:p w14:paraId="27A7648F" w14:textId="77777777" w:rsidR="00BE3968" w:rsidRDefault="00CA6E70">
            <w:pPr>
              <w:pStyle w:val="CMRBodySmall"/>
              <w:spacing w:after="80"/>
            </w:pPr>
            <w:r>
              <w:t>○ B. The start time of computer class.</w:t>
            </w:r>
          </w:p>
          <w:p w14:paraId="5BC9811D" w14:textId="77777777" w:rsidR="00BE3968" w:rsidRDefault="00CA6E70">
            <w:pPr>
              <w:pStyle w:val="CMRBodySmall"/>
              <w:spacing w:after="40"/>
            </w:pPr>
            <w:r>
              <w:rPr>
                <w:b/>
              </w:rPr>
              <w:t>STEP 2 — WHAT DO I KNOW?</w:t>
            </w:r>
          </w:p>
          <w:p w14:paraId="5C6B1418" w14:textId="77777777" w:rsidR="00BE3968" w:rsidRDefault="00CA6E70">
            <w:pPr>
              <w:pStyle w:val="CMRBodySmall"/>
              <w:spacing w:after="40"/>
            </w:pPr>
            <w:r>
              <w:t>Registration: ____________________</w:t>
            </w:r>
          </w:p>
          <w:p w14:paraId="12EEBF67" w14:textId="77777777" w:rsidR="00BE3968" w:rsidRDefault="00CA6E70">
            <w:pPr>
              <w:pStyle w:val="CMRBodySmall"/>
              <w:spacing w:after="40"/>
            </w:pPr>
            <w:r>
              <w:t>Computer class: ____________________</w:t>
            </w:r>
          </w:p>
          <w:p w14:paraId="5913B32C" w14:textId="77777777" w:rsidR="00BE3968" w:rsidRDefault="00CA6E70">
            <w:pPr>
              <w:pStyle w:val="CMRBodySmall"/>
              <w:spacing w:after="40"/>
            </w:pPr>
            <w:r>
              <w:t>Interview practice: ____________________</w:t>
            </w:r>
          </w:p>
          <w:p w14:paraId="6C318E5C" w14:textId="77777777" w:rsidR="00BE3968" w:rsidRDefault="00CA6E70">
            <w:pPr>
              <w:pStyle w:val="CMRBodySmall"/>
              <w:spacing w:after="40"/>
            </w:pPr>
            <w:r>
              <w:rPr>
                <w:b/>
              </w:rPr>
              <w:t>STEP 3 — HOW DO I FIND IT?</w:t>
            </w:r>
          </w:p>
          <w:p w14:paraId="442F4540" w14:textId="77777777" w:rsidR="00BE3968" w:rsidRDefault="00CA6E70">
            <w:pPr>
              <w:pStyle w:val="CMRBodySmall"/>
              <w:spacing w:after="20"/>
            </w:pPr>
            <w:r>
              <w:t>○ A. Find computer class on the schedule, then read the time beside it.</w:t>
            </w:r>
          </w:p>
          <w:p w14:paraId="64807C64" w14:textId="77777777" w:rsidR="00BE3968" w:rsidRDefault="00CA6E70">
            <w:pPr>
              <w:pStyle w:val="CMRBodySmall"/>
            </w:pPr>
            <w:r>
              <w:t>○ B. Choose the earliest time on the schedule.</w:t>
            </w:r>
          </w:p>
          <w:p w14:paraId="303107DB" w14:textId="77777777" w:rsidR="00BE3968" w:rsidRDefault="00CA6E70">
            <w:pPr>
              <w:pStyle w:val="CMRBodySmall"/>
              <w:spacing w:after="120"/>
            </w:pPr>
            <w:r>
              <w:t>My math: ____________________________________________________________</w:t>
            </w:r>
          </w:p>
          <w:p w14:paraId="64073C3D" w14:textId="77777777" w:rsidR="00BE3968" w:rsidRDefault="00CA6E70">
            <w:pPr>
              <w:pStyle w:val="CMRBodySmall"/>
              <w:spacing w:after="120"/>
            </w:pPr>
            <w:r>
              <w:t>____________________________________________________________________</w:t>
            </w:r>
          </w:p>
          <w:p w14:paraId="049EEEA5" w14:textId="77777777" w:rsidR="00BE3968" w:rsidRDefault="00CA6E70">
            <w:pPr>
              <w:pStyle w:val="CMRBodySmall"/>
              <w:spacing w:after="100"/>
            </w:pPr>
            <w:r>
              <w:t>Answer and check: ___________________________________________________</w:t>
            </w:r>
          </w:p>
        </w:tc>
      </w:tr>
    </w:tbl>
    <w:p w14:paraId="0C236B6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0E4D89D" w14:textId="77777777">
        <w:tc>
          <w:tcPr>
            <w:tcW w:w="10036" w:type="dxa"/>
            <w:tcMar>
              <w:top w:w="70" w:type="dxa"/>
              <w:left w:w="140" w:type="dxa"/>
              <w:bottom w:w="85" w:type="dxa"/>
              <w:right w:w="140" w:type="dxa"/>
            </w:tcMar>
          </w:tcPr>
          <w:p w14:paraId="45DC60C1" w14:textId="77777777" w:rsidR="00BE3968" w:rsidRDefault="00BE3968"/>
          <w:p w14:paraId="32789C23" w14:textId="77777777" w:rsidR="00BE3968" w:rsidRDefault="00CA6E70">
            <w:pPr>
              <w:pStyle w:val="CMRBodySmall"/>
            </w:pPr>
            <w:r>
              <w:rPr>
                <w:b/>
              </w:rPr>
              <w:t>PROBLEM S1-218</w:t>
            </w:r>
          </w:p>
          <w:p w14:paraId="580AC441" w14:textId="77777777" w:rsidR="00BE3968" w:rsidRDefault="00CA6E70">
            <w:pPr>
              <w:spacing w:after="140"/>
            </w:pPr>
            <w:r>
              <w:t>The training center posts this schedule: Registration — 7:50 AM; Computer class — 9:15 AM; Interview practice — 10:40 AM. Linda wants to be on time for interview practice. When does it start?</w:t>
            </w:r>
          </w:p>
          <w:p w14:paraId="3017CDC7" w14:textId="77777777" w:rsidR="00BE3968" w:rsidRDefault="00CA6E70">
            <w:pPr>
              <w:pStyle w:val="CMRBodySmall"/>
              <w:spacing w:after="40"/>
            </w:pPr>
            <w:r>
              <w:rPr>
                <w:b/>
              </w:rPr>
              <w:t>STEP 1 — WHAT DO THEY WANT?</w:t>
            </w:r>
          </w:p>
          <w:p w14:paraId="1C3E0ECE" w14:textId="77777777" w:rsidR="00BE3968" w:rsidRDefault="00CA6E70">
            <w:pPr>
              <w:pStyle w:val="CMRBodySmall"/>
              <w:spacing w:after="20"/>
            </w:pPr>
            <w:r>
              <w:t>○ A. When interview practice begins.</w:t>
            </w:r>
          </w:p>
          <w:p w14:paraId="13CAC191" w14:textId="77777777" w:rsidR="00BE3968" w:rsidRDefault="00CA6E70">
            <w:pPr>
              <w:pStyle w:val="CMRBodySmall"/>
              <w:spacing w:after="80"/>
            </w:pPr>
            <w:r>
              <w:t>○ B. When the whole schedule ends.</w:t>
            </w:r>
          </w:p>
          <w:p w14:paraId="64708B26" w14:textId="77777777" w:rsidR="00BE3968" w:rsidRDefault="00CA6E70">
            <w:pPr>
              <w:pStyle w:val="CMRBodySmall"/>
              <w:spacing w:after="40"/>
            </w:pPr>
            <w:r>
              <w:rPr>
                <w:b/>
              </w:rPr>
              <w:t>STEP 2 — WHAT DO I KNOW?</w:t>
            </w:r>
          </w:p>
          <w:p w14:paraId="4C9728D7" w14:textId="77777777" w:rsidR="00BE3968" w:rsidRDefault="00CA6E70">
            <w:pPr>
              <w:pStyle w:val="CMRBodySmall"/>
              <w:spacing w:after="40"/>
            </w:pPr>
            <w:r>
              <w:t>Registration: ____________________</w:t>
            </w:r>
          </w:p>
          <w:p w14:paraId="5E06997E" w14:textId="77777777" w:rsidR="00BE3968" w:rsidRDefault="00CA6E70">
            <w:pPr>
              <w:pStyle w:val="CMRBodySmall"/>
              <w:spacing w:after="40"/>
            </w:pPr>
            <w:r>
              <w:t>Computer class: ____________________</w:t>
            </w:r>
          </w:p>
          <w:p w14:paraId="377C551C" w14:textId="77777777" w:rsidR="00BE3968" w:rsidRDefault="00CA6E70">
            <w:pPr>
              <w:pStyle w:val="CMRBodySmall"/>
              <w:spacing w:after="40"/>
            </w:pPr>
            <w:r>
              <w:t>Interview practice: ____________________</w:t>
            </w:r>
          </w:p>
          <w:p w14:paraId="3E3B6B5D" w14:textId="77777777" w:rsidR="00BE3968" w:rsidRDefault="00CA6E70">
            <w:pPr>
              <w:pStyle w:val="CMRBodySmall"/>
              <w:spacing w:after="40"/>
            </w:pPr>
            <w:r>
              <w:rPr>
                <w:b/>
              </w:rPr>
              <w:t>STEP 3 — HOW DO I FIND IT?</w:t>
            </w:r>
          </w:p>
          <w:p w14:paraId="08929A8B" w14:textId="77777777" w:rsidR="00BE3968" w:rsidRDefault="00CA6E70">
            <w:pPr>
              <w:pStyle w:val="CMRBodySmall"/>
              <w:spacing w:after="20"/>
            </w:pPr>
            <w:r>
              <w:t>○ A. Choose the earliest time on the schedule.</w:t>
            </w:r>
          </w:p>
          <w:p w14:paraId="7B3F6C1B" w14:textId="77777777" w:rsidR="00BE3968" w:rsidRDefault="00CA6E70">
            <w:pPr>
              <w:pStyle w:val="CMRBodySmall"/>
            </w:pPr>
            <w:r>
              <w:t>○ B. Find interview practice on the schedule, then read the time beside it.</w:t>
            </w:r>
          </w:p>
          <w:p w14:paraId="4B234F0E" w14:textId="77777777" w:rsidR="00BE3968" w:rsidRDefault="00CA6E70">
            <w:pPr>
              <w:pStyle w:val="CMRBodySmall"/>
              <w:spacing w:after="120"/>
            </w:pPr>
            <w:r>
              <w:t>My math: ____________________________________________________________</w:t>
            </w:r>
          </w:p>
          <w:p w14:paraId="249CA0AF" w14:textId="77777777" w:rsidR="00BE3968" w:rsidRDefault="00CA6E70">
            <w:pPr>
              <w:pStyle w:val="CMRBodySmall"/>
              <w:spacing w:after="120"/>
            </w:pPr>
            <w:r>
              <w:t>____________________________________________________________________</w:t>
            </w:r>
          </w:p>
          <w:p w14:paraId="27CD0FD3" w14:textId="77777777" w:rsidR="00BE3968" w:rsidRDefault="00CA6E70">
            <w:pPr>
              <w:pStyle w:val="CMRBodySmall"/>
              <w:spacing w:after="100"/>
            </w:pPr>
            <w:r>
              <w:t>Answer and check: ___________________________________________________</w:t>
            </w:r>
          </w:p>
        </w:tc>
      </w:tr>
    </w:tbl>
    <w:p w14:paraId="6656B309" w14:textId="77777777" w:rsidR="00BE3968" w:rsidRDefault="00CA6E70">
      <w:r>
        <w:br w:type="page"/>
      </w:r>
    </w:p>
    <w:p w14:paraId="271F3C5C" w14:textId="77777777" w:rsidR="00BE3968" w:rsidRDefault="00CA6E70">
      <w:pPr>
        <w:pStyle w:val="CMRSmallLabel"/>
        <w:spacing w:after="60"/>
      </w:pPr>
      <w:r>
        <w:rPr>
          <w:b w:val="0"/>
        </w:rPr>
        <w:t>SECTION 1  |  TOPIC 22  |  PRACTICE PAGE 5/5</w:t>
      </w:r>
    </w:p>
    <w:p w14:paraId="745B5D6D" w14:textId="77777777" w:rsidR="00BE3968" w:rsidRDefault="00CA6E70">
      <w:pPr>
        <w:pStyle w:val="CMRPageTitle"/>
        <w:spacing w:after="60"/>
      </w:pPr>
      <w:r>
        <w:rPr>
          <w:b w:val="0"/>
        </w:rPr>
        <w:t>Reading schedules</w:t>
      </w:r>
    </w:p>
    <w:p w14:paraId="701C0DC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F2E0B90" w14:textId="77777777">
        <w:tc>
          <w:tcPr>
            <w:tcW w:w="10036" w:type="dxa"/>
            <w:shd w:val="clear" w:color="auto" w:fill="F5F8F9"/>
            <w:tcMar>
              <w:top w:w="70" w:type="dxa"/>
              <w:left w:w="140" w:type="dxa"/>
              <w:bottom w:w="85" w:type="dxa"/>
              <w:right w:w="140" w:type="dxa"/>
            </w:tcMar>
          </w:tcPr>
          <w:p w14:paraId="7F49ED7F" w14:textId="77777777" w:rsidR="00BE3968" w:rsidRDefault="00BE3968"/>
          <w:p w14:paraId="52292FB9" w14:textId="77777777" w:rsidR="00BE3968" w:rsidRDefault="00CA6E70">
            <w:pPr>
              <w:pStyle w:val="CMRBodySmall"/>
            </w:pPr>
            <w:r>
              <w:rPr>
                <w:b/>
              </w:rPr>
              <w:t>PROBLEM S1-219</w:t>
            </w:r>
          </w:p>
          <w:p w14:paraId="1118BF86" w14:textId="77777777" w:rsidR="00BE3968" w:rsidRDefault="00CA6E70">
            <w:pPr>
              <w:spacing w:after="140"/>
            </w:pPr>
            <w:r>
              <w:t>Carmen reads the training center schedule: Registration — 8:05 AM; Computer class — 9:40 AM; Interview practice — 11:20 AM. Carmen arrives at 11:20 AM. Which activity starts at that time?</w:t>
            </w:r>
          </w:p>
          <w:p w14:paraId="7D78400F" w14:textId="77777777" w:rsidR="00BE3968" w:rsidRDefault="00CA6E70">
            <w:pPr>
              <w:pStyle w:val="CMRBodySmall"/>
              <w:spacing w:after="40"/>
            </w:pPr>
            <w:r>
              <w:rPr>
                <w:b/>
              </w:rPr>
              <w:t>STEP 1 — WHAT DO THEY WANT?</w:t>
            </w:r>
          </w:p>
          <w:p w14:paraId="093E6B20" w14:textId="77777777" w:rsidR="00BE3968" w:rsidRDefault="00CA6E70">
            <w:pPr>
              <w:pStyle w:val="CMRBodySmall"/>
              <w:spacing w:after="20"/>
            </w:pPr>
            <w:r>
              <w:t>○ A. The time of the next activity.</w:t>
            </w:r>
          </w:p>
          <w:p w14:paraId="3AA05EDA" w14:textId="77777777" w:rsidR="00BE3968" w:rsidRDefault="00CA6E70">
            <w:pPr>
              <w:pStyle w:val="CMRBodySmall"/>
              <w:spacing w:after="80"/>
            </w:pPr>
            <w:r>
              <w:t>○ B. The name of the activity that starts at that time.</w:t>
            </w:r>
          </w:p>
          <w:p w14:paraId="35639BD3" w14:textId="77777777" w:rsidR="00BE3968" w:rsidRDefault="00CA6E70">
            <w:pPr>
              <w:pStyle w:val="CMRBodySmall"/>
              <w:spacing w:after="40"/>
            </w:pPr>
            <w:r>
              <w:rPr>
                <w:b/>
              </w:rPr>
              <w:t>STEP 2 — WHAT DO I KNOW?</w:t>
            </w:r>
          </w:p>
          <w:p w14:paraId="495DC432" w14:textId="77777777" w:rsidR="00BE3968" w:rsidRDefault="00CA6E70">
            <w:pPr>
              <w:pStyle w:val="CMRBodySmall"/>
              <w:spacing w:after="40"/>
            </w:pPr>
            <w:r>
              <w:t>Registration: ____________________</w:t>
            </w:r>
          </w:p>
          <w:p w14:paraId="2D3C8423" w14:textId="77777777" w:rsidR="00BE3968" w:rsidRDefault="00CA6E70">
            <w:pPr>
              <w:pStyle w:val="CMRBodySmall"/>
              <w:spacing w:after="40"/>
            </w:pPr>
            <w:r>
              <w:t>Computer class: ____________________</w:t>
            </w:r>
          </w:p>
          <w:p w14:paraId="57B682AC" w14:textId="77777777" w:rsidR="00BE3968" w:rsidRDefault="00CA6E70">
            <w:pPr>
              <w:pStyle w:val="CMRBodySmall"/>
              <w:spacing w:after="40"/>
            </w:pPr>
            <w:r>
              <w:t>Interview practice: ____________________</w:t>
            </w:r>
          </w:p>
          <w:p w14:paraId="05A6019E" w14:textId="77777777" w:rsidR="00BE3968" w:rsidRDefault="00CA6E70">
            <w:pPr>
              <w:pStyle w:val="CMRBodySmall"/>
              <w:spacing w:after="40"/>
            </w:pPr>
            <w:r>
              <w:rPr>
                <w:b/>
              </w:rPr>
              <w:t>STEP 3 — HOW DO I FIND IT?</w:t>
            </w:r>
          </w:p>
          <w:p w14:paraId="4C98C824" w14:textId="77777777" w:rsidR="00BE3968" w:rsidRDefault="00CA6E70">
            <w:pPr>
              <w:pStyle w:val="CMRBodySmall"/>
              <w:spacing w:after="20"/>
            </w:pPr>
            <w:r>
              <w:t>○ A. Choose the first activity listed.</w:t>
            </w:r>
          </w:p>
          <w:p w14:paraId="1C42DA55" w14:textId="77777777" w:rsidR="00BE3968" w:rsidRDefault="00CA6E70">
            <w:pPr>
              <w:pStyle w:val="CMRBodySmall"/>
            </w:pPr>
            <w:r>
              <w:t>○ B. Find that time on the schedule, then read the activity beside it.</w:t>
            </w:r>
          </w:p>
          <w:p w14:paraId="4BBEACC5" w14:textId="77777777" w:rsidR="00BE3968" w:rsidRDefault="00CA6E70">
            <w:pPr>
              <w:pStyle w:val="CMRBodySmall"/>
              <w:spacing w:after="120"/>
            </w:pPr>
            <w:r>
              <w:t>My math: ____________________________________________________________</w:t>
            </w:r>
          </w:p>
          <w:p w14:paraId="6CF6DCC0" w14:textId="77777777" w:rsidR="00BE3968" w:rsidRDefault="00CA6E70">
            <w:pPr>
              <w:pStyle w:val="CMRBodySmall"/>
              <w:spacing w:after="120"/>
            </w:pPr>
            <w:r>
              <w:t>____________________________________________________________________</w:t>
            </w:r>
          </w:p>
          <w:p w14:paraId="557FB420" w14:textId="77777777" w:rsidR="00BE3968" w:rsidRDefault="00CA6E70">
            <w:pPr>
              <w:pStyle w:val="CMRBodySmall"/>
              <w:spacing w:after="100"/>
            </w:pPr>
            <w:r>
              <w:t>Answer and check: ___________________________________________________</w:t>
            </w:r>
          </w:p>
        </w:tc>
      </w:tr>
    </w:tbl>
    <w:p w14:paraId="447E684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6407D36" w14:textId="77777777">
        <w:tc>
          <w:tcPr>
            <w:tcW w:w="10036" w:type="dxa"/>
            <w:tcMar>
              <w:top w:w="70" w:type="dxa"/>
              <w:left w:w="140" w:type="dxa"/>
              <w:bottom w:w="85" w:type="dxa"/>
              <w:right w:w="140" w:type="dxa"/>
            </w:tcMar>
          </w:tcPr>
          <w:p w14:paraId="40736B3F" w14:textId="77777777" w:rsidR="00BE3968" w:rsidRDefault="00BE3968"/>
          <w:p w14:paraId="26E6289B" w14:textId="77777777" w:rsidR="00BE3968" w:rsidRDefault="00CA6E70">
            <w:pPr>
              <w:pStyle w:val="CMRBodySmall"/>
            </w:pPr>
            <w:r>
              <w:rPr>
                <w:b/>
              </w:rPr>
              <w:t>PROBLEM S1-220</w:t>
            </w:r>
          </w:p>
          <w:p w14:paraId="66B0782E" w14:textId="77777777" w:rsidR="00BE3968" w:rsidRDefault="00CA6E70">
            <w:pPr>
              <w:spacing w:after="140"/>
            </w:pPr>
            <w:r>
              <w:t>David reads the training center schedule: Registration — 8:25 AM; Computer class — 10:10 AM; Interview practice — 11:25 AM. What time does computer class begin?</w:t>
            </w:r>
          </w:p>
          <w:p w14:paraId="1AFF6D8E" w14:textId="77777777" w:rsidR="00BE3968" w:rsidRDefault="00CA6E70">
            <w:pPr>
              <w:pStyle w:val="CMRBodySmall"/>
              <w:spacing w:after="40"/>
            </w:pPr>
            <w:r>
              <w:rPr>
                <w:b/>
              </w:rPr>
              <w:t>STEP 1 — WHAT DO THEY WANT?</w:t>
            </w:r>
          </w:p>
          <w:p w14:paraId="541AA931" w14:textId="77777777" w:rsidR="00BE3968" w:rsidRDefault="00CA6E70">
            <w:pPr>
              <w:pStyle w:val="CMRBodySmall"/>
              <w:spacing w:after="20"/>
            </w:pPr>
            <w:r>
              <w:t>○ A. When computer class begins.</w:t>
            </w:r>
          </w:p>
          <w:p w14:paraId="1DD99704" w14:textId="77777777" w:rsidR="00BE3968" w:rsidRDefault="00CA6E70">
            <w:pPr>
              <w:pStyle w:val="CMRBodySmall"/>
              <w:spacing w:after="80"/>
            </w:pPr>
            <w:r>
              <w:t>○ B. When the whole schedule ends.</w:t>
            </w:r>
          </w:p>
          <w:p w14:paraId="3F83429B" w14:textId="77777777" w:rsidR="00BE3968" w:rsidRDefault="00CA6E70">
            <w:pPr>
              <w:pStyle w:val="CMRBodySmall"/>
              <w:spacing w:after="40"/>
            </w:pPr>
            <w:r>
              <w:rPr>
                <w:b/>
              </w:rPr>
              <w:t>STEP 2 — WHAT DO I KNOW?</w:t>
            </w:r>
          </w:p>
          <w:p w14:paraId="299EF918" w14:textId="77777777" w:rsidR="00BE3968" w:rsidRDefault="00CA6E70">
            <w:pPr>
              <w:pStyle w:val="CMRBodySmall"/>
              <w:spacing w:after="40"/>
            </w:pPr>
            <w:r>
              <w:t>Registration: ____________________</w:t>
            </w:r>
          </w:p>
          <w:p w14:paraId="52C6DDD1" w14:textId="77777777" w:rsidR="00BE3968" w:rsidRDefault="00CA6E70">
            <w:pPr>
              <w:pStyle w:val="CMRBodySmall"/>
              <w:spacing w:after="40"/>
            </w:pPr>
            <w:r>
              <w:t>Computer class: ____________________</w:t>
            </w:r>
          </w:p>
          <w:p w14:paraId="7876D417" w14:textId="77777777" w:rsidR="00BE3968" w:rsidRDefault="00CA6E70">
            <w:pPr>
              <w:pStyle w:val="CMRBodySmall"/>
              <w:spacing w:after="40"/>
            </w:pPr>
            <w:r>
              <w:t>Interview practice: ____________________</w:t>
            </w:r>
          </w:p>
          <w:p w14:paraId="32387B6F" w14:textId="77777777" w:rsidR="00BE3968" w:rsidRDefault="00CA6E70">
            <w:pPr>
              <w:pStyle w:val="CMRBodySmall"/>
              <w:spacing w:after="40"/>
            </w:pPr>
            <w:r>
              <w:rPr>
                <w:b/>
              </w:rPr>
              <w:t>STEP 3 — HOW DO I FIND IT?</w:t>
            </w:r>
          </w:p>
          <w:p w14:paraId="3BE4295E" w14:textId="77777777" w:rsidR="00BE3968" w:rsidRDefault="00CA6E70">
            <w:pPr>
              <w:pStyle w:val="CMRBodySmall"/>
              <w:spacing w:after="20"/>
            </w:pPr>
            <w:r>
              <w:t>○ A. Find computer class on the schedule, then read the time beside it.</w:t>
            </w:r>
          </w:p>
          <w:p w14:paraId="3B13BF09" w14:textId="77777777" w:rsidR="00BE3968" w:rsidRDefault="00CA6E70">
            <w:pPr>
              <w:pStyle w:val="CMRBodySmall"/>
            </w:pPr>
            <w:r>
              <w:t>○ B. Choose the earliest time on the schedule.</w:t>
            </w:r>
          </w:p>
          <w:p w14:paraId="7F948579" w14:textId="77777777" w:rsidR="00BE3968" w:rsidRDefault="00CA6E70">
            <w:pPr>
              <w:pStyle w:val="CMRBodySmall"/>
              <w:spacing w:after="120"/>
            </w:pPr>
            <w:r>
              <w:t>My math: ____________________________________________________________</w:t>
            </w:r>
          </w:p>
          <w:p w14:paraId="7FD15E8D" w14:textId="77777777" w:rsidR="00BE3968" w:rsidRDefault="00CA6E70">
            <w:pPr>
              <w:pStyle w:val="CMRBodySmall"/>
              <w:spacing w:after="120"/>
            </w:pPr>
            <w:r>
              <w:t>____________________________________________________________________</w:t>
            </w:r>
          </w:p>
          <w:p w14:paraId="1E254122" w14:textId="77777777" w:rsidR="00BE3968" w:rsidRDefault="00CA6E70">
            <w:pPr>
              <w:pStyle w:val="CMRBodySmall"/>
              <w:spacing w:after="100"/>
            </w:pPr>
            <w:r>
              <w:t>Answer and check: ___________________________________________________</w:t>
            </w:r>
          </w:p>
        </w:tc>
      </w:tr>
    </w:tbl>
    <w:p w14:paraId="43103B83" w14:textId="77777777" w:rsidR="00BE3968" w:rsidRDefault="00CA6E70">
      <w:r>
        <w:br w:type="page"/>
      </w:r>
    </w:p>
    <w:p w14:paraId="60C7E196" w14:textId="77777777" w:rsidR="00BE3968" w:rsidRDefault="00CA6E70">
      <w:pPr>
        <w:pStyle w:val="CMRSmallLabel"/>
        <w:spacing w:after="60"/>
      </w:pPr>
      <w:r>
        <w:rPr>
          <w:b w:val="0"/>
        </w:rPr>
        <w:t>SECTION 1  |  TOPIC 23  |  PRACTICE PAGE 1/5</w:t>
      </w:r>
    </w:p>
    <w:p w14:paraId="6F261EE4" w14:textId="77777777" w:rsidR="00BE3968" w:rsidRDefault="00CA6E70">
      <w:pPr>
        <w:pStyle w:val="CMRPageTitle"/>
        <w:spacing w:after="60"/>
      </w:pPr>
      <w:r>
        <w:rPr>
          <w:b w:val="0"/>
        </w:rPr>
        <w:t>Understanding data</w:t>
      </w:r>
    </w:p>
    <w:p w14:paraId="247C0425" w14:textId="77777777" w:rsidR="00BE3968" w:rsidRDefault="00CA6E70">
      <w:pPr>
        <w:pStyle w:val="CMRBodySmall"/>
        <w:spacing w:after="100"/>
      </w:pPr>
      <w:r>
        <w:t>Remember: Read small data sets and make reasonable conclusions.</w:t>
      </w:r>
    </w:p>
    <w:tbl>
      <w:tblPr>
        <w:tblW w:w="0" w:type="auto"/>
        <w:tblLayout w:type="fixed"/>
        <w:tblLook w:val="04A0" w:firstRow="1" w:lastRow="0" w:firstColumn="1" w:lastColumn="0" w:noHBand="0" w:noVBand="1"/>
      </w:tblPr>
      <w:tblGrid>
        <w:gridCol w:w="10036"/>
      </w:tblGrid>
      <w:tr w:rsidR="00BE3968" w14:paraId="1A3D0FD9" w14:textId="77777777">
        <w:tc>
          <w:tcPr>
            <w:tcW w:w="10036" w:type="dxa"/>
            <w:shd w:val="clear" w:color="auto" w:fill="F5F8F9"/>
            <w:tcMar>
              <w:top w:w="70" w:type="dxa"/>
              <w:left w:w="140" w:type="dxa"/>
              <w:bottom w:w="85" w:type="dxa"/>
              <w:right w:w="140" w:type="dxa"/>
            </w:tcMar>
          </w:tcPr>
          <w:p w14:paraId="44B7C7E6" w14:textId="77777777" w:rsidR="00BE3968" w:rsidRDefault="00BE3968"/>
          <w:p w14:paraId="597C8ED5" w14:textId="77777777" w:rsidR="00BE3968" w:rsidRDefault="00CA6E70">
            <w:pPr>
              <w:pStyle w:val="CMRBodySmall"/>
            </w:pPr>
            <w:r>
              <w:rPr>
                <w:b/>
              </w:rPr>
              <w:t>PROBLEM S1-221</w:t>
            </w:r>
          </w:p>
          <w:p w14:paraId="1A8057C6" w14:textId="77777777" w:rsidR="00BE3968" w:rsidRDefault="00CA6E70">
            <w:pPr>
              <w:spacing w:after="140"/>
            </w:pPr>
            <w:r>
              <w:t>Kevin reviews a food pantry’s record of families served on four mornings: Monday 7, Tuesday 10, Wednesday 13, and Thursday 13. How many families were served in all four mornings?</w:t>
            </w:r>
          </w:p>
          <w:p w14:paraId="48B40AF7" w14:textId="77777777" w:rsidR="00BE3968" w:rsidRDefault="00CA6E70">
            <w:pPr>
              <w:pStyle w:val="CMRBodySmall"/>
              <w:spacing w:after="40"/>
            </w:pPr>
            <w:r>
              <w:rPr>
                <w:b/>
              </w:rPr>
              <w:t>STEP 1 — WHAT DO THEY WANT?</w:t>
            </w:r>
          </w:p>
          <w:p w14:paraId="3E157CDF" w14:textId="77777777" w:rsidR="00BE3968" w:rsidRDefault="00CA6E70">
            <w:pPr>
              <w:pStyle w:val="CMRBodySmall"/>
              <w:spacing w:after="20"/>
            </w:pPr>
            <w:r>
              <w:t>○ A. The number served on the busiest morning.</w:t>
            </w:r>
          </w:p>
          <w:p w14:paraId="59645A5E" w14:textId="77777777" w:rsidR="00BE3968" w:rsidRDefault="00CA6E70">
            <w:pPr>
              <w:pStyle w:val="CMRBodySmall"/>
              <w:spacing w:after="80"/>
            </w:pPr>
            <w:r>
              <w:t>○ B. The total for all four mornings.</w:t>
            </w:r>
          </w:p>
          <w:p w14:paraId="79EB9C71" w14:textId="77777777" w:rsidR="00BE3968" w:rsidRDefault="00CA6E70">
            <w:pPr>
              <w:pStyle w:val="CMRBodySmall"/>
              <w:spacing w:after="40"/>
            </w:pPr>
            <w:r>
              <w:rPr>
                <w:b/>
              </w:rPr>
              <w:t>STEP 2 — WHAT DO I KNOW?</w:t>
            </w:r>
          </w:p>
          <w:p w14:paraId="5EDD8227" w14:textId="77777777" w:rsidR="00BE3968" w:rsidRDefault="00CA6E70">
            <w:pPr>
              <w:pStyle w:val="CMRBodySmall"/>
              <w:spacing w:after="40"/>
            </w:pPr>
            <w:r>
              <w:t>Monday: ____________________</w:t>
            </w:r>
          </w:p>
          <w:p w14:paraId="72D6E99B" w14:textId="77777777" w:rsidR="00BE3968" w:rsidRDefault="00CA6E70">
            <w:pPr>
              <w:pStyle w:val="CMRBodySmall"/>
              <w:spacing w:after="40"/>
            </w:pPr>
            <w:r>
              <w:t>Tuesday: ____________________</w:t>
            </w:r>
          </w:p>
          <w:p w14:paraId="674BDD4A" w14:textId="77777777" w:rsidR="00BE3968" w:rsidRDefault="00CA6E70">
            <w:pPr>
              <w:pStyle w:val="CMRBodySmall"/>
              <w:spacing w:after="40"/>
            </w:pPr>
            <w:r>
              <w:t>Wednesday: ____________________</w:t>
            </w:r>
          </w:p>
          <w:p w14:paraId="27220AC5" w14:textId="77777777" w:rsidR="00BE3968" w:rsidRDefault="00CA6E70">
            <w:pPr>
              <w:pStyle w:val="CMRBodySmall"/>
              <w:spacing w:after="40"/>
            </w:pPr>
            <w:r>
              <w:t>Thursday: ____________________</w:t>
            </w:r>
          </w:p>
          <w:p w14:paraId="39CCDE8A" w14:textId="77777777" w:rsidR="00BE3968" w:rsidRDefault="00CA6E70">
            <w:pPr>
              <w:pStyle w:val="CMRBodySmall"/>
              <w:spacing w:after="40"/>
            </w:pPr>
            <w:r>
              <w:rPr>
                <w:b/>
              </w:rPr>
              <w:t>STEP 3 — HOW DO I FIND IT?</w:t>
            </w:r>
          </w:p>
          <w:p w14:paraId="03821819" w14:textId="77777777" w:rsidR="00BE3968" w:rsidRDefault="00CA6E70">
            <w:pPr>
              <w:pStyle w:val="CMRBodySmall"/>
              <w:spacing w:after="20"/>
            </w:pPr>
            <w:r>
              <w:t>○ A. Add all four daily counts.</w:t>
            </w:r>
          </w:p>
          <w:p w14:paraId="30E320E5" w14:textId="77777777" w:rsidR="00BE3968" w:rsidRDefault="00CA6E70">
            <w:pPr>
              <w:pStyle w:val="CMRBodySmall"/>
            </w:pPr>
            <w:r>
              <w:t>○ B. Use only the largest count.</w:t>
            </w:r>
          </w:p>
          <w:p w14:paraId="1471B24F" w14:textId="77777777" w:rsidR="00BE3968" w:rsidRDefault="00CA6E70">
            <w:pPr>
              <w:pStyle w:val="CMRBodySmall"/>
              <w:spacing w:after="120"/>
            </w:pPr>
            <w:r>
              <w:t>My math: ____________________________________________________________</w:t>
            </w:r>
          </w:p>
          <w:p w14:paraId="68D22E41" w14:textId="77777777" w:rsidR="00BE3968" w:rsidRDefault="00CA6E70">
            <w:pPr>
              <w:pStyle w:val="CMRBodySmall"/>
              <w:spacing w:after="120"/>
            </w:pPr>
            <w:r>
              <w:t>____________________________________________________________________</w:t>
            </w:r>
          </w:p>
          <w:p w14:paraId="62455E3C" w14:textId="77777777" w:rsidR="00BE3968" w:rsidRDefault="00CA6E70">
            <w:pPr>
              <w:pStyle w:val="CMRBodySmall"/>
              <w:spacing w:after="100"/>
            </w:pPr>
            <w:r>
              <w:t>Answer and check: ___________________________________________________</w:t>
            </w:r>
          </w:p>
        </w:tc>
      </w:tr>
    </w:tbl>
    <w:p w14:paraId="3395A87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B68344D" w14:textId="77777777">
        <w:tc>
          <w:tcPr>
            <w:tcW w:w="10036" w:type="dxa"/>
            <w:tcMar>
              <w:top w:w="70" w:type="dxa"/>
              <w:left w:w="140" w:type="dxa"/>
              <w:bottom w:w="85" w:type="dxa"/>
              <w:right w:w="140" w:type="dxa"/>
            </w:tcMar>
          </w:tcPr>
          <w:p w14:paraId="0F6C8C4A" w14:textId="77777777" w:rsidR="00BE3968" w:rsidRDefault="00BE3968"/>
          <w:p w14:paraId="524EA90E" w14:textId="77777777" w:rsidR="00BE3968" w:rsidRDefault="00CA6E70">
            <w:pPr>
              <w:pStyle w:val="CMRBodySmall"/>
            </w:pPr>
            <w:r>
              <w:rPr>
                <w:b/>
              </w:rPr>
              <w:t>PROBLEM S1-222</w:t>
            </w:r>
          </w:p>
          <w:p w14:paraId="2EB86470" w14:textId="77777777" w:rsidR="00BE3968" w:rsidRDefault="00CA6E70">
            <w:pPr>
              <w:spacing w:after="140"/>
            </w:pPr>
            <w:r>
              <w:t>A food pantry served 8 families on Monday, 5 on Tuesday, 8 on Wednesday, and 9 on Thursday. Sharon needs the total for the weekly report. What number should Sharon report?</w:t>
            </w:r>
          </w:p>
          <w:p w14:paraId="72F1FB2B" w14:textId="77777777" w:rsidR="00BE3968" w:rsidRDefault="00CA6E70">
            <w:pPr>
              <w:pStyle w:val="CMRBodySmall"/>
              <w:spacing w:after="40"/>
            </w:pPr>
            <w:r>
              <w:rPr>
                <w:b/>
              </w:rPr>
              <w:t>STEP 1 — WHAT DO THEY WANT?</w:t>
            </w:r>
          </w:p>
          <w:p w14:paraId="483DA2B2" w14:textId="77777777" w:rsidR="00BE3968" w:rsidRDefault="00CA6E70">
            <w:pPr>
              <w:pStyle w:val="CMRBodySmall"/>
              <w:spacing w:after="20"/>
            </w:pPr>
            <w:r>
              <w:t>○ A. All the families added up.</w:t>
            </w:r>
          </w:p>
          <w:p w14:paraId="7F976D16" w14:textId="77777777" w:rsidR="00BE3968" w:rsidRDefault="00CA6E70">
            <w:pPr>
              <w:pStyle w:val="CMRBodySmall"/>
              <w:spacing w:after="80"/>
            </w:pPr>
            <w:r>
              <w:t>○ B. The number served on Thursday.</w:t>
            </w:r>
          </w:p>
          <w:p w14:paraId="6F40F0CE" w14:textId="77777777" w:rsidR="00BE3968" w:rsidRDefault="00CA6E70">
            <w:pPr>
              <w:pStyle w:val="CMRBodySmall"/>
              <w:spacing w:after="40"/>
            </w:pPr>
            <w:r>
              <w:rPr>
                <w:b/>
              </w:rPr>
              <w:t>STEP 2 — WHAT DO I KNOW?</w:t>
            </w:r>
          </w:p>
          <w:p w14:paraId="29630CF1" w14:textId="77777777" w:rsidR="00BE3968" w:rsidRDefault="00CA6E70">
            <w:pPr>
              <w:pStyle w:val="CMRBodySmall"/>
              <w:spacing w:after="40"/>
            </w:pPr>
            <w:r>
              <w:t>Monday: ____________________</w:t>
            </w:r>
          </w:p>
          <w:p w14:paraId="57F44800" w14:textId="77777777" w:rsidR="00BE3968" w:rsidRDefault="00CA6E70">
            <w:pPr>
              <w:pStyle w:val="CMRBodySmall"/>
              <w:spacing w:after="40"/>
            </w:pPr>
            <w:r>
              <w:t>Tuesday: ____________________</w:t>
            </w:r>
          </w:p>
          <w:p w14:paraId="1D30EDF1" w14:textId="77777777" w:rsidR="00BE3968" w:rsidRDefault="00CA6E70">
            <w:pPr>
              <w:pStyle w:val="CMRBodySmall"/>
              <w:spacing w:after="40"/>
            </w:pPr>
            <w:r>
              <w:t>Wednesday: ____________________</w:t>
            </w:r>
          </w:p>
          <w:p w14:paraId="5A71DFC8" w14:textId="77777777" w:rsidR="00BE3968" w:rsidRDefault="00CA6E70">
            <w:pPr>
              <w:pStyle w:val="CMRBodySmall"/>
              <w:spacing w:after="40"/>
            </w:pPr>
            <w:r>
              <w:t>Thursday: ____________________</w:t>
            </w:r>
          </w:p>
          <w:p w14:paraId="517B08A8" w14:textId="77777777" w:rsidR="00BE3968" w:rsidRDefault="00CA6E70">
            <w:pPr>
              <w:pStyle w:val="CMRBodySmall"/>
              <w:spacing w:after="40"/>
            </w:pPr>
            <w:r>
              <w:rPr>
                <w:b/>
              </w:rPr>
              <w:t>STEP 3 — HOW DO I FIND IT?</w:t>
            </w:r>
          </w:p>
          <w:p w14:paraId="7807FB01" w14:textId="77777777" w:rsidR="00BE3968" w:rsidRDefault="00CA6E70">
            <w:pPr>
              <w:pStyle w:val="CMRBodySmall"/>
              <w:spacing w:after="20"/>
            </w:pPr>
            <w:r>
              <w:t>○ A. Add all four daily counts.</w:t>
            </w:r>
          </w:p>
          <w:p w14:paraId="65355DBB" w14:textId="77777777" w:rsidR="00BE3968" w:rsidRDefault="00CA6E70">
            <w:pPr>
              <w:pStyle w:val="CMRBodySmall"/>
            </w:pPr>
            <w:r>
              <w:t>○ B. Use only the largest count.</w:t>
            </w:r>
          </w:p>
          <w:p w14:paraId="4B59BF40" w14:textId="77777777" w:rsidR="00BE3968" w:rsidRDefault="00CA6E70">
            <w:pPr>
              <w:pStyle w:val="CMRBodySmall"/>
              <w:spacing w:after="120"/>
            </w:pPr>
            <w:r>
              <w:t>My math: ____________________________________________________________</w:t>
            </w:r>
          </w:p>
          <w:p w14:paraId="4D0ADECE" w14:textId="77777777" w:rsidR="00BE3968" w:rsidRDefault="00CA6E70">
            <w:pPr>
              <w:pStyle w:val="CMRBodySmall"/>
              <w:spacing w:after="120"/>
            </w:pPr>
            <w:r>
              <w:t>____________________________________________________________________</w:t>
            </w:r>
          </w:p>
          <w:p w14:paraId="35125589" w14:textId="77777777" w:rsidR="00BE3968" w:rsidRDefault="00CA6E70">
            <w:pPr>
              <w:pStyle w:val="CMRBodySmall"/>
              <w:spacing w:after="100"/>
            </w:pPr>
            <w:r>
              <w:t>Answer and check: ___________________________________________________</w:t>
            </w:r>
          </w:p>
        </w:tc>
      </w:tr>
    </w:tbl>
    <w:p w14:paraId="07AB250C" w14:textId="77777777" w:rsidR="00BE3968" w:rsidRDefault="00CA6E70">
      <w:r>
        <w:br w:type="page"/>
      </w:r>
    </w:p>
    <w:p w14:paraId="4BB9043E" w14:textId="77777777" w:rsidR="00BE3968" w:rsidRDefault="00CA6E70">
      <w:pPr>
        <w:pStyle w:val="CMRSmallLabel"/>
        <w:spacing w:after="60"/>
      </w:pPr>
      <w:r>
        <w:rPr>
          <w:b w:val="0"/>
        </w:rPr>
        <w:t>SECTION 1  |  TOPIC 23  |  PRACTICE PAGE 2/5</w:t>
      </w:r>
    </w:p>
    <w:p w14:paraId="13E491EC" w14:textId="77777777" w:rsidR="00BE3968" w:rsidRDefault="00CA6E70">
      <w:pPr>
        <w:pStyle w:val="CMRPageTitle"/>
        <w:spacing w:after="60"/>
      </w:pPr>
      <w:r>
        <w:rPr>
          <w:b w:val="0"/>
        </w:rPr>
        <w:t>Understanding data</w:t>
      </w:r>
    </w:p>
    <w:p w14:paraId="42BEC49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FE65BB5" w14:textId="77777777">
        <w:tc>
          <w:tcPr>
            <w:tcW w:w="10036" w:type="dxa"/>
            <w:shd w:val="clear" w:color="auto" w:fill="F5F8F9"/>
            <w:tcMar>
              <w:top w:w="70" w:type="dxa"/>
              <w:left w:w="140" w:type="dxa"/>
              <w:bottom w:w="85" w:type="dxa"/>
              <w:right w:w="140" w:type="dxa"/>
            </w:tcMar>
          </w:tcPr>
          <w:p w14:paraId="2B88444C" w14:textId="77777777" w:rsidR="00BE3968" w:rsidRDefault="00BE3968"/>
          <w:p w14:paraId="25B0EBFB" w14:textId="77777777" w:rsidR="00BE3968" w:rsidRDefault="00CA6E70">
            <w:pPr>
              <w:pStyle w:val="CMRBodySmall"/>
            </w:pPr>
            <w:r>
              <w:rPr>
                <w:b/>
              </w:rPr>
              <w:t>PROBLEM S1-223</w:t>
            </w:r>
          </w:p>
          <w:p w14:paraId="0F59C3E5" w14:textId="77777777" w:rsidR="00BE3968" w:rsidRDefault="00CA6E70">
            <w:pPr>
              <w:spacing w:after="140"/>
            </w:pPr>
            <w:r>
              <w:t>Andre looks at a food pantry’s record: Monday 8 families, Tuesday 8, Wednesday 5, Thursday 11. How many more families came on the busiest morning than on the slowest morning?</w:t>
            </w:r>
          </w:p>
          <w:p w14:paraId="01BCD527" w14:textId="77777777" w:rsidR="00BE3968" w:rsidRDefault="00CA6E70">
            <w:pPr>
              <w:pStyle w:val="CMRBodySmall"/>
              <w:spacing w:after="40"/>
            </w:pPr>
            <w:r>
              <w:rPr>
                <w:b/>
              </w:rPr>
              <w:t>STEP 1 — WHAT DO THEY WANT?</w:t>
            </w:r>
          </w:p>
          <w:p w14:paraId="4449EC0B" w14:textId="77777777" w:rsidR="00BE3968" w:rsidRDefault="00CA6E70">
            <w:pPr>
              <w:pStyle w:val="CMRBodySmall"/>
              <w:spacing w:after="20"/>
            </w:pPr>
            <w:r>
              <w:t>○ A. The total for all four mornings.</w:t>
            </w:r>
          </w:p>
          <w:p w14:paraId="62F148A6" w14:textId="77777777" w:rsidR="00BE3968" w:rsidRDefault="00CA6E70">
            <w:pPr>
              <w:pStyle w:val="CMRBodySmall"/>
              <w:spacing w:after="80"/>
            </w:pPr>
            <w:r>
              <w:t>○ B. The difference between the busiest and slowest mornings.</w:t>
            </w:r>
          </w:p>
          <w:p w14:paraId="5D7CF34D" w14:textId="77777777" w:rsidR="00BE3968" w:rsidRDefault="00CA6E70">
            <w:pPr>
              <w:pStyle w:val="CMRBodySmall"/>
              <w:spacing w:after="40"/>
            </w:pPr>
            <w:r>
              <w:rPr>
                <w:b/>
              </w:rPr>
              <w:t>STEP 2 — WHAT DO I KNOW?</w:t>
            </w:r>
          </w:p>
          <w:p w14:paraId="1D8EB980" w14:textId="77777777" w:rsidR="00BE3968" w:rsidRDefault="00CA6E70">
            <w:pPr>
              <w:pStyle w:val="CMRBodySmall"/>
              <w:spacing w:after="40"/>
            </w:pPr>
            <w:r>
              <w:t>Monday: ____________________</w:t>
            </w:r>
          </w:p>
          <w:p w14:paraId="076F25E4" w14:textId="77777777" w:rsidR="00BE3968" w:rsidRDefault="00CA6E70">
            <w:pPr>
              <w:pStyle w:val="CMRBodySmall"/>
              <w:spacing w:after="40"/>
            </w:pPr>
            <w:r>
              <w:t>Tuesday: ____________________</w:t>
            </w:r>
          </w:p>
          <w:p w14:paraId="591D39B4" w14:textId="77777777" w:rsidR="00BE3968" w:rsidRDefault="00CA6E70">
            <w:pPr>
              <w:pStyle w:val="CMRBodySmall"/>
              <w:spacing w:after="40"/>
            </w:pPr>
            <w:r>
              <w:t>Wednesday: ____________________</w:t>
            </w:r>
          </w:p>
          <w:p w14:paraId="61C7EAA3" w14:textId="77777777" w:rsidR="00BE3968" w:rsidRDefault="00CA6E70">
            <w:pPr>
              <w:pStyle w:val="CMRBodySmall"/>
              <w:spacing w:after="40"/>
            </w:pPr>
            <w:r>
              <w:t>Thursday: ____________________</w:t>
            </w:r>
          </w:p>
          <w:p w14:paraId="4E0D4CC1" w14:textId="77777777" w:rsidR="00BE3968" w:rsidRDefault="00CA6E70">
            <w:pPr>
              <w:pStyle w:val="CMRBodySmall"/>
              <w:spacing w:after="40"/>
            </w:pPr>
            <w:r>
              <w:rPr>
                <w:b/>
              </w:rPr>
              <w:t>STEP 3 — HOW DO I FIND IT?</w:t>
            </w:r>
          </w:p>
          <w:p w14:paraId="6F467967" w14:textId="77777777" w:rsidR="00BE3968" w:rsidRDefault="00CA6E70">
            <w:pPr>
              <w:pStyle w:val="CMRBodySmall"/>
              <w:spacing w:after="20"/>
            </w:pPr>
            <w:r>
              <w:t>○ A. Add all four counts.</w:t>
            </w:r>
          </w:p>
          <w:p w14:paraId="7DAC56D4" w14:textId="77777777" w:rsidR="00BE3968" w:rsidRDefault="00CA6E70">
            <w:pPr>
              <w:pStyle w:val="CMRBodySmall"/>
            </w:pPr>
            <w:r>
              <w:t>○ B. Find the largest and smallest counts, then subtract.</w:t>
            </w:r>
          </w:p>
          <w:p w14:paraId="578C114E" w14:textId="77777777" w:rsidR="00BE3968" w:rsidRDefault="00CA6E70">
            <w:pPr>
              <w:pStyle w:val="CMRBodySmall"/>
              <w:spacing w:after="120"/>
            </w:pPr>
            <w:r>
              <w:t>My math: ____________________________________________________________</w:t>
            </w:r>
          </w:p>
          <w:p w14:paraId="3380B4C7" w14:textId="77777777" w:rsidR="00BE3968" w:rsidRDefault="00CA6E70">
            <w:pPr>
              <w:pStyle w:val="CMRBodySmall"/>
              <w:spacing w:after="120"/>
            </w:pPr>
            <w:r>
              <w:t>____________________________________________________________________</w:t>
            </w:r>
          </w:p>
          <w:p w14:paraId="6BA40F28" w14:textId="77777777" w:rsidR="00BE3968" w:rsidRDefault="00CA6E70">
            <w:pPr>
              <w:pStyle w:val="CMRBodySmall"/>
              <w:spacing w:after="100"/>
            </w:pPr>
            <w:r>
              <w:t>Answer and check: ___________________________________________________</w:t>
            </w:r>
          </w:p>
        </w:tc>
      </w:tr>
    </w:tbl>
    <w:p w14:paraId="1358F11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5CEC637" w14:textId="77777777">
        <w:tc>
          <w:tcPr>
            <w:tcW w:w="10036" w:type="dxa"/>
            <w:tcMar>
              <w:top w:w="70" w:type="dxa"/>
              <w:left w:w="140" w:type="dxa"/>
              <w:bottom w:w="85" w:type="dxa"/>
              <w:right w:w="140" w:type="dxa"/>
            </w:tcMar>
          </w:tcPr>
          <w:p w14:paraId="5624E97F" w14:textId="77777777" w:rsidR="00BE3968" w:rsidRDefault="00BE3968"/>
          <w:p w14:paraId="611EA28C" w14:textId="77777777" w:rsidR="00BE3968" w:rsidRDefault="00CA6E70">
            <w:pPr>
              <w:pStyle w:val="CMRBodySmall"/>
            </w:pPr>
            <w:r>
              <w:rPr>
                <w:b/>
              </w:rPr>
              <w:t>PROBLEM S1-224</w:t>
            </w:r>
          </w:p>
          <w:p w14:paraId="6F4EC6E6" w14:textId="77777777" w:rsidR="00BE3968" w:rsidRDefault="00CA6E70">
            <w:pPr>
              <w:spacing w:after="140"/>
            </w:pPr>
            <w:r>
              <w:t>Patricia reviews a food pantry’s record of families served on four mornings: Monday 10, Tuesday 10, Wednesday 7, and Thursday 9. How many families were served in all four mornings?</w:t>
            </w:r>
          </w:p>
          <w:p w14:paraId="3C3150ED" w14:textId="77777777" w:rsidR="00BE3968" w:rsidRDefault="00CA6E70">
            <w:pPr>
              <w:pStyle w:val="CMRBodySmall"/>
              <w:spacing w:after="40"/>
            </w:pPr>
            <w:r>
              <w:rPr>
                <w:b/>
              </w:rPr>
              <w:t>STEP 1 — WHAT DO THEY WANT?</w:t>
            </w:r>
          </w:p>
          <w:p w14:paraId="4AFA792D" w14:textId="77777777" w:rsidR="00BE3968" w:rsidRDefault="00CA6E70">
            <w:pPr>
              <w:pStyle w:val="CMRBodySmall"/>
              <w:spacing w:after="20"/>
            </w:pPr>
            <w:r>
              <w:t>○ A. All the families added up.</w:t>
            </w:r>
          </w:p>
          <w:p w14:paraId="06078E77" w14:textId="77777777" w:rsidR="00BE3968" w:rsidRDefault="00CA6E70">
            <w:pPr>
              <w:pStyle w:val="CMRBodySmall"/>
              <w:spacing w:after="80"/>
            </w:pPr>
            <w:r>
              <w:t>○ B. The number served on Thursday.</w:t>
            </w:r>
          </w:p>
          <w:p w14:paraId="6AF119E9" w14:textId="77777777" w:rsidR="00BE3968" w:rsidRDefault="00CA6E70">
            <w:pPr>
              <w:pStyle w:val="CMRBodySmall"/>
              <w:spacing w:after="40"/>
            </w:pPr>
            <w:r>
              <w:rPr>
                <w:b/>
              </w:rPr>
              <w:t>STEP 2 — WHAT DO I KNOW?</w:t>
            </w:r>
          </w:p>
          <w:p w14:paraId="3E7BDFB4" w14:textId="77777777" w:rsidR="00BE3968" w:rsidRDefault="00CA6E70">
            <w:pPr>
              <w:pStyle w:val="CMRBodySmall"/>
              <w:spacing w:after="40"/>
            </w:pPr>
            <w:r>
              <w:t>Monday: ____________________</w:t>
            </w:r>
          </w:p>
          <w:p w14:paraId="3141D123" w14:textId="77777777" w:rsidR="00BE3968" w:rsidRDefault="00CA6E70">
            <w:pPr>
              <w:pStyle w:val="CMRBodySmall"/>
              <w:spacing w:after="40"/>
            </w:pPr>
            <w:r>
              <w:t>Tuesday: ____________________</w:t>
            </w:r>
          </w:p>
          <w:p w14:paraId="280C2862" w14:textId="77777777" w:rsidR="00BE3968" w:rsidRDefault="00CA6E70">
            <w:pPr>
              <w:pStyle w:val="CMRBodySmall"/>
              <w:spacing w:after="40"/>
            </w:pPr>
            <w:r>
              <w:t>Wednesday: ____________________</w:t>
            </w:r>
          </w:p>
          <w:p w14:paraId="3FAAB901" w14:textId="77777777" w:rsidR="00BE3968" w:rsidRDefault="00CA6E70">
            <w:pPr>
              <w:pStyle w:val="CMRBodySmall"/>
              <w:spacing w:after="40"/>
            </w:pPr>
            <w:r>
              <w:t>Thursday: ____________________</w:t>
            </w:r>
          </w:p>
          <w:p w14:paraId="4500EFE6" w14:textId="77777777" w:rsidR="00BE3968" w:rsidRDefault="00CA6E70">
            <w:pPr>
              <w:pStyle w:val="CMRBodySmall"/>
              <w:spacing w:after="40"/>
            </w:pPr>
            <w:r>
              <w:rPr>
                <w:b/>
              </w:rPr>
              <w:t>STEP 3 — HOW DO I FIND IT?</w:t>
            </w:r>
          </w:p>
          <w:p w14:paraId="50002FA2" w14:textId="77777777" w:rsidR="00BE3968" w:rsidRDefault="00CA6E70">
            <w:pPr>
              <w:pStyle w:val="CMRBodySmall"/>
              <w:spacing w:after="20"/>
            </w:pPr>
            <w:r>
              <w:t>○ A. Add all four daily counts.</w:t>
            </w:r>
          </w:p>
          <w:p w14:paraId="323034F7" w14:textId="77777777" w:rsidR="00BE3968" w:rsidRDefault="00CA6E70">
            <w:pPr>
              <w:pStyle w:val="CMRBodySmall"/>
            </w:pPr>
            <w:r>
              <w:t>○ B. Use only the largest count.</w:t>
            </w:r>
          </w:p>
          <w:p w14:paraId="7E6CBCC5" w14:textId="77777777" w:rsidR="00BE3968" w:rsidRDefault="00CA6E70">
            <w:pPr>
              <w:pStyle w:val="CMRBodySmall"/>
              <w:spacing w:after="120"/>
            </w:pPr>
            <w:r>
              <w:t>My math: ____________________________________________________________</w:t>
            </w:r>
          </w:p>
          <w:p w14:paraId="2C92D7FD" w14:textId="77777777" w:rsidR="00BE3968" w:rsidRDefault="00CA6E70">
            <w:pPr>
              <w:pStyle w:val="CMRBodySmall"/>
              <w:spacing w:after="120"/>
            </w:pPr>
            <w:r>
              <w:t>____________________________________________________________________</w:t>
            </w:r>
          </w:p>
          <w:p w14:paraId="1874D9A8" w14:textId="77777777" w:rsidR="00BE3968" w:rsidRDefault="00CA6E70">
            <w:pPr>
              <w:pStyle w:val="CMRBodySmall"/>
              <w:spacing w:after="100"/>
            </w:pPr>
            <w:r>
              <w:t>Answer and check: ___________________________________________________</w:t>
            </w:r>
          </w:p>
        </w:tc>
      </w:tr>
    </w:tbl>
    <w:p w14:paraId="7897110E" w14:textId="77777777" w:rsidR="00BE3968" w:rsidRDefault="00CA6E70">
      <w:r>
        <w:br w:type="page"/>
      </w:r>
    </w:p>
    <w:p w14:paraId="56764790" w14:textId="77777777" w:rsidR="00BE3968" w:rsidRDefault="00CA6E70">
      <w:pPr>
        <w:pStyle w:val="CMRSmallLabel"/>
        <w:spacing w:after="60"/>
      </w:pPr>
      <w:r>
        <w:rPr>
          <w:b w:val="0"/>
        </w:rPr>
        <w:t>SECTION 1  |  TOPIC 23  |  PRACTICE PAGE 3/5</w:t>
      </w:r>
    </w:p>
    <w:p w14:paraId="12A4345C" w14:textId="77777777" w:rsidR="00BE3968" w:rsidRDefault="00CA6E70">
      <w:pPr>
        <w:pStyle w:val="CMRPageTitle"/>
        <w:spacing w:after="60"/>
      </w:pPr>
      <w:r>
        <w:rPr>
          <w:b w:val="0"/>
        </w:rPr>
        <w:t>Understanding data</w:t>
      </w:r>
    </w:p>
    <w:p w14:paraId="4079671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51100FA" w14:textId="77777777">
        <w:tc>
          <w:tcPr>
            <w:tcW w:w="10036" w:type="dxa"/>
            <w:shd w:val="clear" w:color="auto" w:fill="F5F8F9"/>
            <w:tcMar>
              <w:top w:w="70" w:type="dxa"/>
              <w:left w:w="140" w:type="dxa"/>
              <w:bottom w:w="85" w:type="dxa"/>
              <w:right w:w="140" w:type="dxa"/>
            </w:tcMar>
          </w:tcPr>
          <w:p w14:paraId="0C75BE7F" w14:textId="77777777" w:rsidR="00BE3968" w:rsidRDefault="00BE3968"/>
          <w:p w14:paraId="1C19C463" w14:textId="77777777" w:rsidR="00BE3968" w:rsidRDefault="00CA6E70">
            <w:pPr>
              <w:pStyle w:val="CMRBodySmall"/>
            </w:pPr>
            <w:r>
              <w:rPr>
                <w:b/>
              </w:rPr>
              <w:t>PROBLEM S1-225</w:t>
            </w:r>
          </w:p>
          <w:p w14:paraId="238FD0ED" w14:textId="77777777" w:rsidR="00BE3968" w:rsidRDefault="00CA6E70">
            <w:pPr>
              <w:spacing w:after="140"/>
            </w:pPr>
            <w:r>
              <w:t>A food pantry served 8 families on Monday, 9 on Tuesday, 8 on Wednesday, and 6 on Thursday. Elaine needs the total for the weekly report. What number should Elaine report?</w:t>
            </w:r>
          </w:p>
          <w:p w14:paraId="5F4EC819" w14:textId="77777777" w:rsidR="00BE3968" w:rsidRDefault="00CA6E70">
            <w:pPr>
              <w:pStyle w:val="CMRBodySmall"/>
              <w:spacing w:after="40"/>
            </w:pPr>
            <w:r>
              <w:rPr>
                <w:b/>
              </w:rPr>
              <w:t>STEP 1 — WHAT DO THEY WANT?</w:t>
            </w:r>
          </w:p>
          <w:p w14:paraId="6C5F432B" w14:textId="77777777" w:rsidR="00BE3968" w:rsidRDefault="00CA6E70">
            <w:pPr>
              <w:pStyle w:val="CMRBodySmall"/>
              <w:spacing w:after="20"/>
            </w:pPr>
            <w:r>
              <w:t>○ A. The total for all four mornings.</w:t>
            </w:r>
          </w:p>
          <w:p w14:paraId="1DA0AB87" w14:textId="77777777" w:rsidR="00BE3968" w:rsidRDefault="00CA6E70">
            <w:pPr>
              <w:pStyle w:val="CMRBodySmall"/>
              <w:spacing w:after="80"/>
            </w:pPr>
            <w:r>
              <w:t>○ B. The number served on the busiest morning.</w:t>
            </w:r>
          </w:p>
          <w:p w14:paraId="37E12AE4" w14:textId="77777777" w:rsidR="00BE3968" w:rsidRDefault="00CA6E70">
            <w:pPr>
              <w:pStyle w:val="CMRBodySmall"/>
              <w:spacing w:after="40"/>
            </w:pPr>
            <w:r>
              <w:rPr>
                <w:b/>
              </w:rPr>
              <w:t>STEP 2 — WHAT DO I KNOW?</w:t>
            </w:r>
          </w:p>
          <w:p w14:paraId="5437464B" w14:textId="77777777" w:rsidR="00BE3968" w:rsidRDefault="00CA6E70">
            <w:pPr>
              <w:pStyle w:val="CMRBodySmall"/>
              <w:spacing w:after="40"/>
            </w:pPr>
            <w:r>
              <w:t>Monday: ____________________</w:t>
            </w:r>
          </w:p>
          <w:p w14:paraId="67908070" w14:textId="77777777" w:rsidR="00BE3968" w:rsidRDefault="00CA6E70">
            <w:pPr>
              <w:pStyle w:val="CMRBodySmall"/>
              <w:spacing w:after="40"/>
            </w:pPr>
            <w:r>
              <w:t>Tuesday: ____________________</w:t>
            </w:r>
          </w:p>
          <w:p w14:paraId="1C789AE9" w14:textId="77777777" w:rsidR="00BE3968" w:rsidRDefault="00CA6E70">
            <w:pPr>
              <w:pStyle w:val="CMRBodySmall"/>
              <w:spacing w:after="40"/>
            </w:pPr>
            <w:r>
              <w:t>Wednesday: ____________________</w:t>
            </w:r>
          </w:p>
          <w:p w14:paraId="561C7D94" w14:textId="77777777" w:rsidR="00BE3968" w:rsidRDefault="00CA6E70">
            <w:pPr>
              <w:pStyle w:val="CMRBodySmall"/>
              <w:spacing w:after="40"/>
            </w:pPr>
            <w:r>
              <w:t>Thursday: ____________________</w:t>
            </w:r>
          </w:p>
          <w:p w14:paraId="2D9C36AF" w14:textId="77777777" w:rsidR="00BE3968" w:rsidRDefault="00CA6E70">
            <w:pPr>
              <w:pStyle w:val="CMRBodySmall"/>
              <w:spacing w:after="40"/>
            </w:pPr>
            <w:r>
              <w:rPr>
                <w:b/>
              </w:rPr>
              <w:t>STEP 3 — HOW DO I FIND IT?</w:t>
            </w:r>
          </w:p>
          <w:p w14:paraId="5CEAA3ED" w14:textId="77777777" w:rsidR="00BE3968" w:rsidRDefault="00CA6E70">
            <w:pPr>
              <w:pStyle w:val="CMRBodySmall"/>
              <w:spacing w:after="20"/>
            </w:pPr>
            <w:r>
              <w:t>○ A. Add all four daily counts.</w:t>
            </w:r>
          </w:p>
          <w:p w14:paraId="309F9876" w14:textId="77777777" w:rsidR="00BE3968" w:rsidRDefault="00CA6E70">
            <w:pPr>
              <w:pStyle w:val="CMRBodySmall"/>
            </w:pPr>
            <w:r>
              <w:t>○ B. Use only the largest count.</w:t>
            </w:r>
          </w:p>
          <w:p w14:paraId="75A8A6C7" w14:textId="77777777" w:rsidR="00BE3968" w:rsidRDefault="00CA6E70">
            <w:pPr>
              <w:pStyle w:val="CMRBodySmall"/>
              <w:spacing w:after="120"/>
            </w:pPr>
            <w:r>
              <w:t>My math: ____________________________________________________________</w:t>
            </w:r>
          </w:p>
          <w:p w14:paraId="62131E2C" w14:textId="77777777" w:rsidR="00BE3968" w:rsidRDefault="00CA6E70">
            <w:pPr>
              <w:pStyle w:val="CMRBodySmall"/>
              <w:spacing w:after="120"/>
            </w:pPr>
            <w:r>
              <w:t>____________________________________________________________________</w:t>
            </w:r>
          </w:p>
          <w:p w14:paraId="12795DD2" w14:textId="77777777" w:rsidR="00BE3968" w:rsidRDefault="00CA6E70">
            <w:pPr>
              <w:pStyle w:val="CMRBodySmall"/>
              <w:spacing w:after="100"/>
            </w:pPr>
            <w:r>
              <w:t>Answer and check: ___________________________________________________</w:t>
            </w:r>
          </w:p>
        </w:tc>
      </w:tr>
    </w:tbl>
    <w:p w14:paraId="085F5FC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1297EB7" w14:textId="77777777">
        <w:tc>
          <w:tcPr>
            <w:tcW w:w="10036" w:type="dxa"/>
            <w:tcMar>
              <w:top w:w="70" w:type="dxa"/>
              <w:left w:w="140" w:type="dxa"/>
              <w:bottom w:w="85" w:type="dxa"/>
              <w:right w:w="140" w:type="dxa"/>
            </w:tcMar>
          </w:tcPr>
          <w:p w14:paraId="4DEADAF1" w14:textId="77777777" w:rsidR="00BE3968" w:rsidRDefault="00BE3968"/>
          <w:p w14:paraId="45DE347B" w14:textId="77777777" w:rsidR="00BE3968" w:rsidRDefault="00CA6E70">
            <w:pPr>
              <w:pStyle w:val="CMRBodySmall"/>
            </w:pPr>
            <w:r>
              <w:rPr>
                <w:b/>
              </w:rPr>
              <w:t>PROBLEM S1-226</w:t>
            </w:r>
          </w:p>
          <w:p w14:paraId="78901FDB" w14:textId="77777777" w:rsidR="00BE3968" w:rsidRDefault="00CA6E70">
            <w:pPr>
              <w:spacing w:after="140"/>
            </w:pPr>
            <w:r>
              <w:t>Terry looks at a food pantry’s record: Monday 13 families, Tuesday 10, Wednesday 7, Thursday 5. How many more families came on the busiest morning than on the slowest morning?</w:t>
            </w:r>
          </w:p>
          <w:p w14:paraId="4C231835" w14:textId="77777777" w:rsidR="00BE3968" w:rsidRDefault="00CA6E70">
            <w:pPr>
              <w:pStyle w:val="CMRBodySmall"/>
              <w:spacing w:after="40"/>
            </w:pPr>
            <w:r>
              <w:rPr>
                <w:b/>
              </w:rPr>
              <w:t>STEP 1 — WHAT DO THEY WANT?</w:t>
            </w:r>
          </w:p>
          <w:p w14:paraId="796488A2" w14:textId="77777777" w:rsidR="00BE3968" w:rsidRDefault="00CA6E70">
            <w:pPr>
              <w:pStyle w:val="CMRBodySmall"/>
              <w:spacing w:after="20"/>
            </w:pPr>
            <w:r>
              <w:t>○ A. The total for all four mornings.</w:t>
            </w:r>
          </w:p>
          <w:p w14:paraId="20DAB7D3" w14:textId="77777777" w:rsidR="00BE3968" w:rsidRDefault="00CA6E70">
            <w:pPr>
              <w:pStyle w:val="CMRBodySmall"/>
              <w:spacing w:after="80"/>
            </w:pPr>
            <w:r>
              <w:t>○ B. The difference between the busiest and slowest mornings.</w:t>
            </w:r>
          </w:p>
          <w:p w14:paraId="01CACEA1" w14:textId="77777777" w:rsidR="00BE3968" w:rsidRDefault="00CA6E70">
            <w:pPr>
              <w:pStyle w:val="CMRBodySmall"/>
              <w:spacing w:after="40"/>
            </w:pPr>
            <w:r>
              <w:rPr>
                <w:b/>
              </w:rPr>
              <w:t>STEP 2 — WHAT DO I KNOW?</w:t>
            </w:r>
          </w:p>
          <w:p w14:paraId="5C65BA12" w14:textId="77777777" w:rsidR="00BE3968" w:rsidRDefault="00CA6E70">
            <w:pPr>
              <w:pStyle w:val="CMRBodySmall"/>
              <w:spacing w:after="40"/>
            </w:pPr>
            <w:r>
              <w:t>Monday: ____________________</w:t>
            </w:r>
          </w:p>
          <w:p w14:paraId="45A03E99" w14:textId="77777777" w:rsidR="00BE3968" w:rsidRDefault="00CA6E70">
            <w:pPr>
              <w:pStyle w:val="CMRBodySmall"/>
              <w:spacing w:after="40"/>
            </w:pPr>
            <w:r>
              <w:t>Tuesday: ____________________</w:t>
            </w:r>
          </w:p>
          <w:p w14:paraId="6B267211" w14:textId="77777777" w:rsidR="00BE3968" w:rsidRDefault="00CA6E70">
            <w:pPr>
              <w:pStyle w:val="CMRBodySmall"/>
              <w:spacing w:after="40"/>
            </w:pPr>
            <w:r>
              <w:t>Wednesday: ____________________</w:t>
            </w:r>
          </w:p>
          <w:p w14:paraId="1809781B" w14:textId="77777777" w:rsidR="00BE3968" w:rsidRDefault="00CA6E70">
            <w:pPr>
              <w:pStyle w:val="CMRBodySmall"/>
              <w:spacing w:after="40"/>
            </w:pPr>
            <w:r>
              <w:t>Thursday: ____________________</w:t>
            </w:r>
          </w:p>
          <w:p w14:paraId="2F8E604E" w14:textId="77777777" w:rsidR="00BE3968" w:rsidRDefault="00CA6E70">
            <w:pPr>
              <w:pStyle w:val="CMRBodySmall"/>
              <w:spacing w:after="40"/>
            </w:pPr>
            <w:r>
              <w:rPr>
                <w:b/>
              </w:rPr>
              <w:t>STEP 3 — HOW DO I FIND IT?</w:t>
            </w:r>
          </w:p>
          <w:p w14:paraId="04115952" w14:textId="77777777" w:rsidR="00BE3968" w:rsidRDefault="00CA6E70">
            <w:pPr>
              <w:pStyle w:val="CMRBodySmall"/>
              <w:spacing w:after="20"/>
            </w:pPr>
            <w:r>
              <w:t>○ A. Add all four counts.</w:t>
            </w:r>
          </w:p>
          <w:p w14:paraId="289C4F1F" w14:textId="77777777" w:rsidR="00BE3968" w:rsidRDefault="00CA6E70">
            <w:pPr>
              <w:pStyle w:val="CMRBodySmall"/>
            </w:pPr>
            <w:r>
              <w:t>○ B. Find the largest and smallest counts, then subtract.</w:t>
            </w:r>
          </w:p>
          <w:p w14:paraId="0F9411CF" w14:textId="77777777" w:rsidR="00BE3968" w:rsidRDefault="00CA6E70">
            <w:pPr>
              <w:pStyle w:val="CMRBodySmall"/>
              <w:spacing w:after="120"/>
            </w:pPr>
            <w:r>
              <w:t>My math: ____________________________________________________________</w:t>
            </w:r>
          </w:p>
          <w:p w14:paraId="3E7BF8DB" w14:textId="77777777" w:rsidR="00BE3968" w:rsidRDefault="00CA6E70">
            <w:pPr>
              <w:pStyle w:val="CMRBodySmall"/>
              <w:spacing w:after="120"/>
            </w:pPr>
            <w:r>
              <w:t>____________________________________________________________________</w:t>
            </w:r>
          </w:p>
          <w:p w14:paraId="3506CE6A" w14:textId="77777777" w:rsidR="00BE3968" w:rsidRDefault="00CA6E70">
            <w:pPr>
              <w:pStyle w:val="CMRBodySmall"/>
              <w:spacing w:after="100"/>
            </w:pPr>
            <w:r>
              <w:t>Answer and check: ___________________________________________________</w:t>
            </w:r>
          </w:p>
        </w:tc>
      </w:tr>
    </w:tbl>
    <w:p w14:paraId="0FEF13E4" w14:textId="77777777" w:rsidR="00BE3968" w:rsidRDefault="00CA6E70">
      <w:r>
        <w:br w:type="page"/>
      </w:r>
    </w:p>
    <w:p w14:paraId="61DACA66" w14:textId="77777777" w:rsidR="00BE3968" w:rsidRDefault="00CA6E70">
      <w:pPr>
        <w:pStyle w:val="CMRSmallLabel"/>
        <w:spacing w:after="60"/>
      </w:pPr>
      <w:r>
        <w:rPr>
          <w:b w:val="0"/>
        </w:rPr>
        <w:t>SECTION 1  |  TOPIC 23  |  PRACTICE PAGE 4/5</w:t>
      </w:r>
    </w:p>
    <w:p w14:paraId="21938A37" w14:textId="77777777" w:rsidR="00BE3968" w:rsidRDefault="00CA6E70">
      <w:pPr>
        <w:pStyle w:val="CMRPageTitle"/>
        <w:spacing w:after="60"/>
      </w:pPr>
      <w:r>
        <w:rPr>
          <w:b w:val="0"/>
        </w:rPr>
        <w:t>Understanding data</w:t>
      </w:r>
    </w:p>
    <w:p w14:paraId="342A2DA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7AC0930" w14:textId="77777777">
        <w:tc>
          <w:tcPr>
            <w:tcW w:w="10036" w:type="dxa"/>
            <w:shd w:val="clear" w:color="auto" w:fill="F5F8F9"/>
            <w:tcMar>
              <w:top w:w="70" w:type="dxa"/>
              <w:left w:w="140" w:type="dxa"/>
              <w:bottom w:w="85" w:type="dxa"/>
              <w:right w:w="140" w:type="dxa"/>
            </w:tcMar>
          </w:tcPr>
          <w:p w14:paraId="512753E9" w14:textId="77777777" w:rsidR="00BE3968" w:rsidRDefault="00BE3968"/>
          <w:p w14:paraId="6CCAFA78" w14:textId="77777777" w:rsidR="00BE3968" w:rsidRDefault="00CA6E70">
            <w:pPr>
              <w:pStyle w:val="CMRBodySmall"/>
            </w:pPr>
            <w:r>
              <w:rPr>
                <w:b/>
              </w:rPr>
              <w:t>PROBLEM S1-227</w:t>
            </w:r>
          </w:p>
          <w:p w14:paraId="41F7ABDB" w14:textId="77777777" w:rsidR="00BE3968" w:rsidRDefault="00CA6E70">
            <w:pPr>
              <w:spacing w:after="140"/>
            </w:pPr>
            <w:r>
              <w:t>Rachel reviews a food pantry’s record of families served on four mornings: Monday 12, Tuesday 9, Wednesday 10, and Thursday 10. How many families were served in all four mornings?</w:t>
            </w:r>
          </w:p>
          <w:p w14:paraId="5588B784" w14:textId="77777777" w:rsidR="00BE3968" w:rsidRDefault="00CA6E70">
            <w:pPr>
              <w:pStyle w:val="CMRBodySmall"/>
              <w:spacing w:after="40"/>
            </w:pPr>
            <w:r>
              <w:rPr>
                <w:b/>
              </w:rPr>
              <w:t>STEP 1 — WHAT DO THEY WANT?</w:t>
            </w:r>
          </w:p>
          <w:p w14:paraId="78F51D50" w14:textId="77777777" w:rsidR="00BE3968" w:rsidRDefault="00CA6E70">
            <w:pPr>
              <w:pStyle w:val="CMRBodySmall"/>
              <w:spacing w:after="20"/>
            </w:pPr>
            <w:r>
              <w:t>○ A. The total for all four mornings.</w:t>
            </w:r>
          </w:p>
          <w:p w14:paraId="6E728883" w14:textId="77777777" w:rsidR="00BE3968" w:rsidRDefault="00CA6E70">
            <w:pPr>
              <w:pStyle w:val="CMRBodySmall"/>
              <w:spacing w:after="80"/>
            </w:pPr>
            <w:r>
              <w:t>○ B. The number served on the busiest morning.</w:t>
            </w:r>
          </w:p>
          <w:p w14:paraId="3AEBEC92" w14:textId="77777777" w:rsidR="00BE3968" w:rsidRDefault="00CA6E70">
            <w:pPr>
              <w:pStyle w:val="CMRBodySmall"/>
              <w:spacing w:after="40"/>
            </w:pPr>
            <w:r>
              <w:rPr>
                <w:b/>
              </w:rPr>
              <w:t>STEP 2 — WHAT DO I KNOW?</w:t>
            </w:r>
          </w:p>
          <w:p w14:paraId="07DF74EF" w14:textId="77777777" w:rsidR="00BE3968" w:rsidRDefault="00CA6E70">
            <w:pPr>
              <w:pStyle w:val="CMRBodySmall"/>
              <w:spacing w:after="40"/>
            </w:pPr>
            <w:r>
              <w:t>Monday: ____________________</w:t>
            </w:r>
          </w:p>
          <w:p w14:paraId="2295AAC6" w14:textId="77777777" w:rsidR="00BE3968" w:rsidRDefault="00CA6E70">
            <w:pPr>
              <w:pStyle w:val="CMRBodySmall"/>
              <w:spacing w:after="40"/>
            </w:pPr>
            <w:r>
              <w:t>Tuesday: ____________________</w:t>
            </w:r>
          </w:p>
          <w:p w14:paraId="583D3861" w14:textId="77777777" w:rsidR="00BE3968" w:rsidRDefault="00CA6E70">
            <w:pPr>
              <w:pStyle w:val="CMRBodySmall"/>
              <w:spacing w:after="40"/>
            </w:pPr>
            <w:r>
              <w:t>Wednesday: ____________________</w:t>
            </w:r>
          </w:p>
          <w:p w14:paraId="17A102DA" w14:textId="77777777" w:rsidR="00BE3968" w:rsidRDefault="00CA6E70">
            <w:pPr>
              <w:pStyle w:val="CMRBodySmall"/>
              <w:spacing w:after="40"/>
            </w:pPr>
            <w:r>
              <w:t>Thursday: ____________________</w:t>
            </w:r>
          </w:p>
          <w:p w14:paraId="62C53F60" w14:textId="77777777" w:rsidR="00BE3968" w:rsidRDefault="00CA6E70">
            <w:pPr>
              <w:pStyle w:val="CMRBodySmall"/>
              <w:spacing w:after="40"/>
            </w:pPr>
            <w:r>
              <w:rPr>
                <w:b/>
              </w:rPr>
              <w:t>STEP 3 — HOW DO I FIND IT?</w:t>
            </w:r>
          </w:p>
          <w:p w14:paraId="441D30B9" w14:textId="77777777" w:rsidR="00BE3968" w:rsidRDefault="00CA6E70">
            <w:pPr>
              <w:pStyle w:val="CMRBodySmall"/>
              <w:spacing w:after="20"/>
            </w:pPr>
            <w:r>
              <w:t>○ A. Use only the largest count.</w:t>
            </w:r>
          </w:p>
          <w:p w14:paraId="2EE303CC" w14:textId="77777777" w:rsidR="00BE3968" w:rsidRDefault="00CA6E70">
            <w:pPr>
              <w:pStyle w:val="CMRBodySmall"/>
            </w:pPr>
            <w:r>
              <w:t>○ B. Add all four daily counts.</w:t>
            </w:r>
          </w:p>
          <w:p w14:paraId="561573BD" w14:textId="77777777" w:rsidR="00BE3968" w:rsidRDefault="00CA6E70">
            <w:pPr>
              <w:pStyle w:val="CMRBodySmall"/>
              <w:spacing w:after="120"/>
            </w:pPr>
            <w:r>
              <w:t>My math: ____________________________________________________________</w:t>
            </w:r>
          </w:p>
          <w:p w14:paraId="1005F035" w14:textId="77777777" w:rsidR="00BE3968" w:rsidRDefault="00CA6E70">
            <w:pPr>
              <w:pStyle w:val="CMRBodySmall"/>
              <w:spacing w:after="120"/>
            </w:pPr>
            <w:r>
              <w:t>____________________________________________________________________</w:t>
            </w:r>
          </w:p>
          <w:p w14:paraId="4EDCCCDD" w14:textId="77777777" w:rsidR="00BE3968" w:rsidRDefault="00CA6E70">
            <w:pPr>
              <w:pStyle w:val="CMRBodySmall"/>
              <w:spacing w:after="100"/>
            </w:pPr>
            <w:r>
              <w:t>Answer and check: ___________________________________________________</w:t>
            </w:r>
          </w:p>
        </w:tc>
      </w:tr>
    </w:tbl>
    <w:p w14:paraId="6DE9342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A0CBD74" w14:textId="77777777">
        <w:tc>
          <w:tcPr>
            <w:tcW w:w="10036" w:type="dxa"/>
            <w:tcMar>
              <w:top w:w="70" w:type="dxa"/>
              <w:left w:w="140" w:type="dxa"/>
              <w:bottom w:w="85" w:type="dxa"/>
              <w:right w:w="140" w:type="dxa"/>
            </w:tcMar>
          </w:tcPr>
          <w:p w14:paraId="268395F7" w14:textId="77777777" w:rsidR="00BE3968" w:rsidRDefault="00BE3968"/>
          <w:p w14:paraId="211CE2B3" w14:textId="77777777" w:rsidR="00BE3968" w:rsidRDefault="00CA6E70">
            <w:pPr>
              <w:pStyle w:val="CMRBodySmall"/>
            </w:pPr>
            <w:r>
              <w:rPr>
                <w:b/>
              </w:rPr>
              <w:t>PROBLEM S1-228</w:t>
            </w:r>
          </w:p>
          <w:p w14:paraId="6C31A8D1" w14:textId="77777777" w:rsidR="00BE3968" w:rsidRDefault="00CA6E70">
            <w:pPr>
              <w:spacing w:after="140"/>
            </w:pPr>
            <w:r>
              <w:t>A food pantry served 6 families on Monday, 10 on Tuesday, 15 on Wednesday, and 13 on Thursday. Maria needs the total for the weekly report. What number should Maria report?</w:t>
            </w:r>
          </w:p>
          <w:p w14:paraId="4826582E" w14:textId="77777777" w:rsidR="00BE3968" w:rsidRDefault="00CA6E70">
            <w:pPr>
              <w:pStyle w:val="CMRBodySmall"/>
              <w:spacing w:after="40"/>
            </w:pPr>
            <w:r>
              <w:rPr>
                <w:b/>
              </w:rPr>
              <w:t>STEP 1 — WHAT DO THEY WANT?</w:t>
            </w:r>
          </w:p>
          <w:p w14:paraId="0211B91A" w14:textId="77777777" w:rsidR="00BE3968" w:rsidRDefault="00CA6E70">
            <w:pPr>
              <w:pStyle w:val="CMRBodySmall"/>
              <w:spacing w:after="20"/>
            </w:pPr>
            <w:r>
              <w:t>○ A. The number served on Thursday.</w:t>
            </w:r>
          </w:p>
          <w:p w14:paraId="7CF6CC7E" w14:textId="77777777" w:rsidR="00BE3968" w:rsidRDefault="00CA6E70">
            <w:pPr>
              <w:pStyle w:val="CMRBodySmall"/>
              <w:spacing w:after="80"/>
            </w:pPr>
            <w:r>
              <w:t>○ B. All the families added up.</w:t>
            </w:r>
          </w:p>
          <w:p w14:paraId="23100ADE" w14:textId="77777777" w:rsidR="00BE3968" w:rsidRDefault="00CA6E70">
            <w:pPr>
              <w:pStyle w:val="CMRBodySmall"/>
              <w:spacing w:after="40"/>
            </w:pPr>
            <w:r>
              <w:rPr>
                <w:b/>
              </w:rPr>
              <w:t>STEP 2 — WHAT DO I KNOW?</w:t>
            </w:r>
          </w:p>
          <w:p w14:paraId="397DB240" w14:textId="77777777" w:rsidR="00BE3968" w:rsidRDefault="00CA6E70">
            <w:pPr>
              <w:pStyle w:val="CMRBodySmall"/>
              <w:spacing w:after="40"/>
            </w:pPr>
            <w:r>
              <w:t>Monday: ____________________</w:t>
            </w:r>
          </w:p>
          <w:p w14:paraId="262C25A8" w14:textId="77777777" w:rsidR="00BE3968" w:rsidRDefault="00CA6E70">
            <w:pPr>
              <w:pStyle w:val="CMRBodySmall"/>
              <w:spacing w:after="40"/>
            </w:pPr>
            <w:r>
              <w:t>Tuesday: ____________________</w:t>
            </w:r>
          </w:p>
          <w:p w14:paraId="5F3BB4D8" w14:textId="77777777" w:rsidR="00BE3968" w:rsidRDefault="00CA6E70">
            <w:pPr>
              <w:pStyle w:val="CMRBodySmall"/>
              <w:spacing w:after="40"/>
            </w:pPr>
            <w:r>
              <w:t>Wednesday: ____________________</w:t>
            </w:r>
          </w:p>
          <w:p w14:paraId="2A5CDAEF" w14:textId="77777777" w:rsidR="00BE3968" w:rsidRDefault="00CA6E70">
            <w:pPr>
              <w:pStyle w:val="CMRBodySmall"/>
              <w:spacing w:after="40"/>
            </w:pPr>
            <w:r>
              <w:t>Thursday: ____________________</w:t>
            </w:r>
          </w:p>
          <w:p w14:paraId="06AD60CC" w14:textId="77777777" w:rsidR="00BE3968" w:rsidRDefault="00CA6E70">
            <w:pPr>
              <w:pStyle w:val="CMRBodySmall"/>
              <w:spacing w:after="40"/>
            </w:pPr>
            <w:r>
              <w:rPr>
                <w:b/>
              </w:rPr>
              <w:t>STEP 3 — HOW DO I FIND IT?</w:t>
            </w:r>
          </w:p>
          <w:p w14:paraId="44671F84" w14:textId="77777777" w:rsidR="00BE3968" w:rsidRDefault="00CA6E70">
            <w:pPr>
              <w:pStyle w:val="CMRBodySmall"/>
              <w:spacing w:after="20"/>
            </w:pPr>
            <w:r>
              <w:t>○ A. Add all four daily counts.</w:t>
            </w:r>
          </w:p>
          <w:p w14:paraId="4330E7A4" w14:textId="77777777" w:rsidR="00BE3968" w:rsidRDefault="00CA6E70">
            <w:pPr>
              <w:pStyle w:val="CMRBodySmall"/>
            </w:pPr>
            <w:r>
              <w:t>○ B. Use only the largest count.</w:t>
            </w:r>
          </w:p>
          <w:p w14:paraId="46334C81" w14:textId="77777777" w:rsidR="00BE3968" w:rsidRDefault="00CA6E70">
            <w:pPr>
              <w:pStyle w:val="CMRBodySmall"/>
              <w:spacing w:after="120"/>
            </w:pPr>
            <w:r>
              <w:t>My math: ____________________________________________________________</w:t>
            </w:r>
          </w:p>
          <w:p w14:paraId="390AC71B" w14:textId="77777777" w:rsidR="00BE3968" w:rsidRDefault="00CA6E70">
            <w:pPr>
              <w:pStyle w:val="CMRBodySmall"/>
              <w:spacing w:after="120"/>
            </w:pPr>
            <w:r>
              <w:t>____________________________________________________________________</w:t>
            </w:r>
          </w:p>
          <w:p w14:paraId="6D853345" w14:textId="77777777" w:rsidR="00BE3968" w:rsidRDefault="00CA6E70">
            <w:pPr>
              <w:pStyle w:val="CMRBodySmall"/>
              <w:spacing w:after="100"/>
            </w:pPr>
            <w:r>
              <w:t>Answer and check: ___________________________________________________</w:t>
            </w:r>
          </w:p>
        </w:tc>
      </w:tr>
    </w:tbl>
    <w:p w14:paraId="45CCC775" w14:textId="77777777" w:rsidR="00BE3968" w:rsidRDefault="00CA6E70">
      <w:r>
        <w:br w:type="page"/>
      </w:r>
    </w:p>
    <w:p w14:paraId="5C0CB5CF" w14:textId="77777777" w:rsidR="00BE3968" w:rsidRDefault="00CA6E70">
      <w:pPr>
        <w:pStyle w:val="CMRSmallLabel"/>
        <w:spacing w:after="60"/>
      </w:pPr>
      <w:r>
        <w:rPr>
          <w:b w:val="0"/>
        </w:rPr>
        <w:t>SECTION 1  |  TOPIC 23  |  PRACTICE PAGE 5/5</w:t>
      </w:r>
    </w:p>
    <w:p w14:paraId="6EA7AC06" w14:textId="77777777" w:rsidR="00BE3968" w:rsidRDefault="00CA6E70">
      <w:pPr>
        <w:pStyle w:val="CMRPageTitle"/>
        <w:spacing w:after="60"/>
      </w:pPr>
      <w:r>
        <w:rPr>
          <w:b w:val="0"/>
        </w:rPr>
        <w:t>Understanding data</w:t>
      </w:r>
    </w:p>
    <w:p w14:paraId="317F5C9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ADDF928" w14:textId="77777777">
        <w:tc>
          <w:tcPr>
            <w:tcW w:w="10036" w:type="dxa"/>
            <w:shd w:val="clear" w:color="auto" w:fill="F5F8F9"/>
            <w:tcMar>
              <w:top w:w="70" w:type="dxa"/>
              <w:left w:w="140" w:type="dxa"/>
              <w:bottom w:w="85" w:type="dxa"/>
              <w:right w:w="140" w:type="dxa"/>
            </w:tcMar>
          </w:tcPr>
          <w:p w14:paraId="7E10C561" w14:textId="77777777" w:rsidR="00BE3968" w:rsidRDefault="00BE3968"/>
          <w:p w14:paraId="64710BFA" w14:textId="77777777" w:rsidR="00BE3968" w:rsidRDefault="00CA6E70">
            <w:pPr>
              <w:pStyle w:val="CMRBodySmall"/>
            </w:pPr>
            <w:r>
              <w:rPr>
                <w:b/>
              </w:rPr>
              <w:t>PROBLEM S1-229</w:t>
            </w:r>
          </w:p>
          <w:p w14:paraId="5FE56BD5" w14:textId="77777777" w:rsidR="00BE3968" w:rsidRDefault="00CA6E70">
            <w:pPr>
              <w:spacing w:after="140"/>
            </w:pPr>
            <w:r>
              <w:t>Robert looks at a food pantry’s record: Monday 11 families, Tuesday 13, Wednesday 10, Thursday 13. How many more families came on the busiest morning than on the slowest morning?</w:t>
            </w:r>
          </w:p>
          <w:p w14:paraId="7F66A770" w14:textId="77777777" w:rsidR="00BE3968" w:rsidRDefault="00CA6E70">
            <w:pPr>
              <w:pStyle w:val="CMRBodySmall"/>
              <w:spacing w:after="40"/>
            </w:pPr>
            <w:r>
              <w:rPr>
                <w:b/>
              </w:rPr>
              <w:t>STEP 1 — WHAT DO THEY WANT?</w:t>
            </w:r>
          </w:p>
          <w:p w14:paraId="20326475" w14:textId="77777777" w:rsidR="00BE3968" w:rsidRDefault="00CA6E70">
            <w:pPr>
              <w:pStyle w:val="CMRBodySmall"/>
              <w:spacing w:after="20"/>
            </w:pPr>
            <w:r>
              <w:t>○ A. The difference between the busiest and slowest mornings.</w:t>
            </w:r>
          </w:p>
          <w:p w14:paraId="48449E37" w14:textId="77777777" w:rsidR="00BE3968" w:rsidRDefault="00CA6E70">
            <w:pPr>
              <w:pStyle w:val="CMRBodySmall"/>
              <w:spacing w:after="80"/>
            </w:pPr>
            <w:r>
              <w:t>○ B. The total for all four mornings.</w:t>
            </w:r>
          </w:p>
          <w:p w14:paraId="0B768949" w14:textId="77777777" w:rsidR="00BE3968" w:rsidRDefault="00CA6E70">
            <w:pPr>
              <w:pStyle w:val="CMRBodySmall"/>
              <w:spacing w:after="40"/>
            </w:pPr>
            <w:r>
              <w:rPr>
                <w:b/>
              </w:rPr>
              <w:t>STEP 2 — WHAT DO I KNOW?</w:t>
            </w:r>
          </w:p>
          <w:p w14:paraId="5D7D7F2C" w14:textId="77777777" w:rsidR="00BE3968" w:rsidRDefault="00CA6E70">
            <w:pPr>
              <w:pStyle w:val="CMRBodySmall"/>
              <w:spacing w:after="40"/>
            </w:pPr>
            <w:r>
              <w:t>Monday: ____________________</w:t>
            </w:r>
          </w:p>
          <w:p w14:paraId="3284AA07" w14:textId="77777777" w:rsidR="00BE3968" w:rsidRDefault="00CA6E70">
            <w:pPr>
              <w:pStyle w:val="CMRBodySmall"/>
              <w:spacing w:after="40"/>
            </w:pPr>
            <w:r>
              <w:t>Tuesday: ____________________</w:t>
            </w:r>
          </w:p>
          <w:p w14:paraId="4F8A8292" w14:textId="77777777" w:rsidR="00BE3968" w:rsidRDefault="00CA6E70">
            <w:pPr>
              <w:pStyle w:val="CMRBodySmall"/>
              <w:spacing w:after="40"/>
            </w:pPr>
            <w:r>
              <w:t>Wednesday: ____________________</w:t>
            </w:r>
          </w:p>
          <w:p w14:paraId="671758AA" w14:textId="77777777" w:rsidR="00BE3968" w:rsidRDefault="00CA6E70">
            <w:pPr>
              <w:pStyle w:val="CMRBodySmall"/>
              <w:spacing w:after="40"/>
            </w:pPr>
            <w:r>
              <w:t>Thursday: ____________________</w:t>
            </w:r>
          </w:p>
          <w:p w14:paraId="267BAFBA" w14:textId="77777777" w:rsidR="00BE3968" w:rsidRDefault="00CA6E70">
            <w:pPr>
              <w:pStyle w:val="CMRBodySmall"/>
              <w:spacing w:after="40"/>
            </w:pPr>
            <w:r>
              <w:rPr>
                <w:b/>
              </w:rPr>
              <w:t>STEP 3 — HOW DO I FIND IT?</w:t>
            </w:r>
          </w:p>
          <w:p w14:paraId="72113C99" w14:textId="77777777" w:rsidR="00BE3968" w:rsidRDefault="00CA6E70">
            <w:pPr>
              <w:pStyle w:val="CMRBodySmall"/>
              <w:spacing w:after="20"/>
            </w:pPr>
            <w:r>
              <w:t>○ A. Add all four counts.</w:t>
            </w:r>
          </w:p>
          <w:p w14:paraId="1A4EA51B" w14:textId="77777777" w:rsidR="00BE3968" w:rsidRDefault="00CA6E70">
            <w:pPr>
              <w:pStyle w:val="CMRBodySmall"/>
            </w:pPr>
            <w:r>
              <w:t>○ B. Find the largest and smallest counts, then subtract.</w:t>
            </w:r>
          </w:p>
          <w:p w14:paraId="5620C976" w14:textId="77777777" w:rsidR="00BE3968" w:rsidRDefault="00CA6E70">
            <w:pPr>
              <w:pStyle w:val="CMRBodySmall"/>
              <w:spacing w:after="120"/>
            </w:pPr>
            <w:r>
              <w:t>My math: ____________________________________________________________</w:t>
            </w:r>
          </w:p>
          <w:p w14:paraId="42DD86BD" w14:textId="77777777" w:rsidR="00BE3968" w:rsidRDefault="00CA6E70">
            <w:pPr>
              <w:pStyle w:val="CMRBodySmall"/>
              <w:spacing w:after="120"/>
            </w:pPr>
            <w:r>
              <w:t>____________________________________________________________________</w:t>
            </w:r>
          </w:p>
          <w:p w14:paraId="4786D674" w14:textId="77777777" w:rsidR="00BE3968" w:rsidRDefault="00CA6E70">
            <w:pPr>
              <w:pStyle w:val="CMRBodySmall"/>
              <w:spacing w:after="100"/>
            </w:pPr>
            <w:r>
              <w:t>Answer and check: ___________________________________________________</w:t>
            </w:r>
          </w:p>
        </w:tc>
      </w:tr>
    </w:tbl>
    <w:p w14:paraId="50AC454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F94146C" w14:textId="77777777">
        <w:tc>
          <w:tcPr>
            <w:tcW w:w="10036" w:type="dxa"/>
            <w:tcMar>
              <w:top w:w="70" w:type="dxa"/>
              <w:left w:w="140" w:type="dxa"/>
              <w:bottom w:w="85" w:type="dxa"/>
              <w:right w:w="140" w:type="dxa"/>
            </w:tcMar>
          </w:tcPr>
          <w:p w14:paraId="7BEA9526" w14:textId="77777777" w:rsidR="00BE3968" w:rsidRDefault="00BE3968"/>
          <w:p w14:paraId="7168C345" w14:textId="77777777" w:rsidR="00BE3968" w:rsidRDefault="00CA6E70">
            <w:pPr>
              <w:pStyle w:val="CMRBodySmall"/>
            </w:pPr>
            <w:r>
              <w:rPr>
                <w:b/>
              </w:rPr>
              <w:t>PROBLEM S1-230</w:t>
            </w:r>
          </w:p>
          <w:p w14:paraId="5B1820A1" w14:textId="77777777" w:rsidR="00BE3968" w:rsidRDefault="00CA6E70">
            <w:pPr>
              <w:spacing w:after="140"/>
            </w:pPr>
            <w:r>
              <w:t>Denise reviews a food pantry’s record of families served on four mornings: Monday 12, Tuesday 14, Wednesday 5, and Thursday 14. How many families were served in all four mornings?</w:t>
            </w:r>
          </w:p>
          <w:p w14:paraId="47A8B65A" w14:textId="77777777" w:rsidR="00BE3968" w:rsidRDefault="00CA6E70">
            <w:pPr>
              <w:pStyle w:val="CMRBodySmall"/>
              <w:spacing w:after="40"/>
            </w:pPr>
            <w:r>
              <w:rPr>
                <w:b/>
              </w:rPr>
              <w:t>STEP 1 — WHAT DO THEY WANT?</w:t>
            </w:r>
          </w:p>
          <w:p w14:paraId="2E6869D2" w14:textId="77777777" w:rsidR="00BE3968" w:rsidRDefault="00CA6E70">
            <w:pPr>
              <w:pStyle w:val="CMRBodySmall"/>
              <w:spacing w:after="20"/>
            </w:pPr>
            <w:r>
              <w:t>○ A. The number served on Thursday.</w:t>
            </w:r>
          </w:p>
          <w:p w14:paraId="76B06FEF" w14:textId="77777777" w:rsidR="00BE3968" w:rsidRDefault="00CA6E70">
            <w:pPr>
              <w:pStyle w:val="CMRBodySmall"/>
              <w:spacing w:after="80"/>
            </w:pPr>
            <w:r>
              <w:t>○ B. All the families added up.</w:t>
            </w:r>
          </w:p>
          <w:p w14:paraId="69C30B13" w14:textId="77777777" w:rsidR="00BE3968" w:rsidRDefault="00CA6E70">
            <w:pPr>
              <w:pStyle w:val="CMRBodySmall"/>
              <w:spacing w:after="40"/>
            </w:pPr>
            <w:r>
              <w:rPr>
                <w:b/>
              </w:rPr>
              <w:t>STEP 2 — WHAT DO I KNOW?</w:t>
            </w:r>
          </w:p>
          <w:p w14:paraId="7A8CBD6D" w14:textId="77777777" w:rsidR="00BE3968" w:rsidRDefault="00CA6E70">
            <w:pPr>
              <w:pStyle w:val="CMRBodySmall"/>
              <w:spacing w:after="40"/>
            </w:pPr>
            <w:r>
              <w:t>Monday: ____________________</w:t>
            </w:r>
          </w:p>
          <w:p w14:paraId="044C0386" w14:textId="77777777" w:rsidR="00BE3968" w:rsidRDefault="00CA6E70">
            <w:pPr>
              <w:pStyle w:val="CMRBodySmall"/>
              <w:spacing w:after="40"/>
            </w:pPr>
            <w:r>
              <w:t>Tuesday: ____________________</w:t>
            </w:r>
          </w:p>
          <w:p w14:paraId="540F68B1" w14:textId="77777777" w:rsidR="00BE3968" w:rsidRDefault="00CA6E70">
            <w:pPr>
              <w:pStyle w:val="CMRBodySmall"/>
              <w:spacing w:after="40"/>
            </w:pPr>
            <w:r>
              <w:t>Wednesday: ____________________</w:t>
            </w:r>
          </w:p>
          <w:p w14:paraId="46BB583F" w14:textId="77777777" w:rsidR="00BE3968" w:rsidRDefault="00CA6E70">
            <w:pPr>
              <w:pStyle w:val="CMRBodySmall"/>
              <w:spacing w:after="40"/>
            </w:pPr>
            <w:r>
              <w:t>Thursday: ____________________</w:t>
            </w:r>
          </w:p>
          <w:p w14:paraId="732FE825" w14:textId="77777777" w:rsidR="00BE3968" w:rsidRDefault="00CA6E70">
            <w:pPr>
              <w:pStyle w:val="CMRBodySmall"/>
              <w:spacing w:after="40"/>
            </w:pPr>
            <w:r>
              <w:rPr>
                <w:b/>
              </w:rPr>
              <w:t>STEP 3 — HOW DO I FIND IT?</w:t>
            </w:r>
          </w:p>
          <w:p w14:paraId="0FE9C3B0" w14:textId="77777777" w:rsidR="00BE3968" w:rsidRDefault="00CA6E70">
            <w:pPr>
              <w:pStyle w:val="CMRBodySmall"/>
              <w:spacing w:after="20"/>
            </w:pPr>
            <w:r>
              <w:t>○ A. Use only the largest count.</w:t>
            </w:r>
          </w:p>
          <w:p w14:paraId="1604EE50" w14:textId="77777777" w:rsidR="00BE3968" w:rsidRDefault="00CA6E70">
            <w:pPr>
              <w:pStyle w:val="CMRBodySmall"/>
            </w:pPr>
            <w:r>
              <w:t>○ B. Add all four daily counts.</w:t>
            </w:r>
          </w:p>
          <w:p w14:paraId="56372F74" w14:textId="77777777" w:rsidR="00BE3968" w:rsidRDefault="00CA6E70">
            <w:pPr>
              <w:pStyle w:val="CMRBodySmall"/>
              <w:spacing w:after="120"/>
            </w:pPr>
            <w:r>
              <w:t>My math: ____________________________________________________________</w:t>
            </w:r>
          </w:p>
          <w:p w14:paraId="1E245E6B" w14:textId="77777777" w:rsidR="00BE3968" w:rsidRDefault="00CA6E70">
            <w:pPr>
              <w:pStyle w:val="CMRBodySmall"/>
              <w:spacing w:after="120"/>
            </w:pPr>
            <w:r>
              <w:t>____________________________________________________________________</w:t>
            </w:r>
          </w:p>
          <w:p w14:paraId="7446EA36" w14:textId="77777777" w:rsidR="00BE3968" w:rsidRDefault="00CA6E70">
            <w:pPr>
              <w:pStyle w:val="CMRBodySmall"/>
              <w:spacing w:after="100"/>
            </w:pPr>
            <w:r>
              <w:t>Answer and check: ___________________________________________________</w:t>
            </w:r>
          </w:p>
        </w:tc>
      </w:tr>
    </w:tbl>
    <w:p w14:paraId="4EE06859" w14:textId="77777777" w:rsidR="00BE3968" w:rsidRDefault="00CA6E70">
      <w:r>
        <w:br w:type="page"/>
      </w:r>
    </w:p>
    <w:p w14:paraId="120FF481" w14:textId="77777777" w:rsidR="00BE3968" w:rsidRDefault="00CA6E70">
      <w:pPr>
        <w:pStyle w:val="CMRSmallLabel"/>
        <w:spacing w:after="60"/>
      </w:pPr>
      <w:r>
        <w:rPr>
          <w:b w:val="0"/>
        </w:rPr>
        <w:t>SECTION 1  |  TOPIC 24  |  PRACTICE PAGE 1/5</w:t>
      </w:r>
    </w:p>
    <w:p w14:paraId="0923A7FF" w14:textId="77777777" w:rsidR="00BE3968" w:rsidRDefault="00CA6E70">
      <w:pPr>
        <w:pStyle w:val="CMRPageTitle"/>
        <w:spacing w:after="60"/>
      </w:pPr>
      <w:r>
        <w:rPr>
          <w:b w:val="0"/>
        </w:rPr>
        <w:t>Finding the unknown</w:t>
      </w:r>
    </w:p>
    <w:p w14:paraId="37F09EC7" w14:textId="77777777" w:rsidR="00BE3968" w:rsidRDefault="00CA6E70">
      <w:pPr>
        <w:pStyle w:val="CMRBodySmall"/>
        <w:spacing w:after="100"/>
      </w:pPr>
      <w:r>
        <w:t>Remember: Represent a missing cost or number and use the facts to find it.</w:t>
      </w:r>
    </w:p>
    <w:tbl>
      <w:tblPr>
        <w:tblW w:w="0" w:type="auto"/>
        <w:tblLayout w:type="fixed"/>
        <w:tblLook w:val="04A0" w:firstRow="1" w:lastRow="0" w:firstColumn="1" w:lastColumn="0" w:noHBand="0" w:noVBand="1"/>
      </w:tblPr>
      <w:tblGrid>
        <w:gridCol w:w="10036"/>
      </w:tblGrid>
      <w:tr w:rsidR="00BE3968" w14:paraId="4FC77D71" w14:textId="77777777">
        <w:tc>
          <w:tcPr>
            <w:tcW w:w="10036" w:type="dxa"/>
            <w:shd w:val="clear" w:color="auto" w:fill="F5F8F9"/>
            <w:tcMar>
              <w:top w:w="70" w:type="dxa"/>
              <w:left w:w="140" w:type="dxa"/>
              <w:bottom w:w="85" w:type="dxa"/>
              <w:right w:w="140" w:type="dxa"/>
            </w:tcMar>
          </w:tcPr>
          <w:p w14:paraId="25081A87" w14:textId="77777777" w:rsidR="00BE3968" w:rsidRDefault="00BE3968"/>
          <w:p w14:paraId="42EE658A" w14:textId="77777777" w:rsidR="00BE3968" w:rsidRDefault="00CA6E70">
            <w:pPr>
              <w:pStyle w:val="CMRBodySmall"/>
            </w:pPr>
            <w:r>
              <w:rPr>
                <w:b/>
              </w:rPr>
              <w:t>PROBLEM S1-231</w:t>
            </w:r>
          </w:p>
          <w:p w14:paraId="4EBA3753" w14:textId="77777777" w:rsidR="00BE3968" w:rsidRDefault="00CA6E70">
            <w:pPr>
              <w:spacing w:after="140"/>
            </w:pPr>
            <w:r>
              <w:t>Felicia buys 6 identical folders at an office store. The folders cost $66.00 altogether. How much does one folder cost?</w:t>
            </w:r>
          </w:p>
          <w:p w14:paraId="58E93CF9" w14:textId="77777777" w:rsidR="00BE3968" w:rsidRDefault="00CA6E70">
            <w:pPr>
              <w:pStyle w:val="CMRBodySmall"/>
              <w:spacing w:after="40"/>
            </w:pPr>
            <w:r>
              <w:rPr>
                <w:b/>
              </w:rPr>
              <w:t>STEP 1 — WHAT DO THEY WANT?</w:t>
            </w:r>
          </w:p>
          <w:p w14:paraId="06D503C9" w14:textId="77777777" w:rsidR="00BE3968" w:rsidRDefault="00CA6E70">
            <w:pPr>
              <w:pStyle w:val="CMRBodySmall"/>
              <w:spacing w:after="20"/>
            </w:pPr>
            <w:r>
              <w:t>○ A. The price of one item.</w:t>
            </w:r>
          </w:p>
          <w:p w14:paraId="34FEFC01" w14:textId="77777777" w:rsidR="00BE3968" w:rsidRDefault="00CA6E70">
            <w:pPr>
              <w:pStyle w:val="CMRBodySmall"/>
              <w:spacing w:after="80"/>
            </w:pPr>
            <w:r>
              <w:t>○ B. The total price of all the items.</w:t>
            </w:r>
          </w:p>
          <w:p w14:paraId="35167EDE" w14:textId="77777777" w:rsidR="00BE3968" w:rsidRDefault="00CA6E70">
            <w:pPr>
              <w:pStyle w:val="CMRBodySmall"/>
              <w:spacing w:after="40"/>
            </w:pPr>
            <w:r>
              <w:rPr>
                <w:b/>
              </w:rPr>
              <w:t>STEP 2 — WHAT DO I KNOW?</w:t>
            </w:r>
          </w:p>
          <w:p w14:paraId="3B0DCF95" w14:textId="77777777" w:rsidR="00BE3968" w:rsidRDefault="00CA6E70">
            <w:pPr>
              <w:pStyle w:val="CMRBodySmall"/>
              <w:spacing w:after="40"/>
            </w:pPr>
            <w:r>
              <w:t>Number bought: ____________________</w:t>
            </w:r>
          </w:p>
          <w:p w14:paraId="1BE1652B" w14:textId="77777777" w:rsidR="00BE3968" w:rsidRDefault="00CA6E70">
            <w:pPr>
              <w:pStyle w:val="CMRBodySmall"/>
              <w:spacing w:after="40"/>
            </w:pPr>
            <w:r>
              <w:t>Total cost: ____________________</w:t>
            </w:r>
          </w:p>
          <w:p w14:paraId="30F2D486" w14:textId="77777777" w:rsidR="00BE3968" w:rsidRDefault="00CA6E70">
            <w:pPr>
              <w:pStyle w:val="CMRBodySmall"/>
              <w:spacing w:after="40"/>
            </w:pPr>
            <w:r>
              <w:rPr>
                <w:b/>
              </w:rPr>
              <w:t>STEP 3 — HOW DO I FIND IT?</w:t>
            </w:r>
          </w:p>
          <w:p w14:paraId="6ECFF178" w14:textId="77777777" w:rsidR="00BE3968" w:rsidRDefault="00CA6E70">
            <w:pPr>
              <w:pStyle w:val="CMRBodySmall"/>
              <w:spacing w:after="20"/>
            </w:pPr>
            <w:r>
              <w:t>○ A. Multiply the total by the number of items.</w:t>
            </w:r>
          </w:p>
          <w:p w14:paraId="3A6F6BCD" w14:textId="77777777" w:rsidR="00BE3968" w:rsidRDefault="00CA6E70">
            <w:pPr>
              <w:pStyle w:val="CMRBodySmall"/>
            </w:pPr>
            <w:r>
              <w:t>○ B. Divide the total by the number of items.</w:t>
            </w:r>
          </w:p>
          <w:p w14:paraId="5F875DD4" w14:textId="77777777" w:rsidR="00BE3968" w:rsidRDefault="00CA6E70">
            <w:pPr>
              <w:pStyle w:val="CMRBodySmall"/>
              <w:spacing w:after="120"/>
            </w:pPr>
            <w:r>
              <w:t>My math: ____________________________________________________________</w:t>
            </w:r>
          </w:p>
          <w:p w14:paraId="67277D5B" w14:textId="77777777" w:rsidR="00BE3968" w:rsidRDefault="00CA6E70">
            <w:pPr>
              <w:pStyle w:val="CMRBodySmall"/>
              <w:spacing w:after="120"/>
            </w:pPr>
            <w:r>
              <w:t>____________________________________________________________________</w:t>
            </w:r>
          </w:p>
          <w:p w14:paraId="7101091C" w14:textId="77777777" w:rsidR="00BE3968" w:rsidRDefault="00CA6E70">
            <w:pPr>
              <w:pStyle w:val="CMRBodySmall"/>
              <w:spacing w:after="100"/>
            </w:pPr>
            <w:r>
              <w:t>Answer and check: ___________________________________________________</w:t>
            </w:r>
          </w:p>
        </w:tc>
      </w:tr>
    </w:tbl>
    <w:p w14:paraId="3324451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0236E91" w14:textId="77777777">
        <w:tc>
          <w:tcPr>
            <w:tcW w:w="10036" w:type="dxa"/>
            <w:tcMar>
              <w:top w:w="70" w:type="dxa"/>
              <w:left w:w="140" w:type="dxa"/>
              <w:bottom w:w="85" w:type="dxa"/>
              <w:right w:w="140" w:type="dxa"/>
            </w:tcMar>
          </w:tcPr>
          <w:p w14:paraId="117AA865" w14:textId="77777777" w:rsidR="00BE3968" w:rsidRDefault="00BE3968"/>
          <w:p w14:paraId="299AF0E7" w14:textId="77777777" w:rsidR="00BE3968" w:rsidRDefault="00CA6E70">
            <w:pPr>
              <w:pStyle w:val="CMRBodySmall"/>
            </w:pPr>
            <w:r>
              <w:rPr>
                <w:b/>
              </w:rPr>
              <w:t>PROBLEM S1-232</w:t>
            </w:r>
          </w:p>
          <w:p w14:paraId="381888F6" w14:textId="77777777" w:rsidR="00BE3968" w:rsidRDefault="00CA6E70">
            <w:pPr>
              <w:spacing w:after="140"/>
            </w:pPr>
            <w:r>
              <w:t>Monica buys 5 identical lunch boxes for $45.00 in all. Monica wants to know the price of just one. What does one lunch box cost?</w:t>
            </w:r>
          </w:p>
          <w:p w14:paraId="204B244E" w14:textId="77777777" w:rsidR="00BE3968" w:rsidRDefault="00CA6E70">
            <w:pPr>
              <w:pStyle w:val="CMRBodySmall"/>
              <w:spacing w:after="40"/>
            </w:pPr>
            <w:r>
              <w:rPr>
                <w:b/>
              </w:rPr>
              <w:t>STEP 1 — WHAT DO THEY WANT?</w:t>
            </w:r>
          </w:p>
          <w:p w14:paraId="7DBC7D21" w14:textId="77777777" w:rsidR="00BE3968" w:rsidRDefault="00CA6E70">
            <w:pPr>
              <w:pStyle w:val="CMRBodySmall"/>
              <w:spacing w:after="20"/>
            </w:pPr>
            <w:r>
              <w:t>○ A. How many were bought.</w:t>
            </w:r>
          </w:p>
          <w:p w14:paraId="43194F0D" w14:textId="77777777" w:rsidR="00BE3968" w:rsidRDefault="00CA6E70">
            <w:pPr>
              <w:pStyle w:val="CMRBodySmall"/>
              <w:spacing w:after="80"/>
            </w:pPr>
            <w:r>
              <w:t>○ B. The cost of a single one.</w:t>
            </w:r>
          </w:p>
          <w:p w14:paraId="3CFA8D80" w14:textId="77777777" w:rsidR="00BE3968" w:rsidRDefault="00CA6E70">
            <w:pPr>
              <w:pStyle w:val="CMRBodySmall"/>
              <w:spacing w:after="40"/>
            </w:pPr>
            <w:r>
              <w:rPr>
                <w:b/>
              </w:rPr>
              <w:t>STEP 2 — WHAT DO I KNOW?</w:t>
            </w:r>
          </w:p>
          <w:p w14:paraId="731330ED" w14:textId="77777777" w:rsidR="00BE3968" w:rsidRDefault="00CA6E70">
            <w:pPr>
              <w:pStyle w:val="CMRBodySmall"/>
              <w:spacing w:after="40"/>
            </w:pPr>
            <w:r>
              <w:t>Number bought: ____________________</w:t>
            </w:r>
          </w:p>
          <w:p w14:paraId="4248F49A" w14:textId="77777777" w:rsidR="00BE3968" w:rsidRDefault="00CA6E70">
            <w:pPr>
              <w:pStyle w:val="CMRBodySmall"/>
              <w:spacing w:after="40"/>
            </w:pPr>
            <w:r>
              <w:t>Total cost: ____________________</w:t>
            </w:r>
          </w:p>
          <w:p w14:paraId="03DC7F35" w14:textId="77777777" w:rsidR="00BE3968" w:rsidRDefault="00CA6E70">
            <w:pPr>
              <w:pStyle w:val="CMRBodySmall"/>
              <w:spacing w:after="40"/>
            </w:pPr>
            <w:r>
              <w:rPr>
                <w:b/>
              </w:rPr>
              <w:t>STEP 3 — HOW DO I FIND IT?</w:t>
            </w:r>
          </w:p>
          <w:p w14:paraId="3D08BDC4" w14:textId="77777777" w:rsidR="00BE3968" w:rsidRDefault="00CA6E70">
            <w:pPr>
              <w:pStyle w:val="CMRBodySmall"/>
              <w:spacing w:after="20"/>
            </w:pPr>
            <w:r>
              <w:t>○ A. Solve 5 × ? = $45.00 by dividing.</w:t>
            </w:r>
          </w:p>
          <w:p w14:paraId="1364D3CF" w14:textId="77777777" w:rsidR="00BE3968" w:rsidRDefault="00CA6E70">
            <w:pPr>
              <w:pStyle w:val="CMRBodySmall"/>
            </w:pPr>
            <w:r>
              <w:t>○ B. Subtract the number of items from the total.</w:t>
            </w:r>
          </w:p>
          <w:p w14:paraId="1E1E6A3E" w14:textId="77777777" w:rsidR="00BE3968" w:rsidRDefault="00CA6E70">
            <w:pPr>
              <w:pStyle w:val="CMRBodySmall"/>
              <w:spacing w:after="120"/>
            </w:pPr>
            <w:r>
              <w:t>My math: ____________________________________________________________</w:t>
            </w:r>
          </w:p>
          <w:p w14:paraId="0FDE8F4A" w14:textId="77777777" w:rsidR="00BE3968" w:rsidRDefault="00CA6E70">
            <w:pPr>
              <w:pStyle w:val="CMRBodySmall"/>
              <w:spacing w:after="120"/>
            </w:pPr>
            <w:r>
              <w:t>____________________________________________________________________</w:t>
            </w:r>
          </w:p>
          <w:p w14:paraId="682BB74A" w14:textId="77777777" w:rsidR="00BE3968" w:rsidRDefault="00CA6E70">
            <w:pPr>
              <w:pStyle w:val="CMRBodySmall"/>
              <w:spacing w:after="100"/>
            </w:pPr>
            <w:r>
              <w:t>Answer and check: ___________________________________________________</w:t>
            </w:r>
          </w:p>
        </w:tc>
      </w:tr>
    </w:tbl>
    <w:p w14:paraId="1A55A4F8" w14:textId="77777777" w:rsidR="00BE3968" w:rsidRDefault="00CA6E70">
      <w:r>
        <w:br w:type="page"/>
      </w:r>
    </w:p>
    <w:p w14:paraId="62A66DF9" w14:textId="77777777" w:rsidR="00BE3968" w:rsidRDefault="00CA6E70">
      <w:pPr>
        <w:pStyle w:val="CMRSmallLabel"/>
        <w:spacing w:after="60"/>
      </w:pPr>
      <w:r>
        <w:rPr>
          <w:b w:val="0"/>
        </w:rPr>
        <w:t>SECTION 1  |  TOPIC 24  |  PRACTICE PAGE 2/5</w:t>
      </w:r>
    </w:p>
    <w:p w14:paraId="25D5C5EC" w14:textId="77777777" w:rsidR="00BE3968" w:rsidRDefault="00CA6E70">
      <w:pPr>
        <w:pStyle w:val="CMRPageTitle"/>
        <w:spacing w:after="60"/>
      </w:pPr>
      <w:r>
        <w:rPr>
          <w:b w:val="0"/>
        </w:rPr>
        <w:t>Finding the unknown</w:t>
      </w:r>
    </w:p>
    <w:p w14:paraId="1516A7C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64DC9DD" w14:textId="77777777">
        <w:tc>
          <w:tcPr>
            <w:tcW w:w="10036" w:type="dxa"/>
            <w:shd w:val="clear" w:color="auto" w:fill="F5F8F9"/>
            <w:tcMar>
              <w:top w:w="70" w:type="dxa"/>
              <w:left w:w="140" w:type="dxa"/>
              <w:bottom w:w="85" w:type="dxa"/>
              <w:right w:w="140" w:type="dxa"/>
            </w:tcMar>
          </w:tcPr>
          <w:p w14:paraId="212E79B9" w14:textId="77777777" w:rsidR="00BE3968" w:rsidRDefault="00BE3968"/>
          <w:p w14:paraId="0F00632F" w14:textId="77777777" w:rsidR="00BE3968" w:rsidRDefault="00CA6E70">
            <w:pPr>
              <w:pStyle w:val="CMRBodySmall"/>
            </w:pPr>
            <w:r>
              <w:rPr>
                <w:b/>
              </w:rPr>
              <w:t>PROBLEM S1-233</w:t>
            </w:r>
          </w:p>
          <w:p w14:paraId="1CE9C5A9" w14:textId="77777777" w:rsidR="00BE3968" w:rsidRDefault="00CA6E70">
            <w:pPr>
              <w:spacing w:after="140"/>
            </w:pPr>
            <w:r>
              <w:t>Rosa paid $48.00 for 4 bus passes. Each pass costs the same amount. What is the price of one bus pass?</w:t>
            </w:r>
          </w:p>
          <w:p w14:paraId="4F50B817" w14:textId="77777777" w:rsidR="00BE3968" w:rsidRDefault="00CA6E70">
            <w:pPr>
              <w:pStyle w:val="CMRBodySmall"/>
              <w:spacing w:after="40"/>
            </w:pPr>
            <w:r>
              <w:rPr>
                <w:b/>
              </w:rPr>
              <w:t>STEP 1 — WHAT DO THEY WANT?</w:t>
            </w:r>
          </w:p>
          <w:p w14:paraId="66B32012" w14:textId="77777777" w:rsidR="00BE3968" w:rsidRDefault="00CA6E70">
            <w:pPr>
              <w:pStyle w:val="CMRBodySmall"/>
              <w:spacing w:after="20"/>
            </w:pPr>
            <w:r>
              <w:t>○ A. The price of one item.</w:t>
            </w:r>
          </w:p>
          <w:p w14:paraId="00E24AF4" w14:textId="77777777" w:rsidR="00BE3968" w:rsidRDefault="00CA6E70">
            <w:pPr>
              <w:pStyle w:val="CMRBodySmall"/>
              <w:spacing w:after="80"/>
            </w:pPr>
            <w:r>
              <w:t>○ B. The total price of all the items.</w:t>
            </w:r>
          </w:p>
          <w:p w14:paraId="04622226" w14:textId="77777777" w:rsidR="00BE3968" w:rsidRDefault="00CA6E70">
            <w:pPr>
              <w:pStyle w:val="CMRBodySmall"/>
              <w:spacing w:after="40"/>
            </w:pPr>
            <w:r>
              <w:rPr>
                <w:b/>
              </w:rPr>
              <w:t>STEP 2 — WHAT DO I KNOW?</w:t>
            </w:r>
          </w:p>
          <w:p w14:paraId="43C4C56D" w14:textId="77777777" w:rsidR="00BE3968" w:rsidRDefault="00CA6E70">
            <w:pPr>
              <w:pStyle w:val="CMRBodySmall"/>
              <w:spacing w:after="40"/>
            </w:pPr>
            <w:r>
              <w:t>Number bought: ____________________</w:t>
            </w:r>
          </w:p>
          <w:p w14:paraId="6ED6BFB8" w14:textId="77777777" w:rsidR="00BE3968" w:rsidRDefault="00CA6E70">
            <w:pPr>
              <w:pStyle w:val="CMRBodySmall"/>
              <w:spacing w:after="40"/>
            </w:pPr>
            <w:r>
              <w:t>Total cost: ____________________</w:t>
            </w:r>
          </w:p>
          <w:p w14:paraId="3F85DD9F" w14:textId="77777777" w:rsidR="00BE3968" w:rsidRDefault="00CA6E70">
            <w:pPr>
              <w:pStyle w:val="CMRBodySmall"/>
              <w:spacing w:after="40"/>
            </w:pPr>
            <w:r>
              <w:rPr>
                <w:b/>
              </w:rPr>
              <w:t>STEP 3 — HOW DO I FIND IT?</w:t>
            </w:r>
          </w:p>
          <w:p w14:paraId="0D93E645" w14:textId="77777777" w:rsidR="00BE3968" w:rsidRDefault="00CA6E70">
            <w:pPr>
              <w:pStyle w:val="CMRBodySmall"/>
              <w:spacing w:after="20"/>
            </w:pPr>
            <w:r>
              <w:t>○ A. Divide the total by the number of items.</w:t>
            </w:r>
          </w:p>
          <w:p w14:paraId="7DF59FCF" w14:textId="77777777" w:rsidR="00BE3968" w:rsidRDefault="00CA6E70">
            <w:pPr>
              <w:pStyle w:val="CMRBodySmall"/>
            </w:pPr>
            <w:r>
              <w:t>○ B. Multiply the total by the number of items.</w:t>
            </w:r>
          </w:p>
          <w:p w14:paraId="5300B19F" w14:textId="77777777" w:rsidR="00BE3968" w:rsidRDefault="00CA6E70">
            <w:pPr>
              <w:pStyle w:val="CMRBodySmall"/>
              <w:spacing w:after="120"/>
            </w:pPr>
            <w:r>
              <w:t>My math: ____________________________________________________________</w:t>
            </w:r>
          </w:p>
          <w:p w14:paraId="5CAB107A" w14:textId="77777777" w:rsidR="00BE3968" w:rsidRDefault="00CA6E70">
            <w:pPr>
              <w:pStyle w:val="CMRBodySmall"/>
              <w:spacing w:after="120"/>
            </w:pPr>
            <w:r>
              <w:t>____________________________________________________________________</w:t>
            </w:r>
          </w:p>
          <w:p w14:paraId="29A411DB" w14:textId="77777777" w:rsidR="00BE3968" w:rsidRDefault="00CA6E70">
            <w:pPr>
              <w:pStyle w:val="CMRBodySmall"/>
              <w:spacing w:after="100"/>
            </w:pPr>
            <w:r>
              <w:t>Answer and check: ___________________________________________________</w:t>
            </w:r>
          </w:p>
        </w:tc>
      </w:tr>
    </w:tbl>
    <w:p w14:paraId="4145EBD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A1CCED5" w14:textId="77777777">
        <w:tc>
          <w:tcPr>
            <w:tcW w:w="10036" w:type="dxa"/>
            <w:tcMar>
              <w:top w:w="70" w:type="dxa"/>
              <w:left w:w="140" w:type="dxa"/>
              <w:bottom w:w="85" w:type="dxa"/>
              <w:right w:w="140" w:type="dxa"/>
            </w:tcMar>
          </w:tcPr>
          <w:p w14:paraId="3274842C" w14:textId="77777777" w:rsidR="00BE3968" w:rsidRDefault="00BE3968"/>
          <w:p w14:paraId="3AFF5E42" w14:textId="77777777" w:rsidR="00BE3968" w:rsidRDefault="00CA6E70">
            <w:pPr>
              <w:pStyle w:val="CMRBodySmall"/>
            </w:pPr>
            <w:r>
              <w:rPr>
                <w:b/>
              </w:rPr>
              <w:t>PROBLEM S1-234</w:t>
            </w:r>
          </w:p>
          <w:p w14:paraId="71CFCE62" w14:textId="77777777" w:rsidR="00BE3968" w:rsidRDefault="00CA6E70">
            <w:pPr>
              <w:spacing w:after="140"/>
            </w:pPr>
            <w:r>
              <w:t>Jasmine buys 4 identical folders at an office store. The folders cost $36.00 altogether. How much does one folder cost?</w:t>
            </w:r>
          </w:p>
          <w:p w14:paraId="4C2D7F96" w14:textId="77777777" w:rsidR="00BE3968" w:rsidRDefault="00CA6E70">
            <w:pPr>
              <w:pStyle w:val="CMRBodySmall"/>
              <w:spacing w:after="40"/>
            </w:pPr>
            <w:r>
              <w:rPr>
                <w:b/>
              </w:rPr>
              <w:t>STEP 1 — WHAT DO THEY WANT?</w:t>
            </w:r>
          </w:p>
          <w:p w14:paraId="08846C3F" w14:textId="77777777" w:rsidR="00BE3968" w:rsidRDefault="00CA6E70">
            <w:pPr>
              <w:pStyle w:val="CMRBodySmall"/>
              <w:spacing w:after="20"/>
            </w:pPr>
            <w:r>
              <w:t>○ A. The cost of a single one.</w:t>
            </w:r>
          </w:p>
          <w:p w14:paraId="5B395CB1" w14:textId="77777777" w:rsidR="00BE3968" w:rsidRDefault="00CA6E70">
            <w:pPr>
              <w:pStyle w:val="CMRBodySmall"/>
              <w:spacing w:after="80"/>
            </w:pPr>
            <w:r>
              <w:t>○ B. How many were bought.</w:t>
            </w:r>
          </w:p>
          <w:p w14:paraId="42A5C7CB" w14:textId="77777777" w:rsidR="00BE3968" w:rsidRDefault="00CA6E70">
            <w:pPr>
              <w:pStyle w:val="CMRBodySmall"/>
              <w:spacing w:after="40"/>
            </w:pPr>
            <w:r>
              <w:rPr>
                <w:b/>
              </w:rPr>
              <w:t>STEP 2 — WHAT DO I KNOW?</w:t>
            </w:r>
          </w:p>
          <w:p w14:paraId="6CEE9A40" w14:textId="77777777" w:rsidR="00BE3968" w:rsidRDefault="00CA6E70">
            <w:pPr>
              <w:pStyle w:val="CMRBodySmall"/>
              <w:spacing w:after="40"/>
            </w:pPr>
            <w:r>
              <w:t>Number bought: ____________________</w:t>
            </w:r>
          </w:p>
          <w:p w14:paraId="18A06B7C" w14:textId="77777777" w:rsidR="00BE3968" w:rsidRDefault="00CA6E70">
            <w:pPr>
              <w:pStyle w:val="CMRBodySmall"/>
              <w:spacing w:after="40"/>
            </w:pPr>
            <w:r>
              <w:t>Total cost: ____________________</w:t>
            </w:r>
          </w:p>
          <w:p w14:paraId="5D482C9E" w14:textId="77777777" w:rsidR="00BE3968" w:rsidRDefault="00CA6E70">
            <w:pPr>
              <w:pStyle w:val="CMRBodySmall"/>
              <w:spacing w:after="40"/>
            </w:pPr>
            <w:r>
              <w:rPr>
                <w:b/>
              </w:rPr>
              <w:t>STEP 3 — HOW DO I FIND IT?</w:t>
            </w:r>
          </w:p>
          <w:p w14:paraId="34E4888F" w14:textId="77777777" w:rsidR="00BE3968" w:rsidRDefault="00CA6E70">
            <w:pPr>
              <w:pStyle w:val="CMRBodySmall"/>
              <w:spacing w:after="20"/>
            </w:pPr>
            <w:r>
              <w:t>○ A. Subtract the number of items from the total.</w:t>
            </w:r>
          </w:p>
          <w:p w14:paraId="3E57A3A6" w14:textId="77777777" w:rsidR="00BE3968" w:rsidRDefault="00CA6E70">
            <w:pPr>
              <w:pStyle w:val="CMRBodySmall"/>
            </w:pPr>
            <w:r>
              <w:t>○ B. Solve 4 × ? = $36.00 by dividing.</w:t>
            </w:r>
          </w:p>
          <w:p w14:paraId="432DFF01" w14:textId="77777777" w:rsidR="00BE3968" w:rsidRDefault="00CA6E70">
            <w:pPr>
              <w:pStyle w:val="CMRBodySmall"/>
              <w:spacing w:after="120"/>
            </w:pPr>
            <w:r>
              <w:t>My math: ____________________________________________________________</w:t>
            </w:r>
          </w:p>
          <w:p w14:paraId="569CB230" w14:textId="77777777" w:rsidR="00BE3968" w:rsidRDefault="00CA6E70">
            <w:pPr>
              <w:pStyle w:val="CMRBodySmall"/>
              <w:spacing w:after="120"/>
            </w:pPr>
            <w:r>
              <w:t>____________________________________________________________________</w:t>
            </w:r>
          </w:p>
          <w:p w14:paraId="546CB9B2" w14:textId="77777777" w:rsidR="00BE3968" w:rsidRDefault="00CA6E70">
            <w:pPr>
              <w:pStyle w:val="CMRBodySmall"/>
              <w:spacing w:after="100"/>
            </w:pPr>
            <w:r>
              <w:t>Answer and check: ___________________________________________________</w:t>
            </w:r>
          </w:p>
        </w:tc>
      </w:tr>
    </w:tbl>
    <w:p w14:paraId="6E37B42B" w14:textId="77777777" w:rsidR="00BE3968" w:rsidRDefault="00CA6E70">
      <w:r>
        <w:br w:type="page"/>
      </w:r>
    </w:p>
    <w:p w14:paraId="6A07B9F3" w14:textId="77777777" w:rsidR="00BE3968" w:rsidRDefault="00CA6E70">
      <w:pPr>
        <w:pStyle w:val="CMRSmallLabel"/>
        <w:spacing w:after="60"/>
      </w:pPr>
      <w:r>
        <w:rPr>
          <w:b w:val="0"/>
        </w:rPr>
        <w:t>SECTION 1  |  TOPIC 24  |  PRACTICE PAGE 3/5</w:t>
      </w:r>
    </w:p>
    <w:p w14:paraId="45758182" w14:textId="77777777" w:rsidR="00BE3968" w:rsidRDefault="00CA6E70">
      <w:pPr>
        <w:pStyle w:val="CMRPageTitle"/>
        <w:spacing w:after="60"/>
      </w:pPr>
      <w:r>
        <w:rPr>
          <w:b w:val="0"/>
        </w:rPr>
        <w:t>Finding the unknown</w:t>
      </w:r>
    </w:p>
    <w:p w14:paraId="47F6371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8F7D444" w14:textId="77777777">
        <w:tc>
          <w:tcPr>
            <w:tcW w:w="10036" w:type="dxa"/>
            <w:shd w:val="clear" w:color="auto" w:fill="F5F8F9"/>
            <w:tcMar>
              <w:top w:w="70" w:type="dxa"/>
              <w:left w:w="140" w:type="dxa"/>
              <w:bottom w:w="85" w:type="dxa"/>
              <w:right w:w="140" w:type="dxa"/>
            </w:tcMar>
          </w:tcPr>
          <w:p w14:paraId="4BAC1F2F" w14:textId="77777777" w:rsidR="00BE3968" w:rsidRDefault="00BE3968"/>
          <w:p w14:paraId="25351FE6" w14:textId="77777777" w:rsidR="00BE3968" w:rsidRDefault="00CA6E70">
            <w:pPr>
              <w:pStyle w:val="CMRBodySmall"/>
            </w:pPr>
            <w:r>
              <w:rPr>
                <w:b/>
              </w:rPr>
              <w:t>PROBLEM S1-235</w:t>
            </w:r>
          </w:p>
          <w:p w14:paraId="02157B86" w14:textId="77777777" w:rsidR="00BE3968" w:rsidRDefault="00CA6E70">
            <w:pPr>
              <w:spacing w:after="140"/>
            </w:pPr>
            <w:r>
              <w:t>Anthony buys 3 identical lunch boxes for $18.00 in all. Anthony wants to know the price of just one. What does one lunch box cost?</w:t>
            </w:r>
          </w:p>
          <w:p w14:paraId="0D30634E" w14:textId="77777777" w:rsidR="00BE3968" w:rsidRDefault="00CA6E70">
            <w:pPr>
              <w:pStyle w:val="CMRBodySmall"/>
              <w:spacing w:after="40"/>
            </w:pPr>
            <w:r>
              <w:rPr>
                <w:b/>
              </w:rPr>
              <w:t>STEP 1 — WHAT DO THEY WANT?</w:t>
            </w:r>
          </w:p>
          <w:p w14:paraId="145E4D7B" w14:textId="77777777" w:rsidR="00BE3968" w:rsidRDefault="00CA6E70">
            <w:pPr>
              <w:pStyle w:val="CMRBodySmall"/>
              <w:spacing w:after="20"/>
            </w:pPr>
            <w:r>
              <w:t>○ A. The total price of all the items.</w:t>
            </w:r>
          </w:p>
          <w:p w14:paraId="00CF1D41" w14:textId="77777777" w:rsidR="00BE3968" w:rsidRDefault="00CA6E70">
            <w:pPr>
              <w:pStyle w:val="CMRBodySmall"/>
              <w:spacing w:after="80"/>
            </w:pPr>
            <w:r>
              <w:t>○ B. The price of one item.</w:t>
            </w:r>
          </w:p>
          <w:p w14:paraId="24A1E5F9" w14:textId="77777777" w:rsidR="00BE3968" w:rsidRDefault="00CA6E70">
            <w:pPr>
              <w:pStyle w:val="CMRBodySmall"/>
              <w:spacing w:after="40"/>
            </w:pPr>
            <w:r>
              <w:rPr>
                <w:b/>
              </w:rPr>
              <w:t>STEP 2 — WHAT DO I KNOW?</w:t>
            </w:r>
          </w:p>
          <w:p w14:paraId="720048C0" w14:textId="77777777" w:rsidR="00BE3968" w:rsidRDefault="00CA6E70">
            <w:pPr>
              <w:pStyle w:val="CMRBodySmall"/>
              <w:spacing w:after="40"/>
            </w:pPr>
            <w:r>
              <w:t>Number bought: ____________________</w:t>
            </w:r>
          </w:p>
          <w:p w14:paraId="0FF3DFCB" w14:textId="77777777" w:rsidR="00BE3968" w:rsidRDefault="00CA6E70">
            <w:pPr>
              <w:pStyle w:val="CMRBodySmall"/>
              <w:spacing w:after="40"/>
            </w:pPr>
            <w:r>
              <w:t>Total cost: ____________________</w:t>
            </w:r>
          </w:p>
          <w:p w14:paraId="19DD33E8" w14:textId="77777777" w:rsidR="00BE3968" w:rsidRDefault="00CA6E70">
            <w:pPr>
              <w:pStyle w:val="CMRBodySmall"/>
              <w:spacing w:after="40"/>
            </w:pPr>
            <w:r>
              <w:rPr>
                <w:b/>
              </w:rPr>
              <w:t>STEP 3 — HOW DO I FIND IT?</w:t>
            </w:r>
          </w:p>
          <w:p w14:paraId="561D17DB" w14:textId="77777777" w:rsidR="00BE3968" w:rsidRDefault="00CA6E70">
            <w:pPr>
              <w:pStyle w:val="CMRBodySmall"/>
              <w:spacing w:after="20"/>
            </w:pPr>
            <w:r>
              <w:t>○ A. Multiply the total by the number of items.</w:t>
            </w:r>
          </w:p>
          <w:p w14:paraId="35291ED3" w14:textId="77777777" w:rsidR="00BE3968" w:rsidRDefault="00CA6E70">
            <w:pPr>
              <w:pStyle w:val="CMRBodySmall"/>
            </w:pPr>
            <w:r>
              <w:t>○ B. Divide the total by the number of items.</w:t>
            </w:r>
          </w:p>
          <w:p w14:paraId="05905E92" w14:textId="77777777" w:rsidR="00BE3968" w:rsidRDefault="00CA6E70">
            <w:pPr>
              <w:pStyle w:val="CMRBodySmall"/>
              <w:spacing w:after="120"/>
            </w:pPr>
            <w:r>
              <w:t>My math: ____________________________________________________________</w:t>
            </w:r>
          </w:p>
          <w:p w14:paraId="0E88B952" w14:textId="77777777" w:rsidR="00BE3968" w:rsidRDefault="00CA6E70">
            <w:pPr>
              <w:pStyle w:val="CMRBodySmall"/>
              <w:spacing w:after="120"/>
            </w:pPr>
            <w:r>
              <w:t>____________________________________________________________________</w:t>
            </w:r>
          </w:p>
          <w:p w14:paraId="2E3A2DB2" w14:textId="77777777" w:rsidR="00BE3968" w:rsidRDefault="00CA6E70">
            <w:pPr>
              <w:pStyle w:val="CMRBodySmall"/>
              <w:spacing w:after="100"/>
            </w:pPr>
            <w:r>
              <w:t>Answer and check: ___________________________________________________</w:t>
            </w:r>
          </w:p>
        </w:tc>
      </w:tr>
    </w:tbl>
    <w:p w14:paraId="2696FCF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5676761" w14:textId="77777777">
        <w:tc>
          <w:tcPr>
            <w:tcW w:w="10036" w:type="dxa"/>
            <w:tcMar>
              <w:top w:w="70" w:type="dxa"/>
              <w:left w:w="140" w:type="dxa"/>
              <w:bottom w:w="85" w:type="dxa"/>
              <w:right w:w="140" w:type="dxa"/>
            </w:tcMar>
          </w:tcPr>
          <w:p w14:paraId="09723A90" w14:textId="77777777" w:rsidR="00BE3968" w:rsidRDefault="00BE3968"/>
          <w:p w14:paraId="7E3D62B4" w14:textId="77777777" w:rsidR="00BE3968" w:rsidRDefault="00CA6E70">
            <w:pPr>
              <w:pStyle w:val="CMRBodySmall"/>
            </w:pPr>
            <w:r>
              <w:rPr>
                <w:b/>
              </w:rPr>
              <w:t>PROBLEM S1-236</w:t>
            </w:r>
          </w:p>
          <w:p w14:paraId="14007CAB" w14:textId="77777777" w:rsidR="00BE3968" w:rsidRDefault="00CA6E70">
            <w:pPr>
              <w:spacing w:after="140"/>
            </w:pPr>
            <w:r>
              <w:t>Joseph paid $21.00 for 3 bus passes. Each pass costs the same amount. What is the price of one bus pass?</w:t>
            </w:r>
          </w:p>
          <w:p w14:paraId="71BB6789" w14:textId="77777777" w:rsidR="00BE3968" w:rsidRDefault="00CA6E70">
            <w:pPr>
              <w:pStyle w:val="CMRBodySmall"/>
              <w:spacing w:after="40"/>
            </w:pPr>
            <w:r>
              <w:rPr>
                <w:b/>
              </w:rPr>
              <w:t>STEP 1 — WHAT DO THEY WANT?</w:t>
            </w:r>
          </w:p>
          <w:p w14:paraId="3D7FF48C" w14:textId="77777777" w:rsidR="00BE3968" w:rsidRDefault="00CA6E70">
            <w:pPr>
              <w:pStyle w:val="CMRBodySmall"/>
              <w:spacing w:after="20"/>
            </w:pPr>
            <w:r>
              <w:t>○ A. The cost of a single one.</w:t>
            </w:r>
          </w:p>
          <w:p w14:paraId="70D56969" w14:textId="77777777" w:rsidR="00BE3968" w:rsidRDefault="00CA6E70">
            <w:pPr>
              <w:pStyle w:val="CMRBodySmall"/>
              <w:spacing w:after="80"/>
            </w:pPr>
            <w:r>
              <w:t>○ B. How many were bought.</w:t>
            </w:r>
          </w:p>
          <w:p w14:paraId="4639D715" w14:textId="77777777" w:rsidR="00BE3968" w:rsidRDefault="00CA6E70">
            <w:pPr>
              <w:pStyle w:val="CMRBodySmall"/>
              <w:spacing w:after="40"/>
            </w:pPr>
            <w:r>
              <w:rPr>
                <w:b/>
              </w:rPr>
              <w:t>STEP 2 — WHAT DO I KNOW?</w:t>
            </w:r>
          </w:p>
          <w:p w14:paraId="33FD16DF" w14:textId="77777777" w:rsidR="00BE3968" w:rsidRDefault="00CA6E70">
            <w:pPr>
              <w:pStyle w:val="CMRBodySmall"/>
              <w:spacing w:after="40"/>
            </w:pPr>
            <w:r>
              <w:t>Number bought: ____________________</w:t>
            </w:r>
          </w:p>
          <w:p w14:paraId="0F63457A" w14:textId="77777777" w:rsidR="00BE3968" w:rsidRDefault="00CA6E70">
            <w:pPr>
              <w:pStyle w:val="CMRBodySmall"/>
              <w:spacing w:after="40"/>
            </w:pPr>
            <w:r>
              <w:t>Total cost: ____________________</w:t>
            </w:r>
          </w:p>
          <w:p w14:paraId="6E6D1257" w14:textId="77777777" w:rsidR="00BE3968" w:rsidRDefault="00CA6E70">
            <w:pPr>
              <w:pStyle w:val="CMRBodySmall"/>
              <w:spacing w:after="40"/>
            </w:pPr>
            <w:r>
              <w:rPr>
                <w:b/>
              </w:rPr>
              <w:t>STEP 3 — HOW DO I FIND IT?</w:t>
            </w:r>
          </w:p>
          <w:p w14:paraId="69657635" w14:textId="77777777" w:rsidR="00BE3968" w:rsidRDefault="00CA6E70">
            <w:pPr>
              <w:pStyle w:val="CMRBodySmall"/>
              <w:spacing w:after="20"/>
            </w:pPr>
            <w:r>
              <w:t>○ A. Solve 3 × ? = $21.00 by dividing.</w:t>
            </w:r>
          </w:p>
          <w:p w14:paraId="7474D0F4" w14:textId="77777777" w:rsidR="00BE3968" w:rsidRDefault="00CA6E70">
            <w:pPr>
              <w:pStyle w:val="CMRBodySmall"/>
            </w:pPr>
            <w:r>
              <w:t>○ B. Subtract the number of items from the total.</w:t>
            </w:r>
          </w:p>
          <w:p w14:paraId="40810A97" w14:textId="77777777" w:rsidR="00BE3968" w:rsidRDefault="00CA6E70">
            <w:pPr>
              <w:pStyle w:val="CMRBodySmall"/>
              <w:spacing w:after="120"/>
            </w:pPr>
            <w:r>
              <w:t>My math: ____________________________________________________________</w:t>
            </w:r>
          </w:p>
          <w:p w14:paraId="318016B4" w14:textId="77777777" w:rsidR="00BE3968" w:rsidRDefault="00CA6E70">
            <w:pPr>
              <w:pStyle w:val="CMRBodySmall"/>
              <w:spacing w:after="120"/>
            </w:pPr>
            <w:r>
              <w:t>____________________________________________________________________</w:t>
            </w:r>
          </w:p>
          <w:p w14:paraId="19F3B4AF" w14:textId="77777777" w:rsidR="00BE3968" w:rsidRDefault="00CA6E70">
            <w:pPr>
              <w:pStyle w:val="CMRBodySmall"/>
              <w:spacing w:after="100"/>
            </w:pPr>
            <w:r>
              <w:t>Answer and check: ___________________________________________________</w:t>
            </w:r>
          </w:p>
        </w:tc>
      </w:tr>
    </w:tbl>
    <w:p w14:paraId="5AF5CADB" w14:textId="77777777" w:rsidR="00BE3968" w:rsidRDefault="00CA6E70">
      <w:r>
        <w:br w:type="page"/>
      </w:r>
    </w:p>
    <w:p w14:paraId="22740C80" w14:textId="77777777" w:rsidR="00BE3968" w:rsidRDefault="00CA6E70">
      <w:pPr>
        <w:pStyle w:val="CMRSmallLabel"/>
        <w:spacing w:after="60"/>
      </w:pPr>
      <w:r>
        <w:rPr>
          <w:b w:val="0"/>
        </w:rPr>
        <w:t>SECTION 1  |  TOPIC 24  |  PRACTICE PAGE 4/5</w:t>
      </w:r>
    </w:p>
    <w:p w14:paraId="59105547" w14:textId="77777777" w:rsidR="00BE3968" w:rsidRDefault="00CA6E70">
      <w:pPr>
        <w:pStyle w:val="CMRPageTitle"/>
        <w:spacing w:after="60"/>
      </w:pPr>
      <w:r>
        <w:rPr>
          <w:b w:val="0"/>
        </w:rPr>
        <w:t>Finding the unknown</w:t>
      </w:r>
    </w:p>
    <w:p w14:paraId="62A4694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8A15845" w14:textId="77777777">
        <w:tc>
          <w:tcPr>
            <w:tcW w:w="10036" w:type="dxa"/>
            <w:shd w:val="clear" w:color="auto" w:fill="F5F8F9"/>
            <w:tcMar>
              <w:top w:w="70" w:type="dxa"/>
              <w:left w:w="140" w:type="dxa"/>
              <w:bottom w:w="85" w:type="dxa"/>
              <w:right w:w="140" w:type="dxa"/>
            </w:tcMar>
          </w:tcPr>
          <w:p w14:paraId="58676C28" w14:textId="77777777" w:rsidR="00BE3968" w:rsidRDefault="00BE3968"/>
          <w:p w14:paraId="12AD308C" w14:textId="77777777" w:rsidR="00BE3968" w:rsidRDefault="00CA6E70">
            <w:pPr>
              <w:pStyle w:val="CMRBodySmall"/>
            </w:pPr>
            <w:r>
              <w:rPr>
                <w:b/>
              </w:rPr>
              <w:t>PROBLEM S1-237</w:t>
            </w:r>
          </w:p>
          <w:p w14:paraId="192C218F" w14:textId="77777777" w:rsidR="00BE3968" w:rsidRDefault="00CA6E70">
            <w:pPr>
              <w:spacing w:after="140"/>
            </w:pPr>
            <w:r>
              <w:t>Angela buys 8 identical folders at an office store. The folders cost $96.00 altogether. How much does one folder cost?</w:t>
            </w:r>
          </w:p>
          <w:p w14:paraId="4D10355A" w14:textId="77777777" w:rsidR="00BE3968" w:rsidRDefault="00CA6E70">
            <w:pPr>
              <w:pStyle w:val="CMRBodySmall"/>
              <w:spacing w:after="40"/>
            </w:pPr>
            <w:r>
              <w:rPr>
                <w:b/>
              </w:rPr>
              <w:t>STEP 1 — WHAT DO THEY WANT?</w:t>
            </w:r>
          </w:p>
          <w:p w14:paraId="01DBA5B3" w14:textId="77777777" w:rsidR="00BE3968" w:rsidRDefault="00CA6E70">
            <w:pPr>
              <w:pStyle w:val="CMRBodySmall"/>
              <w:spacing w:after="20"/>
            </w:pPr>
            <w:r>
              <w:t>○ A. The total price of all the items.</w:t>
            </w:r>
          </w:p>
          <w:p w14:paraId="62707BFF" w14:textId="77777777" w:rsidR="00BE3968" w:rsidRDefault="00CA6E70">
            <w:pPr>
              <w:pStyle w:val="CMRBodySmall"/>
              <w:spacing w:after="80"/>
            </w:pPr>
            <w:r>
              <w:t>○ B. The price of one item.</w:t>
            </w:r>
          </w:p>
          <w:p w14:paraId="1051D9C8" w14:textId="77777777" w:rsidR="00BE3968" w:rsidRDefault="00CA6E70">
            <w:pPr>
              <w:pStyle w:val="CMRBodySmall"/>
              <w:spacing w:after="40"/>
            </w:pPr>
            <w:r>
              <w:rPr>
                <w:b/>
              </w:rPr>
              <w:t>STEP 2 — WHAT DO I KNOW?</w:t>
            </w:r>
          </w:p>
          <w:p w14:paraId="2F1C869A" w14:textId="77777777" w:rsidR="00BE3968" w:rsidRDefault="00CA6E70">
            <w:pPr>
              <w:pStyle w:val="CMRBodySmall"/>
              <w:spacing w:after="40"/>
            </w:pPr>
            <w:r>
              <w:t>Number bought: ____________________</w:t>
            </w:r>
          </w:p>
          <w:p w14:paraId="74649D94" w14:textId="77777777" w:rsidR="00BE3968" w:rsidRDefault="00CA6E70">
            <w:pPr>
              <w:pStyle w:val="CMRBodySmall"/>
              <w:spacing w:after="40"/>
            </w:pPr>
            <w:r>
              <w:t>Total cost: ____________________</w:t>
            </w:r>
          </w:p>
          <w:p w14:paraId="52FE3C96" w14:textId="77777777" w:rsidR="00BE3968" w:rsidRDefault="00CA6E70">
            <w:pPr>
              <w:pStyle w:val="CMRBodySmall"/>
              <w:spacing w:after="40"/>
            </w:pPr>
            <w:r>
              <w:rPr>
                <w:b/>
              </w:rPr>
              <w:t>STEP 3 — HOW DO I FIND IT?</w:t>
            </w:r>
          </w:p>
          <w:p w14:paraId="7E673036" w14:textId="77777777" w:rsidR="00BE3968" w:rsidRDefault="00CA6E70">
            <w:pPr>
              <w:pStyle w:val="CMRBodySmall"/>
              <w:spacing w:after="20"/>
            </w:pPr>
            <w:r>
              <w:t>○ A. Multiply the total by the number of items.</w:t>
            </w:r>
          </w:p>
          <w:p w14:paraId="57B19322" w14:textId="77777777" w:rsidR="00BE3968" w:rsidRDefault="00CA6E70">
            <w:pPr>
              <w:pStyle w:val="CMRBodySmall"/>
            </w:pPr>
            <w:r>
              <w:t>○ B. Divide the total by the number of items.</w:t>
            </w:r>
          </w:p>
          <w:p w14:paraId="52666195" w14:textId="77777777" w:rsidR="00BE3968" w:rsidRDefault="00CA6E70">
            <w:pPr>
              <w:pStyle w:val="CMRBodySmall"/>
              <w:spacing w:after="120"/>
            </w:pPr>
            <w:r>
              <w:t>My math: ____________________________________________________________</w:t>
            </w:r>
          </w:p>
          <w:p w14:paraId="3CBA6FFD" w14:textId="77777777" w:rsidR="00BE3968" w:rsidRDefault="00CA6E70">
            <w:pPr>
              <w:pStyle w:val="CMRBodySmall"/>
              <w:spacing w:after="120"/>
            </w:pPr>
            <w:r>
              <w:t>____________________________________________________________________</w:t>
            </w:r>
          </w:p>
          <w:p w14:paraId="5767151A" w14:textId="77777777" w:rsidR="00BE3968" w:rsidRDefault="00CA6E70">
            <w:pPr>
              <w:pStyle w:val="CMRBodySmall"/>
              <w:spacing w:after="100"/>
            </w:pPr>
            <w:r>
              <w:t>Answer and check: ___________________________________________________</w:t>
            </w:r>
          </w:p>
        </w:tc>
      </w:tr>
    </w:tbl>
    <w:p w14:paraId="50C4100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42F3F1C" w14:textId="77777777">
        <w:tc>
          <w:tcPr>
            <w:tcW w:w="10036" w:type="dxa"/>
            <w:tcMar>
              <w:top w:w="70" w:type="dxa"/>
              <w:left w:w="140" w:type="dxa"/>
              <w:bottom w:w="85" w:type="dxa"/>
              <w:right w:w="140" w:type="dxa"/>
            </w:tcMar>
          </w:tcPr>
          <w:p w14:paraId="0CA7C8E5" w14:textId="77777777" w:rsidR="00BE3968" w:rsidRDefault="00BE3968"/>
          <w:p w14:paraId="1BD29F55" w14:textId="77777777" w:rsidR="00BE3968" w:rsidRDefault="00CA6E70">
            <w:pPr>
              <w:pStyle w:val="CMRBodySmall"/>
            </w:pPr>
            <w:r>
              <w:rPr>
                <w:b/>
              </w:rPr>
              <w:t>PROBLEM S1-238</w:t>
            </w:r>
          </w:p>
          <w:p w14:paraId="7A3744CF" w14:textId="77777777" w:rsidR="00BE3968" w:rsidRDefault="00CA6E70">
            <w:pPr>
              <w:spacing w:after="140"/>
            </w:pPr>
            <w:r>
              <w:t>Carlos buys 6 identical lunch boxes for $54.00 in all. Carlos wants to know the price of just one. What does one lunch box cost?</w:t>
            </w:r>
          </w:p>
          <w:p w14:paraId="3557BD99" w14:textId="77777777" w:rsidR="00BE3968" w:rsidRDefault="00CA6E70">
            <w:pPr>
              <w:pStyle w:val="CMRBodySmall"/>
              <w:spacing w:after="40"/>
            </w:pPr>
            <w:r>
              <w:rPr>
                <w:b/>
              </w:rPr>
              <w:t>STEP 1 — WHAT DO THEY WANT?</w:t>
            </w:r>
          </w:p>
          <w:p w14:paraId="02116EED" w14:textId="77777777" w:rsidR="00BE3968" w:rsidRDefault="00CA6E70">
            <w:pPr>
              <w:pStyle w:val="CMRBodySmall"/>
              <w:spacing w:after="20"/>
            </w:pPr>
            <w:r>
              <w:t>○ A. The cost of a single one.</w:t>
            </w:r>
          </w:p>
          <w:p w14:paraId="71D9337D" w14:textId="77777777" w:rsidR="00BE3968" w:rsidRDefault="00CA6E70">
            <w:pPr>
              <w:pStyle w:val="CMRBodySmall"/>
              <w:spacing w:after="80"/>
            </w:pPr>
            <w:r>
              <w:t>○ B. How many were bought.</w:t>
            </w:r>
          </w:p>
          <w:p w14:paraId="349947DC" w14:textId="77777777" w:rsidR="00BE3968" w:rsidRDefault="00CA6E70">
            <w:pPr>
              <w:pStyle w:val="CMRBodySmall"/>
              <w:spacing w:after="40"/>
            </w:pPr>
            <w:r>
              <w:rPr>
                <w:b/>
              </w:rPr>
              <w:t>STEP 2 — WHAT DO I KNOW?</w:t>
            </w:r>
          </w:p>
          <w:p w14:paraId="7766A0A7" w14:textId="77777777" w:rsidR="00BE3968" w:rsidRDefault="00CA6E70">
            <w:pPr>
              <w:pStyle w:val="CMRBodySmall"/>
              <w:spacing w:after="40"/>
            </w:pPr>
            <w:r>
              <w:t>Number bought: ____________________</w:t>
            </w:r>
          </w:p>
          <w:p w14:paraId="372E2FCA" w14:textId="77777777" w:rsidR="00BE3968" w:rsidRDefault="00CA6E70">
            <w:pPr>
              <w:pStyle w:val="CMRBodySmall"/>
              <w:spacing w:after="40"/>
            </w:pPr>
            <w:r>
              <w:t>Total cost: ____________________</w:t>
            </w:r>
          </w:p>
          <w:p w14:paraId="01EC1B73" w14:textId="77777777" w:rsidR="00BE3968" w:rsidRDefault="00CA6E70">
            <w:pPr>
              <w:pStyle w:val="CMRBodySmall"/>
              <w:spacing w:after="40"/>
            </w:pPr>
            <w:r>
              <w:rPr>
                <w:b/>
              </w:rPr>
              <w:t>STEP 3 — HOW DO I FIND IT?</w:t>
            </w:r>
          </w:p>
          <w:p w14:paraId="59E5ADB1" w14:textId="77777777" w:rsidR="00BE3968" w:rsidRDefault="00CA6E70">
            <w:pPr>
              <w:pStyle w:val="CMRBodySmall"/>
              <w:spacing w:after="20"/>
            </w:pPr>
            <w:r>
              <w:t>○ A. Subtract the number of items from the total.</w:t>
            </w:r>
          </w:p>
          <w:p w14:paraId="5B4551DE" w14:textId="77777777" w:rsidR="00BE3968" w:rsidRDefault="00CA6E70">
            <w:pPr>
              <w:pStyle w:val="CMRBodySmall"/>
            </w:pPr>
            <w:r>
              <w:t>○ B. Solve 6 × ? = $54.00 by dividing.</w:t>
            </w:r>
          </w:p>
          <w:p w14:paraId="0D629814" w14:textId="77777777" w:rsidR="00BE3968" w:rsidRDefault="00CA6E70">
            <w:pPr>
              <w:pStyle w:val="CMRBodySmall"/>
              <w:spacing w:after="120"/>
            </w:pPr>
            <w:r>
              <w:t>My math: ____________________________________________________________</w:t>
            </w:r>
          </w:p>
          <w:p w14:paraId="1A70F65C" w14:textId="77777777" w:rsidR="00BE3968" w:rsidRDefault="00CA6E70">
            <w:pPr>
              <w:pStyle w:val="CMRBodySmall"/>
              <w:spacing w:after="120"/>
            </w:pPr>
            <w:r>
              <w:t>____________________________________________________________________</w:t>
            </w:r>
          </w:p>
          <w:p w14:paraId="7AA7D8A6" w14:textId="77777777" w:rsidR="00BE3968" w:rsidRDefault="00CA6E70">
            <w:pPr>
              <w:pStyle w:val="CMRBodySmall"/>
              <w:spacing w:after="100"/>
            </w:pPr>
            <w:r>
              <w:t>Answer and check: ___________________________________________________</w:t>
            </w:r>
          </w:p>
        </w:tc>
      </w:tr>
    </w:tbl>
    <w:p w14:paraId="7394D0BD" w14:textId="77777777" w:rsidR="00BE3968" w:rsidRDefault="00CA6E70">
      <w:r>
        <w:br w:type="page"/>
      </w:r>
    </w:p>
    <w:p w14:paraId="2F18CC03" w14:textId="77777777" w:rsidR="00BE3968" w:rsidRDefault="00CA6E70">
      <w:pPr>
        <w:pStyle w:val="CMRSmallLabel"/>
        <w:spacing w:after="60"/>
      </w:pPr>
      <w:r>
        <w:rPr>
          <w:b w:val="0"/>
        </w:rPr>
        <w:t>SECTION 1  |  TOPIC 24  |  PRACTICE PAGE 5/5</w:t>
      </w:r>
    </w:p>
    <w:p w14:paraId="6557518D" w14:textId="77777777" w:rsidR="00BE3968" w:rsidRDefault="00CA6E70">
      <w:pPr>
        <w:pStyle w:val="CMRPageTitle"/>
        <w:spacing w:after="60"/>
      </w:pPr>
      <w:r>
        <w:rPr>
          <w:b w:val="0"/>
        </w:rPr>
        <w:t>Finding the unknown</w:t>
      </w:r>
    </w:p>
    <w:p w14:paraId="61E06C7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9425435" w14:textId="77777777">
        <w:tc>
          <w:tcPr>
            <w:tcW w:w="10036" w:type="dxa"/>
            <w:shd w:val="clear" w:color="auto" w:fill="F5F8F9"/>
            <w:tcMar>
              <w:top w:w="70" w:type="dxa"/>
              <w:left w:w="140" w:type="dxa"/>
              <w:bottom w:w="85" w:type="dxa"/>
              <w:right w:w="140" w:type="dxa"/>
            </w:tcMar>
          </w:tcPr>
          <w:p w14:paraId="79AE97DA" w14:textId="77777777" w:rsidR="00BE3968" w:rsidRDefault="00BE3968"/>
          <w:p w14:paraId="3A0478FC" w14:textId="77777777" w:rsidR="00BE3968" w:rsidRDefault="00CA6E70">
            <w:pPr>
              <w:pStyle w:val="CMRBodySmall"/>
            </w:pPr>
            <w:r>
              <w:rPr>
                <w:b/>
              </w:rPr>
              <w:t>PROBLEM S1-239</w:t>
            </w:r>
          </w:p>
          <w:p w14:paraId="58A23FE0" w14:textId="77777777" w:rsidR="00BE3968" w:rsidRDefault="00CA6E70">
            <w:pPr>
              <w:spacing w:after="140"/>
            </w:pPr>
            <w:r>
              <w:t>Nicole paid $35.00 for 7 bus passes. Each pass costs the same amount. What is the price of one bus pass?</w:t>
            </w:r>
          </w:p>
          <w:p w14:paraId="63795687" w14:textId="77777777" w:rsidR="00BE3968" w:rsidRDefault="00CA6E70">
            <w:pPr>
              <w:pStyle w:val="CMRBodySmall"/>
              <w:spacing w:after="40"/>
            </w:pPr>
            <w:r>
              <w:rPr>
                <w:b/>
              </w:rPr>
              <w:t>STEP 1 — WHAT DO THEY WANT?</w:t>
            </w:r>
          </w:p>
          <w:p w14:paraId="40F9774C" w14:textId="77777777" w:rsidR="00BE3968" w:rsidRDefault="00CA6E70">
            <w:pPr>
              <w:pStyle w:val="CMRBodySmall"/>
              <w:spacing w:after="20"/>
            </w:pPr>
            <w:r>
              <w:t>○ A. The total price of all the items.</w:t>
            </w:r>
          </w:p>
          <w:p w14:paraId="3D627AEC" w14:textId="77777777" w:rsidR="00BE3968" w:rsidRDefault="00CA6E70">
            <w:pPr>
              <w:pStyle w:val="CMRBodySmall"/>
              <w:spacing w:after="80"/>
            </w:pPr>
            <w:r>
              <w:t>○ B. The price of one item.</w:t>
            </w:r>
          </w:p>
          <w:p w14:paraId="0612812F" w14:textId="77777777" w:rsidR="00BE3968" w:rsidRDefault="00CA6E70">
            <w:pPr>
              <w:pStyle w:val="CMRBodySmall"/>
              <w:spacing w:after="40"/>
            </w:pPr>
            <w:r>
              <w:rPr>
                <w:b/>
              </w:rPr>
              <w:t>STEP 2 — WHAT DO I KNOW?</w:t>
            </w:r>
          </w:p>
          <w:p w14:paraId="0EF2AC90" w14:textId="77777777" w:rsidR="00BE3968" w:rsidRDefault="00CA6E70">
            <w:pPr>
              <w:pStyle w:val="CMRBodySmall"/>
              <w:spacing w:after="40"/>
            </w:pPr>
            <w:r>
              <w:t>Number bought: ____________________</w:t>
            </w:r>
          </w:p>
          <w:p w14:paraId="0ED2C48A" w14:textId="77777777" w:rsidR="00BE3968" w:rsidRDefault="00CA6E70">
            <w:pPr>
              <w:pStyle w:val="CMRBodySmall"/>
              <w:spacing w:after="40"/>
            </w:pPr>
            <w:r>
              <w:t>Total cost: ____________________</w:t>
            </w:r>
          </w:p>
          <w:p w14:paraId="46CAACC3" w14:textId="77777777" w:rsidR="00BE3968" w:rsidRDefault="00CA6E70">
            <w:pPr>
              <w:pStyle w:val="CMRBodySmall"/>
              <w:spacing w:after="40"/>
            </w:pPr>
            <w:r>
              <w:rPr>
                <w:b/>
              </w:rPr>
              <w:t>STEP 3 — HOW DO I FIND IT?</w:t>
            </w:r>
          </w:p>
          <w:p w14:paraId="68528B61" w14:textId="77777777" w:rsidR="00BE3968" w:rsidRDefault="00CA6E70">
            <w:pPr>
              <w:pStyle w:val="CMRBodySmall"/>
              <w:spacing w:after="20"/>
            </w:pPr>
            <w:r>
              <w:t>○ A. Divide the total by the number of items.</w:t>
            </w:r>
          </w:p>
          <w:p w14:paraId="41BA0093" w14:textId="77777777" w:rsidR="00BE3968" w:rsidRDefault="00CA6E70">
            <w:pPr>
              <w:pStyle w:val="CMRBodySmall"/>
            </w:pPr>
            <w:r>
              <w:t>○ B. Multiply the total by the number of items.</w:t>
            </w:r>
          </w:p>
          <w:p w14:paraId="17B4D64E" w14:textId="77777777" w:rsidR="00BE3968" w:rsidRDefault="00CA6E70">
            <w:pPr>
              <w:pStyle w:val="CMRBodySmall"/>
              <w:spacing w:after="120"/>
            </w:pPr>
            <w:r>
              <w:t>My math: ____________________________________________________________</w:t>
            </w:r>
          </w:p>
          <w:p w14:paraId="0F8E2C15" w14:textId="77777777" w:rsidR="00BE3968" w:rsidRDefault="00CA6E70">
            <w:pPr>
              <w:pStyle w:val="CMRBodySmall"/>
              <w:spacing w:after="120"/>
            </w:pPr>
            <w:r>
              <w:t>____________________________________________________________________</w:t>
            </w:r>
          </w:p>
          <w:p w14:paraId="5C3DC884" w14:textId="77777777" w:rsidR="00BE3968" w:rsidRDefault="00CA6E70">
            <w:pPr>
              <w:pStyle w:val="CMRBodySmall"/>
              <w:spacing w:after="100"/>
            </w:pPr>
            <w:r>
              <w:t>Answer and check: ___________________________________________________</w:t>
            </w:r>
          </w:p>
        </w:tc>
      </w:tr>
    </w:tbl>
    <w:p w14:paraId="10A5507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BECF158" w14:textId="77777777">
        <w:tc>
          <w:tcPr>
            <w:tcW w:w="10036" w:type="dxa"/>
            <w:tcMar>
              <w:top w:w="70" w:type="dxa"/>
              <w:left w:w="140" w:type="dxa"/>
              <w:bottom w:w="85" w:type="dxa"/>
              <w:right w:w="140" w:type="dxa"/>
            </w:tcMar>
          </w:tcPr>
          <w:p w14:paraId="310BDB10" w14:textId="77777777" w:rsidR="00BE3968" w:rsidRDefault="00BE3968"/>
          <w:p w14:paraId="2EDFD0C0" w14:textId="77777777" w:rsidR="00BE3968" w:rsidRDefault="00CA6E70">
            <w:pPr>
              <w:pStyle w:val="CMRBodySmall"/>
            </w:pPr>
            <w:r>
              <w:rPr>
                <w:b/>
              </w:rPr>
              <w:t>PROBLEM S1-240</w:t>
            </w:r>
          </w:p>
          <w:p w14:paraId="5B582AB8" w14:textId="77777777" w:rsidR="00BE3968" w:rsidRDefault="00CA6E70">
            <w:pPr>
              <w:spacing w:after="140"/>
            </w:pPr>
            <w:r>
              <w:t>Luis buys 6 identical folders at an office store. The folders cost $60.00 altogether. How much does one folder cost?</w:t>
            </w:r>
          </w:p>
          <w:p w14:paraId="606BADEF" w14:textId="77777777" w:rsidR="00BE3968" w:rsidRDefault="00CA6E70">
            <w:pPr>
              <w:pStyle w:val="CMRBodySmall"/>
              <w:spacing w:after="40"/>
            </w:pPr>
            <w:r>
              <w:rPr>
                <w:b/>
              </w:rPr>
              <w:t>STEP 1 — WHAT DO THEY WANT?</w:t>
            </w:r>
          </w:p>
          <w:p w14:paraId="1DFC828B" w14:textId="77777777" w:rsidR="00BE3968" w:rsidRDefault="00CA6E70">
            <w:pPr>
              <w:pStyle w:val="CMRBodySmall"/>
              <w:spacing w:after="20"/>
            </w:pPr>
            <w:r>
              <w:t>○ A. How many were bought.</w:t>
            </w:r>
          </w:p>
          <w:p w14:paraId="7B28C45E" w14:textId="77777777" w:rsidR="00BE3968" w:rsidRDefault="00CA6E70">
            <w:pPr>
              <w:pStyle w:val="CMRBodySmall"/>
              <w:spacing w:after="80"/>
            </w:pPr>
            <w:r>
              <w:t>○ B. The cost of a single one.</w:t>
            </w:r>
          </w:p>
          <w:p w14:paraId="66023AFD" w14:textId="77777777" w:rsidR="00BE3968" w:rsidRDefault="00CA6E70">
            <w:pPr>
              <w:pStyle w:val="CMRBodySmall"/>
              <w:spacing w:after="40"/>
            </w:pPr>
            <w:r>
              <w:rPr>
                <w:b/>
              </w:rPr>
              <w:t>STEP 2 — WHAT DO I KNOW?</w:t>
            </w:r>
          </w:p>
          <w:p w14:paraId="7E9DEB06" w14:textId="77777777" w:rsidR="00BE3968" w:rsidRDefault="00CA6E70">
            <w:pPr>
              <w:pStyle w:val="CMRBodySmall"/>
              <w:spacing w:after="40"/>
            </w:pPr>
            <w:r>
              <w:t>Number bought: ____________________</w:t>
            </w:r>
          </w:p>
          <w:p w14:paraId="0B4E53B2" w14:textId="77777777" w:rsidR="00BE3968" w:rsidRDefault="00CA6E70">
            <w:pPr>
              <w:pStyle w:val="CMRBodySmall"/>
              <w:spacing w:after="40"/>
            </w:pPr>
            <w:r>
              <w:t>Total cost: ____________________</w:t>
            </w:r>
          </w:p>
          <w:p w14:paraId="56ED99B9" w14:textId="77777777" w:rsidR="00BE3968" w:rsidRDefault="00CA6E70">
            <w:pPr>
              <w:pStyle w:val="CMRBodySmall"/>
              <w:spacing w:after="40"/>
            </w:pPr>
            <w:r>
              <w:rPr>
                <w:b/>
              </w:rPr>
              <w:t>STEP 3 — HOW DO I FIND IT?</w:t>
            </w:r>
          </w:p>
          <w:p w14:paraId="742F21AD" w14:textId="77777777" w:rsidR="00BE3968" w:rsidRDefault="00CA6E70">
            <w:pPr>
              <w:pStyle w:val="CMRBodySmall"/>
              <w:spacing w:after="20"/>
            </w:pPr>
            <w:r>
              <w:t>○ A. Solve 6 × ? = $60.00 by dividing.</w:t>
            </w:r>
          </w:p>
          <w:p w14:paraId="4F2BD106" w14:textId="77777777" w:rsidR="00BE3968" w:rsidRDefault="00CA6E70">
            <w:pPr>
              <w:pStyle w:val="CMRBodySmall"/>
            </w:pPr>
            <w:r>
              <w:t>○ B. Subtract the number of items from the total.</w:t>
            </w:r>
          </w:p>
          <w:p w14:paraId="5EFEB1AA" w14:textId="77777777" w:rsidR="00BE3968" w:rsidRDefault="00CA6E70">
            <w:pPr>
              <w:pStyle w:val="CMRBodySmall"/>
              <w:spacing w:after="120"/>
            </w:pPr>
            <w:r>
              <w:t>My math: ____________________________________________________________</w:t>
            </w:r>
          </w:p>
          <w:p w14:paraId="6BF2A278" w14:textId="77777777" w:rsidR="00BE3968" w:rsidRDefault="00CA6E70">
            <w:pPr>
              <w:pStyle w:val="CMRBodySmall"/>
              <w:spacing w:after="120"/>
            </w:pPr>
            <w:r>
              <w:t>____________________________________________________________________</w:t>
            </w:r>
          </w:p>
          <w:p w14:paraId="564FBC05" w14:textId="77777777" w:rsidR="00BE3968" w:rsidRDefault="00CA6E70">
            <w:pPr>
              <w:pStyle w:val="CMRBodySmall"/>
              <w:spacing w:after="100"/>
            </w:pPr>
            <w:r>
              <w:t>Answer and check: ___________________________________________________</w:t>
            </w:r>
          </w:p>
        </w:tc>
      </w:tr>
    </w:tbl>
    <w:p w14:paraId="5BF39B87" w14:textId="77777777" w:rsidR="00BE3968" w:rsidRDefault="00CA6E70">
      <w:r>
        <w:br w:type="page"/>
      </w:r>
    </w:p>
    <w:p w14:paraId="2BA26CBA" w14:textId="77777777" w:rsidR="00BE3968" w:rsidRDefault="00CA6E70">
      <w:pPr>
        <w:pStyle w:val="CMRPageTitle"/>
      </w:pPr>
      <w:r>
        <w:rPr>
          <w:b w:val="0"/>
        </w:rPr>
        <w:t>Putting understanding to work</w:t>
      </w:r>
    </w:p>
    <w:p w14:paraId="1131D784" w14:textId="77777777" w:rsidR="00BE3968" w:rsidRDefault="00CA6E70">
      <w:pPr>
        <w:pStyle w:val="CMRSectionLabel"/>
      </w:pPr>
      <w:r>
        <w:rPr>
          <w:b w:val="0"/>
        </w:rPr>
        <w:t>SECTION 2</w:t>
      </w:r>
    </w:p>
    <w:p w14:paraId="4025A26B" w14:textId="77777777" w:rsidR="00BE3968" w:rsidRDefault="00CA6E70">
      <w:r>
        <w:t>You already know the three steps. Now the reading gets longer, more than one calculation may be needed, and some information may not help answer the question.</w:t>
      </w:r>
    </w:p>
    <w:p w14:paraId="7ED4B6F0" w14:textId="77777777" w:rsidR="00BE3968" w:rsidRDefault="00CA6E70">
      <w:r>
        <w:t>You will write your own response for each step. Look for what the situation means before choosing a calculation. Remember to include the correct units in your answer.</w:t>
      </w:r>
    </w:p>
    <w:tbl>
      <w:tblPr>
        <w:tblW w:w="0" w:type="auto"/>
        <w:tblLayout w:type="fixed"/>
        <w:tblLook w:val="04A0" w:firstRow="1" w:lastRow="0" w:firstColumn="1" w:lastColumn="0" w:noHBand="0" w:noVBand="1"/>
      </w:tblPr>
      <w:tblGrid>
        <w:gridCol w:w="10036"/>
      </w:tblGrid>
      <w:tr w:rsidR="00BE3968" w14:paraId="35953BC3" w14:textId="77777777">
        <w:tc>
          <w:tcPr>
            <w:tcW w:w="10036" w:type="dxa"/>
            <w:shd w:val="clear" w:color="auto" w:fill="EEF3F5"/>
            <w:tcMar>
              <w:top w:w="100" w:type="dxa"/>
              <w:left w:w="150" w:type="dxa"/>
              <w:bottom w:w="100" w:type="dxa"/>
              <w:right w:w="150" w:type="dxa"/>
            </w:tcMar>
          </w:tcPr>
          <w:p w14:paraId="417B0DBF" w14:textId="77777777" w:rsidR="00BE3968" w:rsidRDefault="00CA6E70">
            <w:pPr>
              <w:pStyle w:val="CMRBodySmall"/>
            </w:pPr>
            <w:r>
              <w:t>STEP 1  What do they want?</w:t>
            </w:r>
          </w:p>
          <w:p w14:paraId="28CB3C45" w14:textId="77777777" w:rsidR="00BE3968" w:rsidRDefault="00CA6E70">
            <w:pPr>
              <w:pStyle w:val="CMRBodySmall"/>
            </w:pPr>
            <w:r>
              <w:t>STEP 2  What do I know?</w:t>
            </w:r>
          </w:p>
          <w:p w14:paraId="17D3DB6A" w14:textId="77777777" w:rsidR="00BE3968" w:rsidRDefault="00CA6E70">
            <w:pPr>
              <w:pStyle w:val="CMRBodySmall"/>
            </w:pPr>
            <w:r>
              <w:t>STEP 3  How do I find it?</w:t>
            </w:r>
          </w:p>
        </w:tc>
      </w:tr>
    </w:tbl>
    <w:p w14:paraId="392281E8" w14:textId="77777777" w:rsidR="00BE3968" w:rsidRDefault="00BE3968">
      <w:pPr>
        <w:spacing w:after="40"/>
      </w:pPr>
    </w:p>
    <w:p w14:paraId="7BDE617E" w14:textId="77777777" w:rsidR="00BE3968" w:rsidRDefault="00CA6E70">
      <w:r>
        <w:br w:type="page"/>
      </w:r>
    </w:p>
    <w:p w14:paraId="1D4F122A" w14:textId="77777777" w:rsidR="00BE3968" w:rsidRDefault="00CA6E70">
      <w:pPr>
        <w:pStyle w:val="CMRSmallLabel"/>
        <w:spacing w:after="60"/>
      </w:pPr>
      <w:r>
        <w:rPr>
          <w:b w:val="0"/>
        </w:rPr>
        <w:t>SECTION 2  |  TOPIC 01  |  PRACTICE PAGE 1/5</w:t>
      </w:r>
    </w:p>
    <w:p w14:paraId="7D78A49A" w14:textId="77777777" w:rsidR="00BE3968" w:rsidRDefault="00CA6E70">
      <w:pPr>
        <w:pStyle w:val="CMRPageTitle"/>
        <w:spacing w:after="60"/>
      </w:pPr>
      <w:r>
        <w:rPr>
          <w:b w:val="0"/>
        </w:rPr>
        <w:t>Grocery totals</w:t>
      </w:r>
    </w:p>
    <w:p w14:paraId="184FB5DD" w14:textId="77777777" w:rsidR="00BE3968" w:rsidRDefault="00CA6E70">
      <w:pPr>
        <w:pStyle w:val="CMRBodySmall"/>
        <w:spacing w:after="100"/>
      </w:pPr>
      <w:r>
        <w:t>Use the same three steps: Find the full cost when several prices belong together.</w:t>
      </w:r>
    </w:p>
    <w:tbl>
      <w:tblPr>
        <w:tblW w:w="0" w:type="auto"/>
        <w:tblLayout w:type="fixed"/>
        <w:tblLook w:val="04A0" w:firstRow="1" w:lastRow="0" w:firstColumn="1" w:lastColumn="0" w:noHBand="0" w:noVBand="1"/>
      </w:tblPr>
      <w:tblGrid>
        <w:gridCol w:w="10036"/>
      </w:tblGrid>
      <w:tr w:rsidR="00BE3968" w14:paraId="6BBC2958" w14:textId="77777777">
        <w:tc>
          <w:tcPr>
            <w:tcW w:w="10036" w:type="dxa"/>
            <w:shd w:val="clear" w:color="auto" w:fill="F5F8F9"/>
            <w:tcMar>
              <w:top w:w="70" w:type="dxa"/>
              <w:left w:w="140" w:type="dxa"/>
              <w:bottom w:w="85" w:type="dxa"/>
              <w:right w:w="140" w:type="dxa"/>
            </w:tcMar>
          </w:tcPr>
          <w:p w14:paraId="450093F6" w14:textId="77777777" w:rsidR="00BE3968" w:rsidRDefault="00BE3968"/>
          <w:p w14:paraId="42391271" w14:textId="77777777" w:rsidR="00BE3968" w:rsidRDefault="00CA6E70">
            <w:pPr>
              <w:pStyle w:val="CMRBodySmall"/>
            </w:pPr>
            <w:r>
              <w:rPr>
                <w:b/>
              </w:rPr>
              <w:t>PROBLEM S2-001</w:t>
            </w:r>
          </w:p>
          <w:p w14:paraId="22855D3B" w14:textId="77777777" w:rsidR="00BE3968" w:rsidRDefault="00CA6E70">
            <w:r>
              <w:t>Sharon buys rice for $17.00 and vegetables for $8.00. Sharon also buys eggs for $10.00. A reusable bag costs $2.00, but Sharon does not buy one. What is the total cost of the items purchased?</w:t>
            </w:r>
          </w:p>
          <w:p w14:paraId="715674A6" w14:textId="77777777" w:rsidR="00BE3968" w:rsidRDefault="00CA6E70">
            <w:pPr>
              <w:pStyle w:val="CMRBodySmall"/>
              <w:spacing w:after="40"/>
            </w:pPr>
            <w:r>
              <w:rPr>
                <w:b/>
              </w:rPr>
              <w:t>STEP 1 — WHAT DO THEY WANT?</w:t>
            </w:r>
          </w:p>
          <w:p w14:paraId="1CC60ACE" w14:textId="77777777" w:rsidR="00BE3968" w:rsidRDefault="00CA6E70">
            <w:pPr>
              <w:pStyle w:val="CMRBodySmall"/>
              <w:spacing w:after="80"/>
            </w:pPr>
            <w:r>
              <w:t>I need to find: _________________________________________________________</w:t>
            </w:r>
          </w:p>
          <w:p w14:paraId="7499361B" w14:textId="77777777" w:rsidR="00BE3968" w:rsidRDefault="00CA6E70">
            <w:pPr>
              <w:pStyle w:val="CMRBodySmall"/>
              <w:spacing w:after="40"/>
            </w:pPr>
            <w:r>
              <w:rPr>
                <w:b/>
              </w:rPr>
              <w:t>STEP 2 — WHAT DO I KNOW?</w:t>
            </w:r>
          </w:p>
          <w:p w14:paraId="34BDAFA2" w14:textId="77777777" w:rsidR="00BE3968" w:rsidRDefault="00CA6E70">
            <w:pPr>
              <w:pStyle w:val="CMRBodySmall"/>
              <w:spacing w:after="40"/>
            </w:pPr>
            <w:r>
              <w:t>Useful facts: __________________________________________________________</w:t>
            </w:r>
          </w:p>
          <w:p w14:paraId="6C079D36" w14:textId="77777777" w:rsidR="00BE3968" w:rsidRDefault="00CA6E70">
            <w:pPr>
              <w:pStyle w:val="CMRBodySmall"/>
            </w:pPr>
            <w:r>
              <w:t>____________________________________________________________________</w:t>
            </w:r>
          </w:p>
          <w:p w14:paraId="7B2705C4" w14:textId="77777777" w:rsidR="00BE3968" w:rsidRDefault="00CA6E70">
            <w:pPr>
              <w:pStyle w:val="CMRBodySmall"/>
              <w:spacing w:after="40"/>
            </w:pPr>
            <w:r>
              <w:rPr>
                <w:b/>
              </w:rPr>
              <w:t>STEP 3 — HOW DO I FIND IT?</w:t>
            </w:r>
          </w:p>
          <w:p w14:paraId="231538CD" w14:textId="77777777" w:rsidR="00BE3968" w:rsidRDefault="00CA6E70">
            <w:pPr>
              <w:pStyle w:val="CMRBodySmall"/>
              <w:spacing w:after="100"/>
            </w:pPr>
            <w:r>
              <w:t>My work: ____________________________________________________________</w:t>
            </w:r>
          </w:p>
          <w:p w14:paraId="0030C90C" w14:textId="77777777" w:rsidR="00BE3968" w:rsidRDefault="00CA6E70">
            <w:pPr>
              <w:pStyle w:val="CMRBodySmall"/>
              <w:spacing w:after="100"/>
            </w:pPr>
            <w:r>
              <w:t>____________________________________________________________________</w:t>
            </w:r>
          </w:p>
          <w:p w14:paraId="6A9D8A27" w14:textId="77777777" w:rsidR="00BE3968" w:rsidRDefault="00CA6E70">
            <w:pPr>
              <w:pStyle w:val="CMRBodySmall"/>
              <w:spacing w:after="100"/>
            </w:pPr>
            <w:r>
              <w:t>____________________________________________________________________</w:t>
            </w:r>
          </w:p>
          <w:p w14:paraId="38C9EE3C" w14:textId="77777777" w:rsidR="00BE3968" w:rsidRDefault="00CA6E70">
            <w:pPr>
              <w:pStyle w:val="CMRBodySmall"/>
              <w:spacing w:after="100"/>
            </w:pPr>
            <w:r>
              <w:t>Answer with units: __________________________________________________</w:t>
            </w:r>
          </w:p>
          <w:p w14:paraId="35C54386" w14:textId="77777777" w:rsidR="00BE3968" w:rsidRDefault="00CA6E70">
            <w:pPr>
              <w:pStyle w:val="CMRBodySmall"/>
              <w:spacing w:after="80"/>
            </w:pPr>
            <w:r>
              <w:t>Does the answer make sense? ___________________________________________</w:t>
            </w:r>
          </w:p>
        </w:tc>
      </w:tr>
    </w:tbl>
    <w:p w14:paraId="2C8B019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C606C46" w14:textId="77777777">
        <w:tc>
          <w:tcPr>
            <w:tcW w:w="10036" w:type="dxa"/>
            <w:tcMar>
              <w:top w:w="70" w:type="dxa"/>
              <w:left w:w="140" w:type="dxa"/>
              <w:bottom w:w="85" w:type="dxa"/>
              <w:right w:w="140" w:type="dxa"/>
            </w:tcMar>
          </w:tcPr>
          <w:p w14:paraId="6BC9CC8F" w14:textId="77777777" w:rsidR="00BE3968" w:rsidRDefault="00BE3968"/>
          <w:p w14:paraId="37B972B3" w14:textId="77777777" w:rsidR="00BE3968" w:rsidRDefault="00CA6E70">
            <w:pPr>
              <w:pStyle w:val="CMRBodySmall"/>
            </w:pPr>
            <w:r>
              <w:rPr>
                <w:b/>
              </w:rPr>
              <w:t>PROBLEM S2-002</w:t>
            </w:r>
          </w:p>
          <w:p w14:paraId="60721478" w14:textId="77777777" w:rsidR="00BE3968" w:rsidRDefault="00CA6E70">
            <w:r>
              <w:t>At the register, Andre has laundry soap ($23.00), paper towels ($10.00), and dish soap ($5.00). The cashier asks if Andre wants a $2.00 reusable bag, and Andre says no. How much does Andre pay?</w:t>
            </w:r>
          </w:p>
          <w:p w14:paraId="13881876" w14:textId="77777777" w:rsidR="00BE3968" w:rsidRDefault="00CA6E70">
            <w:pPr>
              <w:pStyle w:val="CMRBodySmall"/>
              <w:spacing w:after="40"/>
            </w:pPr>
            <w:r>
              <w:rPr>
                <w:b/>
              </w:rPr>
              <w:t>STEP 1 — WHAT DO THEY WANT?</w:t>
            </w:r>
          </w:p>
          <w:p w14:paraId="671F2AAD" w14:textId="77777777" w:rsidR="00BE3968" w:rsidRDefault="00CA6E70">
            <w:pPr>
              <w:pStyle w:val="CMRBodySmall"/>
              <w:spacing w:after="80"/>
            </w:pPr>
            <w:r>
              <w:t>I need to find: _________________________________________________________</w:t>
            </w:r>
          </w:p>
          <w:p w14:paraId="31B51773" w14:textId="77777777" w:rsidR="00BE3968" w:rsidRDefault="00CA6E70">
            <w:pPr>
              <w:pStyle w:val="CMRBodySmall"/>
              <w:spacing w:after="40"/>
            </w:pPr>
            <w:r>
              <w:rPr>
                <w:b/>
              </w:rPr>
              <w:t>STEP 2 — WHAT DO I KNOW?</w:t>
            </w:r>
          </w:p>
          <w:p w14:paraId="0B516023" w14:textId="77777777" w:rsidR="00BE3968" w:rsidRDefault="00CA6E70">
            <w:pPr>
              <w:pStyle w:val="CMRBodySmall"/>
              <w:spacing w:after="40"/>
            </w:pPr>
            <w:r>
              <w:t>Useful facts: __________________________________________________________</w:t>
            </w:r>
          </w:p>
          <w:p w14:paraId="4BE1CB86" w14:textId="77777777" w:rsidR="00BE3968" w:rsidRDefault="00CA6E70">
            <w:pPr>
              <w:pStyle w:val="CMRBodySmall"/>
            </w:pPr>
            <w:r>
              <w:t>____________________________________________________________________</w:t>
            </w:r>
          </w:p>
          <w:p w14:paraId="30499EFC" w14:textId="77777777" w:rsidR="00BE3968" w:rsidRDefault="00CA6E70">
            <w:pPr>
              <w:pStyle w:val="CMRBodySmall"/>
              <w:spacing w:after="40"/>
            </w:pPr>
            <w:r>
              <w:rPr>
                <w:b/>
              </w:rPr>
              <w:t>STEP 3 — HOW DO I FIND IT?</w:t>
            </w:r>
          </w:p>
          <w:p w14:paraId="1364F215" w14:textId="77777777" w:rsidR="00BE3968" w:rsidRDefault="00CA6E70">
            <w:pPr>
              <w:pStyle w:val="CMRBodySmall"/>
              <w:spacing w:after="100"/>
            </w:pPr>
            <w:r>
              <w:t>My work: ____________________________________________________________</w:t>
            </w:r>
          </w:p>
          <w:p w14:paraId="22A7BC83" w14:textId="77777777" w:rsidR="00BE3968" w:rsidRDefault="00CA6E70">
            <w:pPr>
              <w:pStyle w:val="CMRBodySmall"/>
              <w:spacing w:after="100"/>
            </w:pPr>
            <w:r>
              <w:t>____________________________________________________________________</w:t>
            </w:r>
          </w:p>
          <w:p w14:paraId="17F7BFDD" w14:textId="77777777" w:rsidR="00BE3968" w:rsidRDefault="00CA6E70">
            <w:pPr>
              <w:pStyle w:val="CMRBodySmall"/>
              <w:spacing w:after="100"/>
            </w:pPr>
            <w:r>
              <w:t>____________________________________________________________________</w:t>
            </w:r>
          </w:p>
          <w:p w14:paraId="168845B3" w14:textId="77777777" w:rsidR="00BE3968" w:rsidRDefault="00CA6E70">
            <w:pPr>
              <w:pStyle w:val="CMRBodySmall"/>
              <w:spacing w:after="100"/>
            </w:pPr>
            <w:r>
              <w:t>Answer with units: __________________________________________________</w:t>
            </w:r>
          </w:p>
          <w:p w14:paraId="04E6914A" w14:textId="77777777" w:rsidR="00BE3968" w:rsidRDefault="00CA6E70">
            <w:pPr>
              <w:pStyle w:val="CMRBodySmall"/>
              <w:spacing w:after="80"/>
            </w:pPr>
            <w:r>
              <w:t>Does the answer make sense? ___________________________________________</w:t>
            </w:r>
          </w:p>
        </w:tc>
      </w:tr>
    </w:tbl>
    <w:p w14:paraId="3A26693C" w14:textId="77777777" w:rsidR="00BE3968" w:rsidRDefault="00CA6E70">
      <w:r>
        <w:br w:type="page"/>
      </w:r>
    </w:p>
    <w:p w14:paraId="6E9FF84A" w14:textId="77777777" w:rsidR="00BE3968" w:rsidRDefault="00CA6E70">
      <w:pPr>
        <w:pStyle w:val="CMRSmallLabel"/>
        <w:spacing w:after="60"/>
      </w:pPr>
      <w:r>
        <w:rPr>
          <w:b w:val="0"/>
        </w:rPr>
        <w:t>SECTION 2  |  TOPIC 01  |  PRACTICE PAGE 2/5</w:t>
      </w:r>
    </w:p>
    <w:p w14:paraId="0A051264" w14:textId="77777777" w:rsidR="00BE3968" w:rsidRDefault="00CA6E70">
      <w:pPr>
        <w:pStyle w:val="CMRPageTitle"/>
        <w:spacing w:after="60"/>
      </w:pPr>
      <w:r>
        <w:rPr>
          <w:b w:val="0"/>
        </w:rPr>
        <w:t>Grocery totals</w:t>
      </w:r>
    </w:p>
    <w:p w14:paraId="7F9F423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12ADAFE" w14:textId="77777777">
        <w:tc>
          <w:tcPr>
            <w:tcW w:w="10036" w:type="dxa"/>
            <w:shd w:val="clear" w:color="auto" w:fill="F5F8F9"/>
            <w:tcMar>
              <w:top w:w="70" w:type="dxa"/>
              <w:left w:w="140" w:type="dxa"/>
              <w:bottom w:w="85" w:type="dxa"/>
              <w:right w:w="140" w:type="dxa"/>
            </w:tcMar>
          </w:tcPr>
          <w:p w14:paraId="1BBB5707" w14:textId="77777777" w:rsidR="00BE3968" w:rsidRDefault="00BE3968"/>
          <w:p w14:paraId="7D065984" w14:textId="77777777" w:rsidR="00BE3968" w:rsidRDefault="00CA6E70">
            <w:pPr>
              <w:pStyle w:val="CMRBodySmall"/>
            </w:pPr>
            <w:r>
              <w:rPr>
                <w:b/>
              </w:rPr>
              <w:t>PROBLEM S2-003</w:t>
            </w:r>
          </w:p>
          <w:p w14:paraId="77A52312" w14:textId="77777777" w:rsidR="00BE3968" w:rsidRDefault="00CA6E70">
            <w:r>
              <w:t>Patricia puts three items in a cart: folders for $9.00, notebooks for $18.00, and pens for $12.00. Patricia looks at a $2.00 reusable bag but leaves it on the shelf. What is the total for the items Patricia buys?</w:t>
            </w:r>
          </w:p>
          <w:p w14:paraId="153F6F24" w14:textId="77777777" w:rsidR="00BE3968" w:rsidRDefault="00CA6E70">
            <w:pPr>
              <w:pStyle w:val="CMRBodySmall"/>
              <w:spacing w:after="40"/>
            </w:pPr>
            <w:r>
              <w:rPr>
                <w:b/>
              </w:rPr>
              <w:t>STEP 1 — WHAT DO THEY WANT?</w:t>
            </w:r>
          </w:p>
          <w:p w14:paraId="3D976676" w14:textId="77777777" w:rsidR="00BE3968" w:rsidRDefault="00CA6E70">
            <w:pPr>
              <w:pStyle w:val="CMRBodySmall"/>
              <w:spacing w:after="80"/>
            </w:pPr>
            <w:r>
              <w:t>I need to find: _________________________________________________________</w:t>
            </w:r>
          </w:p>
          <w:p w14:paraId="7442810D" w14:textId="77777777" w:rsidR="00BE3968" w:rsidRDefault="00CA6E70">
            <w:pPr>
              <w:pStyle w:val="CMRBodySmall"/>
              <w:spacing w:after="40"/>
            </w:pPr>
            <w:r>
              <w:rPr>
                <w:b/>
              </w:rPr>
              <w:t>STEP 2 — WHAT DO I KNOW?</w:t>
            </w:r>
          </w:p>
          <w:p w14:paraId="365DB4CD" w14:textId="77777777" w:rsidR="00BE3968" w:rsidRDefault="00CA6E70">
            <w:pPr>
              <w:pStyle w:val="CMRBodySmall"/>
              <w:spacing w:after="40"/>
            </w:pPr>
            <w:r>
              <w:t>Useful facts: __________________________________________________________</w:t>
            </w:r>
          </w:p>
          <w:p w14:paraId="43EDF7A9" w14:textId="77777777" w:rsidR="00BE3968" w:rsidRDefault="00CA6E70">
            <w:pPr>
              <w:pStyle w:val="CMRBodySmall"/>
            </w:pPr>
            <w:r>
              <w:t>____________________________________________________________________</w:t>
            </w:r>
          </w:p>
          <w:p w14:paraId="1B42EA69" w14:textId="77777777" w:rsidR="00BE3968" w:rsidRDefault="00CA6E70">
            <w:pPr>
              <w:pStyle w:val="CMRBodySmall"/>
              <w:spacing w:after="40"/>
            </w:pPr>
            <w:r>
              <w:rPr>
                <w:b/>
              </w:rPr>
              <w:t>STEP 3 — HOW DO I FIND IT?</w:t>
            </w:r>
          </w:p>
          <w:p w14:paraId="712773B7" w14:textId="77777777" w:rsidR="00BE3968" w:rsidRDefault="00CA6E70">
            <w:pPr>
              <w:pStyle w:val="CMRBodySmall"/>
              <w:spacing w:after="100"/>
            </w:pPr>
            <w:r>
              <w:t>My work: ____________________________________________________________</w:t>
            </w:r>
          </w:p>
          <w:p w14:paraId="118F2ED1" w14:textId="77777777" w:rsidR="00BE3968" w:rsidRDefault="00CA6E70">
            <w:pPr>
              <w:pStyle w:val="CMRBodySmall"/>
              <w:spacing w:after="100"/>
            </w:pPr>
            <w:r>
              <w:t>____________________________________________________________________</w:t>
            </w:r>
          </w:p>
          <w:p w14:paraId="3D03BACD" w14:textId="77777777" w:rsidR="00BE3968" w:rsidRDefault="00CA6E70">
            <w:pPr>
              <w:pStyle w:val="CMRBodySmall"/>
              <w:spacing w:after="100"/>
            </w:pPr>
            <w:r>
              <w:t>____________________________________________________________________</w:t>
            </w:r>
          </w:p>
          <w:p w14:paraId="53223120" w14:textId="77777777" w:rsidR="00BE3968" w:rsidRDefault="00CA6E70">
            <w:pPr>
              <w:pStyle w:val="CMRBodySmall"/>
              <w:spacing w:after="100"/>
            </w:pPr>
            <w:r>
              <w:t>Answer with units: __________________________________________________</w:t>
            </w:r>
          </w:p>
          <w:p w14:paraId="61C36C9E" w14:textId="77777777" w:rsidR="00BE3968" w:rsidRDefault="00CA6E70">
            <w:pPr>
              <w:pStyle w:val="CMRBodySmall"/>
              <w:spacing w:after="80"/>
            </w:pPr>
            <w:r>
              <w:t>Does the answer make sense? ___________________________________________</w:t>
            </w:r>
          </w:p>
        </w:tc>
      </w:tr>
    </w:tbl>
    <w:p w14:paraId="042003D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1150463" w14:textId="77777777">
        <w:tc>
          <w:tcPr>
            <w:tcW w:w="10036" w:type="dxa"/>
            <w:tcMar>
              <w:top w:w="70" w:type="dxa"/>
              <w:left w:w="140" w:type="dxa"/>
              <w:bottom w:w="85" w:type="dxa"/>
              <w:right w:w="140" w:type="dxa"/>
            </w:tcMar>
          </w:tcPr>
          <w:p w14:paraId="5B40001B" w14:textId="77777777" w:rsidR="00BE3968" w:rsidRDefault="00BE3968"/>
          <w:p w14:paraId="41510412" w14:textId="77777777" w:rsidR="00BE3968" w:rsidRDefault="00CA6E70">
            <w:pPr>
              <w:pStyle w:val="CMRBodySmall"/>
            </w:pPr>
            <w:r>
              <w:rPr>
                <w:b/>
              </w:rPr>
              <w:t>PROBLEM S2-004</w:t>
            </w:r>
          </w:p>
          <w:p w14:paraId="5C15EE78" w14:textId="77777777" w:rsidR="00BE3968" w:rsidRDefault="00CA6E70">
            <w:r>
              <w:t>Elaine buys bread for $17.00 and milk for $6.00. Elaine also buys fruit for $2.00. A reusable bag costs $2.00, but Elaine does not buy one. What is the total cost of the items purchased?</w:t>
            </w:r>
          </w:p>
          <w:p w14:paraId="506A59D1" w14:textId="77777777" w:rsidR="00BE3968" w:rsidRDefault="00CA6E70">
            <w:pPr>
              <w:pStyle w:val="CMRBodySmall"/>
              <w:spacing w:after="40"/>
            </w:pPr>
            <w:r>
              <w:rPr>
                <w:b/>
              </w:rPr>
              <w:t>STEP 1 — WHAT DO THEY WANT?</w:t>
            </w:r>
          </w:p>
          <w:p w14:paraId="1B049A2B" w14:textId="77777777" w:rsidR="00BE3968" w:rsidRDefault="00CA6E70">
            <w:pPr>
              <w:pStyle w:val="CMRBodySmall"/>
              <w:spacing w:after="80"/>
            </w:pPr>
            <w:r>
              <w:t>I need to find: _________________________________________________________</w:t>
            </w:r>
          </w:p>
          <w:p w14:paraId="1A9B2509" w14:textId="77777777" w:rsidR="00BE3968" w:rsidRDefault="00CA6E70">
            <w:pPr>
              <w:pStyle w:val="CMRBodySmall"/>
              <w:spacing w:after="40"/>
            </w:pPr>
            <w:r>
              <w:rPr>
                <w:b/>
              </w:rPr>
              <w:t>STEP 2 — WHAT DO I KNOW?</w:t>
            </w:r>
          </w:p>
          <w:p w14:paraId="4CE893B3" w14:textId="77777777" w:rsidR="00BE3968" w:rsidRDefault="00CA6E70">
            <w:pPr>
              <w:pStyle w:val="CMRBodySmall"/>
              <w:spacing w:after="40"/>
            </w:pPr>
            <w:r>
              <w:t>Useful facts: __________________________________________________________</w:t>
            </w:r>
          </w:p>
          <w:p w14:paraId="1177142B" w14:textId="77777777" w:rsidR="00BE3968" w:rsidRDefault="00CA6E70">
            <w:pPr>
              <w:pStyle w:val="CMRBodySmall"/>
            </w:pPr>
            <w:r>
              <w:t>____________________________________________________________________</w:t>
            </w:r>
          </w:p>
          <w:p w14:paraId="204D7CCE" w14:textId="77777777" w:rsidR="00BE3968" w:rsidRDefault="00CA6E70">
            <w:pPr>
              <w:pStyle w:val="CMRBodySmall"/>
              <w:spacing w:after="40"/>
            </w:pPr>
            <w:r>
              <w:rPr>
                <w:b/>
              </w:rPr>
              <w:t>STEP 3 — HOW DO I FIND IT?</w:t>
            </w:r>
          </w:p>
          <w:p w14:paraId="57B9B3BD" w14:textId="77777777" w:rsidR="00BE3968" w:rsidRDefault="00CA6E70">
            <w:pPr>
              <w:pStyle w:val="CMRBodySmall"/>
              <w:spacing w:after="100"/>
            </w:pPr>
            <w:r>
              <w:t>My work: ____________________________________________________________</w:t>
            </w:r>
          </w:p>
          <w:p w14:paraId="0A314FC0" w14:textId="77777777" w:rsidR="00BE3968" w:rsidRDefault="00CA6E70">
            <w:pPr>
              <w:pStyle w:val="CMRBodySmall"/>
              <w:spacing w:after="100"/>
            </w:pPr>
            <w:r>
              <w:t>____________________________________________________________________</w:t>
            </w:r>
          </w:p>
          <w:p w14:paraId="20CD366B" w14:textId="77777777" w:rsidR="00BE3968" w:rsidRDefault="00CA6E70">
            <w:pPr>
              <w:pStyle w:val="CMRBodySmall"/>
              <w:spacing w:after="100"/>
            </w:pPr>
            <w:r>
              <w:t>____________________________________________________________________</w:t>
            </w:r>
          </w:p>
          <w:p w14:paraId="7BAD6D27" w14:textId="77777777" w:rsidR="00BE3968" w:rsidRDefault="00CA6E70">
            <w:pPr>
              <w:pStyle w:val="CMRBodySmall"/>
              <w:spacing w:after="100"/>
            </w:pPr>
            <w:r>
              <w:t>Answer with units: __________________________________________________</w:t>
            </w:r>
          </w:p>
          <w:p w14:paraId="4741598B" w14:textId="77777777" w:rsidR="00BE3968" w:rsidRDefault="00CA6E70">
            <w:pPr>
              <w:pStyle w:val="CMRBodySmall"/>
              <w:spacing w:after="80"/>
            </w:pPr>
            <w:r>
              <w:t>Does the answer make sense? ___________________________________________</w:t>
            </w:r>
          </w:p>
        </w:tc>
      </w:tr>
    </w:tbl>
    <w:p w14:paraId="0E560A1B" w14:textId="77777777" w:rsidR="00BE3968" w:rsidRDefault="00CA6E70">
      <w:r>
        <w:br w:type="page"/>
      </w:r>
    </w:p>
    <w:p w14:paraId="15CE73DF" w14:textId="77777777" w:rsidR="00BE3968" w:rsidRDefault="00CA6E70">
      <w:pPr>
        <w:pStyle w:val="CMRSmallLabel"/>
        <w:spacing w:after="60"/>
      </w:pPr>
      <w:r>
        <w:rPr>
          <w:b w:val="0"/>
        </w:rPr>
        <w:t>SECTION 2  |  TOPIC 01  |  PRACTICE PAGE 3/5</w:t>
      </w:r>
    </w:p>
    <w:p w14:paraId="2C3FDF1F" w14:textId="77777777" w:rsidR="00BE3968" w:rsidRDefault="00CA6E70">
      <w:pPr>
        <w:pStyle w:val="CMRPageTitle"/>
        <w:spacing w:after="60"/>
      </w:pPr>
      <w:r>
        <w:rPr>
          <w:b w:val="0"/>
        </w:rPr>
        <w:t>Grocery totals</w:t>
      </w:r>
    </w:p>
    <w:p w14:paraId="295F691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43B0518" w14:textId="77777777">
        <w:tc>
          <w:tcPr>
            <w:tcW w:w="10036" w:type="dxa"/>
            <w:shd w:val="clear" w:color="auto" w:fill="F5F8F9"/>
            <w:tcMar>
              <w:top w:w="70" w:type="dxa"/>
              <w:left w:w="140" w:type="dxa"/>
              <w:bottom w:w="85" w:type="dxa"/>
              <w:right w:w="140" w:type="dxa"/>
            </w:tcMar>
          </w:tcPr>
          <w:p w14:paraId="4C4EDC50" w14:textId="77777777" w:rsidR="00BE3968" w:rsidRDefault="00BE3968"/>
          <w:p w14:paraId="0866BDCF" w14:textId="77777777" w:rsidR="00BE3968" w:rsidRDefault="00CA6E70">
            <w:pPr>
              <w:pStyle w:val="CMRBodySmall"/>
            </w:pPr>
            <w:r>
              <w:rPr>
                <w:b/>
              </w:rPr>
              <w:t>PROBLEM S2-005</w:t>
            </w:r>
          </w:p>
          <w:p w14:paraId="688C7262" w14:textId="77777777" w:rsidR="00BE3968" w:rsidRDefault="00CA6E70">
            <w:r>
              <w:t>At the register, Terry has rice ($18.00), vegetables ($11.00), and eggs ($7.00). The cashier asks if Terry wants a $2.00 reusable bag, and Terry says no. How much does Terry pay?</w:t>
            </w:r>
          </w:p>
          <w:p w14:paraId="6F0CFEAD" w14:textId="77777777" w:rsidR="00BE3968" w:rsidRDefault="00CA6E70">
            <w:pPr>
              <w:pStyle w:val="CMRBodySmall"/>
              <w:spacing w:after="40"/>
            </w:pPr>
            <w:r>
              <w:rPr>
                <w:b/>
              </w:rPr>
              <w:t>STEP 1 — WHAT DO THEY WANT?</w:t>
            </w:r>
          </w:p>
          <w:p w14:paraId="60933452" w14:textId="77777777" w:rsidR="00BE3968" w:rsidRDefault="00CA6E70">
            <w:pPr>
              <w:pStyle w:val="CMRBodySmall"/>
              <w:spacing w:after="80"/>
            </w:pPr>
            <w:r>
              <w:t>I need to find: _________________________________________________________</w:t>
            </w:r>
          </w:p>
          <w:p w14:paraId="0A4B2933" w14:textId="77777777" w:rsidR="00BE3968" w:rsidRDefault="00CA6E70">
            <w:pPr>
              <w:pStyle w:val="CMRBodySmall"/>
              <w:spacing w:after="40"/>
            </w:pPr>
            <w:r>
              <w:rPr>
                <w:b/>
              </w:rPr>
              <w:t>STEP 2 — WHAT DO I KNOW?</w:t>
            </w:r>
          </w:p>
          <w:p w14:paraId="0078433A" w14:textId="77777777" w:rsidR="00BE3968" w:rsidRDefault="00CA6E70">
            <w:pPr>
              <w:pStyle w:val="CMRBodySmall"/>
              <w:spacing w:after="40"/>
            </w:pPr>
            <w:r>
              <w:t>Useful facts: __________________________________________________________</w:t>
            </w:r>
          </w:p>
          <w:p w14:paraId="20B7B64E" w14:textId="77777777" w:rsidR="00BE3968" w:rsidRDefault="00CA6E70">
            <w:pPr>
              <w:pStyle w:val="CMRBodySmall"/>
            </w:pPr>
            <w:r>
              <w:t>____________________________________________________________________</w:t>
            </w:r>
          </w:p>
          <w:p w14:paraId="42D98496" w14:textId="77777777" w:rsidR="00BE3968" w:rsidRDefault="00CA6E70">
            <w:pPr>
              <w:pStyle w:val="CMRBodySmall"/>
              <w:spacing w:after="40"/>
            </w:pPr>
            <w:r>
              <w:rPr>
                <w:b/>
              </w:rPr>
              <w:t>STEP 3 — HOW DO I FIND IT?</w:t>
            </w:r>
          </w:p>
          <w:p w14:paraId="2DC040F4" w14:textId="77777777" w:rsidR="00BE3968" w:rsidRDefault="00CA6E70">
            <w:pPr>
              <w:pStyle w:val="CMRBodySmall"/>
              <w:spacing w:after="100"/>
            </w:pPr>
            <w:r>
              <w:t>My work: ____________________________________________________________</w:t>
            </w:r>
          </w:p>
          <w:p w14:paraId="43889354" w14:textId="77777777" w:rsidR="00BE3968" w:rsidRDefault="00CA6E70">
            <w:pPr>
              <w:pStyle w:val="CMRBodySmall"/>
              <w:spacing w:after="100"/>
            </w:pPr>
            <w:r>
              <w:t>____________________________________________________________________</w:t>
            </w:r>
          </w:p>
          <w:p w14:paraId="6988CA51" w14:textId="77777777" w:rsidR="00BE3968" w:rsidRDefault="00CA6E70">
            <w:pPr>
              <w:pStyle w:val="CMRBodySmall"/>
              <w:spacing w:after="100"/>
            </w:pPr>
            <w:r>
              <w:t>____________________________________________________________________</w:t>
            </w:r>
          </w:p>
          <w:p w14:paraId="3FC6663C" w14:textId="77777777" w:rsidR="00BE3968" w:rsidRDefault="00CA6E70">
            <w:pPr>
              <w:pStyle w:val="CMRBodySmall"/>
              <w:spacing w:after="100"/>
            </w:pPr>
            <w:r>
              <w:t>Answer with units: __________________________________________________</w:t>
            </w:r>
          </w:p>
          <w:p w14:paraId="394CD959" w14:textId="77777777" w:rsidR="00BE3968" w:rsidRDefault="00CA6E70">
            <w:pPr>
              <w:pStyle w:val="CMRBodySmall"/>
              <w:spacing w:after="80"/>
            </w:pPr>
            <w:r>
              <w:t>Does the answer make sense? ___________________________________________</w:t>
            </w:r>
          </w:p>
        </w:tc>
      </w:tr>
    </w:tbl>
    <w:p w14:paraId="773F5AC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81E043C" w14:textId="77777777">
        <w:tc>
          <w:tcPr>
            <w:tcW w:w="10036" w:type="dxa"/>
            <w:tcMar>
              <w:top w:w="70" w:type="dxa"/>
              <w:left w:w="140" w:type="dxa"/>
              <w:bottom w:w="85" w:type="dxa"/>
              <w:right w:w="140" w:type="dxa"/>
            </w:tcMar>
          </w:tcPr>
          <w:p w14:paraId="548AAE87" w14:textId="77777777" w:rsidR="00BE3968" w:rsidRDefault="00BE3968"/>
          <w:p w14:paraId="67566541" w14:textId="77777777" w:rsidR="00BE3968" w:rsidRDefault="00CA6E70">
            <w:pPr>
              <w:pStyle w:val="CMRBodySmall"/>
            </w:pPr>
            <w:r>
              <w:rPr>
                <w:b/>
              </w:rPr>
              <w:t>PROBLEM S2-006</w:t>
            </w:r>
          </w:p>
          <w:p w14:paraId="7877643F" w14:textId="77777777" w:rsidR="00BE3968" w:rsidRDefault="00CA6E70">
            <w:r>
              <w:t>Rachel puts three items in a cart: dish soap for $13.00, laundry soap for $4.00, and paper towels for $8.00. Rachel looks at a $2.00 reusable bag but leaves it on the shelf. What is the total for the items Rachel buys?</w:t>
            </w:r>
          </w:p>
          <w:p w14:paraId="174DCBD6" w14:textId="77777777" w:rsidR="00BE3968" w:rsidRDefault="00CA6E70">
            <w:pPr>
              <w:pStyle w:val="CMRBodySmall"/>
              <w:spacing w:after="40"/>
            </w:pPr>
            <w:r>
              <w:rPr>
                <w:b/>
              </w:rPr>
              <w:t>STEP 1 — WHAT DO THEY WANT?</w:t>
            </w:r>
          </w:p>
          <w:p w14:paraId="1E918977" w14:textId="77777777" w:rsidR="00BE3968" w:rsidRDefault="00CA6E70">
            <w:pPr>
              <w:pStyle w:val="CMRBodySmall"/>
              <w:spacing w:after="80"/>
            </w:pPr>
            <w:r>
              <w:t>I need to find: _________________________________________________________</w:t>
            </w:r>
          </w:p>
          <w:p w14:paraId="505360F6" w14:textId="77777777" w:rsidR="00BE3968" w:rsidRDefault="00CA6E70">
            <w:pPr>
              <w:pStyle w:val="CMRBodySmall"/>
              <w:spacing w:after="40"/>
            </w:pPr>
            <w:r>
              <w:rPr>
                <w:b/>
              </w:rPr>
              <w:t>STEP 2 — WHAT DO I KNOW?</w:t>
            </w:r>
          </w:p>
          <w:p w14:paraId="29BBA931" w14:textId="77777777" w:rsidR="00BE3968" w:rsidRDefault="00CA6E70">
            <w:pPr>
              <w:pStyle w:val="CMRBodySmall"/>
              <w:spacing w:after="40"/>
            </w:pPr>
            <w:r>
              <w:t>Useful facts: __________________________________________________________</w:t>
            </w:r>
          </w:p>
          <w:p w14:paraId="1F567EE4" w14:textId="77777777" w:rsidR="00BE3968" w:rsidRDefault="00CA6E70">
            <w:pPr>
              <w:pStyle w:val="CMRBodySmall"/>
            </w:pPr>
            <w:r>
              <w:t>____________________________________________________________________</w:t>
            </w:r>
          </w:p>
          <w:p w14:paraId="544EAC3F" w14:textId="77777777" w:rsidR="00BE3968" w:rsidRDefault="00CA6E70">
            <w:pPr>
              <w:pStyle w:val="CMRBodySmall"/>
              <w:spacing w:after="40"/>
            </w:pPr>
            <w:r>
              <w:rPr>
                <w:b/>
              </w:rPr>
              <w:t>STEP 3 — HOW DO I FIND IT?</w:t>
            </w:r>
          </w:p>
          <w:p w14:paraId="6932C84C" w14:textId="77777777" w:rsidR="00BE3968" w:rsidRDefault="00CA6E70">
            <w:pPr>
              <w:pStyle w:val="CMRBodySmall"/>
              <w:spacing w:after="100"/>
            </w:pPr>
            <w:r>
              <w:t>My work: ____________________________________________________________</w:t>
            </w:r>
          </w:p>
          <w:p w14:paraId="5C3AFC86" w14:textId="77777777" w:rsidR="00BE3968" w:rsidRDefault="00CA6E70">
            <w:pPr>
              <w:pStyle w:val="CMRBodySmall"/>
              <w:spacing w:after="100"/>
            </w:pPr>
            <w:r>
              <w:t>____________________________________________________________________</w:t>
            </w:r>
          </w:p>
          <w:p w14:paraId="5DF6969E" w14:textId="77777777" w:rsidR="00BE3968" w:rsidRDefault="00CA6E70">
            <w:pPr>
              <w:pStyle w:val="CMRBodySmall"/>
              <w:spacing w:after="100"/>
            </w:pPr>
            <w:r>
              <w:t>____________________________________________________________________</w:t>
            </w:r>
          </w:p>
          <w:p w14:paraId="57FD017D" w14:textId="77777777" w:rsidR="00BE3968" w:rsidRDefault="00CA6E70">
            <w:pPr>
              <w:pStyle w:val="CMRBodySmall"/>
              <w:spacing w:after="100"/>
            </w:pPr>
            <w:r>
              <w:t>Answer with units: __________________________________________________</w:t>
            </w:r>
          </w:p>
          <w:p w14:paraId="202F0D4D" w14:textId="77777777" w:rsidR="00BE3968" w:rsidRDefault="00CA6E70">
            <w:pPr>
              <w:pStyle w:val="CMRBodySmall"/>
              <w:spacing w:after="80"/>
            </w:pPr>
            <w:r>
              <w:t>Does the answer make sense? ___________________________________________</w:t>
            </w:r>
          </w:p>
        </w:tc>
      </w:tr>
    </w:tbl>
    <w:p w14:paraId="429553A7" w14:textId="77777777" w:rsidR="00BE3968" w:rsidRDefault="00CA6E70">
      <w:r>
        <w:br w:type="page"/>
      </w:r>
    </w:p>
    <w:p w14:paraId="75B7100C" w14:textId="77777777" w:rsidR="00BE3968" w:rsidRDefault="00CA6E70">
      <w:pPr>
        <w:pStyle w:val="CMRSmallLabel"/>
        <w:spacing w:after="60"/>
      </w:pPr>
      <w:r>
        <w:rPr>
          <w:b w:val="0"/>
        </w:rPr>
        <w:t>SECTION 2  |  TOPIC 01  |  PRACTICE PAGE 4/5</w:t>
      </w:r>
    </w:p>
    <w:p w14:paraId="0AEF8929" w14:textId="77777777" w:rsidR="00BE3968" w:rsidRDefault="00CA6E70">
      <w:pPr>
        <w:pStyle w:val="CMRPageTitle"/>
        <w:spacing w:after="60"/>
      </w:pPr>
      <w:r>
        <w:rPr>
          <w:b w:val="0"/>
        </w:rPr>
        <w:t>Grocery totals</w:t>
      </w:r>
    </w:p>
    <w:p w14:paraId="226D937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CBA0B7A" w14:textId="77777777">
        <w:tc>
          <w:tcPr>
            <w:tcW w:w="10036" w:type="dxa"/>
            <w:shd w:val="clear" w:color="auto" w:fill="F5F8F9"/>
            <w:tcMar>
              <w:top w:w="70" w:type="dxa"/>
              <w:left w:w="140" w:type="dxa"/>
              <w:bottom w:w="85" w:type="dxa"/>
              <w:right w:w="140" w:type="dxa"/>
            </w:tcMar>
          </w:tcPr>
          <w:p w14:paraId="60BFA841" w14:textId="77777777" w:rsidR="00BE3968" w:rsidRDefault="00BE3968"/>
          <w:p w14:paraId="33A6A5E6" w14:textId="77777777" w:rsidR="00BE3968" w:rsidRDefault="00CA6E70">
            <w:pPr>
              <w:pStyle w:val="CMRBodySmall"/>
            </w:pPr>
            <w:r>
              <w:rPr>
                <w:b/>
              </w:rPr>
              <w:t>PROBLEM S2-007</w:t>
            </w:r>
          </w:p>
          <w:p w14:paraId="1B372BB1" w14:textId="77777777" w:rsidR="00BE3968" w:rsidRDefault="00CA6E70">
            <w:r>
              <w:t>Maria buys notebooks for $22.00 and pens for $11.00. Maria also buys folders for $8.00. A reusable bag costs $2.00, but Maria does not buy one. What is the total cost of the items purchased?</w:t>
            </w:r>
          </w:p>
          <w:p w14:paraId="2E93F58D" w14:textId="77777777" w:rsidR="00BE3968" w:rsidRDefault="00CA6E70">
            <w:pPr>
              <w:pStyle w:val="CMRBodySmall"/>
              <w:spacing w:after="40"/>
            </w:pPr>
            <w:r>
              <w:rPr>
                <w:b/>
              </w:rPr>
              <w:t>STEP 1 — WHAT DO THEY WANT?</w:t>
            </w:r>
          </w:p>
          <w:p w14:paraId="7D3FEA4D" w14:textId="77777777" w:rsidR="00BE3968" w:rsidRDefault="00CA6E70">
            <w:pPr>
              <w:pStyle w:val="CMRBodySmall"/>
              <w:spacing w:after="80"/>
            </w:pPr>
            <w:r>
              <w:t>I need to find: _________________________________________________________</w:t>
            </w:r>
          </w:p>
          <w:p w14:paraId="180C8223" w14:textId="77777777" w:rsidR="00BE3968" w:rsidRDefault="00CA6E70">
            <w:pPr>
              <w:pStyle w:val="CMRBodySmall"/>
              <w:spacing w:after="40"/>
            </w:pPr>
            <w:r>
              <w:rPr>
                <w:b/>
              </w:rPr>
              <w:t>STEP 2 — WHAT DO I KNOW?</w:t>
            </w:r>
          </w:p>
          <w:p w14:paraId="32E93D6D" w14:textId="77777777" w:rsidR="00BE3968" w:rsidRDefault="00CA6E70">
            <w:pPr>
              <w:pStyle w:val="CMRBodySmall"/>
              <w:spacing w:after="40"/>
            </w:pPr>
            <w:r>
              <w:t>Useful facts: __________________________________________________________</w:t>
            </w:r>
          </w:p>
          <w:p w14:paraId="38E647BA" w14:textId="77777777" w:rsidR="00BE3968" w:rsidRDefault="00CA6E70">
            <w:pPr>
              <w:pStyle w:val="CMRBodySmall"/>
            </w:pPr>
            <w:r>
              <w:t>____________________________________________________________________</w:t>
            </w:r>
          </w:p>
          <w:p w14:paraId="755A8F32" w14:textId="77777777" w:rsidR="00BE3968" w:rsidRDefault="00CA6E70">
            <w:pPr>
              <w:pStyle w:val="CMRBodySmall"/>
              <w:spacing w:after="40"/>
            </w:pPr>
            <w:r>
              <w:rPr>
                <w:b/>
              </w:rPr>
              <w:t>STEP 3 — HOW DO I FIND IT?</w:t>
            </w:r>
          </w:p>
          <w:p w14:paraId="2E346F32" w14:textId="77777777" w:rsidR="00BE3968" w:rsidRDefault="00CA6E70">
            <w:pPr>
              <w:pStyle w:val="CMRBodySmall"/>
              <w:spacing w:after="100"/>
            </w:pPr>
            <w:r>
              <w:t>My work: ____________________________________________________________</w:t>
            </w:r>
          </w:p>
          <w:p w14:paraId="2C9A98B9" w14:textId="77777777" w:rsidR="00BE3968" w:rsidRDefault="00CA6E70">
            <w:pPr>
              <w:pStyle w:val="CMRBodySmall"/>
              <w:spacing w:after="100"/>
            </w:pPr>
            <w:r>
              <w:t>____________________________________________________________________</w:t>
            </w:r>
          </w:p>
          <w:p w14:paraId="41E1B697" w14:textId="77777777" w:rsidR="00BE3968" w:rsidRDefault="00CA6E70">
            <w:pPr>
              <w:pStyle w:val="CMRBodySmall"/>
              <w:spacing w:after="100"/>
            </w:pPr>
            <w:r>
              <w:t>____________________________________________________________________</w:t>
            </w:r>
          </w:p>
          <w:p w14:paraId="0B26A057" w14:textId="77777777" w:rsidR="00BE3968" w:rsidRDefault="00CA6E70">
            <w:pPr>
              <w:pStyle w:val="CMRBodySmall"/>
              <w:spacing w:after="100"/>
            </w:pPr>
            <w:r>
              <w:t>Answer with units: __________________________________________________</w:t>
            </w:r>
          </w:p>
          <w:p w14:paraId="63E1E925" w14:textId="77777777" w:rsidR="00BE3968" w:rsidRDefault="00CA6E70">
            <w:pPr>
              <w:pStyle w:val="CMRBodySmall"/>
              <w:spacing w:after="80"/>
            </w:pPr>
            <w:r>
              <w:t>Does the answer make sense? ___________________________________________</w:t>
            </w:r>
          </w:p>
        </w:tc>
      </w:tr>
    </w:tbl>
    <w:p w14:paraId="38573BC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67B91CC" w14:textId="77777777">
        <w:tc>
          <w:tcPr>
            <w:tcW w:w="10036" w:type="dxa"/>
            <w:tcMar>
              <w:top w:w="70" w:type="dxa"/>
              <w:left w:w="140" w:type="dxa"/>
              <w:bottom w:w="85" w:type="dxa"/>
              <w:right w:w="140" w:type="dxa"/>
            </w:tcMar>
          </w:tcPr>
          <w:p w14:paraId="059C65CF" w14:textId="77777777" w:rsidR="00BE3968" w:rsidRDefault="00BE3968"/>
          <w:p w14:paraId="5BFA71FE" w14:textId="77777777" w:rsidR="00BE3968" w:rsidRDefault="00CA6E70">
            <w:pPr>
              <w:pStyle w:val="CMRBodySmall"/>
            </w:pPr>
            <w:r>
              <w:rPr>
                <w:b/>
              </w:rPr>
              <w:t>PROBLEM S2-008</w:t>
            </w:r>
          </w:p>
          <w:p w14:paraId="31F3F52A" w14:textId="77777777" w:rsidR="00BE3968" w:rsidRDefault="00CA6E70">
            <w:r>
              <w:t>At the register, Robert has bread ($17.00), milk ($14.00), and fruit ($15.00). The cashier asks if Robert wants a $2.00 reusable bag, and Robert says no. How much does Robert pay?</w:t>
            </w:r>
          </w:p>
          <w:p w14:paraId="77112891" w14:textId="77777777" w:rsidR="00BE3968" w:rsidRDefault="00CA6E70">
            <w:pPr>
              <w:pStyle w:val="CMRBodySmall"/>
              <w:spacing w:after="40"/>
            </w:pPr>
            <w:r>
              <w:rPr>
                <w:b/>
              </w:rPr>
              <w:t>STEP 1 — WHAT DO THEY WANT?</w:t>
            </w:r>
          </w:p>
          <w:p w14:paraId="684E3A7C" w14:textId="77777777" w:rsidR="00BE3968" w:rsidRDefault="00CA6E70">
            <w:pPr>
              <w:pStyle w:val="CMRBodySmall"/>
              <w:spacing w:after="80"/>
            </w:pPr>
            <w:r>
              <w:t>I need to find: _________________________________________________________</w:t>
            </w:r>
          </w:p>
          <w:p w14:paraId="1C2691F9" w14:textId="77777777" w:rsidR="00BE3968" w:rsidRDefault="00CA6E70">
            <w:pPr>
              <w:pStyle w:val="CMRBodySmall"/>
              <w:spacing w:after="40"/>
            </w:pPr>
            <w:r>
              <w:rPr>
                <w:b/>
              </w:rPr>
              <w:t>STEP 2 — WHAT DO I KNOW?</w:t>
            </w:r>
          </w:p>
          <w:p w14:paraId="0EBAB8A7" w14:textId="77777777" w:rsidR="00BE3968" w:rsidRDefault="00CA6E70">
            <w:pPr>
              <w:pStyle w:val="CMRBodySmall"/>
              <w:spacing w:after="40"/>
            </w:pPr>
            <w:r>
              <w:t>Useful facts: __________________________________________________________</w:t>
            </w:r>
          </w:p>
          <w:p w14:paraId="2C4AA52D" w14:textId="77777777" w:rsidR="00BE3968" w:rsidRDefault="00CA6E70">
            <w:pPr>
              <w:pStyle w:val="CMRBodySmall"/>
            </w:pPr>
            <w:r>
              <w:t>____________________________________________________________________</w:t>
            </w:r>
          </w:p>
          <w:p w14:paraId="46AF8644" w14:textId="77777777" w:rsidR="00BE3968" w:rsidRDefault="00CA6E70">
            <w:pPr>
              <w:pStyle w:val="CMRBodySmall"/>
              <w:spacing w:after="40"/>
            </w:pPr>
            <w:r>
              <w:rPr>
                <w:b/>
              </w:rPr>
              <w:t>STEP 3 — HOW DO I FIND IT?</w:t>
            </w:r>
          </w:p>
          <w:p w14:paraId="56BEAD27" w14:textId="77777777" w:rsidR="00BE3968" w:rsidRDefault="00CA6E70">
            <w:pPr>
              <w:pStyle w:val="CMRBodySmall"/>
              <w:spacing w:after="100"/>
            </w:pPr>
            <w:r>
              <w:t>My work: ____________________________________________________________</w:t>
            </w:r>
          </w:p>
          <w:p w14:paraId="6C0591D3" w14:textId="77777777" w:rsidR="00BE3968" w:rsidRDefault="00CA6E70">
            <w:pPr>
              <w:pStyle w:val="CMRBodySmall"/>
              <w:spacing w:after="100"/>
            </w:pPr>
            <w:r>
              <w:t>____________________________________________________________________</w:t>
            </w:r>
          </w:p>
          <w:p w14:paraId="2CB831A2" w14:textId="77777777" w:rsidR="00BE3968" w:rsidRDefault="00CA6E70">
            <w:pPr>
              <w:pStyle w:val="CMRBodySmall"/>
              <w:spacing w:after="100"/>
            </w:pPr>
            <w:r>
              <w:t>____________________________________________________________________</w:t>
            </w:r>
          </w:p>
          <w:p w14:paraId="3154CF92" w14:textId="77777777" w:rsidR="00BE3968" w:rsidRDefault="00CA6E70">
            <w:pPr>
              <w:pStyle w:val="CMRBodySmall"/>
              <w:spacing w:after="100"/>
            </w:pPr>
            <w:r>
              <w:t>Answer with units: __________________________________________________</w:t>
            </w:r>
          </w:p>
          <w:p w14:paraId="1DABE4F7" w14:textId="77777777" w:rsidR="00BE3968" w:rsidRDefault="00CA6E70">
            <w:pPr>
              <w:pStyle w:val="CMRBodySmall"/>
              <w:spacing w:after="80"/>
            </w:pPr>
            <w:r>
              <w:t>Does the answer make sense? ___________________________________________</w:t>
            </w:r>
          </w:p>
        </w:tc>
      </w:tr>
    </w:tbl>
    <w:p w14:paraId="2D95368C" w14:textId="77777777" w:rsidR="00BE3968" w:rsidRDefault="00CA6E70">
      <w:r>
        <w:br w:type="page"/>
      </w:r>
    </w:p>
    <w:p w14:paraId="505A60DD" w14:textId="77777777" w:rsidR="00BE3968" w:rsidRDefault="00CA6E70">
      <w:pPr>
        <w:pStyle w:val="CMRSmallLabel"/>
        <w:spacing w:after="60"/>
      </w:pPr>
      <w:r>
        <w:rPr>
          <w:b w:val="0"/>
        </w:rPr>
        <w:t>SECTION 2  |  TOPIC 01  |  PRACTICE PAGE 5/5</w:t>
      </w:r>
    </w:p>
    <w:p w14:paraId="3642ED7B" w14:textId="77777777" w:rsidR="00BE3968" w:rsidRDefault="00CA6E70">
      <w:pPr>
        <w:pStyle w:val="CMRPageTitle"/>
        <w:spacing w:after="60"/>
      </w:pPr>
      <w:r>
        <w:rPr>
          <w:b w:val="0"/>
        </w:rPr>
        <w:t>Grocery totals</w:t>
      </w:r>
    </w:p>
    <w:p w14:paraId="409D507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7D9C53E" w14:textId="77777777">
        <w:tc>
          <w:tcPr>
            <w:tcW w:w="10036" w:type="dxa"/>
            <w:shd w:val="clear" w:color="auto" w:fill="F5F8F9"/>
            <w:tcMar>
              <w:top w:w="70" w:type="dxa"/>
              <w:left w:w="140" w:type="dxa"/>
              <w:bottom w:w="85" w:type="dxa"/>
              <w:right w:w="140" w:type="dxa"/>
            </w:tcMar>
          </w:tcPr>
          <w:p w14:paraId="6E23C0D6" w14:textId="77777777" w:rsidR="00BE3968" w:rsidRDefault="00BE3968"/>
          <w:p w14:paraId="6CA9BE03" w14:textId="77777777" w:rsidR="00BE3968" w:rsidRDefault="00CA6E70">
            <w:pPr>
              <w:pStyle w:val="CMRBodySmall"/>
            </w:pPr>
            <w:r>
              <w:rPr>
                <w:b/>
              </w:rPr>
              <w:t>PROBLEM S2-009</w:t>
            </w:r>
          </w:p>
          <w:p w14:paraId="46EB6510" w14:textId="77777777" w:rsidR="00BE3968" w:rsidRDefault="00CA6E70">
            <w:r>
              <w:t>Denise puts three items in a cart: eggs for $15.00, rice for $21.00, and vegetables for $8.00. Denise looks at a $2.00 reusable bag but leaves it on the shelf. What is the total for the items Denise buys?</w:t>
            </w:r>
          </w:p>
          <w:p w14:paraId="4F90E6E9" w14:textId="77777777" w:rsidR="00BE3968" w:rsidRDefault="00CA6E70">
            <w:pPr>
              <w:pStyle w:val="CMRBodySmall"/>
              <w:spacing w:after="40"/>
            </w:pPr>
            <w:r>
              <w:rPr>
                <w:b/>
              </w:rPr>
              <w:t>STEP 1 — WHAT DO THEY WANT?</w:t>
            </w:r>
          </w:p>
          <w:p w14:paraId="04F75928" w14:textId="77777777" w:rsidR="00BE3968" w:rsidRDefault="00CA6E70">
            <w:pPr>
              <w:pStyle w:val="CMRBodySmall"/>
              <w:spacing w:after="80"/>
            </w:pPr>
            <w:r>
              <w:t>I need to find: _________________________________________________________</w:t>
            </w:r>
          </w:p>
          <w:p w14:paraId="20240536" w14:textId="77777777" w:rsidR="00BE3968" w:rsidRDefault="00CA6E70">
            <w:pPr>
              <w:pStyle w:val="CMRBodySmall"/>
              <w:spacing w:after="40"/>
            </w:pPr>
            <w:r>
              <w:rPr>
                <w:b/>
              </w:rPr>
              <w:t>STEP 2 — WHAT DO I KNOW?</w:t>
            </w:r>
          </w:p>
          <w:p w14:paraId="20E8AC81" w14:textId="77777777" w:rsidR="00BE3968" w:rsidRDefault="00CA6E70">
            <w:pPr>
              <w:pStyle w:val="CMRBodySmall"/>
              <w:spacing w:after="40"/>
            </w:pPr>
            <w:r>
              <w:t>Useful facts: __________________________________________________________</w:t>
            </w:r>
          </w:p>
          <w:p w14:paraId="192E9A12" w14:textId="77777777" w:rsidR="00BE3968" w:rsidRDefault="00CA6E70">
            <w:pPr>
              <w:pStyle w:val="CMRBodySmall"/>
            </w:pPr>
            <w:r>
              <w:t>____________________________________________________________________</w:t>
            </w:r>
          </w:p>
          <w:p w14:paraId="2BD969C6" w14:textId="77777777" w:rsidR="00BE3968" w:rsidRDefault="00CA6E70">
            <w:pPr>
              <w:pStyle w:val="CMRBodySmall"/>
              <w:spacing w:after="40"/>
            </w:pPr>
            <w:r>
              <w:rPr>
                <w:b/>
              </w:rPr>
              <w:t>STEP 3 — HOW DO I FIND IT?</w:t>
            </w:r>
          </w:p>
          <w:p w14:paraId="4EBBA479" w14:textId="77777777" w:rsidR="00BE3968" w:rsidRDefault="00CA6E70">
            <w:pPr>
              <w:pStyle w:val="CMRBodySmall"/>
              <w:spacing w:after="100"/>
            </w:pPr>
            <w:r>
              <w:t>My work: ____________________________________________________________</w:t>
            </w:r>
          </w:p>
          <w:p w14:paraId="0FA1A41B" w14:textId="77777777" w:rsidR="00BE3968" w:rsidRDefault="00CA6E70">
            <w:pPr>
              <w:pStyle w:val="CMRBodySmall"/>
              <w:spacing w:after="100"/>
            </w:pPr>
            <w:r>
              <w:t>____________________________________________________________________</w:t>
            </w:r>
          </w:p>
          <w:p w14:paraId="472153BC" w14:textId="77777777" w:rsidR="00BE3968" w:rsidRDefault="00CA6E70">
            <w:pPr>
              <w:pStyle w:val="CMRBodySmall"/>
              <w:spacing w:after="100"/>
            </w:pPr>
            <w:r>
              <w:t>____________________________________________________________________</w:t>
            </w:r>
          </w:p>
          <w:p w14:paraId="6496286A" w14:textId="77777777" w:rsidR="00BE3968" w:rsidRDefault="00CA6E70">
            <w:pPr>
              <w:pStyle w:val="CMRBodySmall"/>
              <w:spacing w:after="100"/>
            </w:pPr>
            <w:r>
              <w:t>Answer with units: __________________________________________________</w:t>
            </w:r>
          </w:p>
          <w:p w14:paraId="6F995188" w14:textId="77777777" w:rsidR="00BE3968" w:rsidRDefault="00CA6E70">
            <w:pPr>
              <w:pStyle w:val="CMRBodySmall"/>
              <w:spacing w:after="80"/>
            </w:pPr>
            <w:r>
              <w:t>Does the answer make sense? ___________________________________________</w:t>
            </w:r>
          </w:p>
        </w:tc>
      </w:tr>
    </w:tbl>
    <w:p w14:paraId="2870B8A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9F840E6" w14:textId="77777777">
        <w:tc>
          <w:tcPr>
            <w:tcW w:w="10036" w:type="dxa"/>
            <w:tcMar>
              <w:top w:w="70" w:type="dxa"/>
              <w:left w:w="140" w:type="dxa"/>
              <w:bottom w:w="85" w:type="dxa"/>
              <w:right w:w="140" w:type="dxa"/>
            </w:tcMar>
          </w:tcPr>
          <w:p w14:paraId="0768FCC5" w14:textId="77777777" w:rsidR="00BE3968" w:rsidRDefault="00BE3968"/>
          <w:p w14:paraId="61B5CF15" w14:textId="77777777" w:rsidR="00BE3968" w:rsidRDefault="00CA6E70">
            <w:pPr>
              <w:pStyle w:val="CMRBodySmall"/>
            </w:pPr>
            <w:r>
              <w:rPr>
                <w:b/>
              </w:rPr>
              <w:t>PROBLEM S2-010</w:t>
            </w:r>
          </w:p>
          <w:p w14:paraId="16D63757" w14:textId="77777777" w:rsidR="00BE3968" w:rsidRDefault="00CA6E70">
            <w:r>
              <w:t>James buys laundry soap for $19.00 and paper towels for $13.00. James also buys dish soap for $10.00. A reusable bag costs $2.00, but James does not buy one. What is the total cost of the items purchased?</w:t>
            </w:r>
          </w:p>
          <w:p w14:paraId="3315CEDC" w14:textId="77777777" w:rsidR="00BE3968" w:rsidRDefault="00CA6E70">
            <w:pPr>
              <w:pStyle w:val="CMRBodySmall"/>
              <w:spacing w:after="40"/>
            </w:pPr>
            <w:r>
              <w:rPr>
                <w:b/>
              </w:rPr>
              <w:t>STEP 1 — WHAT DO THEY WANT?</w:t>
            </w:r>
          </w:p>
          <w:p w14:paraId="66ADA7FC" w14:textId="77777777" w:rsidR="00BE3968" w:rsidRDefault="00CA6E70">
            <w:pPr>
              <w:pStyle w:val="CMRBodySmall"/>
              <w:spacing w:after="80"/>
            </w:pPr>
            <w:r>
              <w:t>I need to find: _________________________________________________________</w:t>
            </w:r>
          </w:p>
          <w:p w14:paraId="2F125520" w14:textId="77777777" w:rsidR="00BE3968" w:rsidRDefault="00CA6E70">
            <w:pPr>
              <w:pStyle w:val="CMRBodySmall"/>
              <w:spacing w:after="40"/>
            </w:pPr>
            <w:r>
              <w:rPr>
                <w:b/>
              </w:rPr>
              <w:t>STEP 2 — WHAT DO I KNOW?</w:t>
            </w:r>
          </w:p>
          <w:p w14:paraId="6D5879A6" w14:textId="77777777" w:rsidR="00BE3968" w:rsidRDefault="00CA6E70">
            <w:pPr>
              <w:pStyle w:val="CMRBodySmall"/>
              <w:spacing w:after="40"/>
            </w:pPr>
            <w:r>
              <w:t>Useful facts: __________________________________________________________</w:t>
            </w:r>
          </w:p>
          <w:p w14:paraId="763FCB04" w14:textId="77777777" w:rsidR="00BE3968" w:rsidRDefault="00CA6E70">
            <w:pPr>
              <w:pStyle w:val="CMRBodySmall"/>
            </w:pPr>
            <w:r>
              <w:t>____________________________________________________________________</w:t>
            </w:r>
          </w:p>
          <w:p w14:paraId="085C4015" w14:textId="77777777" w:rsidR="00BE3968" w:rsidRDefault="00CA6E70">
            <w:pPr>
              <w:pStyle w:val="CMRBodySmall"/>
              <w:spacing w:after="40"/>
            </w:pPr>
            <w:r>
              <w:rPr>
                <w:b/>
              </w:rPr>
              <w:t>STEP 3 — HOW DO I FIND IT?</w:t>
            </w:r>
          </w:p>
          <w:p w14:paraId="56132132" w14:textId="77777777" w:rsidR="00BE3968" w:rsidRDefault="00CA6E70">
            <w:pPr>
              <w:pStyle w:val="CMRBodySmall"/>
              <w:spacing w:after="100"/>
            </w:pPr>
            <w:r>
              <w:t>My work: ____________________________________________________________</w:t>
            </w:r>
          </w:p>
          <w:p w14:paraId="36ED6484" w14:textId="77777777" w:rsidR="00BE3968" w:rsidRDefault="00CA6E70">
            <w:pPr>
              <w:pStyle w:val="CMRBodySmall"/>
              <w:spacing w:after="100"/>
            </w:pPr>
            <w:r>
              <w:t>____________________________________________________________________</w:t>
            </w:r>
          </w:p>
          <w:p w14:paraId="4C35DE44" w14:textId="77777777" w:rsidR="00BE3968" w:rsidRDefault="00CA6E70">
            <w:pPr>
              <w:pStyle w:val="CMRBodySmall"/>
              <w:spacing w:after="100"/>
            </w:pPr>
            <w:r>
              <w:t>____________________________________________________________________</w:t>
            </w:r>
          </w:p>
          <w:p w14:paraId="499CA707" w14:textId="77777777" w:rsidR="00BE3968" w:rsidRDefault="00CA6E70">
            <w:pPr>
              <w:pStyle w:val="CMRBodySmall"/>
              <w:spacing w:after="100"/>
            </w:pPr>
            <w:r>
              <w:t>Answer with units: __________________________________________________</w:t>
            </w:r>
          </w:p>
          <w:p w14:paraId="19C08698" w14:textId="77777777" w:rsidR="00BE3968" w:rsidRDefault="00CA6E70">
            <w:pPr>
              <w:pStyle w:val="CMRBodySmall"/>
              <w:spacing w:after="80"/>
            </w:pPr>
            <w:r>
              <w:t>Does the answer make sense? ___________________________________________</w:t>
            </w:r>
          </w:p>
        </w:tc>
      </w:tr>
    </w:tbl>
    <w:p w14:paraId="13DE7C91" w14:textId="77777777" w:rsidR="00BE3968" w:rsidRDefault="00CA6E70">
      <w:r>
        <w:br w:type="page"/>
      </w:r>
    </w:p>
    <w:p w14:paraId="595D8551" w14:textId="77777777" w:rsidR="00BE3968" w:rsidRDefault="00CA6E70">
      <w:pPr>
        <w:pStyle w:val="CMRSmallLabel"/>
        <w:spacing w:after="60"/>
      </w:pPr>
      <w:r>
        <w:rPr>
          <w:b w:val="0"/>
        </w:rPr>
        <w:t>SECTION 2  |  TOPIC 02  |  PRACTICE PAGE 1/5</w:t>
      </w:r>
    </w:p>
    <w:p w14:paraId="73D04891" w14:textId="77777777" w:rsidR="00BE3968" w:rsidRDefault="00CA6E70">
      <w:pPr>
        <w:pStyle w:val="CMRPageTitle"/>
        <w:spacing w:after="60"/>
      </w:pPr>
      <w:r>
        <w:rPr>
          <w:b w:val="0"/>
        </w:rPr>
        <w:t>Money remaining</w:t>
      </w:r>
    </w:p>
    <w:p w14:paraId="187CE235" w14:textId="77777777" w:rsidR="00BE3968" w:rsidRDefault="00CA6E70">
      <w:pPr>
        <w:pStyle w:val="CMRBodySmall"/>
        <w:spacing w:after="100"/>
      </w:pPr>
      <w:r>
        <w:t>Use the same three steps: Start with an amount, use part of it, and find what remains.</w:t>
      </w:r>
    </w:p>
    <w:tbl>
      <w:tblPr>
        <w:tblW w:w="0" w:type="auto"/>
        <w:tblLayout w:type="fixed"/>
        <w:tblLook w:val="04A0" w:firstRow="1" w:lastRow="0" w:firstColumn="1" w:lastColumn="0" w:noHBand="0" w:noVBand="1"/>
      </w:tblPr>
      <w:tblGrid>
        <w:gridCol w:w="10036"/>
      </w:tblGrid>
      <w:tr w:rsidR="00BE3968" w14:paraId="16EAF23C" w14:textId="77777777">
        <w:tc>
          <w:tcPr>
            <w:tcW w:w="10036" w:type="dxa"/>
            <w:shd w:val="clear" w:color="auto" w:fill="F5F8F9"/>
            <w:tcMar>
              <w:top w:w="70" w:type="dxa"/>
              <w:left w:w="140" w:type="dxa"/>
              <w:bottom w:w="85" w:type="dxa"/>
              <w:right w:w="140" w:type="dxa"/>
            </w:tcMar>
          </w:tcPr>
          <w:p w14:paraId="09FEC4BA" w14:textId="77777777" w:rsidR="00BE3968" w:rsidRDefault="00BE3968"/>
          <w:p w14:paraId="0DCDD343" w14:textId="77777777" w:rsidR="00BE3968" w:rsidRDefault="00CA6E70">
            <w:pPr>
              <w:pStyle w:val="CMRBodySmall"/>
            </w:pPr>
            <w:r>
              <w:rPr>
                <w:b/>
              </w:rPr>
              <w:t>PROBLEM S2-011</w:t>
            </w:r>
          </w:p>
          <w:p w14:paraId="2C2E73F4" w14:textId="77777777" w:rsidR="00BE3968" w:rsidRDefault="00CA6E70">
            <w:r>
              <w:t>Monica starts the week with $110.00 in an envelope. On Monday Monica takes out $20.00 for a bus pass, and on Tuesday Monica takes out $13.00 more. Monica’s roommate spends $9.00 of their own money on snacks. How much is still in Monica’s envelope?</w:t>
            </w:r>
          </w:p>
          <w:p w14:paraId="0D231D7A" w14:textId="77777777" w:rsidR="00BE3968" w:rsidRDefault="00CA6E70">
            <w:pPr>
              <w:pStyle w:val="CMRBodySmall"/>
              <w:spacing w:after="40"/>
            </w:pPr>
            <w:r>
              <w:rPr>
                <w:b/>
              </w:rPr>
              <w:t>STEP 1 — WHAT DO THEY WANT?</w:t>
            </w:r>
          </w:p>
          <w:p w14:paraId="172E8FE3" w14:textId="77777777" w:rsidR="00BE3968" w:rsidRDefault="00CA6E70">
            <w:pPr>
              <w:pStyle w:val="CMRBodySmall"/>
              <w:spacing w:after="80"/>
            </w:pPr>
            <w:r>
              <w:t>I need to find: _________________________________________________________</w:t>
            </w:r>
          </w:p>
          <w:p w14:paraId="7052C4A3" w14:textId="77777777" w:rsidR="00BE3968" w:rsidRDefault="00CA6E70">
            <w:pPr>
              <w:pStyle w:val="CMRBodySmall"/>
              <w:spacing w:after="40"/>
            </w:pPr>
            <w:r>
              <w:rPr>
                <w:b/>
              </w:rPr>
              <w:t>STEP 2 — WHAT DO I KNOW?</w:t>
            </w:r>
          </w:p>
          <w:p w14:paraId="324EA4DD" w14:textId="77777777" w:rsidR="00BE3968" w:rsidRDefault="00CA6E70">
            <w:pPr>
              <w:pStyle w:val="CMRBodySmall"/>
              <w:spacing w:after="40"/>
            </w:pPr>
            <w:r>
              <w:t>Useful facts: __________________________________________________________</w:t>
            </w:r>
          </w:p>
          <w:p w14:paraId="0E1791AC" w14:textId="77777777" w:rsidR="00BE3968" w:rsidRDefault="00CA6E70">
            <w:pPr>
              <w:pStyle w:val="CMRBodySmall"/>
            </w:pPr>
            <w:r>
              <w:t>____________________________________________________________________</w:t>
            </w:r>
          </w:p>
          <w:p w14:paraId="393C2FBA" w14:textId="77777777" w:rsidR="00BE3968" w:rsidRDefault="00CA6E70">
            <w:pPr>
              <w:pStyle w:val="CMRBodySmall"/>
              <w:spacing w:after="40"/>
            </w:pPr>
            <w:r>
              <w:rPr>
                <w:b/>
              </w:rPr>
              <w:t>STEP 3 — HOW DO I FIND IT?</w:t>
            </w:r>
          </w:p>
          <w:p w14:paraId="54FFCDE8" w14:textId="77777777" w:rsidR="00BE3968" w:rsidRDefault="00CA6E70">
            <w:pPr>
              <w:pStyle w:val="CMRBodySmall"/>
              <w:spacing w:after="100"/>
            </w:pPr>
            <w:r>
              <w:t>My work: ____________________________________________________________</w:t>
            </w:r>
          </w:p>
          <w:p w14:paraId="748B273A" w14:textId="77777777" w:rsidR="00BE3968" w:rsidRDefault="00CA6E70">
            <w:pPr>
              <w:pStyle w:val="CMRBodySmall"/>
              <w:spacing w:after="100"/>
            </w:pPr>
            <w:r>
              <w:t>____________________________________________________________________</w:t>
            </w:r>
          </w:p>
          <w:p w14:paraId="196CD622" w14:textId="77777777" w:rsidR="00BE3968" w:rsidRDefault="00CA6E70">
            <w:pPr>
              <w:pStyle w:val="CMRBodySmall"/>
              <w:spacing w:after="100"/>
            </w:pPr>
            <w:r>
              <w:t>____________________________________________________________________</w:t>
            </w:r>
          </w:p>
          <w:p w14:paraId="7F5F85C7" w14:textId="77777777" w:rsidR="00BE3968" w:rsidRDefault="00CA6E70">
            <w:pPr>
              <w:pStyle w:val="CMRBodySmall"/>
              <w:spacing w:after="100"/>
            </w:pPr>
            <w:r>
              <w:t>Answer with units: __________________________________________________</w:t>
            </w:r>
          </w:p>
          <w:p w14:paraId="0E9C22AD" w14:textId="77777777" w:rsidR="00BE3968" w:rsidRDefault="00CA6E70">
            <w:pPr>
              <w:pStyle w:val="CMRBodySmall"/>
              <w:spacing w:after="80"/>
            </w:pPr>
            <w:r>
              <w:t>Does the answer make sense? ___________________________________________</w:t>
            </w:r>
          </w:p>
        </w:tc>
      </w:tr>
    </w:tbl>
    <w:p w14:paraId="4E5BA1C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EDE744A" w14:textId="77777777">
        <w:tc>
          <w:tcPr>
            <w:tcW w:w="10036" w:type="dxa"/>
            <w:tcMar>
              <w:top w:w="70" w:type="dxa"/>
              <w:left w:w="140" w:type="dxa"/>
              <w:bottom w:w="85" w:type="dxa"/>
              <w:right w:w="140" w:type="dxa"/>
            </w:tcMar>
          </w:tcPr>
          <w:p w14:paraId="2C5AB2DA" w14:textId="77777777" w:rsidR="00BE3968" w:rsidRDefault="00BE3968"/>
          <w:p w14:paraId="2E8C2153" w14:textId="77777777" w:rsidR="00BE3968" w:rsidRDefault="00CA6E70">
            <w:pPr>
              <w:pStyle w:val="CMRBodySmall"/>
            </w:pPr>
            <w:r>
              <w:rPr>
                <w:b/>
              </w:rPr>
              <w:t>PROBLEM S2-012</w:t>
            </w:r>
          </w:p>
          <w:p w14:paraId="50E7359B" w14:textId="77777777" w:rsidR="00BE3968" w:rsidRDefault="00CA6E70">
            <w:r>
              <w:t>After two purchases from the same savings, Rosa wants to know what is left. Rosa began with $115.00, paid $17.00 for work shoes, then paid $16.00 for a phone charger. A coworker mentions spending $9.00 at lunch. How much of Rosa’s savings remains?</w:t>
            </w:r>
          </w:p>
          <w:p w14:paraId="51006DF3" w14:textId="77777777" w:rsidR="00BE3968" w:rsidRDefault="00CA6E70">
            <w:pPr>
              <w:pStyle w:val="CMRBodySmall"/>
              <w:spacing w:after="40"/>
            </w:pPr>
            <w:r>
              <w:rPr>
                <w:b/>
              </w:rPr>
              <w:t>STEP 1 — WHAT DO THEY WANT?</w:t>
            </w:r>
          </w:p>
          <w:p w14:paraId="1886D9AC" w14:textId="77777777" w:rsidR="00BE3968" w:rsidRDefault="00CA6E70">
            <w:pPr>
              <w:pStyle w:val="CMRBodySmall"/>
              <w:spacing w:after="80"/>
            </w:pPr>
            <w:r>
              <w:t>I need to find: _________________________________________________________</w:t>
            </w:r>
          </w:p>
          <w:p w14:paraId="08595F86" w14:textId="77777777" w:rsidR="00BE3968" w:rsidRDefault="00CA6E70">
            <w:pPr>
              <w:pStyle w:val="CMRBodySmall"/>
              <w:spacing w:after="40"/>
            </w:pPr>
            <w:r>
              <w:rPr>
                <w:b/>
              </w:rPr>
              <w:t>STEP 2 — WHAT DO I KNOW?</w:t>
            </w:r>
          </w:p>
          <w:p w14:paraId="67B24875" w14:textId="77777777" w:rsidR="00BE3968" w:rsidRDefault="00CA6E70">
            <w:pPr>
              <w:pStyle w:val="CMRBodySmall"/>
              <w:spacing w:after="40"/>
            </w:pPr>
            <w:r>
              <w:t>Useful facts: __________________________________________________________</w:t>
            </w:r>
          </w:p>
          <w:p w14:paraId="3D9293DC" w14:textId="77777777" w:rsidR="00BE3968" w:rsidRDefault="00CA6E70">
            <w:pPr>
              <w:pStyle w:val="CMRBodySmall"/>
            </w:pPr>
            <w:r>
              <w:t>____________________________________________________________________</w:t>
            </w:r>
          </w:p>
          <w:p w14:paraId="3B3F3338" w14:textId="77777777" w:rsidR="00BE3968" w:rsidRDefault="00CA6E70">
            <w:pPr>
              <w:pStyle w:val="CMRBodySmall"/>
              <w:spacing w:after="40"/>
            </w:pPr>
            <w:r>
              <w:rPr>
                <w:b/>
              </w:rPr>
              <w:t>STEP 3 — HOW DO I FIND IT?</w:t>
            </w:r>
          </w:p>
          <w:p w14:paraId="029CAC16" w14:textId="77777777" w:rsidR="00BE3968" w:rsidRDefault="00CA6E70">
            <w:pPr>
              <w:pStyle w:val="CMRBodySmall"/>
              <w:spacing w:after="100"/>
            </w:pPr>
            <w:r>
              <w:t>My work: ____________________________________________________________</w:t>
            </w:r>
          </w:p>
          <w:p w14:paraId="4F827912" w14:textId="77777777" w:rsidR="00BE3968" w:rsidRDefault="00CA6E70">
            <w:pPr>
              <w:pStyle w:val="CMRBodySmall"/>
              <w:spacing w:after="100"/>
            </w:pPr>
            <w:r>
              <w:t>____________________________________________________________________</w:t>
            </w:r>
          </w:p>
          <w:p w14:paraId="5B6B8068" w14:textId="77777777" w:rsidR="00BE3968" w:rsidRDefault="00CA6E70">
            <w:pPr>
              <w:pStyle w:val="CMRBodySmall"/>
              <w:spacing w:after="100"/>
            </w:pPr>
            <w:r>
              <w:t>____________________________________________________________________</w:t>
            </w:r>
          </w:p>
          <w:p w14:paraId="4629F098" w14:textId="77777777" w:rsidR="00BE3968" w:rsidRDefault="00CA6E70">
            <w:pPr>
              <w:pStyle w:val="CMRBodySmall"/>
              <w:spacing w:after="100"/>
            </w:pPr>
            <w:r>
              <w:t>Answer with units: __________________________________________________</w:t>
            </w:r>
          </w:p>
          <w:p w14:paraId="51FFD6C0" w14:textId="77777777" w:rsidR="00BE3968" w:rsidRDefault="00CA6E70">
            <w:pPr>
              <w:pStyle w:val="CMRBodySmall"/>
              <w:spacing w:after="80"/>
            </w:pPr>
            <w:r>
              <w:t>Does the answer make sense? ___________________________________________</w:t>
            </w:r>
          </w:p>
        </w:tc>
      </w:tr>
    </w:tbl>
    <w:p w14:paraId="17203458" w14:textId="77777777" w:rsidR="00BE3968" w:rsidRDefault="00CA6E70">
      <w:r>
        <w:br w:type="page"/>
      </w:r>
    </w:p>
    <w:p w14:paraId="4984D84E" w14:textId="77777777" w:rsidR="00BE3968" w:rsidRDefault="00CA6E70">
      <w:pPr>
        <w:pStyle w:val="CMRSmallLabel"/>
        <w:spacing w:after="60"/>
      </w:pPr>
      <w:r>
        <w:rPr>
          <w:b w:val="0"/>
        </w:rPr>
        <w:t>SECTION 2  |  TOPIC 02  |  PRACTICE PAGE 2/5</w:t>
      </w:r>
    </w:p>
    <w:p w14:paraId="086AF4FE" w14:textId="77777777" w:rsidR="00BE3968" w:rsidRDefault="00CA6E70">
      <w:pPr>
        <w:pStyle w:val="CMRPageTitle"/>
        <w:spacing w:after="60"/>
      </w:pPr>
      <w:r>
        <w:rPr>
          <w:b w:val="0"/>
        </w:rPr>
        <w:t>Money remaining</w:t>
      </w:r>
    </w:p>
    <w:p w14:paraId="0A4560C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4C29CDD" w14:textId="77777777">
        <w:tc>
          <w:tcPr>
            <w:tcW w:w="10036" w:type="dxa"/>
            <w:shd w:val="clear" w:color="auto" w:fill="F5F8F9"/>
            <w:tcMar>
              <w:top w:w="70" w:type="dxa"/>
              <w:left w:w="140" w:type="dxa"/>
              <w:bottom w:w="85" w:type="dxa"/>
              <w:right w:w="140" w:type="dxa"/>
            </w:tcMar>
          </w:tcPr>
          <w:p w14:paraId="229EAE74" w14:textId="77777777" w:rsidR="00BE3968" w:rsidRDefault="00BE3968"/>
          <w:p w14:paraId="3C974ACB" w14:textId="77777777" w:rsidR="00BE3968" w:rsidRDefault="00CA6E70">
            <w:pPr>
              <w:pStyle w:val="CMRBodySmall"/>
            </w:pPr>
            <w:r>
              <w:rPr>
                <w:b/>
              </w:rPr>
              <w:t>PROBLEM S2-013</w:t>
            </w:r>
          </w:p>
          <w:p w14:paraId="131D1F7F" w14:textId="77777777" w:rsidR="00BE3968" w:rsidRDefault="00CA6E70">
            <w:r>
              <w:t>Jasmine has $233.00 set aside. Jasmine spends $8.00 on household supplies. The next day, Jasmine spends another $9.00 from the same money. A friend spends $9.00 on a separate purchase. How much of the set-aside money is left?</w:t>
            </w:r>
          </w:p>
          <w:p w14:paraId="5F4E0521" w14:textId="77777777" w:rsidR="00BE3968" w:rsidRDefault="00CA6E70">
            <w:pPr>
              <w:pStyle w:val="CMRBodySmall"/>
              <w:spacing w:after="40"/>
            </w:pPr>
            <w:r>
              <w:rPr>
                <w:b/>
              </w:rPr>
              <w:t>STEP 1 — WHAT DO THEY WANT?</w:t>
            </w:r>
          </w:p>
          <w:p w14:paraId="4F27B374" w14:textId="77777777" w:rsidR="00BE3968" w:rsidRDefault="00CA6E70">
            <w:pPr>
              <w:pStyle w:val="CMRBodySmall"/>
              <w:spacing w:after="80"/>
            </w:pPr>
            <w:r>
              <w:t>I need to find: _________________________________________________________</w:t>
            </w:r>
          </w:p>
          <w:p w14:paraId="411C5BA2" w14:textId="77777777" w:rsidR="00BE3968" w:rsidRDefault="00CA6E70">
            <w:pPr>
              <w:pStyle w:val="CMRBodySmall"/>
              <w:spacing w:after="40"/>
            </w:pPr>
            <w:r>
              <w:rPr>
                <w:b/>
              </w:rPr>
              <w:t>STEP 2 — WHAT DO I KNOW?</w:t>
            </w:r>
          </w:p>
          <w:p w14:paraId="77F41E4E" w14:textId="77777777" w:rsidR="00BE3968" w:rsidRDefault="00CA6E70">
            <w:pPr>
              <w:pStyle w:val="CMRBodySmall"/>
              <w:spacing w:after="40"/>
            </w:pPr>
            <w:r>
              <w:t>Useful facts: __________________________________________________________</w:t>
            </w:r>
          </w:p>
          <w:p w14:paraId="6B3B88F9" w14:textId="77777777" w:rsidR="00BE3968" w:rsidRDefault="00CA6E70">
            <w:pPr>
              <w:pStyle w:val="CMRBodySmall"/>
            </w:pPr>
            <w:r>
              <w:t>____________________________________________________________________</w:t>
            </w:r>
          </w:p>
          <w:p w14:paraId="6602B55C" w14:textId="77777777" w:rsidR="00BE3968" w:rsidRDefault="00CA6E70">
            <w:pPr>
              <w:pStyle w:val="CMRBodySmall"/>
              <w:spacing w:after="40"/>
            </w:pPr>
            <w:r>
              <w:rPr>
                <w:b/>
              </w:rPr>
              <w:t>STEP 3 — HOW DO I FIND IT?</w:t>
            </w:r>
          </w:p>
          <w:p w14:paraId="10F482D6" w14:textId="77777777" w:rsidR="00BE3968" w:rsidRDefault="00CA6E70">
            <w:pPr>
              <w:pStyle w:val="CMRBodySmall"/>
              <w:spacing w:after="100"/>
            </w:pPr>
            <w:r>
              <w:t>My work: ____________________________________________________________</w:t>
            </w:r>
          </w:p>
          <w:p w14:paraId="0F4BFB40" w14:textId="77777777" w:rsidR="00BE3968" w:rsidRDefault="00CA6E70">
            <w:pPr>
              <w:pStyle w:val="CMRBodySmall"/>
              <w:spacing w:after="100"/>
            </w:pPr>
            <w:r>
              <w:t>____________________________________________________________________</w:t>
            </w:r>
          </w:p>
          <w:p w14:paraId="70F27FDE" w14:textId="77777777" w:rsidR="00BE3968" w:rsidRDefault="00CA6E70">
            <w:pPr>
              <w:pStyle w:val="CMRBodySmall"/>
              <w:spacing w:after="100"/>
            </w:pPr>
            <w:r>
              <w:t>____________________________________________________________________</w:t>
            </w:r>
          </w:p>
          <w:p w14:paraId="22205BA4" w14:textId="77777777" w:rsidR="00BE3968" w:rsidRDefault="00CA6E70">
            <w:pPr>
              <w:pStyle w:val="CMRBodySmall"/>
              <w:spacing w:after="100"/>
            </w:pPr>
            <w:r>
              <w:t>Answer with units: __________________________________________________</w:t>
            </w:r>
          </w:p>
          <w:p w14:paraId="4E685CF2" w14:textId="77777777" w:rsidR="00BE3968" w:rsidRDefault="00CA6E70">
            <w:pPr>
              <w:pStyle w:val="CMRBodySmall"/>
              <w:spacing w:after="80"/>
            </w:pPr>
            <w:r>
              <w:t>Does the answer make sense? ___________________________________________</w:t>
            </w:r>
          </w:p>
        </w:tc>
      </w:tr>
    </w:tbl>
    <w:p w14:paraId="090881D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34ADDC6" w14:textId="77777777">
        <w:tc>
          <w:tcPr>
            <w:tcW w:w="10036" w:type="dxa"/>
            <w:tcMar>
              <w:top w:w="70" w:type="dxa"/>
              <w:left w:w="140" w:type="dxa"/>
              <w:bottom w:w="85" w:type="dxa"/>
              <w:right w:w="140" w:type="dxa"/>
            </w:tcMar>
          </w:tcPr>
          <w:p w14:paraId="2668AC88" w14:textId="77777777" w:rsidR="00BE3968" w:rsidRDefault="00BE3968"/>
          <w:p w14:paraId="18AF9814" w14:textId="77777777" w:rsidR="00BE3968" w:rsidRDefault="00CA6E70">
            <w:pPr>
              <w:pStyle w:val="CMRBodySmall"/>
            </w:pPr>
            <w:r>
              <w:rPr>
                <w:b/>
              </w:rPr>
              <w:t>PROBLEM S2-014</w:t>
            </w:r>
          </w:p>
          <w:p w14:paraId="2369F35C" w14:textId="77777777" w:rsidR="00BE3968" w:rsidRDefault="00CA6E70">
            <w:r>
              <w:t>Anthony starts the week with $214.00 in an envelope. On Monday Anthony takes out $14.00 for groceries, and on Tuesday Anthony takes out $10.00 more. Anthony’s roommate spends $9.00 of their own money on snacks. How much is still in Anthony’s envelope?</w:t>
            </w:r>
          </w:p>
          <w:p w14:paraId="32A9DDD3" w14:textId="77777777" w:rsidR="00BE3968" w:rsidRDefault="00CA6E70">
            <w:pPr>
              <w:pStyle w:val="CMRBodySmall"/>
              <w:spacing w:after="40"/>
            </w:pPr>
            <w:r>
              <w:rPr>
                <w:b/>
              </w:rPr>
              <w:t>STEP 1 — WHAT DO THEY WANT?</w:t>
            </w:r>
          </w:p>
          <w:p w14:paraId="39AFB37B" w14:textId="77777777" w:rsidR="00BE3968" w:rsidRDefault="00CA6E70">
            <w:pPr>
              <w:pStyle w:val="CMRBodySmall"/>
              <w:spacing w:after="80"/>
            </w:pPr>
            <w:r>
              <w:t>I need to find: _________________________________________________________</w:t>
            </w:r>
          </w:p>
          <w:p w14:paraId="248548A2" w14:textId="77777777" w:rsidR="00BE3968" w:rsidRDefault="00CA6E70">
            <w:pPr>
              <w:pStyle w:val="CMRBodySmall"/>
              <w:spacing w:after="40"/>
            </w:pPr>
            <w:r>
              <w:rPr>
                <w:b/>
              </w:rPr>
              <w:t>STEP 2 — WHAT DO I KNOW?</w:t>
            </w:r>
          </w:p>
          <w:p w14:paraId="28402540" w14:textId="77777777" w:rsidR="00BE3968" w:rsidRDefault="00CA6E70">
            <w:pPr>
              <w:pStyle w:val="CMRBodySmall"/>
              <w:spacing w:after="40"/>
            </w:pPr>
            <w:r>
              <w:t>Useful facts: __________________________________________________________</w:t>
            </w:r>
          </w:p>
          <w:p w14:paraId="3FE1DD25" w14:textId="77777777" w:rsidR="00BE3968" w:rsidRDefault="00CA6E70">
            <w:pPr>
              <w:pStyle w:val="CMRBodySmall"/>
            </w:pPr>
            <w:r>
              <w:t>____________________________________________________________________</w:t>
            </w:r>
          </w:p>
          <w:p w14:paraId="56EDA690" w14:textId="77777777" w:rsidR="00BE3968" w:rsidRDefault="00CA6E70">
            <w:pPr>
              <w:pStyle w:val="CMRBodySmall"/>
              <w:spacing w:after="40"/>
            </w:pPr>
            <w:r>
              <w:rPr>
                <w:b/>
              </w:rPr>
              <w:t>STEP 3 — HOW DO I FIND IT?</w:t>
            </w:r>
          </w:p>
          <w:p w14:paraId="761BBF25" w14:textId="77777777" w:rsidR="00BE3968" w:rsidRDefault="00CA6E70">
            <w:pPr>
              <w:pStyle w:val="CMRBodySmall"/>
              <w:spacing w:after="100"/>
            </w:pPr>
            <w:r>
              <w:t>My work: ____________________________________________________________</w:t>
            </w:r>
          </w:p>
          <w:p w14:paraId="2180F0AB" w14:textId="77777777" w:rsidR="00BE3968" w:rsidRDefault="00CA6E70">
            <w:pPr>
              <w:pStyle w:val="CMRBodySmall"/>
              <w:spacing w:after="100"/>
            </w:pPr>
            <w:r>
              <w:t>____________________________________________________________________</w:t>
            </w:r>
          </w:p>
          <w:p w14:paraId="6A9D9E45" w14:textId="77777777" w:rsidR="00BE3968" w:rsidRDefault="00CA6E70">
            <w:pPr>
              <w:pStyle w:val="CMRBodySmall"/>
              <w:spacing w:after="100"/>
            </w:pPr>
            <w:r>
              <w:t>____________________________________________________________________</w:t>
            </w:r>
          </w:p>
          <w:p w14:paraId="3BCDA837" w14:textId="77777777" w:rsidR="00BE3968" w:rsidRDefault="00CA6E70">
            <w:pPr>
              <w:pStyle w:val="CMRBodySmall"/>
              <w:spacing w:after="100"/>
            </w:pPr>
            <w:r>
              <w:t>Answer with units: __________________________________________________</w:t>
            </w:r>
          </w:p>
          <w:p w14:paraId="5BBB1614" w14:textId="77777777" w:rsidR="00BE3968" w:rsidRDefault="00CA6E70">
            <w:pPr>
              <w:pStyle w:val="CMRBodySmall"/>
              <w:spacing w:after="80"/>
            </w:pPr>
            <w:r>
              <w:t>Does the answer make sense? ___________________________________________</w:t>
            </w:r>
          </w:p>
        </w:tc>
      </w:tr>
    </w:tbl>
    <w:p w14:paraId="5A2ACCF8" w14:textId="77777777" w:rsidR="00BE3968" w:rsidRDefault="00CA6E70">
      <w:r>
        <w:br w:type="page"/>
      </w:r>
    </w:p>
    <w:p w14:paraId="37063058" w14:textId="77777777" w:rsidR="00BE3968" w:rsidRDefault="00CA6E70">
      <w:pPr>
        <w:pStyle w:val="CMRSmallLabel"/>
        <w:spacing w:after="60"/>
      </w:pPr>
      <w:r>
        <w:rPr>
          <w:b w:val="0"/>
        </w:rPr>
        <w:t>SECTION 2  |  TOPIC 02  |  PRACTICE PAGE 3/5</w:t>
      </w:r>
    </w:p>
    <w:p w14:paraId="0379692D" w14:textId="77777777" w:rsidR="00BE3968" w:rsidRDefault="00CA6E70">
      <w:pPr>
        <w:pStyle w:val="CMRPageTitle"/>
        <w:spacing w:after="60"/>
      </w:pPr>
      <w:r>
        <w:rPr>
          <w:b w:val="0"/>
        </w:rPr>
        <w:t>Money remaining</w:t>
      </w:r>
    </w:p>
    <w:p w14:paraId="63C4A89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17AAC26" w14:textId="77777777">
        <w:tc>
          <w:tcPr>
            <w:tcW w:w="10036" w:type="dxa"/>
            <w:shd w:val="clear" w:color="auto" w:fill="F5F8F9"/>
            <w:tcMar>
              <w:top w:w="70" w:type="dxa"/>
              <w:left w:w="140" w:type="dxa"/>
              <w:bottom w:w="85" w:type="dxa"/>
              <w:right w:w="140" w:type="dxa"/>
            </w:tcMar>
          </w:tcPr>
          <w:p w14:paraId="0A842FAD" w14:textId="77777777" w:rsidR="00BE3968" w:rsidRDefault="00BE3968"/>
          <w:p w14:paraId="0C25C7A2" w14:textId="77777777" w:rsidR="00BE3968" w:rsidRDefault="00CA6E70">
            <w:pPr>
              <w:pStyle w:val="CMRBodySmall"/>
            </w:pPr>
            <w:r>
              <w:rPr>
                <w:b/>
              </w:rPr>
              <w:t>PROBLEM S2-015</w:t>
            </w:r>
          </w:p>
          <w:p w14:paraId="206845C7" w14:textId="77777777" w:rsidR="00BE3968" w:rsidRDefault="00CA6E70">
            <w:r>
              <w:t>After two purchases from the same savings, Joseph wants to know what is left. Joseph began with $223.00, paid $12.00 for a bus pass, then paid $8.00 for a phone charger. A coworker mentions spending $9.00 at lunch. How much of Joseph’s savings remains?</w:t>
            </w:r>
          </w:p>
          <w:p w14:paraId="5B49B869" w14:textId="77777777" w:rsidR="00BE3968" w:rsidRDefault="00CA6E70">
            <w:pPr>
              <w:pStyle w:val="CMRBodySmall"/>
              <w:spacing w:after="40"/>
            </w:pPr>
            <w:r>
              <w:rPr>
                <w:b/>
              </w:rPr>
              <w:t>STEP 1 — WHAT DO THEY WANT?</w:t>
            </w:r>
          </w:p>
          <w:p w14:paraId="36347B2C" w14:textId="77777777" w:rsidR="00BE3968" w:rsidRDefault="00CA6E70">
            <w:pPr>
              <w:pStyle w:val="CMRBodySmall"/>
              <w:spacing w:after="80"/>
            </w:pPr>
            <w:r>
              <w:t>I need to find: _________________________________________________________</w:t>
            </w:r>
          </w:p>
          <w:p w14:paraId="16661776" w14:textId="77777777" w:rsidR="00BE3968" w:rsidRDefault="00CA6E70">
            <w:pPr>
              <w:pStyle w:val="CMRBodySmall"/>
              <w:spacing w:after="40"/>
            </w:pPr>
            <w:r>
              <w:rPr>
                <w:b/>
              </w:rPr>
              <w:t>STEP 2 — WHAT DO I KNOW?</w:t>
            </w:r>
          </w:p>
          <w:p w14:paraId="659EC07D" w14:textId="77777777" w:rsidR="00BE3968" w:rsidRDefault="00CA6E70">
            <w:pPr>
              <w:pStyle w:val="CMRBodySmall"/>
              <w:spacing w:after="40"/>
            </w:pPr>
            <w:r>
              <w:t>Useful facts: __________________________________________________________</w:t>
            </w:r>
          </w:p>
          <w:p w14:paraId="164B6536" w14:textId="77777777" w:rsidR="00BE3968" w:rsidRDefault="00CA6E70">
            <w:pPr>
              <w:pStyle w:val="CMRBodySmall"/>
            </w:pPr>
            <w:r>
              <w:t>____________________________________________________________________</w:t>
            </w:r>
          </w:p>
          <w:p w14:paraId="65768E60" w14:textId="77777777" w:rsidR="00BE3968" w:rsidRDefault="00CA6E70">
            <w:pPr>
              <w:pStyle w:val="CMRBodySmall"/>
              <w:spacing w:after="40"/>
            </w:pPr>
            <w:r>
              <w:rPr>
                <w:b/>
              </w:rPr>
              <w:t>STEP 3 — HOW DO I FIND IT?</w:t>
            </w:r>
          </w:p>
          <w:p w14:paraId="1040D6D7" w14:textId="77777777" w:rsidR="00BE3968" w:rsidRDefault="00CA6E70">
            <w:pPr>
              <w:pStyle w:val="CMRBodySmall"/>
              <w:spacing w:after="100"/>
            </w:pPr>
            <w:r>
              <w:t>My work: ____________________________________________________________</w:t>
            </w:r>
          </w:p>
          <w:p w14:paraId="227EA10B" w14:textId="77777777" w:rsidR="00BE3968" w:rsidRDefault="00CA6E70">
            <w:pPr>
              <w:pStyle w:val="CMRBodySmall"/>
              <w:spacing w:after="100"/>
            </w:pPr>
            <w:r>
              <w:t>____________________________________________________________________</w:t>
            </w:r>
          </w:p>
          <w:p w14:paraId="6EF4D98B" w14:textId="77777777" w:rsidR="00BE3968" w:rsidRDefault="00CA6E70">
            <w:pPr>
              <w:pStyle w:val="CMRBodySmall"/>
              <w:spacing w:after="100"/>
            </w:pPr>
            <w:r>
              <w:t>____________________________________________________________________</w:t>
            </w:r>
          </w:p>
          <w:p w14:paraId="424A8C54" w14:textId="77777777" w:rsidR="00BE3968" w:rsidRDefault="00CA6E70">
            <w:pPr>
              <w:pStyle w:val="CMRBodySmall"/>
              <w:spacing w:after="100"/>
            </w:pPr>
            <w:r>
              <w:t>Answer with units: __________________________________________________</w:t>
            </w:r>
          </w:p>
          <w:p w14:paraId="40F63C78" w14:textId="77777777" w:rsidR="00BE3968" w:rsidRDefault="00CA6E70">
            <w:pPr>
              <w:pStyle w:val="CMRBodySmall"/>
              <w:spacing w:after="80"/>
            </w:pPr>
            <w:r>
              <w:t>Does the answer make sense? ___________________________________________</w:t>
            </w:r>
          </w:p>
        </w:tc>
      </w:tr>
    </w:tbl>
    <w:p w14:paraId="1A2AFE8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C7B2268" w14:textId="77777777">
        <w:tc>
          <w:tcPr>
            <w:tcW w:w="10036" w:type="dxa"/>
            <w:tcMar>
              <w:top w:w="70" w:type="dxa"/>
              <w:left w:w="140" w:type="dxa"/>
              <w:bottom w:w="85" w:type="dxa"/>
              <w:right w:w="140" w:type="dxa"/>
            </w:tcMar>
          </w:tcPr>
          <w:p w14:paraId="7E726663" w14:textId="77777777" w:rsidR="00BE3968" w:rsidRDefault="00BE3968"/>
          <w:p w14:paraId="05CEE7C5" w14:textId="77777777" w:rsidR="00BE3968" w:rsidRDefault="00CA6E70">
            <w:pPr>
              <w:pStyle w:val="CMRBodySmall"/>
            </w:pPr>
            <w:r>
              <w:rPr>
                <w:b/>
              </w:rPr>
              <w:t>PROBLEM S2-016</w:t>
            </w:r>
          </w:p>
          <w:p w14:paraId="6D9E1128" w14:textId="77777777" w:rsidR="00BE3968" w:rsidRDefault="00CA6E70">
            <w:r>
              <w:t>Angela has $198.00 set aside. Angela spends $11.00 on work shoes. The next day, Angela spends another $10.00 from the same money. A friend spends $9.00 on a separate purchase. How much of the set-aside money is left?</w:t>
            </w:r>
          </w:p>
          <w:p w14:paraId="64052C42" w14:textId="77777777" w:rsidR="00BE3968" w:rsidRDefault="00CA6E70">
            <w:pPr>
              <w:pStyle w:val="CMRBodySmall"/>
              <w:spacing w:after="40"/>
            </w:pPr>
            <w:r>
              <w:rPr>
                <w:b/>
              </w:rPr>
              <w:t>STEP 1 — WHAT DO THEY WANT?</w:t>
            </w:r>
          </w:p>
          <w:p w14:paraId="357FBC37" w14:textId="77777777" w:rsidR="00BE3968" w:rsidRDefault="00CA6E70">
            <w:pPr>
              <w:pStyle w:val="CMRBodySmall"/>
              <w:spacing w:after="80"/>
            </w:pPr>
            <w:r>
              <w:t>I need to find: _________________________________________________________</w:t>
            </w:r>
          </w:p>
          <w:p w14:paraId="00645477" w14:textId="77777777" w:rsidR="00BE3968" w:rsidRDefault="00CA6E70">
            <w:pPr>
              <w:pStyle w:val="CMRBodySmall"/>
              <w:spacing w:after="40"/>
            </w:pPr>
            <w:r>
              <w:rPr>
                <w:b/>
              </w:rPr>
              <w:t>STEP 2 — WHAT DO I KNOW?</w:t>
            </w:r>
          </w:p>
          <w:p w14:paraId="2408FB7A" w14:textId="77777777" w:rsidR="00BE3968" w:rsidRDefault="00CA6E70">
            <w:pPr>
              <w:pStyle w:val="CMRBodySmall"/>
              <w:spacing w:after="40"/>
            </w:pPr>
            <w:r>
              <w:t>Useful facts: __________________________________________________________</w:t>
            </w:r>
          </w:p>
          <w:p w14:paraId="07A42B2D" w14:textId="77777777" w:rsidR="00BE3968" w:rsidRDefault="00CA6E70">
            <w:pPr>
              <w:pStyle w:val="CMRBodySmall"/>
            </w:pPr>
            <w:r>
              <w:t>____________________________________________________________________</w:t>
            </w:r>
          </w:p>
          <w:p w14:paraId="40191385" w14:textId="77777777" w:rsidR="00BE3968" w:rsidRDefault="00CA6E70">
            <w:pPr>
              <w:pStyle w:val="CMRBodySmall"/>
              <w:spacing w:after="40"/>
            </w:pPr>
            <w:r>
              <w:rPr>
                <w:b/>
              </w:rPr>
              <w:t>STEP 3 — HOW DO I FIND IT?</w:t>
            </w:r>
          </w:p>
          <w:p w14:paraId="1D0EBBAC" w14:textId="77777777" w:rsidR="00BE3968" w:rsidRDefault="00CA6E70">
            <w:pPr>
              <w:pStyle w:val="CMRBodySmall"/>
              <w:spacing w:after="100"/>
            </w:pPr>
            <w:r>
              <w:t>My work: ____________________________________________________________</w:t>
            </w:r>
          </w:p>
          <w:p w14:paraId="59426D9B" w14:textId="77777777" w:rsidR="00BE3968" w:rsidRDefault="00CA6E70">
            <w:pPr>
              <w:pStyle w:val="CMRBodySmall"/>
              <w:spacing w:after="100"/>
            </w:pPr>
            <w:r>
              <w:t>____________________________________________________________________</w:t>
            </w:r>
          </w:p>
          <w:p w14:paraId="6473AF05" w14:textId="77777777" w:rsidR="00BE3968" w:rsidRDefault="00CA6E70">
            <w:pPr>
              <w:pStyle w:val="CMRBodySmall"/>
              <w:spacing w:after="100"/>
            </w:pPr>
            <w:r>
              <w:t>____________________________________________________________________</w:t>
            </w:r>
          </w:p>
          <w:p w14:paraId="450E393E" w14:textId="77777777" w:rsidR="00BE3968" w:rsidRDefault="00CA6E70">
            <w:pPr>
              <w:pStyle w:val="CMRBodySmall"/>
              <w:spacing w:after="100"/>
            </w:pPr>
            <w:r>
              <w:t>Answer with units: __________________________________________________</w:t>
            </w:r>
          </w:p>
          <w:p w14:paraId="4DB6E4FA" w14:textId="77777777" w:rsidR="00BE3968" w:rsidRDefault="00CA6E70">
            <w:pPr>
              <w:pStyle w:val="CMRBodySmall"/>
              <w:spacing w:after="80"/>
            </w:pPr>
            <w:r>
              <w:t>Does the answer make sense? ___________________________________________</w:t>
            </w:r>
          </w:p>
        </w:tc>
      </w:tr>
    </w:tbl>
    <w:p w14:paraId="1AE3FCF3" w14:textId="77777777" w:rsidR="00BE3968" w:rsidRDefault="00CA6E70">
      <w:r>
        <w:br w:type="page"/>
      </w:r>
    </w:p>
    <w:p w14:paraId="376BB1D9" w14:textId="77777777" w:rsidR="00BE3968" w:rsidRDefault="00CA6E70">
      <w:pPr>
        <w:pStyle w:val="CMRSmallLabel"/>
        <w:spacing w:after="60"/>
      </w:pPr>
      <w:r>
        <w:rPr>
          <w:b w:val="0"/>
        </w:rPr>
        <w:t>SECTION 2  |  TOPIC 02  |  PRACTICE PAGE 4/5</w:t>
      </w:r>
    </w:p>
    <w:p w14:paraId="399294D2" w14:textId="77777777" w:rsidR="00BE3968" w:rsidRDefault="00CA6E70">
      <w:pPr>
        <w:pStyle w:val="CMRPageTitle"/>
        <w:spacing w:after="60"/>
      </w:pPr>
      <w:r>
        <w:rPr>
          <w:b w:val="0"/>
        </w:rPr>
        <w:t>Money remaining</w:t>
      </w:r>
    </w:p>
    <w:p w14:paraId="4763FE9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AFBE18E" w14:textId="77777777">
        <w:tc>
          <w:tcPr>
            <w:tcW w:w="10036" w:type="dxa"/>
            <w:shd w:val="clear" w:color="auto" w:fill="F5F8F9"/>
            <w:tcMar>
              <w:top w:w="70" w:type="dxa"/>
              <w:left w:w="140" w:type="dxa"/>
              <w:bottom w:w="85" w:type="dxa"/>
              <w:right w:w="140" w:type="dxa"/>
            </w:tcMar>
          </w:tcPr>
          <w:p w14:paraId="622B2A44" w14:textId="77777777" w:rsidR="00BE3968" w:rsidRDefault="00BE3968"/>
          <w:p w14:paraId="2D01681E" w14:textId="77777777" w:rsidR="00BE3968" w:rsidRDefault="00CA6E70">
            <w:pPr>
              <w:pStyle w:val="CMRBodySmall"/>
            </w:pPr>
            <w:r>
              <w:rPr>
                <w:b/>
              </w:rPr>
              <w:t>PROBLEM S2-017</w:t>
            </w:r>
          </w:p>
          <w:p w14:paraId="2A041294" w14:textId="77777777" w:rsidR="00BE3968" w:rsidRDefault="00CA6E70">
            <w:r>
              <w:t>Carlos starts the week with $158.00 in an envelope. On Monday Carlos takes out $21.00 for household supplies, and on Tuesday Carlos takes out $14.00 more. Carlos’s roommate spends $9.00 of their own money on snacks. How much is still in Carlos’s envelope?</w:t>
            </w:r>
          </w:p>
          <w:p w14:paraId="79497CC5" w14:textId="77777777" w:rsidR="00BE3968" w:rsidRDefault="00CA6E70">
            <w:pPr>
              <w:pStyle w:val="CMRBodySmall"/>
              <w:spacing w:after="40"/>
            </w:pPr>
            <w:r>
              <w:rPr>
                <w:b/>
              </w:rPr>
              <w:t>STEP 1 — WHAT DO THEY WANT?</w:t>
            </w:r>
          </w:p>
          <w:p w14:paraId="13449CF0" w14:textId="77777777" w:rsidR="00BE3968" w:rsidRDefault="00CA6E70">
            <w:pPr>
              <w:pStyle w:val="CMRBodySmall"/>
              <w:spacing w:after="80"/>
            </w:pPr>
            <w:r>
              <w:t>I need to find: _________________________________________________________</w:t>
            </w:r>
          </w:p>
          <w:p w14:paraId="4A4550F8" w14:textId="77777777" w:rsidR="00BE3968" w:rsidRDefault="00CA6E70">
            <w:pPr>
              <w:pStyle w:val="CMRBodySmall"/>
              <w:spacing w:after="40"/>
            </w:pPr>
            <w:r>
              <w:rPr>
                <w:b/>
              </w:rPr>
              <w:t>STEP 2 — WHAT DO I KNOW?</w:t>
            </w:r>
          </w:p>
          <w:p w14:paraId="60401342" w14:textId="77777777" w:rsidR="00BE3968" w:rsidRDefault="00CA6E70">
            <w:pPr>
              <w:pStyle w:val="CMRBodySmall"/>
              <w:spacing w:after="40"/>
            </w:pPr>
            <w:r>
              <w:t>Useful facts: __________________________________________________________</w:t>
            </w:r>
          </w:p>
          <w:p w14:paraId="152FAAAA" w14:textId="77777777" w:rsidR="00BE3968" w:rsidRDefault="00CA6E70">
            <w:pPr>
              <w:pStyle w:val="CMRBodySmall"/>
            </w:pPr>
            <w:r>
              <w:t>____________________________________________________________________</w:t>
            </w:r>
          </w:p>
          <w:p w14:paraId="60B2ED82" w14:textId="77777777" w:rsidR="00BE3968" w:rsidRDefault="00CA6E70">
            <w:pPr>
              <w:pStyle w:val="CMRBodySmall"/>
              <w:spacing w:after="40"/>
            </w:pPr>
            <w:r>
              <w:rPr>
                <w:b/>
              </w:rPr>
              <w:t>STEP 3 — HOW DO I FIND IT?</w:t>
            </w:r>
          </w:p>
          <w:p w14:paraId="4B4E8571" w14:textId="77777777" w:rsidR="00BE3968" w:rsidRDefault="00CA6E70">
            <w:pPr>
              <w:pStyle w:val="CMRBodySmall"/>
              <w:spacing w:after="100"/>
            </w:pPr>
            <w:r>
              <w:t>My work: ____________________________________________________________</w:t>
            </w:r>
          </w:p>
          <w:p w14:paraId="1E622B80" w14:textId="77777777" w:rsidR="00BE3968" w:rsidRDefault="00CA6E70">
            <w:pPr>
              <w:pStyle w:val="CMRBodySmall"/>
              <w:spacing w:after="100"/>
            </w:pPr>
            <w:r>
              <w:t>____________________________________________________________________</w:t>
            </w:r>
          </w:p>
          <w:p w14:paraId="372B931C" w14:textId="77777777" w:rsidR="00BE3968" w:rsidRDefault="00CA6E70">
            <w:pPr>
              <w:pStyle w:val="CMRBodySmall"/>
              <w:spacing w:after="100"/>
            </w:pPr>
            <w:r>
              <w:t>____________________________________________________________________</w:t>
            </w:r>
          </w:p>
          <w:p w14:paraId="1DB76933" w14:textId="77777777" w:rsidR="00BE3968" w:rsidRDefault="00CA6E70">
            <w:pPr>
              <w:pStyle w:val="CMRBodySmall"/>
              <w:spacing w:after="100"/>
            </w:pPr>
            <w:r>
              <w:t>Answer with units: __________________________________________________</w:t>
            </w:r>
          </w:p>
          <w:p w14:paraId="204B7CB5" w14:textId="77777777" w:rsidR="00BE3968" w:rsidRDefault="00CA6E70">
            <w:pPr>
              <w:pStyle w:val="CMRBodySmall"/>
              <w:spacing w:after="80"/>
            </w:pPr>
            <w:r>
              <w:t>Does the answer make sense? ___________________________________________</w:t>
            </w:r>
          </w:p>
        </w:tc>
      </w:tr>
    </w:tbl>
    <w:p w14:paraId="7C08C81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C114701" w14:textId="77777777">
        <w:tc>
          <w:tcPr>
            <w:tcW w:w="10036" w:type="dxa"/>
            <w:tcMar>
              <w:top w:w="70" w:type="dxa"/>
              <w:left w:w="140" w:type="dxa"/>
              <w:bottom w:w="85" w:type="dxa"/>
              <w:right w:w="140" w:type="dxa"/>
            </w:tcMar>
          </w:tcPr>
          <w:p w14:paraId="77F133CE" w14:textId="77777777" w:rsidR="00BE3968" w:rsidRDefault="00BE3968"/>
          <w:p w14:paraId="7B5D6609" w14:textId="77777777" w:rsidR="00BE3968" w:rsidRDefault="00CA6E70">
            <w:pPr>
              <w:pStyle w:val="CMRBodySmall"/>
            </w:pPr>
            <w:r>
              <w:rPr>
                <w:b/>
              </w:rPr>
              <w:t>PROBLEM S2-018</w:t>
            </w:r>
          </w:p>
          <w:p w14:paraId="49205F61" w14:textId="77777777" w:rsidR="00BE3968" w:rsidRDefault="00CA6E70">
            <w:r>
              <w:t>After two purchases from the same savings, Nicole wants to know what is left. Nicole began with $124.00, paid $21.00 for groceries, then paid $9.00 for a phone charger. A coworker mentions spending $9.00 at lunch. How much of Nicole’s savings remains?</w:t>
            </w:r>
          </w:p>
          <w:p w14:paraId="79F7ECAB" w14:textId="77777777" w:rsidR="00BE3968" w:rsidRDefault="00CA6E70">
            <w:pPr>
              <w:pStyle w:val="CMRBodySmall"/>
              <w:spacing w:after="40"/>
            </w:pPr>
            <w:r>
              <w:rPr>
                <w:b/>
              </w:rPr>
              <w:t>STEP 1 — WHAT DO THEY WANT?</w:t>
            </w:r>
          </w:p>
          <w:p w14:paraId="373F538F" w14:textId="77777777" w:rsidR="00BE3968" w:rsidRDefault="00CA6E70">
            <w:pPr>
              <w:pStyle w:val="CMRBodySmall"/>
              <w:spacing w:after="80"/>
            </w:pPr>
            <w:r>
              <w:t>I need to find: _________________________________________________________</w:t>
            </w:r>
          </w:p>
          <w:p w14:paraId="13755D1C" w14:textId="77777777" w:rsidR="00BE3968" w:rsidRDefault="00CA6E70">
            <w:pPr>
              <w:pStyle w:val="CMRBodySmall"/>
              <w:spacing w:after="40"/>
            </w:pPr>
            <w:r>
              <w:rPr>
                <w:b/>
              </w:rPr>
              <w:t>STEP 2 — WHAT DO I KNOW?</w:t>
            </w:r>
          </w:p>
          <w:p w14:paraId="1881AB94" w14:textId="77777777" w:rsidR="00BE3968" w:rsidRDefault="00CA6E70">
            <w:pPr>
              <w:pStyle w:val="CMRBodySmall"/>
              <w:spacing w:after="40"/>
            </w:pPr>
            <w:r>
              <w:t>Useful facts: __________________________________________________________</w:t>
            </w:r>
          </w:p>
          <w:p w14:paraId="41A00D47" w14:textId="77777777" w:rsidR="00BE3968" w:rsidRDefault="00CA6E70">
            <w:pPr>
              <w:pStyle w:val="CMRBodySmall"/>
            </w:pPr>
            <w:r>
              <w:t>____________________________________________________________________</w:t>
            </w:r>
          </w:p>
          <w:p w14:paraId="342A45B2" w14:textId="77777777" w:rsidR="00BE3968" w:rsidRDefault="00CA6E70">
            <w:pPr>
              <w:pStyle w:val="CMRBodySmall"/>
              <w:spacing w:after="40"/>
            </w:pPr>
            <w:r>
              <w:rPr>
                <w:b/>
              </w:rPr>
              <w:t>STEP 3 — HOW DO I FIND IT?</w:t>
            </w:r>
          </w:p>
          <w:p w14:paraId="54C07C87" w14:textId="77777777" w:rsidR="00BE3968" w:rsidRDefault="00CA6E70">
            <w:pPr>
              <w:pStyle w:val="CMRBodySmall"/>
              <w:spacing w:after="100"/>
            </w:pPr>
            <w:r>
              <w:t>My work: ____________________________________________________________</w:t>
            </w:r>
          </w:p>
          <w:p w14:paraId="77763017" w14:textId="77777777" w:rsidR="00BE3968" w:rsidRDefault="00CA6E70">
            <w:pPr>
              <w:pStyle w:val="CMRBodySmall"/>
              <w:spacing w:after="100"/>
            </w:pPr>
            <w:r>
              <w:t>____________________________________________________________________</w:t>
            </w:r>
          </w:p>
          <w:p w14:paraId="0C1FD586" w14:textId="77777777" w:rsidR="00BE3968" w:rsidRDefault="00CA6E70">
            <w:pPr>
              <w:pStyle w:val="CMRBodySmall"/>
              <w:spacing w:after="100"/>
            </w:pPr>
            <w:r>
              <w:t>____________________________________________________________________</w:t>
            </w:r>
          </w:p>
          <w:p w14:paraId="3C4F3033" w14:textId="77777777" w:rsidR="00BE3968" w:rsidRDefault="00CA6E70">
            <w:pPr>
              <w:pStyle w:val="CMRBodySmall"/>
              <w:spacing w:after="100"/>
            </w:pPr>
            <w:r>
              <w:t>Answer with units: __________________________________________________</w:t>
            </w:r>
          </w:p>
          <w:p w14:paraId="44F8E90C" w14:textId="77777777" w:rsidR="00BE3968" w:rsidRDefault="00CA6E70">
            <w:pPr>
              <w:pStyle w:val="CMRBodySmall"/>
              <w:spacing w:after="80"/>
            </w:pPr>
            <w:r>
              <w:t>Does the answer make sense? ___________________________________________</w:t>
            </w:r>
          </w:p>
        </w:tc>
      </w:tr>
    </w:tbl>
    <w:p w14:paraId="5DDDBC71" w14:textId="77777777" w:rsidR="00BE3968" w:rsidRDefault="00CA6E70">
      <w:r>
        <w:br w:type="page"/>
      </w:r>
    </w:p>
    <w:p w14:paraId="1E93150B" w14:textId="77777777" w:rsidR="00BE3968" w:rsidRDefault="00CA6E70">
      <w:pPr>
        <w:pStyle w:val="CMRSmallLabel"/>
        <w:spacing w:after="60"/>
      </w:pPr>
      <w:r>
        <w:rPr>
          <w:b w:val="0"/>
        </w:rPr>
        <w:t>SECTION 2  |  TOPIC 02  |  PRACTICE PAGE 5/5</w:t>
      </w:r>
    </w:p>
    <w:p w14:paraId="0B9B003F" w14:textId="77777777" w:rsidR="00BE3968" w:rsidRDefault="00CA6E70">
      <w:pPr>
        <w:pStyle w:val="CMRPageTitle"/>
        <w:spacing w:after="60"/>
      </w:pPr>
      <w:r>
        <w:rPr>
          <w:b w:val="0"/>
        </w:rPr>
        <w:t>Money remaining</w:t>
      </w:r>
    </w:p>
    <w:p w14:paraId="54651BA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FBF9231" w14:textId="77777777">
        <w:tc>
          <w:tcPr>
            <w:tcW w:w="10036" w:type="dxa"/>
            <w:shd w:val="clear" w:color="auto" w:fill="F5F8F9"/>
            <w:tcMar>
              <w:top w:w="70" w:type="dxa"/>
              <w:left w:w="140" w:type="dxa"/>
              <w:bottom w:w="85" w:type="dxa"/>
              <w:right w:w="140" w:type="dxa"/>
            </w:tcMar>
          </w:tcPr>
          <w:p w14:paraId="45E36475" w14:textId="77777777" w:rsidR="00BE3968" w:rsidRDefault="00BE3968"/>
          <w:p w14:paraId="3F91C794" w14:textId="77777777" w:rsidR="00BE3968" w:rsidRDefault="00CA6E70">
            <w:pPr>
              <w:pStyle w:val="CMRBodySmall"/>
            </w:pPr>
            <w:r>
              <w:rPr>
                <w:b/>
              </w:rPr>
              <w:t>PROBLEM S2-019</w:t>
            </w:r>
          </w:p>
          <w:p w14:paraId="56A241E5" w14:textId="77777777" w:rsidR="00BE3968" w:rsidRDefault="00CA6E70">
            <w:r>
              <w:t>Luis has $175.00 set aside. Luis spends $21.00 on a bus pass. The next day, Luis spends another $11.00 from the same money. A friend spends $9.00 on a separate purchase. How much of the set-aside money is left?</w:t>
            </w:r>
          </w:p>
          <w:p w14:paraId="29C6D2D2" w14:textId="77777777" w:rsidR="00BE3968" w:rsidRDefault="00CA6E70">
            <w:pPr>
              <w:pStyle w:val="CMRBodySmall"/>
              <w:spacing w:after="40"/>
            </w:pPr>
            <w:r>
              <w:rPr>
                <w:b/>
              </w:rPr>
              <w:t>STEP 1 — WHAT DO THEY WANT?</w:t>
            </w:r>
          </w:p>
          <w:p w14:paraId="4B9299F4" w14:textId="77777777" w:rsidR="00BE3968" w:rsidRDefault="00CA6E70">
            <w:pPr>
              <w:pStyle w:val="CMRBodySmall"/>
              <w:spacing w:after="80"/>
            </w:pPr>
            <w:r>
              <w:t>I need to find: _________________________________________________________</w:t>
            </w:r>
          </w:p>
          <w:p w14:paraId="52291369" w14:textId="77777777" w:rsidR="00BE3968" w:rsidRDefault="00CA6E70">
            <w:pPr>
              <w:pStyle w:val="CMRBodySmall"/>
              <w:spacing w:after="40"/>
            </w:pPr>
            <w:r>
              <w:rPr>
                <w:b/>
              </w:rPr>
              <w:t>STEP 2 — WHAT DO I KNOW?</w:t>
            </w:r>
          </w:p>
          <w:p w14:paraId="0CDA80F5" w14:textId="77777777" w:rsidR="00BE3968" w:rsidRDefault="00CA6E70">
            <w:pPr>
              <w:pStyle w:val="CMRBodySmall"/>
              <w:spacing w:after="40"/>
            </w:pPr>
            <w:r>
              <w:t>Useful facts: __________________________________________________________</w:t>
            </w:r>
          </w:p>
          <w:p w14:paraId="3591FA5E" w14:textId="77777777" w:rsidR="00BE3968" w:rsidRDefault="00CA6E70">
            <w:pPr>
              <w:pStyle w:val="CMRBodySmall"/>
            </w:pPr>
            <w:r>
              <w:t>____________________________________________________________________</w:t>
            </w:r>
          </w:p>
          <w:p w14:paraId="3C3EA6F0" w14:textId="77777777" w:rsidR="00BE3968" w:rsidRDefault="00CA6E70">
            <w:pPr>
              <w:pStyle w:val="CMRBodySmall"/>
              <w:spacing w:after="40"/>
            </w:pPr>
            <w:r>
              <w:rPr>
                <w:b/>
              </w:rPr>
              <w:t>STEP 3 — HOW DO I FIND IT?</w:t>
            </w:r>
          </w:p>
          <w:p w14:paraId="4A972745" w14:textId="77777777" w:rsidR="00BE3968" w:rsidRDefault="00CA6E70">
            <w:pPr>
              <w:pStyle w:val="CMRBodySmall"/>
              <w:spacing w:after="100"/>
            </w:pPr>
            <w:r>
              <w:t>My work: ____________________________________________________________</w:t>
            </w:r>
          </w:p>
          <w:p w14:paraId="23CA52FE" w14:textId="77777777" w:rsidR="00BE3968" w:rsidRDefault="00CA6E70">
            <w:pPr>
              <w:pStyle w:val="CMRBodySmall"/>
              <w:spacing w:after="100"/>
            </w:pPr>
            <w:r>
              <w:t>____________________________________________________________________</w:t>
            </w:r>
          </w:p>
          <w:p w14:paraId="23DE9458" w14:textId="77777777" w:rsidR="00BE3968" w:rsidRDefault="00CA6E70">
            <w:pPr>
              <w:pStyle w:val="CMRBodySmall"/>
              <w:spacing w:after="100"/>
            </w:pPr>
            <w:r>
              <w:t>____________________________________________________________________</w:t>
            </w:r>
          </w:p>
          <w:p w14:paraId="2CEDC50B" w14:textId="77777777" w:rsidR="00BE3968" w:rsidRDefault="00CA6E70">
            <w:pPr>
              <w:pStyle w:val="CMRBodySmall"/>
              <w:spacing w:after="100"/>
            </w:pPr>
            <w:r>
              <w:t>Answer with units: __________________________________________________</w:t>
            </w:r>
          </w:p>
          <w:p w14:paraId="38ACFF01" w14:textId="77777777" w:rsidR="00BE3968" w:rsidRDefault="00CA6E70">
            <w:pPr>
              <w:pStyle w:val="CMRBodySmall"/>
              <w:spacing w:after="80"/>
            </w:pPr>
            <w:r>
              <w:t>Does the answer make sense? ___________________________________________</w:t>
            </w:r>
          </w:p>
        </w:tc>
      </w:tr>
    </w:tbl>
    <w:p w14:paraId="535850E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4309AB5" w14:textId="77777777">
        <w:tc>
          <w:tcPr>
            <w:tcW w:w="10036" w:type="dxa"/>
            <w:tcMar>
              <w:top w:w="70" w:type="dxa"/>
              <w:left w:w="140" w:type="dxa"/>
              <w:bottom w:w="85" w:type="dxa"/>
              <w:right w:w="140" w:type="dxa"/>
            </w:tcMar>
          </w:tcPr>
          <w:p w14:paraId="7E252F85" w14:textId="77777777" w:rsidR="00BE3968" w:rsidRDefault="00BE3968"/>
          <w:p w14:paraId="739CED96" w14:textId="77777777" w:rsidR="00BE3968" w:rsidRDefault="00CA6E70">
            <w:pPr>
              <w:pStyle w:val="CMRBodySmall"/>
            </w:pPr>
            <w:r>
              <w:rPr>
                <w:b/>
              </w:rPr>
              <w:t>PROBLEM S2-020</w:t>
            </w:r>
          </w:p>
          <w:p w14:paraId="66537F76" w14:textId="77777777" w:rsidR="00BE3968" w:rsidRDefault="00CA6E70">
            <w:r>
              <w:t>Grace starts the week with $236.00 in an envelope. On Monday Grace takes out $22.00 for work shoes, and on Tuesday Grace takes out $8.00 more. Grace’s roommate spends $9.00 of their own money on snacks. How much is still in Grace’s envelope?</w:t>
            </w:r>
          </w:p>
          <w:p w14:paraId="2C4DC855" w14:textId="77777777" w:rsidR="00BE3968" w:rsidRDefault="00CA6E70">
            <w:pPr>
              <w:pStyle w:val="CMRBodySmall"/>
              <w:spacing w:after="40"/>
            </w:pPr>
            <w:r>
              <w:rPr>
                <w:b/>
              </w:rPr>
              <w:t>STEP 1 — WHAT DO THEY WANT?</w:t>
            </w:r>
          </w:p>
          <w:p w14:paraId="3F0B1F06" w14:textId="77777777" w:rsidR="00BE3968" w:rsidRDefault="00CA6E70">
            <w:pPr>
              <w:pStyle w:val="CMRBodySmall"/>
              <w:spacing w:after="80"/>
            </w:pPr>
            <w:r>
              <w:t>I need to find: _________________________________________________________</w:t>
            </w:r>
          </w:p>
          <w:p w14:paraId="28B20139" w14:textId="77777777" w:rsidR="00BE3968" w:rsidRDefault="00CA6E70">
            <w:pPr>
              <w:pStyle w:val="CMRBodySmall"/>
              <w:spacing w:after="40"/>
            </w:pPr>
            <w:r>
              <w:rPr>
                <w:b/>
              </w:rPr>
              <w:t>STEP 2 — WHAT DO I KNOW?</w:t>
            </w:r>
          </w:p>
          <w:p w14:paraId="4FE5AB97" w14:textId="77777777" w:rsidR="00BE3968" w:rsidRDefault="00CA6E70">
            <w:pPr>
              <w:pStyle w:val="CMRBodySmall"/>
              <w:spacing w:after="40"/>
            </w:pPr>
            <w:r>
              <w:t>Useful facts: __________________________________________________________</w:t>
            </w:r>
          </w:p>
          <w:p w14:paraId="38F4AF6D" w14:textId="77777777" w:rsidR="00BE3968" w:rsidRDefault="00CA6E70">
            <w:pPr>
              <w:pStyle w:val="CMRBodySmall"/>
            </w:pPr>
            <w:r>
              <w:t>____________________________________________________________________</w:t>
            </w:r>
          </w:p>
          <w:p w14:paraId="1DFAADD5" w14:textId="77777777" w:rsidR="00BE3968" w:rsidRDefault="00CA6E70">
            <w:pPr>
              <w:pStyle w:val="CMRBodySmall"/>
              <w:spacing w:after="40"/>
            </w:pPr>
            <w:r>
              <w:rPr>
                <w:b/>
              </w:rPr>
              <w:t>STEP 3 — HOW DO I FIND IT?</w:t>
            </w:r>
          </w:p>
          <w:p w14:paraId="34EB97ED" w14:textId="77777777" w:rsidR="00BE3968" w:rsidRDefault="00CA6E70">
            <w:pPr>
              <w:pStyle w:val="CMRBodySmall"/>
              <w:spacing w:after="100"/>
            </w:pPr>
            <w:r>
              <w:t>My work: ____________________________________________________________</w:t>
            </w:r>
          </w:p>
          <w:p w14:paraId="4D3026E1" w14:textId="77777777" w:rsidR="00BE3968" w:rsidRDefault="00CA6E70">
            <w:pPr>
              <w:pStyle w:val="CMRBodySmall"/>
              <w:spacing w:after="100"/>
            </w:pPr>
            <w:r>
              <w:t>____________________________________________________________________</w:t>
            </w:r>
          </w:p>
          <w:p w14:paraId="4B506007" w14:textId="77777777" w:rsidR="00BE3968" w:rsidRDefault="00CA6E70">
            <w:pPr>
              <w:pStyle w:val="CMRBodySmall"/>
              <w:spacing w:after="100"/>
            </w:pPr>
            <w:r>
              <w:t>____________________________________________________________________</w:t>
            </w:r>
          </w:p>
          <w:p w14:paraId="6580C1A9" w14:textId="77777777" w:rsidR="00BE3968" w:rsidRDefault="00CA6E70">
            <w:pPr>
              <w:pStyle w:val="CMRBodySmall"/>
              <w:spacing w:after="100"/>
            </w:pPr>
            <w:r>
              <w:t>Answer with units: __________________________________________________</w:t>
            </w:r>
          </w:p>
          <w:p w14:paraId="1792576C" w14:textId="77777777" w:rsidR="00BE3968" w:rsidRDefault="00CA6E70">
            <w:pPr>
              <w:pStyle w:val="CMRBodySmall"/>
              <w:spacing w:after="80"/>
            </w:pPr>
            <w:r>
              <w:t>Does the answer make sense? ___________________________________________</w:t>
            </w:r>
          </w:p>
        </w:tc>
      </w:tr>
    </w:tbl>
    <w:p w14:paraId="37ABEEBE" w14:textId="77777777" w:rsidR="00BE3968" w:rsidRDefault="00CA6E70">
      <w:r>
        <w:br w:type="page"/>
      </w:r>
    </w:p>
    <w:p w14:paraId="59F2B275" w14:textId="77777777" w:rsidR="00BE3968" w:rsidRDefault="00CA6E70">
      <w:pPr>
        <w:pStyle w:val="CMRSmallLabel"/>
        <w:spacing w:after="60"/>
      </w:pPr>
      <w:r>
        <w:rPr>
          <w:b w:val="0"/>
        </w:rPr>
        <w:t>SECTION 2  |  TOPIC 03  |  PRACTICE PAGE 1/5</w:t>
      </w:r>
    </w:p>
    <w:p w14:paraId="4EB51EA0" w14:textId="77777777" w:rsidR="00BE3968" w:rsidRDefault="00CA6E70">
      <w:pPr>
        <w:pStyle w:val="CMRPageTitle"/>
        <w:spacing w:after="60"/>
      </w:pPr>
      <w:r>
        <w:rPr>
          <w:b w:val="0"/>
        </w:rPr>
        <w:t>Comparing prices</w:t>
      </w:r>
    </w:p>
    <w:p w14:paraId="1564BE17" w14:textId="77777777" w:rsidR="00BE3968" w:rsidRDefault="00CA6E70">
      <w:pPr>
        <w:pStyle w:val="CMRBodySmall"/>
        <w:spacing w:after="100"/>
      </w:pPr>
      <w:r>
        <w:t>Use the same three steps: Find how much greater or smaller one amount is.</w:t>
      </w:r>
    </w:p>
    <w:tbl>
      <w:tblPr>
        <w:tblW w:w="0" w:type="auto"/>
        <w:tblLayout w:type="fixed"/>
        <w:tblLook w:val="04A0" w:firstRow="1" w:lastRow="0" w:firstColumn="1" w:lastColumn="0" w:noHBand="0" w:noVBand="1"/>
      </w:tblPr>
      <w:tblGrid>
        <w:gridCol w:w="10036"/>
      </w:tblGrid>
      <w:tr w:rsidR="00BE3968" w14:paraId="3CD834B7" w14:textId="77777777">
        <w:tc>
          <w:tcPr>
            <w:tcW w:w="10036" w:type="dxa"/>
            <w:shd w:val="clear" w:color="auto" w:fill="F5F8F9"/>
            <w:tcMar>
              <w:top w:w="70" w:type="dxa"/>
              <w:left w:w="140" w:type="dxa"/>
              <w:bottom w:w="85" w:type="dxa"/>
              <w:right w:w="140" w:type="dxa"/>
            </w:tcMar>
          </w:tcPr>
          <w:p w14:paraId="54DD234A" w14:textId="77777777" w:rsidR="00BE3968" w:rsidRDefault="00BE3968"/>
          <w:p w14:paraId="429FAACB" w14:textId="77777777" w:rsidR="00BE3968" w:rsidRDefault="00CA6E70">
            <w:pPr>
              <w:pStyle w:val="CMRBodySmall"/>
            </w:pPr>
            <w:r>
              <w:rPr>
                <w:b/>
              </w:rPr>
              <w:t>PROBLEM S2-021</w:t>
            </w:r>
          </w:p>
          <w:p w14:paraId="02681095" w14:textId="77777777" w:rsidR="00BE3968" w:rsidRDefault="00CA6E70">
            <w:r>
              <w:t>Two stores sell the same blender. Store A charges $34.00. Store B charges $19.00 and is 3 miles farther away. What is the difference between the two prices?</w:t>
            </w:r>
          </w:p>
          <w:p w14:paraId="6D50C7A4" w14:textId="77777777" w:rsidR="00BE3968" w:rsidRDefault="00CA6E70">
            <w:pPr>
              <w:pStyle w:val="CMRBodySmall"/>
              <w:spacing w:after="40"/>
            </w:pPr>
            <w:r>
              <w:rPr>
                <w:b/>
              </w:rPr>
              <w:t>STEP 1 — WHAT DO THEY WANT?</w:t>
            </w:r>
          </w:p>
          <w:p w14:paraId="4F07E287" w14:textId="77777777" w:rsidR="00BE3968" w:rsidRDefault="00CA6E70">
            <w:pPr>
              <w:pStyle w:val="CMRBodySmall"/>
              <w:spacing w:after="80"/>
            </w:pPr>
            <w:r>
              <w:t>I need to find: _________________________________________________________</w:t>
            </w:r>
          </w:p>
          <w:p w14:paraId="7C8A40DD" w14:textId="77777777" w:rsidR="00BE3968" w:rsidRDefault="00CA6E70">
            <w:pPr>
              <w:pStyle w:val="CMRBodySmall"/>
              <w:spacing w:after="40"/>
            </w:pPr>
            <w:r>
              <w:rPr>
                <w:b/>
              </w:rPr>
              <w:t>STEP 2 — WHAT DO I KNOW?</w:t>
            </w:r>
          </w:p>
          <w:p w14:paraId="5EE746BC" w14:textId="77777777" w:rsidR="00BE3968" w:rsidRDefault="00CA6E70">
            <w:pPr>
              <w:pStyle w:val="CMRBodySmall"/>
              <w:spacing w:after="40"/>
            </w:pPr>
            <w:r>
              <w:t>Useful facts: __________________________________________________________</w:t>
            </w:r>
          </w:p>
          <w:p w14:paraId="69917C3A" w14:textId="77777777" w:rsidR="00BE3968" w:rsidRDefault="00CA6E70">
            <w:pPr>
              <w:pStyle w:val="CMRBodySmall"/>
            </w:pPr>
            <w:r>
              <w:t>____________________________________________________________________</w:t>
            </w:r>
          </w:p>
          <w:p w14:paraId="0D57A66C" w14:textId="77777777" w:rsidR="00BE3968" w:rsidRDefault="00CA6E70">
            <w:pPr>
              <w:pStyle w:val="CMRBodySmall"/>
              <w:spacing w:after="40"/>
            </w:pPr>
            <w:r>
              <w:rPr>
                <w:b/>
              </w:rPr>
              <w:t>STEP 3 — HOW DO I FIND IT?</w:t>
            </w:r>
          </w:p>
          <w:p w14:paraId="76983F8B" w14:textId="77777777" w:rsidR="00BE3968" w:rsidRDefault="00CA6E70">
            <w:pPr>
              <w:pStyle w:val="CMRBodySmall"/>
              <w:spacing w:after="100"/>
            </w:pPr>
            <w:r>
              <w:t>My work: ____________________________________________________________</w:t>
            </w:r>
          </w:p>
          <w:p w14:paraId="49CAAE2F" w14:textId="77777777" w:rsidR="00BE3968" w:rsidRDefault="00CA6E70">
            <w:pPr>
              <w:pStyle w:val="CMRBodySmall"/>
              <w:spacing w:after="100"/>
            </w:pPr>
            <w:r>
              <w:t>____________________________________________________________________</w:t>
            </w:r>
          </w:p>
          <w:p w14:paraId="7F89101F" w14:textId="77777777" w:rsidR="00BE3968" w:rsidRDefault="00CA6E70">
            <w:pPr>
              <w:pStyle w:val="CMRBodySmall"/>
              <w:spacing w:after="100"/>
            </w:pPr>
            <w:r>
              <w:t>____________________________________________________________________</w:t>
            </w:r>
          </w:p>
          <w:p w14:paraId="483C674D" w14:textId="77777777" w:rsidR="00BE3968" w:rsidRDefault="00CA6E70">
            <w:pPr>
              <w:pStyle w:val="CMRBodySmall"/>
              <w:spacing w:after="100"/>
            </w:pPr>
            <w:r>
              <w:t>Answer with units: __________________________________________________</w:t>
            </w:r>
          </w:p>
          <w:p w14:paraId="5053E07E" w14:textId="77777777" w:rsidR="00BE3968" w:rsidRDefault="00CA6E70">
            <w:pPr>
              <w:pStyle w:val="CMRBodySmall"/>
              <w:spacing w:after="80"/>
            </w:pPr>
            <w:r>
              <w:t>Does the answer make sense? ___________________________________________</w:t>
            </w:r>
          </w:p>
        </w:tc>
      </w:tr>
    </w:tbl>
    <w:p w14:paraId="4D6B1C6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D21C903" w14:textId="77777777">
        <w:tc>
          <w:tcPr>
            <w:tcW w:w="10036" w:type="dxa"/>
            <w:tcMar>
              <w:top w:w="70" w:type="dxa"/>
              <w:left w:w="140" w:type="dxa"/>
              <w:bottom w:w="85" w:type="dxa"/>
              <w:right w:w="140" w:type="dxa"/>
            </w:tcMar>
          </w:tcPr>
          <w:p w14:paraId="212CB585" w14:textId="77777777" w:rsidR="00BE3968" w:rsidRDefault="00BE3968"/>
          <w:p w14:paraId="4B3C6198" w14:textId="77777777" w:rsidR="00BE3968" w:rsidRDefault="00CA6E70">
            <w:pPr>
              <w:pStyle w:val="CMRBodySmall"/>
            </w:pPr>
            <w:r>
              <w:rPr>
                <w:b/>
              </w:rPr>
              <w:t>PROBLEM S2-022</w:t>
            </w:r>
          </w:p>
          <w:p w14:paraId="6678D97C" w14:textId="77777777" w:rsidR="00BE3968" w:rsidRDefault="00CA6E70">
            <w:r>
              <w:t>A store advertises a basic coat for $33.00 and a lined coat for $38.00. Shipping is free on both coats, and the offer ends Friday. How much more does the lined coat cost than the basic coat?</w:t>
            </w:r>
          </w:p>
          <w:p w14:paraId="453C5F03" w14:textId="77777777" w:rsidR="00BE3968" w:rsidRDefault="00CA6E70">
            <w:pPr>
              <w:pStyle w:val="CMRBodySmall"/>
              <w:spacing w:after="40"/>
            </w:pPr>
            <w:r>
              <w:rPr>
                <w:b/>
              </w:rPr>
              <w:t>STEP 1 — WHAT DO THEY WANT?</w:t>
            </w:r>
          </w:p>
          <w:p w14:paraId="3815BE52" w14:textId="77777777" w:rsidR="00BE3968" w:rsidRDefault="00CA6E70">
            <w:pPr>
              <w:pStyle w:val="CMRBodySmall"/>
              <w:spacing w:after="80"/>
            </w:pPr>
            <w:r>
              <w:t>I need to find: _________________________________________________________</w:t>
            </w:r>
          </w:p>
          <w:p w14:paraId="35332D86" w14:textId="77777777" w:rsidR="00BE3968" w:rsidRDefault="00CA6E70">
            <w:pPr>
              <w:pStyle w:val="CMRBodySmall"/>
              <w:spacing w:after="40"/>
            </w:pPr>
            <w:r>
              <w:rPr>
                <w:b/>
              </w:rPr>
              <w:t>STEP 2 — WHAT DO I KNOW?</w:t>
            </w:r>
          </w:p>
          <w:p w14:paraId="07665070" w14:textId="77777777" w:rsidR="00BE3968" w:rsidRDefault="00CA6E70">
            <w:pPr>
              <w:pStyle w:val="CMRBodySmall"/>
              <w:spacing w:after="40"/>
            </w:pPr>
            <w:r>
              <w:t>Useful facts: __________________________________________________________</w:t>
            </w:r>
          </w:p>
          <w:p w14:paraId="7B289B98" w14:textId="77777777" w:rsidR="00BE3968" w:rsidRDefault="00CA6E70">
            <w:pPr>
              <w:pStyle w:val="CMRBodySmall"/>
            </w:pPr>
            <w:r>
              <w:t>____________________________________________________________________</w:t>
            </w:r>
          </w:p>
          <w:p w14:paraId="5FE61E49" w14:textId="77777777" w:rsidR="00BE3968" w:rsidRDefault="00CA6E70">
            <w:pPr>
              <w:pStyle w:val="CMRBodySmall"/>
              <w:spacing w:after="40"/>
            </w:pPr>
            <w:r>
              <w:rPr>
                <w:b/>
              </w:rPr>
              <w:t>STEP 3 — HOW DO I FIND IT?</w:t>
            </w:r>
          </w:p>
          <w:p w14:paraId="1A24D154" w14:textId="77777777" w:rsidR="00BE3968" w:rsidRDefault="00CA6E70">
            <w:pPr>
              <w:pStyle w:val="CMRBodySmall"/>
              <w:spacing w:after="100"/>
            </w:pPr>
            <w:r>
              <w:t>My work: ____________________________________________________________</w:t>
            </w:r>
          </w:p>
          <w:p w14:paraId="117F5232" w14:textId="77777777" w:rsidR="00BE3968" w:rsidRDefault="00CA6E70">
            <w:pPr>
              <w:pStyle w:val="CMRBodySmall"/>
              <w:spacing w:after="100"/>
            </w:pPr>
            <w:r>
              <w:t>____________________________________________________________________</w:t>
            </w:r>
          </w:p>
          <w:p w14:paraId="5C80F100" w14:textId="77777777" w:rsidR="00BE3968" w:rsidRDefault="00CA6E70">
            <w:pPr>
              <w:pStyle w:val="CMRBodySmall"/>
              <w:spacing w:after="100"/>
            </w:pPr>
            <w:r>
              <w:t>____________________________________________________________________</w:t>
            </w:r>
          </w:p>
          <w:p w14:paraId="59AA669D" w14:textId="77777777" w:rsidR="00BE3968" w:rsidRDefault="00CA6E70">
            <w:pPr>
              <w:pStyle w:val="CMRBodySmall"/>
              <w:spacing w:after="100"/>
            </w:pPr>
            <w:r>
              <w:t>Answer with units: __________________________________________________</w:t>
            </w:r>
          </w:p>
          <w:p w14:paraId="792F782A" w14:textId="77777777" w:rsidR="00BE3968" w:rsidRDefault="00CA6E70">
            <w:pPr>
              <w:pStyle w:val="CMRBodySmall"/>
              <w:spacing w:after="80"/>
            </w:pPr>
            <w:r>
              <w:t>Does the answer make sense? ___________________________________________</w:t>
            </w:r>
          </w:p>
        </w:tc>
      </w:tr>
    </w:tbl>
    <w:p w14:paraId="04294558" w14:textId="77777777" w:rsidR="00BE3968" w:rsidRDefault="00CA6E70">
      <w:r>
        <w:br w:type="page"/>
      </w:r>
    </w:p>
    <w:p w14:paraId="3E55FEDC" w14:textId="77777777" w:rsidR="00BE3968" w:rsidRDefault="00CA6E70">
      <w:pPr>
        <w:pStyle w:val="CMRSmallLabel"/>
        <w:spacing w:after="60"/>
      </w:pPr>
      <w:r>
        <w:rPr>
          <w:b w:val="0"/>
        </w:rPr>
        <w:t>SECTION 2  |  TOPIC 03  |  PRACTICE PAGE 2/5</w:t>
      </w:r>
    </w:p>
    <w:p w14:paraId="041F191D" w14:textId="77777777" w:rsidR="00BE3968" w:rsidRDefault="00CA6E70">
      <w:pPr>
        <w:pStyle w:val="CMRPageTitle"/>
        <w:spacing w:after="60"/>
      </w:pPr>
      <w:r>
        <w:rPr>
          <w:b w:val="0"/>
        </w:rPr>
        <w:t>Comparing prices</w:t>
      </w:r>
    </w:p>
    <w:p w14:paraId="3813232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AE1FC61" w14:textId="77777777">
        <w:tc>
          <w:tcPr>
            <w:tcW w:w="10036" w:type="dxa"/>
            <w:shd w:val="clear" w:color="auto" w:fill="F5F8F9"/>
            <w:tcMar>
              <w:top w:w="70" w:type="dxa"/>
              <w:left w:w="140" w:type="dxa"/>
              <w:bottom w:w="85" w:type="dxa"/>
              <w:right w:w="140" w:type="dxa"/>
            </w:tcMar>
          </w:tcPr>
          <w:p w14:paraId="51399E03" w14:textId="77777777" w:rsidR="00BE3968" w:rsidRDefault="00BE3968"/>
          <w:p w14:paraId="2A6FAE0F" w14:textId="77777777" w:rsidR="00BE3968" w:rsidRDefault="00CA6E70">
            <w:pPr>
              <w:pStyle w:val="CMRBodySmall"/>
            </w:pPr>
            <w:r>
              <w:rPr>
                <w:b/>
              </w:rPr>
              <w:t>PROBLEM S2-023</w:t>
            </w:r>
          </w:p>
          <w:p w14:paraId="19754E8B" w14:textId="77777777" w:rsidR="00BE3968" w:rsidRDefault="00CA6E70">
            <w:r>
              <w:t>Carlos is choosing between two lamps. The desk lamp is $37.00 and the floor lamp is $43.00. Both come with a one-year warranty. How much would Carlos save by choosing the desk lamp?</w:t>
            </w:r>
          </w:p>
          <w:p w14:paraId="4452DCD9" w14:textId="77777777" w:rsidR="00BE3968" w:rsidRDefault="00CA6E70">
            <w:pPr>
              <w:pStyle w:val="CMRBodySmall"/>
              <w:spacing w:after="40"/>
            </w:pPr>
            <w:r>
              <w:rPr>
                <w:b/>
              </w:rPr>
              <w:t>STEP 1 — WHAT DO THEY WANT?</w:t>
            </w:r>
          </w:p>
          <w:p w14:paraId="39EF4D12" w14:textId="77777777" w:rsidR="00BE3968" w:rsidRDefault="00CA6E70">
            <w:pPr>
              <w:pStyle w:val="CMRBodySmall"/>
              <w:spacing w:after="80"/>
            </w:pPr>
            <w:r>
              <w:t>I need to find: _________________________________________________________</w:t>
            </w:r>
          </w:p>
          <w:p w14:paraId="2C6C7605" w14:textId="77777777" w:rsidR="00BE3968" w:rsidRDefault="00CA6E70">
            <w:pPr>
              <w:pStyle w:val="CMRBodySmall"/>
              <w:spacing w:after="40"/>
            </w:pPr>
            <w:r>
              <w:rPr>
                <w:b/>
              </w:rPr>
              <w:t>STEP 2 — WHAT DO I KNOW?</w:t>
            </w:r>
          </w:p>
          <w:p w14:paraId="57F8666C" w14:textId="77777777" w:rsidR="00BE3968" w:rsidRDefault="00CA6E70">
            <w:pPr>
              <w:pStyle w:val="CMRBodySmall"/>
              <w:spacing w:after="40"/>
            </w:pPr>
            <w:r>
              <w:t>Useful facts: __________________________________________________________</w:t>
            </w:r>
          </w:p>
          <w:p w14:paraId="6F7E1772" w14:textId="77777777" w:rsidR="00BE3968" w:rsidRDefault="00CA6E70">
            <w:pPr>
              <w:pStyle w:val="CMRBodySmall"/>
            </w:pPr>
            <w:r>
              <w:t>____________________________________________________________________</w:t>
            </w:r>
          </w:p>
          <w:p w14:paraId="535664ED" w14:textId="77777777" w:rsidR="00BE3968" w:rsidRDefault="00CA6E70">
            <w:pPr>
              <w:pStyle w:val="CMRBodySmall"/>
              <w:spacing w:after="40"/>
            </w:pPr>
            <w:r>
              <w:rPr>
                <w:b/>
              </w:rPr>
              <w:t>STEP 3 — HOW DO I FIND IT?</w:t>
            </w:r>
          </w:p>
          <w:p w14:paraId="346AC352" w14:textId="77777777" w:rsidR="00BE3968" w:rsidRDefault="00CA6E70">
            <w:pPr>
              <w:pStyle w:val="CMRBodySmall"/>
              <w:spacing w:after="100"/>
            </w:pPr>
            <w:r>
              <w:t>My work: ____________________________________________________________</w:t>
            </w:r>
          </w:p>
          <w:p w14:paraId="7ED3F7DA" w14:textId="77777777" w:rsidR="00BE3968" w:rsidRDefault="00CA6E70">
            <w:pPr>
              <w:pStyle w:val="CMRBodySmall"/>
              <w:spacing w:after="100"/>
            </w:pPr>
            <w:r>
              <w:t>____________________________________________________________________</w:t>
            </w:r>
          </w:p>
          <w:p w14:paraId="24D868F2" w14:textId="77777777" w:rsidR="00BE3968" w:rsidRDefault="00CA6E70">
            <w:pPr>
              <w:pStyle w:val="CMRBodySmall"/>
              <w:spacing w:after="100"/>
            </w:pPr>
            <w:r>
              <w:t>____________________________________________________________________</w:t>
            </w:r>
          </w:p>
          <w:p w14:paraId="1D3EE468" w14:textId="77777777" w:rsidR="00BE3968" w:rsidRDefault="00CA6E70">
            <w:pPr>
              <w:pStyle w:val="CMRBodySmall"/>
              <w:spacing w:after="100"/>
            </w:pPr>
            <w:r>
              <w:t>Answer with units: __________________________________________________</w:t>
            </w:r>
          </w:p>
          <w:p w14:paraId="10CD311E" w14:textId="77777777" w:rsidR="00BE3968" w:rsidRDefault="00CA6E70">
            <w:pPr>
              <w:pStyle w:val="CMRBodySmall"/>
              <w:spacing w:after="80"/>
            </w:pPr>
            <w:r>
              <w:t>Does the answer make sense? ___________________________________________</w:t>
            </w:r>
          </w:p>
        </w:tc>
      </w:tr>
    </w:tbl>
    <w:p w14:paraId="3A9BDCB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38EFCA6" w14:textId="77777777">
        <w:tc>
          <w:tcPr>
            <w:tcW w:w="10036" w:type="dxa"/>
            <w:tcMar>
              <w:top w:w="70" w:type="dxa"/>
              <w:left w:w="140" w:type="dxa"/>
              <w:bottom w:w="85" w:type="dxa"/>
              <w:right w:w="140" w:type="dxa"/>
            </w:tcMar>
          </w:tcPr>
          <w:p w14:paraId="086F63A0" w14:textId="77777777" w:rsidR="00BE3968" w:rsidRDefault="00BE3968"/>
          <w:p w14:paraId="344DB05E" w14:textId="77777777" w:rsidR="00BE3968" w:rsidRDefault="00CA6E70">
            <w:pPr>
              <w:pStyle w:val="CMRBodySmall"/>
            </w:pPr>
            <w:r>
              <w:rPr>
                <w:b/>
              </w:rPr>
              <w:t>PROBLEM S2-024</w:t>
            </w:r>
          </w:p>
          <w:p w14:paraId="2373C551" w14:textId="77777777" w:rsidR="00BE3968" w:rsidRDefault="00CA6E70">
            <w:r>
              <w:t>Two stores sell the same blender. Store A charges $43.00. Store B charges $25.00 and is 3 miles farther away. What is the difference between the two prices?</w:t>
            </w:r>
          </w:p>
          <w:p w14:paraId="2B656CA0" w14:textId="77777777" w:rsidR="00BE3968" w:rsidRDefault="00CA6E70">
            <w:pPr>
              <w:pStyle w:val="CMRBodySmall"/>
              <w:spacing w:after="40"/>
            </w:pPr>
            <w:r>
              <w:rPr>
                <w:b/>
              </w:rPr>
              <w:t>STEP 1 — WHAT DO THEY WANT?</w:t>
            </w:r>
          </w:p>
          <w:p w14:paraId="6D04F271" w14:textId="77777777" w:rsidR="00BE3968" w:rsidRDefault="00CA6E70">
            <w:pPr>
              <w:pStyle w:val="CMRBodySmall"/>
              <w:spacing w:after="80"/>
            </w:pPr>
            <w:r>
              <w:t>I need to find: _________________________________________________________</w:t>
            </w:r>
          </w:p>
          <w:p w14:paraId="71D5BB5B" w14:textId="77777777" w:rsidR="00BE3968" w:rsidRDefault="00CA6E70">
            <w:pPr>
              <w:pStyle w:val="CMRBodySmall"/>
              <w:spacing w:after="40"/>
            </w:pPr>
            <w:r>
              <w:rPr>
                <w:b/>
              </w:rPr>
              <w:t>STEP 2 — WHAT DO I KNOW?</w:t>
            </w:r>
          </w:p>
          <w:p w14:paraId="2F8177E3" w14:textId="77777777" w:rsidR="00BE3968" w:rsidRDefault="00CA6E70">
            <w:pPr>
              <w:pStyle w:val="CMRBodySmall"/>
              <w:spacing w:after="40"/>
            </w:pPr>
            <w:r>
              <w:t>Useful facts: __________________________________________________________</w:t>
            </w:r>
          </w:p>
          <w:p w14:paraId="14E1139D" w14:textId="77777777" w:rsidR="00BE3968" w:rsidRDefault="00CA6E70">
            <w:pPr>
              <w:pStyle w:val="CMRBodySmall"/>
            </w:pPr>
            <w:r>
              <w:t>____________________________________________________________________</w:t>
            </w:r>
          </w:p>
          <w:p w14:paraId="19BA20D7" w14:textId="77777777" w:rsidR="00BE3968" w:rsidRDefault="00CA6E70">
            <w:pPr>
              <w:pStyle w:val="CMRBodySmall"/>
              <w:spacing w:after="40"/>
            </w:pPr>
            <w:r>
              <w:rPr>
                <w:b/>
              </w:rPr>
              <w:t>STEP 3 — HOW DO I FIND IT?</w:t>
            </w:r>
          </w:p>
          <w:p w14:paraId="148A916E" w14:textId="77777777" w:rsidR="00BE3968" w:rsidRDefault="00CA6E70">
            <w:pPr>
              <w:pStyle w:val="CMRBodySmall"/>
              <w:spacing w:after="100"/>
            </w:pPr>
            <w:r>
              <w:t>My work: ____________________________________________________________</w:t>
            </w:r>
          </w:p>
          <w:p w14:paraId="22F9DAB7" w14:textId="77777777" w:rsidR="00BE3968" w:rsidRDefault="00CA6E70">
            <w:pPr>
              <w:pStyle w:val="CMRBodySmall"/>
              <w:spacing w:after="100"/>
            </w:pPr>
            <w:r>
              <w:t>____________________________________________________________________</w:t>
            </w:r>
          </w:p>
          <w:p w14:paraId="66486955" w14:textId="77777777" w:rsidR="00BE3968" w:rsidRDefault="00CA6E70">
            <w:pPr>
              <w:pStyle w:val="CMRBodySmall"/>
              <w:spacing w:after="100"/>
            </w:pPr>
            <w:r>
              <w:t>____________________________________________________________________</w:t>
            </w:r>
          </w:p>
          <w:p w14:paraId="02FDCD55" w14:textId="77777777" w:rsidR="00BE3968" w:rsidRDefault="00CA6E70">
            <w:pPr>
              <w:pStyle w:val="CMRBodySmall"/>
              <w:spacing w:after="100"/>
            </w:pPr>
            <w:r>
              <w:t>Answer with units: __________________________________________________</w:t>
            </w:r>
          </w:p>
          <w:p w14:paraId="5DBAD51F" w14:textId="77777777" w:rsidR="00BE3968" w:rsidRDefault="00CA6E70">
            <w:pPr>
              <w:pStyle w:val="CMRBodySmall"/>
              <w:spacing w:after="80"/>
            </w:pPr>
            <w:r>
              <w:t>Does the answer make sense? ___________________________________________</w:t>
            </w:r>
          </w:p>
        </w:tc>
      </w:tr>
    </w:tbl>
    <w:p w14:paraId="7F7F5CD8" w14:textId="77777777" w:rsidR="00BE3968" w:rsidRDefault="00CA6E70">
      <w:r>
        <w:br w:type="page"/>
      </w:r>
    </w:p>
    <w:p w14:paraId="5419C3ED" w14:textId="77777777" w:rsidR="00BE3968" w:rsidRDefault="00CA6E70">
      <w:pPr>
        <w:pStyle w:val="CMRSmallLabel"/>
        <w:spacing w:after="60"/>
      </w:pPr>
      <w:r>
        <w:rPr>
          <w:b w:val="0"/>
        </w:rPr>
        <w:t>SECTION 2  |  TOPIC 03  |  PRACTICE PAGE 3/5</w:t>
      </w:r>
    </w:p>
    <w:p w14:paraId="7B7E45DE" w14:textId="77777777" w:rsidR="00BE3968" w:rsidRDefault="00CA6E70">
      <w:pPr>
        <w:pStyle w:val="CMRPageTitle"/>
        <w:spacing w:after="60"/>
      </w:pPr>
      <w:r>
        <w:rPr>
          <w:b w:val="0"/>
        </w:rPr>
        <w:t>Comparing prices</w:t>
      </w:r>
    </w:p>
    <w:p w14:paraId="364B4FA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96EBAC5" w14:textId="77777777">
        <w:tc>
          <w:tcPr>
            <w:tcW w:w="10036" w:type="dxa"/>
            <w:shd w:val="clear" w:color="auto" w:fill="F5F8F9"/>
            <w:tcMar>
              <w:top w:w="70" w:type="dxa"/>
              <w:left w:w="140" w:type="dxa"/>
              <w:bottom w:w="85" w:type="dxa"/>
              <w:right w:w="140" w:type="dxa"/>
            </w:tcMar>
          </w:tcPr>
          <w:p w14:paraId="023AC89B" w14:textId="77777777" w:rsidR="00BE3968" w:rsidRDefault="00BE3968"/>
          <w:p w14:paraId="242E921D" w14:textId="77777777" w:rsidR="00BE3968" w:rsidRDefault="00CA6E70">
            <w:pPr>
              <w:pStyle w:val="CMRBodySmall"/>
            </w:pPr>
            <w:r>
              <w:rPr>
                <w:b/>
              </w:rPr>
              <w:t>PROBLEM S2-025</w:t>
            </w:r>
          </w:p>
          <w:p w14:paraId="29A83808" w14:textId="77777777" w:rsidR="00BE3968" w:rsidRDefault="00CA6E70">
            <w:r>
              <w:t>A store advertises a basic coat for $34.00 and a lined coat for $43.00. Shipping is free on both coats, and the offer ends Friday. How much more does the lined coat cost than the basic coat?</w:t>
            </w:r>
          </w:p>
          <w:p w14:paraId="357A5F0D" w14:textId="77777777" w:rsidR="00BE3968" w:rsidRDefault="00CA6E70">
            <w:pPr>
              <w:pStyle w:val="CMRBodySmall"/>
              <w:spacing w:after="40"/>
            </w:pPr>
            <w:r>
              <w:rPr>
                <w:b/>
              </w:rPr>
              <w:t>STEP 1 — WHAT DO THEY WANT?</w:t>
            </w:r>
          </w:p>
          <w:p w14:paraId="329D4EE3" w14:textId="77777777" w:rsidR="00BE3968" w:rsidRDefault="00CA6E70">
            <w:pPr>
              <w:pStyle w:val="CMRBodySmall"/>
              <w:spacing w:after="80"/>
            </w:pPr>
            <w:r>
              <w:t>I need to find: _________________________________________________________</w:t>
            </w:r>
          </w:p>
          <w:p w14:paraId="57E83A26" w14:textId="77777777" w:rsidR="00BE3968" w:rsidRDefault="00CA6E70">
            <w:pPr>
              <w:pStyle w:val="CMRBodySmall"/>
              <w:spacing w:after="40"/>
            </w:pPr>
            <w:r>
              <w:rPr>
                <w:b/>
              </w:rPr>
              <w:t>STEP 2 — WHAT DO I KNOW?</w:t>
            </w:r>
          </w:p>
          <w:p w14:paraId="030B9BED" w14:textId="77777777" w:rsidR="00BE3968" w:rsidRDefault="00CA6E70">
            <w:pPr>
              <w:pStyle w:val="CMRBodySmall"/>
              <w:spacing w:after="40"/>
            </w:pPr>
            <w:r>
              <w:t>Useful facts: __________________________________________________________</w:t>
            </w:r>
          </w:p>
          <w:p w14:paraId="6F697796" w14:textId="77777777" w:rsidR="00BE3968" w:rsidRDefault="00CA6E70">
            <w:pPr>
              <w:pStyle w:val="CMRBodySmall"/>
            </w:pPr>
            <w:r>
              <w:t>____________________________________________________________________</w:t>
            </w:r>
          </w:p>
          <w:p w14:paraId="3C1DA0F1" w14:textId="77777777" w:rsidR="00BE3968" w:rsidRDefault="00CA6E70">
            <w:pPr>
              <w:pStyle w:val="CMRBodySmall"/>
              <w:spacing w:after="40"/>
            </w:pPr>
            <w:r>
              <w:rPr>
                <w:b/>
              </w:rPr>
              <w:t>STEP 3 — HOW DO I FIND IT?</w:t>
            </w:r>
          </w:p>
          <w:p w14:paraId="57B41A3C" w14:textId="77777777" w:rsidR="00BE3968" w:rsidRDefault="00CA6E70">
            <w:pPr>
              <w:pStyle w:val="CMRBodySmall"/>
              <w:spacing w:after="100"/>
            </w:pPr>
            <w:r>
              <w:t>My work: ____________________________________________________________</w:t>
            </w:r>
          </w:p>
          <w:p w14:paraId="335F6416" w14:textId="77777777" w:rsidR="00BE3968" w:rsidRDefault="00CA6E70">
            <w:pPr>
              <w:pStyle w:val="CMRBodySmall"/>
              <w:spacing w:after="100"/>
            </w:pPr>
            <w:r>
              <w:t>____________________________________________________________________</w:t>
            </w:r>
          </w:p>
          <w:p w14:paraId="6D8F763B" w14:textId="77777777" w:rsidR="00BE3968" w:rsidRDefault="00CA6E70">
            <w:pPr>
              <w:pStyle w:val="CMRBodySmall"/>
              <w:spacing w:after="100"/>
            </w:pPr>
            <w:r>
              <w:t>____________________________________________________________________</w:t>
            </w:r>
          </w:p>
          <w:p w14:paraId="33B7B842" w14:textId="77777777" w:rsidR="00BE3968" w:rsidRDefault="00CA6E70">
            <w:pPr>
              <w:pStyle w:val="CMRBodySmall"/>
              <w:spacing w:after="100"/>
            </w:pPr>
            <w:r>
              <w:t>Answer with units: __________________________________________________</w:t>
            </w:r>
          </w:p>
          <w:p w14:paraId="2A249B83" w14:textId="77777777" w:rsidR="00BE3968" w:rsidRDefault="00CA6E70">
            <w:pPr>
              <w:pStyle w:val="CMRBodySmall"/>
              <w:spacing w:after="80"/>
            </w:pPr>
            <w:r>
              <w:t>Does the answer make sense? ___________________________________________</w:t>
            </w:r>
          </w:p>
        </w:tc>
      </w:tr>
    </w:tbl>
    <w:p w14:paraId="07FFEAA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DAB1FDD" w14:textId="77777777">
        <w:tc>
          <w:tcPr>
            <w:tcW w:w="10036" w:type="dxa"/>
            <w:tcMar>
              <w:top w:w="70" w:type="dxa"/>
              <w:left w:w="140" w:type="dxa"/>
              <w:bottom w:w="85" w:type="dxa"/>
              <w:right w:w="140" w:type="dxa"/>
            </w:tcMar>
          </w:tcPr>
          <w:p w14:paraId="7FDA4017" w14:textId="77777777" w:rsidR="00BE3968" w:rsidRDefault="00BE3968"/>
          <w:p w14:paraId="72D9A55E" w14:textId="77777777" w:rsidR="00BE3968" w:rsidRDefault="00CA6E70">
            <w:pPr>
              <w:pStyle w:val="CMRBodySmall"/>
            </w:pPr>
            <w:r>
              <w:rPr>
                <w:b/>
              </w:rPr>
              <w:t>PROBLEM S2-026</w:t>
            </w:r>
          </w:p>
          <w:p w14:paraId="22AA0076" w14:textId="77777777" w:rsidR="00BE3968" w:rsidRDefault="00CA6E70">
            <w:r>
              <w:t>Maria is choosing between two lamps. The desk lamp is $33.00 and the floor lamp is $50.00. Both come with a one-year warranty. How much would Maria save by choosing the desk lamp?</w:t>
            </w:r>
          </w:p>
          <w:p w14:paraId="6EE06556" w14:textId="77777777" w:rsidR="00BE3968" w:rsidRDefault="00CA6E70">
            <w:pPr>
              <w:pStyle w:val="CMRBodySmall"/>
              <w:spacing w:after="40"/>
            </w:pPr>
            <w:r>
              <w:rPr>
                <w:b/>
              </w:rPr>
              <w:t>STEP 1 — WHAT DO THEY WANT?</w:t>
            </w:r>
          </w:p>
          <w:p w14:paraId="319C9678" w14:textId="77777777" w:rsidR="00BE3968" w:rsidRDefault="00CA6E70">
            <w:pPr>
              <w:pStyle w:val="CMRBodySmall"/>
              <w:spacing w:after="80"/>
            </w:pPr>
            <w:r>
              <w:t>I need to find: _________________________________________________________</w:t>
            </w:r>
          </w:p>
          <w:p w14:paraId="5F4547BE" w14:textId="77777777" w:rsidR="00BE3968" w:rsidRDefault="00CA6E70">
            <w:pPr>
              <w:pStyle w:val="CMRBodySmall"/>
              <w:spacing w:after="40"/>
            </w:pPr>
            <w:r>
              <w:rPr>
                <w:b/>
              </w:rPr>
              <w:t>STEP 2 — WHAT DO I KNOW?</w:t>
            </w:r>
          </w:p>
          <w:p w14:paraId="7FDE2F2B" w14:textId="77777777" w:rsidR="00BE3968" w:rsidRDefault="00CA6E70">
            <w:pPr>
              <w:pStyle w:val="CMRBodySmall"/>
              <w:spacing w:after="40"/>
            </w:pPr>
            <w:r>
              <w:t>Useful facts: __________________________________________________________</w:t>
            </w:r>
          </w:p>
          <w:p w14:paraId="09C47B16" w14:textId="77777777" w:rsidR="00BE3968" w:rsidRDefault="00CA6E70">
            <w:pPr>
              <w:pStyle w:val="CMRBodySmall"/>
            </w:pPr>
            <w:r>
              <w:t>____________________________________________________________________</w:t>
            </w:r>
          </w:p>
          <w:p w14:paraId="51B2B536" w14:textId="77777777" w:rsidR="00BE3968" w:rsidRDefault="00CA6E70">
            <w:pPr>
              <w:pStyle w:val="CMRBodySmall"/>
              <w:spacing w:after="40"/>
            </w:pPr>
            <w:r>
              <w:rPr>
                <w:b/>
              </w:rPr>
              <w:t>STEP 3 — HOW DO I FIND IT?</w:t>
            </w:r>
          </w:p>
          <w:p w14:paraId="4FDEB7A0" w14:textId="77777777" w:rsidR="00BE3968" w:rsidRDefault="00CA6E70">
            <w:pPr>
              <w:pStyle w:val="CMRBodySmall"/>
              <w:spacing w:after="100"/>
            </w:pPr>
            <w:r>
              <w:t>My work: ____________________________________________________________</w:t>
            </w:r>
          </w:p>
          <w:p w14:paraId="2E375B41" w14:textId="77777777" w:rsidR="00BE3968" w:rsidRDefault="00CA6E70">
            <w:pPr>
              <w:pStyle w:val="CMRBodySmall"/>
              <w:spacing w:after="100"/>
            </w:pPr>
            <w:r>
              <w:t>____________________________________________________________________</w:t>
            </w:r>
          </w:p>
          <w:p w14:paraId="1CB49632" w14:textId="77777777" w:rsidR="00BE3968" w:rsidRDefault="00CA6E70">
            <w:pPr>
              <w:pStyle w:val="CMRBodySmall"/>
              <w:spacing w:after="100"/>
            </w:pPr>
            <w:r>
              <w:t>____________________________________________________________________</w:t>
            </w:r>
          </w:p>
          <w:p w14:paraId="56F2BDE0" w14:textId="77777777" w:rsidR="00BE3968" w:rsidRDefault="00CA6E70">
            <w:pPr>
              <w:pStyle w:val="CMRBodySmall"/>
              <w:spacing w:after="100"/>
            </w:pPr>
            <w:r>
              <w:t>Answer with units: __________________________________________________</w:t>
            </w:r>
          </w:p>
          <w:p w14:paraId="396B1FAE" w14:textId="77777777" w:rsidR="00BE3968" w:rsidRDefault="00CA6E70">
            <w:pPr>
              <w:pStyle w:val="CMRBodySmall"/>
              <w:spacing w:after="80"/>
            </w:pPr>
            <w:r>
              <w:t>Does the answer make sense? ___________________________________________</w:t>
            </w:r>
          </w:p>
        </w:tc>
      </w:tr>
    </w:tbl>
    <w:p w14:paraId="08F25055" w14:textId="77777777" w:rsidR="00BE3968" w:rsidRDefault="00CA6E70">
      <w:r>
        <w:br w:type="page"/>
      </w:r>
    </w:p>
    <w:p w14:paraId="530087B2" w14:textId="77777777" w:rsidR="00BE3968" w:rsidRDefault="00CA6E70">
      <w:pPr>
        <w:pStyle w:val="CMRSmallLabel"/>
        <w:spacing w:after="60"/>
      </w:pPr>
      <w:r>
        <w:rPr>
          <w:b w:val="0"/>
        </w:rPr>
        <w:t>SECTION 2  |  TOPIC 03  |  PRACTICE PAGE 4/5</w:t>
      </w:r>
    </w:p>
    <w:p w14:paraId="5662A80E" w14:textId="77777777" w:rsidR="00BE3968" w:rsidRDefault="00CA6E70">
      <w:pPr>
        <w:pStyle w:val="CMRPageTitle"/>
        <w:spacing w:after="60"/>
      </w:pPr>
      <w:r>
        <w:rPr>
          <w:b w:val="0"/>
        </w:rPr>
        <w:t>Comparing prices</w:t>
      </w:r>
    </w:p>
    <w:p w14:paraId="21D60C9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11F05CE" w14:textId="77777777">
        <w:tc>
          <w:tcPr>
            <w:tcW w:w="10036" w:type="dxa"/>
            <w:shd w:val="clear" w:color="auto" w:fill="F5F8F9"/>
            <w:tcMar>
              <w:top w:w="70" w:type="dxa"/>
              <w:left w:w="140" w:type="dxa"/>
              <w:bottom w:w="85" w:type="dxa"/>
              <w:right w:w="140" w:type="dxa"/>
            </w:tcMar>
          </w:tcPr>
          <w:p w14:paraId="2BAE8940" w14:textId="77777777" w:rsidR="00BE3968" w:rsidRDefault="00BE3968"/>
          <w:p w14:paraId="61D42827" w14:textId="77777777" w:rsidR="00BE3968" w:rsidRDefault="00CA6E70">
            <w:pPr>
              <w:pStyle w:val="CMRBodySmall"/>
            </w:pPr>
            <w:r>
              <w:rPr>
                <w:b/>
              </w:rPr>
              <w:t>PROBLEM S2-027</w:t>
            </w:r>
          </w:p>
          <w:p w14:paraId="23153A16" w14:textId="77777777" w:rsidR="00BE3968" w:rsidRDefault="00CA6E70">
            <w:r>
              <w:t>Two stores sell the same blender. Store A charges $20.00. Store B charges $14.00 and is 3 miles farther away. What is the difference between the two prices?</w:t>
            </w:r>
          </w:p>
          <w:p w14:paraId="00621046" w14:textId="77777777" w:rsidR="00BE3968" w:rsidRDefault="00CA6E70">
            <w:pPr>
              <w:pStyle w:val="CMRBodySmall"/>
              <w:spacing w:after="40"/>
            </w:pPr>
            <w:r>
              <w:rPr>
                <w:b/>
              </w:rPr>
              <w:t>STEP 1 — WHAT DO THEY WANT?</w:t>
            </w:r>
          </w:p>
          <w:p w14:paraId="4D16FC56" w14:textId="77777777" w:rsidR="00BE3968" w:rsidRDefault="00CA6E70">
            <w:pPr>
              <w:pStyle w:val="CMRBodySmall"/>
              <w:spacing w:after="80"/>
            </w:pPr>
            <w:r>
              <w:t>I need to find: _________________________________________________________</w:t>
            </w:r>
          </w:p>
          <w:p w14:paraId="05DB3DD9" w14:textId="77777777" w:rsidR="00BE3968" w:rsidRDefault="00CA6E70">
            <w:pPr>
              <w:pStyle w:val="CMRBodySmall"/>
              <w:spacing w:after="40"/>
            </w:pPr>
            <w:r>
              <w:rPr>
                <w:b/>
              </w:rPr>
              <w:t>STEP 2 — WHAT DO I KNOW?</w:t>
            </w:r>
          </w:p>
          <w:p w14:paraId="46E05E16" w14:textId="77777777" w:rsidR="00BE3968" w:rsidRDefault="00CA6E70">
            <w:pPr>
              <w:pStyle w:val="CMRBodySmall"/>
              <w:spacing w:after="40"/>
            </w:pPr>
            <w:r>
              <w:t>Useful facts: __________________________________________________________</w:t>
            </w:r>
          </w:p>
          <w:p w14:paraId="28864AEF" w14:textId="77777777" w:rsidR="00BE3968" w:rsidRDefault="00CA6E70">
            <w:pPr>
              <w:pStyle w:val="CMRBodySmall"/>
            </w:pPr>
            <w:r>
              <w:t>____________________________________________________________________</w:t>
            </w:r>
          </w:p>
          <w:p w14:paraId="42F57D9A" w14:textId="77777777" w:rsidR="00BE3968" w:rsidRDefault="00CA6E70">
            <w:pPr>
              <w:pStyle w:val="CMRBodySmall"/>
              <w:spacing w:after="40"/>
            </w:pPr>
            <w:r>
              <w:rPr>
                <w:b/>
              </w:rPr>
              <w:t>STEP 3 — HOW DO I FIND IT?</w:t>
            </w:r>
          </w:p>
          <w:p w14:paraId="5EE0616C" w14:textId="77777777" w:rsidR="00BE3968" w:rsidRDefault="00CA6E70">
            <w:pPr>
              <w:pStyle w:val="CMRBodySmall"/>
              <w:spacing w:after="100"/>
            </w:pPr>
            <w:r>
              <w:t>My work: ____________________________________________________________</w:t>
            </w:r>
          </w:p>
          <w:p w14:paraId="61065C53" w14:textId="77777777" w:rsidR="00BE3968" w:rsidRDefault="00CA6E70">
            <w:pPr>
              <w:pStyle w:val="CMRBodySmall"/>
              <w:spacing w:after="100"/>
            </w:pPr>
            <w:r>
              <w:t>____________________________________________________________________</w:t>
            </w:r>
          </w:p>
          <w:p w14:paraId="4C10D22A" w14:textId="77777777" w:rsidR="00BE3968" w:rsidRDefault="00CA6E70">
            <w:pPr>
              <w:pStyle w:val="CMRBodySmall"/>
              <w:spacing w:after="100"/>
            </w:pPr>
            <w:r>
              <w:t>____________________________________________________________________</w:t>
            </w:r>
          </w:p>
          <w:p w14:paraId="3C5B7252" w14:textId="77777777" w:rsidR="00BE3968" w:rsidRDefault="00CA6E70">
            <w:pPr>
              <w:pStyle w:val="CMRBodySmall"/>
              <w:spacing w:after="100"/>
            </w:pPr>
            <w:r>
              <w:t>Answer with units: __________________________________________________</w:t>
            </w:r>
          </w:p>
          <w:p w14:paraId="1B3D7E32" w14:textId="77777777" w:rsidR="00BE3968" w:rsidRDefault="00CA6E70">
            <w:pPr>
              <w:pStyle w:val="CMRBodySmall"/>
              <w:spacing w:after="80"/>
            </w:pPr>
            <w:r>
              <w:t>Does the answer make sense? ___________________________________________</w:t>
            </w:r>
          </w:p>
        </w:tc>
      </w:tr>
    </w:tbl>
    <w:p w14:paraId="3E2E67C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9E66DE1" w14:textId="77777777">
        <w:tc>
          <w:tcPr>
            <w:tcW w:w="10036" w:type="dxa"/>
            <w:tcMar>
              <w:top w:w="70" w:type="dxa"/>
              <w:left w:w="140" w:type="dxa"/>
              <w:bottom w:w="85" w:type="dxa"/>
              <w:right w:w="140" w:type="dxa"/>
            </w:tcMar>
          </w:tcPr>
          <w:p w14:paraId="15513DFA" w14:textId="77777777" w:rsidR="00BE3968" w:rsidRDefault="00BE3968"/>
          <w:p w14:paraId="68C36820" w14:textId="77777777" w:rsidR="00BE3968" w:rsidRDefault="00CA6E70">
            <w:pPr>
              <w:pStyle w:val="CMRBodySmall"/>
            </w:pPr>
            <w:r>
              <w:rPr>
                <w:b/>
              </w:rPr>
              <w:t>PROBLEM S2-028</w:t>
            </w:r>
          </w:p>
          <w:p w14:paraId="2B7E7855" w14:textId="77777777" w:rsidR="00BE3968" w:rsidRDefault="00CA6E70">
            <w:r>
              <w:t>A store advertises a basic coat for $32.00 and a lined coat for $49.00. Shipping is free on both coats, and the offer ends Friday. How much more does the lined coat cost than the basic coat?</w:t>
            </w:r>
          </w:p>
          <w:p w14:paraId="2DDB0D27" w14:textId="77777777" w:rsidR="00BE3968" w:rsidRDefault="00CA6E70">
            <w:pPr>
              <w:pStyle w:val="CMRBodySmall"/>
              <w:spacing w:after="40"/>
            </w:pPr>
            <w:r>
              <w:rPr>
                <w:b/>
              </w:rPr>
              <w:t>STEP 1 — WHAT DO THEY WANT?</w:t>
            </w:r>
          </w:p>
          <w:p w14:paraId="47945474" w14:textId="77777777" w:rsidR="00BE3968" w:rsidRDefault="00CA6E70">
            <w:pPr>
              <w:pStyle w:val="CMRBodySmall"/>
              <w:spacing w:after="80"/>
            </w:pPr>
            <w:r>
              <w:t>I need to find: _________________________________________________________</w:t>
            </w:r>
          </w:p>
          <w:p w14:paraId="2078C454" w14:textId="77777777" w:rsidR="00BE3968" w:rsidRDefault="00CA6E70">
            <w:pPr>
              <w:pStyle w:val="CMRBodySmall"/>
              <w:spacing w:after="40"/>
            </w:pPr>
            <w:r>
              <w:rPr>
                <w:b/>
              </w:rPr>
              <w:t>STEP 2 — WHAT DO I KNOW?</w:t>
            </w:r>
          </w:p>
          <w:p w14:paraId="54108A5B" w14:textId="77777777" w:rsidR="00BE3968" w:rsidRDefault="00CA6E70">
            <w:pPr>
              <w:pStyle w:val="CMRBodySmall"/>
              <w:spacing w:after="40"/>
            </w:pPr>
            <w:r>
              <w:t>Useful facts: __________________________________________________________</w:t>
            </w:r>
          </w:p>
          <w:p w14:paraId="1998959C" w14:textId="77777777" w:rsidR="00BE3968" w:rsidRDefault="00CA6E70">
            <w:pPr>
              <w:pStyle w:val="CMRBodySmall"/>
            </w:pPr>
            <w:r>
              <w:t>____________________________________________________________________</w:t>
            </w:r>
          </w:p>
          <w:p w14:paraId="0DB03F44" w14:textId="77777777" w:rsidR="00BE3968" w:rsidRDefault="00CA6E70">
            <w:pPr>
              <w:pStyle w:val="CMRBodySmall"/>
              <w:spacing w:after="40"/>
            </w:pPr>
            <w:r>
              <w:rPr>
                <w:b/>
              </w:rPr>
              <w:t>STEP 3 — HOW DO I FIND IT?</w:t>
            </w:r>
          </w:p>
          <w:p w14:paraId="3D77D305" w14:textId="77777777" w:rsidR="00BE3968" w:rsidRDefault="00CA6E70">
            <w:pPr>
              <w:pStyle w:val="CMRBodySmall"/>
              <w:spacing w:after="100"/>
            </w:pPr>
            <w:r>
              <w:t>My work: ____________________________________________________________</w:t>
            </w:r>
          </w:p>
          <w:p w14:paraId="38E72CF3" w14:textId="77777777" w:rsidR="00BE3968" w:rsidRDefault="00CA6E70">
            <w:pPr>
              <w:pStyle w:val="CMRBodySmall"/>
              <w:spacing w:after="100"/>
            </w:pPr>
            <w:r>
              <w:t>____________________________________________________________________</w:t>
            </w:r>
          </w:p>
          <w:p w14:paraId="17B440B8" w14:textId="77777777" w:rsidR="00BE3968" w:rsidRDefault="00CA6E70">
            <w:pPr>
              <w:pStyle w:val="CMRBodySmall"/>
              <w:spacing w:after="100"/>
            </w:pPr>
            <w:r>
              <w:t>____________________________________________________________________</w:t>
            </w:r>
          </w:p>
          <w:p w14:paraId="79238F88" w14:textId="77777777" w:rsidR="00BE3968" w:rsidRDefault="00CA6E70">
            <w:pPr>
              <w:pStyle w:val="CMRBodySmall"/>
              <w:spacing w:after="100"/>
            </w:pPr>
            <w:r>
              <w:t>Answer with units: __________________________________________________</w:t>
            </w:r>
          </w:p>
          <w:p w14:paraId="6446598D" w14:textId="77777777" w:rsidR="00BE3968" w:rsidRDefault="00CA6E70">
            <w:pPr>
              <w:pStyle w:val="CMRBodySmall"/>
              <w:spacing w:after="80"/>
            </w:pPr>
            <w:r>
              <w:t>Does the answer make sense? ___________________________________________</w:t>
            </w:r>
          </w:p>
        </w:tc>
      </w:tr>
    </w:tbl>
    <w:p w14:paraId="18125404" w14:textId="77777777" w:rsidR="00BE3968" w:rsidRDefault="00CA6E70">
      <w:r>
        <w:br w:type="page"/>
      </w:r>
    </w:p>
    <w:p w14:paraId="122DD9EC" w14:textId="77777777" w:rsidR="00BE3968" w:rsidRDefault="00CA6E70">
      <w:pPr>
        <w:pStyle w:val="CMRSmallLabel"/>
        <w:spacing w:after="60"/>
      </w:pPr>
      <w:r>
        <w:rPr>
          <w:b w:val="0"/>
        </w:rPr>
        <w:t>SECTION 2  |  TOPIC 03  |  PRACTICE PAGE 5/5</w:t>
      </w:r>
    </w:p>
    <w:p w14:paraId="040DFC9E" w14:textId="77777777" w:rsidR="00BE3968" w:rsidRDefault="00CA6E70">
      <w:pPr>
        <w:pStyle w:val="CMRPageTitle"/>
        <w:spacing w:after="60"/>
      </w:pPr>
      <w:r>
        <w:rPr>
          <w:b w:val="0"/>
        </w:rPr>
        <w:t>Comparing prices</w:t>
      </w:r>
    </w:p>
    <w:p w14:paraId="27A0F09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BC7DE36" w14:textId="77777777">
        <w:tc>
          <w:tcPr>
            <w:tcW w:w="10036" w:type="dxa"/>
            <w:shd w:val="clear" w:color="auto" w:fill="F5F8F9"/>
            <w:tcMar>
              <w:top w:w="70" w:type="dxa"/>
              <w:left w:w="140" w:type="dxa"/>
              <w:bottom w:w="85" w:type="dxa"/>
              <w:right w:w="140" w:type="dxa"/>
            </w:tcMar>
          </w:tcPr>
          <w:p w14:paraId="643BD894" w14:textId="77777777" w:rsidR="00BE3968" w:rsidRDefault="00BE3968"/>
          <w:p w14:paraId="66F09748" w14:textId="77777777" w:rsidR="00BE3968" w:rsidRDefault="00CA6E70">
            <w:pPr>
              <w:pStyle w:val="CMRBodySmall"/>
            </w:pPr>
            <w:r>
              <w:rPr>
                <w:b/>
              </w:rPr>
              <w:t>PROBLEM S2-029</w:t>
            </w:r>
          </w:p>
          <w:p w14:paraId="36E8861D" w14:textId="77777777" w:rsidR="00BE3968" w:rsidRDefault="00CA6E70">
            <w:r>
              <w:t>Daniel is choosing between two lamps. The desk lamp is $35.00 and the floor lamp is $54.00. Both come with a one-year warranty. How much would Daniel save by choosing the desk lamp?</w:t>
            </w:r>
          </w:p>
          <w:p w14:paraId="116DE207" w14:textId="77777777" w:rsidR="00BE3968" w:rsidRDefault="00CA6E70">
            <w:pPr>
              <w:pStyle w:val="CMRBodySmall"/>
              <w:spacing w:after="40"/>
            </w:pPr>
            <w:r>
              <w:rPr>
                <w:b/>
              </w:rPr>
              <w:t>STEP 1 — WHAT DO THEY WANT?</w:t>
            </w:r>
          </w:p>
          <w:p w14:paraId="3F84D1B4" w14:textId="77777777" w:rsidR="00BE3968" w:rsidRDefault="00CA6E70">
            <w:pPr>
              <w:pStyle w:val="CMRBodySmall"/>
              <w:spacing w:after="80"/>
            </w:pPr>
            <w:r>
              <w:t>I need to find: _________________________________________________________</w:t>
            </w:r>
          </w:p>
          <w:p w14:paraId="656DB1D7" w14:textId="77777777" w:rsidR="00BE3968" w:rsidRDefault="00CA6E70">
            <w:pPr>
              <w:pStyle w:val="CMRBodySmall"/>
              <w:spacing w:after="40"/>
            </w:pPr>
            <w:r>
              <w:rPr>
                <w:b/>
              </w:rPr>
              <w:t>STEP 2 — WHAT DO I KNOW?</w:t>
            </w:r>
          </w:p>
          <w:p w14:paraId="3C4C81F0" w14:textId="77777777" w:rsidR="00BE3968" w:rsidRDefault="00CA6E70">
            <w:pPr>
              <w:pStyle w:val="CMRBodySmall"/>
              <w:spacing w:after="40"/>
            </w:pPr>
            <w:r>
              <w:t>Useful facts: __________________________________________________________</w:t>
            </w:r>
          </w:p>
          <w:p w14:paraId="5E219F30" w14:textId="77777777" w:rsidR="00BE3968" w:rsidRDefault="00CA6E70">
            <w:pPr>
              <w:pStyle w:val="CMRBodySmall"/>
            </w:pPr>
            <w:r>
              <w:t>____________________________________________________________________</w:t>
            </w:r>
          </w:p>
          <w:p w14:paraId="4AE4EDD2" w14:textId="77777777" w:rsidR="00BE3968" w:rsidRDefault="00CA6E70">
            <w:pPr>
              <w:pStyle w:val="CMRBodySmall"/>
              <w:spacing w:after="40"/>
            </w:pPr>
            <w:r>
              <w:rPr>
                <w:b/>
              </w:rPr>
              <w:t>STEP 3 — HOW DO I FIND IT?</w:t>
            </w:r>
          </w:p>
          <w:p w14:paraId="4B847505" w14:textId="77777777" w:rsidR="00BE3968" w:rsidRDefault="00CA6E70">
            <w:pPr>
              <w:pStyle w:val="CMRBodySmall"/>
              <w:spacing w:after="100"/>
            </w:pPr>
            <w:r>
              <w:t>My work: ____________________________________________________________</w:t>
            </w:r>
          </w:p>
          <w:p w14:paraId="338A1197" w14:textId="77777777" w:rsidR="00BE3968" w:rsidRDefault="00CA6E70">
            <w:pPr>
              <w:pStyle w:val="CMRBodySmall"/>
              <w:spacing w:after="100"/>
            </w:pPr>
            <w:r>
              <w:t>____________________________________________________________________</w:t>
            </w:r>
          </w:p>
          <w:p w14:paraId="52D1A05A" w14:textId="77777777" w:rsidR="00BE3968" w:rsidRDefault="00CA6E70">
            <w:pPr>
              <w:pStyle w:val="CMRBodySmall"/>
              <w:spacing w:after="100"/>
            </w:pPr>
            <w:r>
              <w:t>____________________________________________________________________</w:t>
            </w:r>
          </w:p>
          <w:p w14:paraId="4F017602" w14:textId="77777777" w:rsidR="00BE3968" w:rsidRDefault="00CA6E70">
            <w:pPr>
              <w:pStyle w:val="CMRBodySmall"/>
              <w:spacing w:after="100"/>
            </w:pPr>
            <w:r>
              <w:t>Answer with units: __________________________________________________</w:t>
            </w:r>
          </w:p>
          <w:p w14:paraId="0619185A" w14:textId="77777777" w:rsidR="00BE3968" w:rsidRDefault="00CA6E70">
            <w:pPr>
              <w:pStyle w:val="CMRBodySmall"/>
              <w:spacing w:after="80"/>
            </w:pPr>
            <w:r>
              <w:t>Does the answer make sense? ___________________________________________</w:t>
            </w:r>
          </w:p>
        </w:tc>
      </w:tr>
    </w:tbl>
    <w:p w14:paraId="0DA462D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AB13387" w14:textId="77777777">
        <w:tc>
          <w:tcPr>
            <w:tcW w:w="10036" w:type="dxa"/>
            <w:tcMar>
              <w:top w:w="70" w:type="dxa"/>
              <w:left w:w="140" w:type="dxa"/>
              <w:bottom w:w="85" w:type="dxa"/>
              <w:right w:w="140" w:type="dxa"/>
            </w:tcMar>
          </w:tcPr>
          <w:p w14:paraId="76714FF6" w14:textId="77777777" w:rsidR="00BE3968" w:rsidRDefault="00BE3968"/>
          <w:p w14:paraId="7415797D" w14:textId="77777777" w:rsidR="00BE3968" w:rsidRDefault="00CA6E70">
            <w:pPr>
              <w:pStyle w:val="CMRBodySmall"/>
            </w:pPr>
            <w:r>
              <w:rPr>
                <w:b/>
              </w:rPr>
              <w:t>PROBLEM S2-030</w:t>
            </w:r>
          </w:p>
          <w:p w14:paraId="76E2AA9D" w14:textId="77777777" w:rsidR="00BE3968" w:rsidRDefault="00CA6E70">
            <w:r>
              <w:t>Two stores sell the same blender. Store A charges $27.00. Store B charges $23.00 and is 3 miles farther away. What is the difference between the two prices?</w:t>
            </w:r>
          </w:p>
          <w:p w14:paraId="70B85320" w14:textId="77777777" w:rsidR="00BE3968" w:rsidRDefault="00CA6E70">
            <w:pPr>
              <w:pStyle w:val="CMRBodySmall"/>
              <w:spacing w:after="40"/>
            </w:pPr>
            <w:r>
              <w:rPr>
                <w:b/>
              </w:rPr>
              <w:t>STEP 1 — WHAT DO THEY WANT?</w:t>
            </w:r>
          </w:p>
          <w:p w14:paraId="6A59E9D5" w14:textId="77777777" w:rsidR="00BE3968" w:rsidRDefault="00CA6E70">
            <w:pPr>
              <w:pStyle w:val="CMRBodySmall"/>
              <w:spacing w:after="80"/>
            </w:pPr>
            <w:r>
              <w:t>I need to find: _________________________________________________________</w:t>
            </w:r>
          </w:p>
          <w:p w14:paraId="166C9049" w14:textId="77777777" w:rsidR="00BE3968" w:rsidRDefault="00CA6E70">
            <w:pPr>
              <w:pStyle w:val="CMRBodySmall"/>
              <w:spacing w:after="40"/>
            </w:pPr>
            <w:r>
              <w:rPr>
                <w:b/>
              </w:rPr>
              <w:t>STEP 2 — WHAT DO I KNOW?</w:t>
            </w:r>
          </w:p>
          <w:p w14:paraId="5DE7F651" w14:textId="77777777" w:rsidR="00BE3968" w:rsidRDefault="00CA6E70">
            <w:pPr>
              <w:pStyle w:val="CMRBodySmall"/>
              <w:spacing w:after="40"/>
            </w:pPr>
            <w:r>
              <w:t>Useful facts: __________________________________________________________</w:t>
            </w:r>
          </w:p>
          <w:p w14:paraId="26E16B4D" w14:textId="77777777" w:rsidR="00BE3968" w:rsidRDefault="00CA6E70">
            <w:pPr>
              <w:pStyle w:val="CMRBodySmall"/>
            </w:pPr>
            <w:r>
              <w:t>____________________________________________________________________</w:t>
            </w:r>
          </w:p>
          <w:p w14:paraId="30DE35B3" w14:textId="77777777" w:rsidR="00BE3968" w:rsidRDefault="00CA6E70">
            <w:pPr>
              <w:pStyle w:val="CMRBodySmall"/>
              <w:spacing w:after="40"/>
            </w:pPr>
            <w:r>
              <w:rPr>
                <w:b/>
              </w:rPr>
              <w:t>STEP 3 — HOW DO I FIND IT?</w:t>
            </w:r>
          </w:p>
          <w:p w14:paraId="57BEEDDE" w14:textId="77777777" w:rsidR="00BE3968" w:rsidRDefault="00CA6E70">
            <w:pPr>
              <w:pStyle w:val="CMRBodySmall"/>
              <w:spacing w:after="100"/>
            </w:pPr>
            <w:r>
              <w:t>My work: ____________________________________________________________</w:t>
            </w:r>
          </w:p>
          <w:p w14:paraId="52B82F52" w14:textId="77777777" w:rsidR="00BE3968" w:rsidRDefault="00CA6E70">
            <w:pPr>
              <w:pStyle w:val="CMRBodySmall"/>
              <w:spacing w:after="100"/>
            </w:pPr>
            <w:r>
              <w:t>____________________________________________________________________</w:t>
            </w:r>
          </w:p>
          <w:p w14:paraId="7EFC362D" w14:textId="77777777" w:rsidR="00BE3968" w:rsidRDefault="00CA6E70">
            <w:pPr>
              <w:pStyle w:val="CMRBodySmall"/>
              <w:spacing w:after="100"/>
            </w:pPr>
            <w:r>
              <w:t>____________________________________________________________________</w:t>
            </w:r>
          </w:p>
          <w:p w14:paraId="2CB750F0" w14:textId="77777777" w:rsidR="00BE3968" w:rsidRDefault="00CA6E70">
            <w:pPr>
              <w:pStyle w:val="CMRBodySmall"/>
              <w:spacing w:after="100"/>
            </w:pPr>
            <w:r>
              <w:t>Answer with units: __________________________________________________</w:t>
            </w:r>
          </w:p>
          <w:p w14:paraId="0FA8D2F1" w14:textId="77777777" w:rsidR="00BE3968" w:rsidRDefault="00CA6E70">
            <w:pPr>
              <w:pStyle w:val="CMRBodySmall"/>
              <w:spacing w:after="80"/>
            </w:pPr>
            <w:r>
              <w:t>Does the answer make sense? ___________________________________________</w:t>
            </w:r>
          </w:p>
        </w:tc>
      </w:tr>
    </w:tbl>
    <w:p w14:paraId="5B12A2ED" w14:textId="77777777" w:rsidR="00BE3968" w:rsidRDefault="00CA6E70">
      <w:r>
        <w:br w:type="page"/>
      </w:r>
    </w:p>
    <w:p w14:paraId="7501329D" w14:textId="77777777" w:rsidR="00BE3968" w:rsidRDefault="00CA6E70">
      <w:pPr>
        <w:pStyle w:val="CMRSmallLabel"/>
        <w:spacing w:after="60"/>
      </w:pPr>
      <w:r>
        <w:rPr>
          <w:b w:val="0"/>
        </w:rPr>
        <w:t>SECTION 2  |  TOPIC 04  |  PRACTICE PAGE 1/5</w:t>
      </w:r>
    </w:p>
    <w:p w14:paraId="49FFAD0B" w14:textId="77777777" w:rsidR="00BE3968" w:rsidRDefault="00CA6E70">
      <w:pPr>
        <w:pStyle w:val="CMRPageTitle"/>
        <w:spacing w:after="60"/>
      </w:pPr>
      <w:r>
        <w:rPr>
          <w:b w:val="0"/>
        </w:rPr>
        <w:t>Reaching a goal</w:t>
      </w:r>
    </w:p>
    <w:p w14:paraId="709E4A26" w14:textId="77777777" w:rsidR="00BE3968" w:rsidRDefault="00CA6E70">
      <w:pPr>
        <w:pStyle w:val="CMRBodySmall"/>
        <w:spacing w:after="100"/>
      </w:pPr>
      <w:r>
        <w:t>Use the same three steps: Know a target and what is already completed; find what is still needed.</w:t>
      </w:r>
    </w:p>
    <w:tbl>
      <w:tblPr>
        <w:tblW w:w="0" w:type="auto"/>
        <w:tblLayout w:type="fixed"/>
        <w:tblLook w:val="04A0" w:firstRow="1" w:lastRow="0" w:firstColumn="1" w:lastColumn="0" w:noHBand="0" w:noVBand="1"/>
      </w:tblPr>
      <w:tblGrid>
        <w:gridCol w:w="10036"/>
      </w:tblGrid>
      <w:tr w:rsidR="00BE3968" w14:paraId="4825D12C" w14:textId="77777777">
        <w:tc>
          <w:tcPr>
            <w:tcW w:w="10036" w:type="dxa"/>
            <w:shd w:val="clear" w:color="auto" w:fill="F5F8F9"/>
            <w:tcMar>
              <w:top w:w="70" w:type="dxa"/>
              <w:left w:w="140" w:type="dxa"/>
              <w:bottom w:w="85" w:type="dxa"/>
              <w:right w:w="140" w:type="dxa"/>
            </w:tcMar>
          </w:tcPr>
          <w:p w14:paraId="038F74C4" w14:textId="77777777" w:rsidR="00BE3968" w:rsidRDefault="00BE3968"/>
          <w:p w14:paraId="317F387A" w14:textId="77777777" w:rsidR="00BE3968" w:rsidRDefault="00CA6E70">
            <w:pPr>
              <w:pStyle w:val="CMRBodySmall"/>
            </w:pPr>
            <w:r>
              <w:rPr>
                <w:b/>
              </w:rPr>
              <w:t>PROBLEM S2-031</w:t>
            </w:r>
          </w:p>
          <w:p w14:paraId="78A67FC7" w14:textId="77777777" w:rsidR="00BE3968" w:rsidRDefault="00CA6E70">
            <w:r>
              <w:t>Rachel wants to collect 211 canned foods for a neighborhood food drive. Rachel already has 184 cans. A coworker brings 5 more cans. The drive ends Saturday. How many additional cans are still needed to reach the goal?</w:t>
            </w:r>
          </w:p>
          <w:p w14:paraId="2680DEDE" w14:textId="77777777" w:rsidR="00BE3968" w:rsidRDefault="00CA6E70">
            <w:pPr>
              <w:pStyle w:val="CMRBodySmall"/>
              <w:spacing w:after="40"/>
            </w:pPr>
            <w:r>
              <w:rPr>
                <w:b/>
              </w:rPr>
              <w:t>STEP 1 — WHAT DO THEY WANT?</w:t>
            </w:r>
          </w:p>
          <w:p w14:paraId="38F2C1F1" w14:textId="77777777" w:rsidR="00BE3968" w:rsidRDefault="00CA6E70">
            <w:pPr>
              <w:pStyle w:val="CMRBodySmall"/>
              <w:spacing w:after="80"/>
            </w:pPr>
            <w:r>
              <w:t>I need to find: _________________________________________________________</w:t>
            </w:r>
          </w:p>
          <w:p w14:paraId="5407057A" w14:textId="77777777" w:rsidR="00BE3968" w:rsidRDefault="00CA6E70">
            <w:pPr>
              <w:pStyle w:val="CMRBodySmall"/>
              <w:spacing w:after="40"/>
            </w:pPr>
            <w:r>
              <w:rPr>
                <w:b/>
              </w:rPr>
              <w:t>STEP 2 — WHAT DO I KNOW?</w:t>
            </w:r>
          </w:p>
          <w:p w14:paraId="2C6A0BBD" w14:textId="77777777" w:rsidR="00BE3968" w:rsidRDefault="00CA6E70">
            <w:pPr>
              <w:pStyle w:val="CMRBodySmall"/>
              <w:spacing w:after="40"/>
            </w:pPr>
            <w:r>
              <w:t>Useful facts: __________________________________________________________</w:t>
            </w:r>
          </w:p>
          <w:p w14:paraId="7B511325" w14:textId="77777777" w:rsidR="00BE3968" w:rsidRDefault="00CA6E70">
            <w:pPr>
              <w:pStyle w:val="CMRBodySmall"/>
            </w:pPr>
            <w:r>
              <w:t>____________________________________________________________________</w:t>
            </w:r>
          </w:p>
          <w:p w14:paraId="70586933" w14:textId="77777777" w:rsidR="00BE3968" w:rsidRDefault="00CA6E70">
            <w:pPr>
              <w:pStyle w:val="CMRBodySmall"/>
              <w:spacing w:after="40"/>
            </w:pPr>
            <w:r>
              <w:rPr>
                <w:b/>
              </w:rPr>
              <w:t>STEP 3 — HOW DO I FIND IT?</w:t>
            </w:r>
          </w:p>
          <w:p w14:paraId="0AC8C5FD" w14:textId="77777777" w:rsidR="00BE3968" w:rsidRDefault="00CA6E70">
            <w:pPr>
              <w:pStyle w:val="CMRBodySmall"/>
              <w:spacing w:after="100"/>
            </w:pPr>
            <w:r>
              <w:t>My work: ____________________________________________________________</w:t>
            </w:r>
          </w:p>
          <w:p w14:paraId="53602325" w14:textId="77777777" w:rsidR="00BE3968" w:rsidRDefault="00CA6E70">
            <w:pPr>
              <w:pStyle w:val="CMRBodySmall"/>
              <w:spacing w:after="100"/>
            </w:pPr>
            <w:r>
              <w:t>____________________________________________________________________</w:t>
            </w:r>
          </w:p>
          <w:p w14:paraId="2A31310A" w14:textId="77777777" w:rsidR="00BE3968" w:rsidRDefault="00CA6E70">
            <w:pPr>
              <w:pStyle w:val="CMRBodySmall"/>
              <w:spacing w:after="100"/>
            </w:pPr>
            <w:r>
              <w:t>____________________________________________________________________</w:t>
            </w:r>
          </w:p>
          <w:p w14:paraId="3C330401" w14:textId="77777777" w:rsidR="00BE3968" w:rsidRDefault="00CA6E70">
            <w:pPr>
              <w:pStyle w:val="CMRBodySmall"/>
              <w:spacing w:after="100"/>
            </w:pPr>
            <w:r>
              <w:t>Answer with units: __________________________________________________</w:t>
            </w:r>
          </w:p>
          <w:p w14:paraId="0C2D7D1F" w14:textId="77777777" w:rsidR="00BE3968" w:rsidRDefault="00CA6E70">
            <w:pPr>
              <w:pStyle w:val="CMRBodySmall"/>
              <w:spacing w:after="80"/>
            </w:pPr>
            <w:r>
              <w:t>Does the answer make sense? ___________________________________________</w:t>
            </w:r>
          </w:p>
        </w:tc>
      </w:tr>
    </w:tbl>
    <w:p w14:paraId="6DD666B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4468A3B" w14:textId="77777777">
        <w:tc>
          <w:tcPr>
            <w:tcW w:w="10036" w:type="dxa"/>
            <w:tcMar>
              <w:top w:w="70" w:type="dxa"/>
              <w:left w:w="140" w:type="dxa"/>
              <w:bottom w:w="85" w:type="dxa"/>
              <w:right w:w="140" w:type="dxa"/>
            </w:tcMar>
          </w:tcPr>
          <w:p w14:paraId="552E68BE" w14:textId="77777777" w:rsidR="00BE3968" w:rsidRDefault="00BE3968"/>
          <w:p w14:paraId="70753622" w14:textId="77777777" w:rsidR="00BE3968" w:rsidRDefault="00CA6E70">
            <w:pPr>
              <w:pStyle w:val="CMRBodySmall"/>
            </w:pPr>
            <w:r>
              <w:rPr>
                <w:b/>
              </w:rPr>
              <w:t>PROBLEM S2-032</w:t>
            </w:r>
          </w:p>
          <w:p w14:paraId="5BAAB2E2" w14:textId="77777777" w:rsidR="00BE3968" w:rsidRDefault="00CA6E70">
            <w:r>
              <w:t>A school supply drive hopes to fill 235 backpacks. Volunteers have filled 179, and Maria fills 10 more this afternoon. The drive has been running for 2 weeks. How many backpacks still need to be filled?</w:t>
            </w:r>
          </w:p>
          <w:p w14:paraId="3E9D5DBF" w14:textId="77777777" w:rsidR="00BE3968" w:rsidRDefault="00CA6E70">
            <w:pPr>
              <w:pStyle w:val="CMRBodySmall"/>
              <w:spacing w:after="40"/>
            </w:pPr>
            <w:r>
              <w:rPr>
                <w:b/>
              </w:rPr>
              <w:t>STEP 1 — WHAT DO THEY WANT?</w:t>
            </w:r>
          </w:p>
          <w:p w14:paraId="36223377" w14:textId="77777777" w:rsidR="00BE3968" w:rsidRDefault="00CA6E70">
            <w:pPr>
              <w:pStyle w:val="CMRBodySmall"/>
              <w:spacing w:after="80"/>
            </w:pPr>
            <w:r>
              <w:t>I need to find: _________________________________________________________</w:t>
            </w:r>
          </w:p>
          <w:p w14:paraId="591D3638" w14:textId="77777777" w:rsidR="00BE3968" w:rsidRDefault="00CA6E70">
            <w:pPr>
              <w:pStyle w:val="CMRBodySmall"/>
              <w:spacing w:after="40"/>
            </w:pPr>
            <w:r>
              <w:rPr>
                <w:b/>
              </w:rPr>
              <w:t>STEP 2 — WHAT DO I KNOW?</w:t>
            </w:r>
          </w:p>
          <w:p w14:paraId="50B5E1F4" w14:textId="77777777" w:rsidR="00BE3968" w:rsidRDefault="00CA6E70">
            <w:pPr>
              <w:pStyle w:val="CMRBodySmall"/>
              <w:spacing w:after="40"/>
            </w:pPr>
            <w:r>
              <w:t>Useful facts: __________________________________________________________</w:t>
            </w:r>
          </w:p>
          <w:p w14:paraId="6CAA1EC9" w14:textId="77777777" w:rsidR="00BE3968" w:rsidRDefault="00CA6E70">
            <w:pPr>
              <w:pStyle w:val="CMRBodySmall"/>
            </w:pPr>
            <w:r>
              <w:t>____________________________________________________________________</w:t>
            </w:r>
          </w:p>
          <w:p w14:paraId="556BFA5B" w14:textId="77777777" w:rsidR="00BE3968" w:rsidRDefault="00CA6E70">
            <w:pPr>
              <w:pStyle w:val="CMRBodySmall"/>
              <w:spacing w:after="40"/>
            </w:pPr>
            <w:r>
              <w:rPr>
                <w:b/>
              </w:rPr>
              <w:t>STEP 3 — HOW DO I FIND IT?</w:t>
            </w:r>
          </w:p>
          <w:p w14:paraId="2A706048" w14:textId="77777777" w:rsidR="00BE3968" w:rsidRDefault="00CA6E70">
            <w:pPr>
              <w:pStyle w:val="CMRBodySmall"/>
              <w:spacing w:after="100"/>
            </w:pPr>
            <w:r>
              <w:t>My work: ____________________________________________________________</w:t>
            </w:r>
          </w:p>
          <w:p w14:paraId="342A8139" w14:textId="77777777" w:rsidR="00BE3968" w:rsidRDefault="00CA6E70">
            <w:pPr>
              <w:pStyle w:val="CMRBodySmall"/>
              <w:spacing w:after="100"/>
            </w:pPr>
            <w:r>
              <w:t>____________________________________________________________________</w:t>
            </w:r>
          </w:p>
          <w:p w14:paraId="5DAC4418" w14:textId="77777777" w:rsidR="00BE3968" w:rsidRDefault="00CA6E70">
            <w:pPr>
              <w:pStyle w:val="CMRBodySmall"/>
              <w:spacing w:after="100"/>
            </w:pPr>
            <w:r>
              <w:t>____________________________________________________________________</w:t>
            </w:r>
          </w:p>
          <w:p w14:paraId="34BD2523" w14:textId="77777777" w:rsidR="00BE3968" w:rsidRDefault="00CA6E70">
            <w:pPr>
              <w:pStyle w:val="CMRBodySmall"/>
              <w:spacing w:after="100"/>
            </w:pPr>
            <w:r>
              <w:t>Answer with units: __________________________________________________</w:t>
            </w:r>
          </w:p>
          <w:p w14:paraId="57467014" w14:textId="77777777" w:rsidR="00BE3968" w:rsidRDefault="00CA6E70">
            <w:pPr>
              <w:pStyle w:val="CMRBodySmall"/>
              <w:spacing w:after="80"/>
            </w:pPr>
            <w:r>
              <w:t>Does the answer make sense? ___________________________________________</w:t>
            </w:r>
          </w:p>
        </w:tc>
      </w:tr>
    </w:tbl>
    <w:p w14:paraId="6131C08A" w14:textId="77777777" w:rsidR="00BE3968" w:rsidRDefault="00CA6E70">
      <w:r>
        <w:br w:type="page"/>
      </w:r>
    </w:p>
    <w:p w14:paraId="4CB4566F" w14:textId="77777777" w:rsidR="00BE3968" w:rsidRDefault="00CA6E70">
      <w:pPr>
        <w:pStyle w:val="CMRSmallLabel"/>
        <w:spacing w:after="60"/>
      </w:pPr>
      <w:r>
        <w:rPr>
          <w:b w:val="0"/>
        </w:rPr>
        <w:t>SECTION 2  |  TOPIC 04  |  PRACTICE PAGE 2/5</w:t>
      </w:r>
    </w:p>
    <w:p w14:paraId="3D64B42B" w14:textId="77777777" w:rsidR="00BE3968" w:rsidRDefault="00CA6E70">
      <w:pPr>
        <w:pStyle w:val="CMRPageTitle"/>
        <w:spacing w:after="60"/>
      </w:pPr>
      <w:r>
        <w:rPr>
          <w:b w:val="0"/>
        </w:rPr>
        <w:t>Reaching a goal</w:t>
      </w:r>
    </w:p>
    <w:p w14:paraId="5B60B94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9DAC5A3" w14:textId="77777777">
        <w:tc>
          <w:tcPr>
            <w:tcW w:w="10036" w:type="dxa"/>
            <w:shd w:val="clear" w:color="auto" w:fill="F5F8F9"/>
            <w:tcMar>
              <w:top w:w="70" w:type="dxa"/>
              <w:left w:w="140" w:type="dxa"/>
              <w:bottom w:w="85" w:type="dxa"/>
              <w:right w:w="140" w:type="dxa"/>
            </w:tcMar>
          </w:tcPr>
          <w:p w14:paraId="28B0A299" w14:textId="77777777" w:rsidR="00BE3968" w:rsidRDefault="00BE3968"/>
          <w:p w14:paraId="1B5A9E34" w14:textId="77777777" w:rsidR="00BE3968" w:rsidRDefault="00CA6E70">
            <w:pPr>
              <w:pStyle w:val="CMRBodySmall"/>
            </w:pPr>
            <w:r>
              <w:rPr>
                <w:b/>
              </w:rPr>
              <w:t>PROBLEM S2-033</w:t>
            </w:r>
          </w:p>
          <w:p w14:paraId="7E73E377" w14:textId="77777777" w:rsidR="00BE3968" w:rsidRDefault="00CA6E70">
            <w:r>
              <w:t>Robert’s church wants 217 people to sign up for a health fair. So far 160 have signed up online, and 8 more signed up at the door. The fair starts at 9 AM. How many more sign-ups are needed to reach the goal?</w:t>
            </w:r>
          </w:p>
          <w:p w14:paraId="3EEA3D5F" w14:textId="77777777" w:rsidR="00BE3968" w:rsidRDefault="00CA6E70">
            <w:pPr>
              <w:pStyle w:val="CMRBodySmall"/>
              <w:spacing w:after="40"/>
            </w:pPr>
            <w:r>
              <w:rPr>
                <w:b/>
              </w:rPr>
              <w:t>STEP 1 — WHAT DO THEY WANT?</w:t>
            </w:r>
          </w:p>
          <w:p w14:paraId="3B414A24" w14:textId="77777777" w:rsidR="00BE3968" w:rsidRDefault="00CA6E70">
            <w:pPr>
              <w:pStyle w:val="CMRBodySmall"/>
              <w:spacing w:after="80"/>
            </w:pPr>
            <w:r>
              <w:t>I need to find: _________________________________________________________</w:t>
            </w:r>
          </w:p>
          <w:p w14:paraId="52C61EBE" w14:textId="77777777" w:rsidR="00BE3968" w:rsidRDefault="00CA6E70">
            <w:pPr>
              <w:pStyle w:val="CMRBodySmall"/>
              <w:spacing w:after="40"/>
            </w:pPr>
            <w:r>
              <w:rPr>
                <w:b/>
              </w:rPr>
              <w:t>STEP 2 — WHAT DO I KNOW?</w:t>
            </w:r>
          </w:p>
          <w:p w14:paraId="15964CCC" w14:textId="77777777" w:rsidR="00BE3968" w:rsidRDefault="00CA6E70">
            <w:pPr>
              <w:pStyle w:val="CMRBodySmall"/>
              <w:spacing w:after="40"/>
            </w:pPr>
            <w:r>
              <w:t>Useful facts: __________________________________________________________</w:t>
            </w:r>
          </w:p>
          <w:p w14:paraId="420CE58E" w14:textId="77777777" w:rsidR="00BE3968" w:rsidRDefault="00CA6E70">
            <w:pPr>
              <w:pStyle w:val="CMRBodySmall"/>
            </w:pPr>
            <w:r>
              <w:t>____________________________________________________________________</w:t>
            </w:r>
          </w:p>
          <w:p w14:paraId="03CF6250" w14:textId="77777777" w:rsidR="00BE3968" w:rsidRDefault="00CA6E70">
            <w:pPr>
              <w:pStyle w:val="CMRBodySmall"/>
              <w:spacing w:after="40"/>
            </w:pPr>
            <w:r>
              <w:rPr>
                <w:b/>
              </w:rPr>
              <w:t>STEP 3 — HOW DO I FIND IT?</w:t>
            </w:r>
          </w:p>
          <w:p w14:paraId="45FB55DA" w14:textId="77777777" w:rsidR="00BE3968" w:rsidRDefault="00CA6E70">
            <w:pPr>
              <w:pStyle w:val="CMRBodySmall"/>
              <w:spacing w:after="100"/>
            </w:pPr>
            <w:r>
              <w:t>My work: ____________________________________________________________</w:t>
            </w:r>
          </w:p>
          <w:p w14:paraId="56196E47" w14:textId="77777777" w:rsidR="00BE3968" w:rsidRDefault="00CA6E70">
            <w:pPr>
              <w:pStyle w:val="CMRBodySmall"/>
              <w:spacing w:after="100"/>
            </w:pPr>
            <w:r>
              <w:t>____________________________________________________________________</w:t>
            </w:r>
          </w:p>
          <w:p w14:paraId="28A86AB8" w14:textId="77777777" w:rsidR="00BE3968" w:rsidRDefault="00CA6E70">
            <w:pPr>
              <w:pStyle w:val="CMRBodySmall"/>
              <w:spacing w:after="100"/>
            </w:pPr>
            <w:r>
              <w:t>____________________________________________________________________</w:t>
            </w:r>
          </w:p>
          <w:p w14:paraId="6012CEE9" w14:textId="77777777" w:rsidR="00BE3968" w:rsidRDefault="00CA6E70">
            <w:pPr>
              <w:pStyle w:val="CMRBodySmall"/>
              <w:spacing w:after="100"/>
            </w:pPr>
            <w:r>
              <w:t>Answer with units: __________________________________________________</w:t>
            </w:r>
          </w:p>
          <w:p w14:paraId="4C98B814" w14:textId="77777777" w:rsidR="00BE3968" w:rsidRDefault="00CA6E70">
            <w:pPr>
              <w:pStyle w:val="CMRBodySmall"/>
              <w:spacing w:after="80"/>
            </w:pPr>
            <w:r>
              <w:t>Does the answer make sense? ___________________________________________</w:t>
            </w:r>
          </w:p>
        </w:tc>
      </w:tr>
    </w:tbl>
    <w:p w14:paraId="78DCC70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5F3C001" w14:textId="77777777">
        <w:tc>
          <w:tcPr>
            <w:tcW w:w="10036" w:type="dxa"/>
            <w:tcMar>
              <w:top w:w="70" w:type="dxa"/>
              <w:left w:w="140" w:type="dxa"/>
              <w:bottom w:w="85" w:type="dxa"/>
              <w:right w:w="140" w:type="dxa"/>
            </w:tcMar>
          </w:tcPr>
          <w:p w14:paraId="48CCE01D" w14:textId="77777777" w:rsidR="00BE3968" w:rsidRDefault="00BE3968"/>
          <w:p w14:paraId="76BEA0C2" w14:textId="77777777" w:rsidR="00BE3968" w:rsidRDefault="00CA6E70">
            <w:pPr>
              <w:pStyle w:val="CMRBodySmall"/>
            </w:pPr>
            <w:r>
              <w:rPr>
                <w:b/>
              </w:rPr>
              <w:t>PROBLEM S2-034</w:t>
            </w:r>
          </w:p>
          <w:p w14:paraId="0A2A25B8" w14:textId="77777777" w:rsidR="00BE3968" w:rsidRDefault="00CA6E70">
            <w:r>
              <w:t>Denise wants to collect 139 canned foods for a neighborhood food drive. Denise already has 93 cans. A coworker brings 6 more cans. The drive ends Saturday. How many additional cans are still needed to reach the goal?</w:t>
            </w:r>
          </w:p>
          <w:p w14:paraId="0DF5C569" w14:textId="77777777" w:rsidR="00BE3968" w:rsidRDefault="00CA6E70">
            <w:pPr>
              <w:pStyle w:val="CMRBodySmall"/>
              <w:spacing w:after="40"/>
            </w:pPr>
            <w:r>
              <w:rPr>
                <w:b/>
              </w:rPr>
              <w:t>STEP 1 — WHAT DO THEY WANT?</w:t>
            </w:r>
          </w:p>
          <w:p w14:paraId="28A2FE26" w14:textId="77777777" w:rsidR="00BE3968" w:rsidRDefault="00CA6E70">
            <w:pPr>
              <w:pStyle w:val="CMRBodySmall"/>
              <w:spacing w:after="80"/>
            </w:pPr>
            <w:r>
              <w:t>I need to find: _________________________________________________________</w:t>
            </w:r>
          </w:p>
          <w:p w14:paraId="0FFCC9B4" w14:textId="77777777" w:rsidR="00BE3968" w:rsidRDefault="00CA6E70">
            <w:pPr>
              <w:pStyle w:val="CMRBodySmall"/>
              <w:spacing w:after="40"/>
            </w:pPr>
            <w:r>
              <w:rPr>
                <w:b/>
              </w:rPr>
              <w:t>STEP 2 — WHAT DO I KNOW?</w:t>
            </w:r>
          </w:p>
          <w:p w14:paraId="6FD2C652" w14:textId="77777777" w:rsidR="00BE3968" w:rsidRDefault="00CA6E70">
            <w:pPr>
              <w:pStyle w:val="CMRBodySmall"/>
              <w:spacing w:after="40"/>
            </w:pPr>
            <w:r>
              <w:t>Useful facts: __________________________________________________________</w:t>
            </w:r>
          </w:p>
          <w:p w14:paraId="040F2005" w14:textId="77777777" w:rsidR="00BE3968" w:rsidRDefault="00CA6E70">
            <w:pPr>
              <w:pStyle w:val="CMRBodySmall"/>
            </w:pPr>
            <w:r>
              <w:t>____________________________________________________________________</w:t>
            </w:r>
          </w:p>
          <w:p w14:paraId="534C0667" w14:textId="77777777" w:rsidR="00BE3968" w:rsidRDefault="00CA6E70">
            <w:pPr>
              <w:pStyle w:val="CMRBodySmall"/>
              <w:spacing w:after="40"/>
            </w:pPr>
            <w:r>
              <w:rPr>
                <w:b/>
              </w:rPr>
              <w:t>STEP 3 — HOW DO I FIND IT?</w:t>
            </w:r>
          </w:p>
          <w:p w14:paraId="269E8C2A" w14:textId="77777777" w:rsidR="00BE3968" w:rsidRDefault="00CA6E70">
            <w:pPr>
              <w:pStyle w:val="CMRBodySmall"/>
              <w:spacing w:after="100"/>
            </w:pPr>
            <w:r>
              <w:t>My work: ____________________________________________________________</w:t>
            </w:r>
          </w:p>
          <w:p w14:paraId="2B73EC91" w14:textId="77777777" w:rsidR="00BE3968" w:rsidRDefault="00CA6E70">
            <w:pPr>
              <w:pStyle w:val="CMRBodySmall"/>
              <w:spacing w:after="100"/>
            </w:pPr>
            <w:r>
              <w:t>____________________________________________________________________</w:t>
            </w:r>
          </w:p>
          <w:p w14:paraId="19475131" w14:textId="77777777" w:rsidR="00BE3968" w:rsidRDefault="00CA6E70">
            <w:pPr>
              <w:pStyle w:val="CMRBodySmall"/>
              <w:spacing w:after="100"/>
            </w:pPr>
            <w:r>
              <w:t>____________________________________________________________________</w:t>
            </w:r>
          </w:p>
          <w:p w14:paraId="60028876" w14:textId="77777777" w:rsidR="00BE3968" w:rsidRDefault="00CA6E70">
            <w:pPr>
              <w:pStyle w:val="CMRBodySmall"/>
              <w:spacing w:after="100"/>
            </w:pPr>
            <w:r>
              <w:t>Answer with units: __________________________________________________</w:t>
            </w:r>
          </w:p>
          <w:p w14:paraId="5C39F187" w14:textId="77777777" w:rsidR="00BE3968" w:rsidRDefault="00CA6E70">
            <w:pPr>
              <w:pStyle w:val="CMRBodySmall"/>
              <w:spacing w:after="80"/>
            </w:pPr>
            <w:r>
              <w:t>Does the answer make sense? ___________________________________________</w:t>
            </w:r>
          </w:p>
        </w:tc>
      </w:tr>
    </w:tbl>
    <w:p w14:paraId="6319B8C8" w14:textId="77777777" w:rsidR="00BE3968" w:rsidRDefault="00CA6E70">
      <w:r>
        <w:br w:type="page"/>
      </w:r>
    </w:p>
    <w:p w14:paraId="6CD2C95D" w14:textId="77777777" w:rsidR="00BE3968" w:rsidRDefault="00CA6E70">
      <w:pPr>
        <w:pStyle w:val="CMRSmallLabel"/>
        <w:spacing w:after="60"/>
      </w:pPr>
      <w:r>
        <w:rPr>
          <w:b w:val="0"/>
        </w:rPr>
        <w:t>SECTION 2  |  TOPIC 04  |  PRACTICE PAGE 3/5</w:t>
      </w:r>
    </w:p>
    <w:p w14:paraId="6D83E686" w14:textId="77777777" w:rsidR="00BE3968" w:rsidRDefault="00CA6E70">
      <w:pPr>
        <w:pStyle w:val="CMRPageTitle"/>
        <w:spacing w:after="60"/>
      </w:pPr>
      <w:r>
        <w:rPr>
          <w:b w:val="0"/>
        </w:rPr>
        <w:t>Reaching a goal</w:t>
      </w:r>
    </w:p>
    <w:p w14:paraId="782F98B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11D5F1E" w14:textId="77777777">
        <w:tc>
          <w:tcPr>
            <w:tcW w:w="10036" w:type="dxa"/>
            <w:shd w:val="clear" w:color="auto" w:fill="F5F8F9"/>
            <w:tcMar>
              <w:top w:w="70" w:type="dxa"/>
              <w:left w:w="140" w:type="dxa"/>
              <w:bottom w:w="85" w:type="dxa"/>
              <w:right w:w="140" w:type="dxa"/>
            </w:tcMar>
          </w:tcPr>
          <w:p w14:paraId="55019B70" w14:textId="77777777" w:rsidR="00BE3968" w:rsidRDefault="00BE3968"/>
          <w:p w14:paraId="39B4E923" w14:textId="77777777" w:rsidR="00BE3968" w:rsidRDefault="00CA6E70">
            <w:pPr>
              <w:pStyle w:val="CMRBodySmall"/>
            </w:pPr>
            <w:r>
              <w:rPr>
                <w:b/>
              </w:rPr>
              <w:t>PROBLEM S2-035</w:t>
            </w:r>
          </w:p>
          <w:p w14:paraId="6C60A832" w14:textId="77777777" w:rsidR="00BE3968" w:rsidRDefault="00CA6E70">
            <w:r>
              <w:t>A school supply drive hopes to fill 151 backpacks. Volunteers have filled 66, and James fills 10 more this afternoon. The drive has been running for 2 weeks. How many backpacks still need to be filled?</w:t>
            </w:r>
          </w:p>
          <w:p w14:paraId="5321871D" w14:textId="77777777" w:rsidR="00BE3968" w:rsidRDefault="00CA6E70">
            <w:pPr>
              <w:pStyle w:val="CMRBodySmall"/>
              <w:spacing w:after="40"/>
            </w:pPr>
            <w:r>
              <w:rPr>
                <w:b/>
              </w:rPr>
              <w:t>STEP 1 — WHAT DO THEY WANT?</w:t>
            </w:r>
          </w:p>
          <w:p w14:paraId="4849549A" w14:textId="77777777" w:rsidR="00BE3968" w:rsidRDefault="00CA6E70">
            <w:pPr>
              <w:pStyle w:val="CMRBodySmall"/>
              <w:spacing w:after="80"/>
            </w:pPr>
            <w:r>
              <w:t>I need to find: _________________________________________________________</w:t>
            </w:r>
          </w:p>
          <w:p w14:paraId="403F7575" w14:textId="77777777" w:rsidR="00BE3968" w:rsidRDefault="00CA6E70">
            <w:pPr>
              <w:pStyle w:val="CMRBodySmall"/>
              <w:spacing w:after="40"/>
            </w:pPr>
            <w:r>
              <w:rPr>
                <w:b/>
              </w:rPr>
              <w:t>STEP 2 — WHAT DO I KNOW?</w:t>
            </w:r>
          </w:p>
          <w:p w14:paraId="5D89D75A" w14:textId="77777777" w:rsidR="00BE3968" w:rsidRDefault="00CA6E70">
            <w:pPr>
              <w:pStyle w:val="CMRBodySmall"/>
              <w:spacing w:after="40"/>
            </w:pPr>
            <w:r>
              <w:t>Useful facts: __________________________________________________________</w:t>
            </w:r>
          </w:p>
          <w:p w14:paraId="0C178D56" w14:textId="77777777" w:rsidR="00BE3968" w:rsidRDefault="00CA6E70">
            <w:pPr>
              <w:pStyle w:val="CMRBodySmall"/>
            </w:pPr>
            <w:r>
              <w:t>____________________________________________________________________</w:t>
            </w:r>
          </w:p>
          <w:p w14:paraId="7E95D675" w14:textId="77777777" w:rsidR="00BE3968" w:rsidRDefault="00CA6E70">
            <w:pPr>
              <w:pStyle w:val="CMRBodySmall"/>
              <w:spacing w:after="40"/>
            </w:pPr>
            <w:r>
              <w:rPr>
                <w:b/>
              </w:rPr>
              <w:t>STEP 3 — HOW DO I FIND IT?</w:t>
            </w:r>
          </w:p>
          <w:p w14:paraId="55514BE0" w14:textId="77777777" w:rsidR="00BE3968" w:rsidRDefault="00CA6E70">
            <w:pPr>
              <w:pStyle w:val="CMRBodySmall"/>
              <w:spacing w:after="100"/>
            </w:pPr>
            <w:r>
              <w:t>My work: ____________________________________________________________</w:t>
            </w:r>
          </w:p>
          <w:p w14:paraId="2AD8B681" w14:textId="77777777" w:rsidR="00BE3968" w:rsidRDefault="00CA6E70">
            <w:pPr>
              <w:pStyle w:val="CMRBodySmall"/>
              <w:spacing w:after="100"/>
            </w:pPr>
            <w:r>
              <w:t>____________________________________________________________________</w:t>
            </w:r>
          </w:p>
          <w:p w14:paraId="56DE3C71" w14:textId="77777777" w:rsidR="00BE3968" w:rsidRDefault="00CA6E70">
            <w:pPr>
              <w:pStyle w:val="CMRBodySmall"/>
              <w:spacing w:after="100"/>
            </w:pPr>
            <w:r>
              <w:t>____________________________________________________________________</w:t>
            </w:r>
          </w:p>
          <w:p w14:paraId="26C1A321" w14:textId="77777777" w:rsidR="00BE3968" w:rsidRDefault="00CA6E70">
            <w:pPr>
              <w:pStyle w:val="CMRBodySmall"/>
              <w:spacing w:after="100"/>
            </w:pPr>
            <w:r>
              <w:t>Answer with units: __________________________________________________</w:t>
            </w:r>
          </w:p>
          <w:p w14:paraId="6D9BE7ED" w14:textId="77777777" w:rsidR="00BE3968" w:rsidRDefault="00CA6E70">
            <w:pPr>
              <w:pStyle w:val="CMRBodySmall"/>
              <w:spacing w:after="80"/>
            </w:pPr>
            <w:r>
              <w:t>Does the answer make sense? ___________________________________________</w:t>
            </w:r>
          </w:p>
        </w:tc>
      </w:tr>
    </w:tbl>
    <w:p w14:paraId="2ED6CAA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52AFC30" w14:textId="77777777">
        <w:tc>
          <w:tcPr>
            <w:tcW w:w="10036" w:type="dxa"/>
            <w:tcMar>
              <w:top w:w="70" w:type="dxa"/>
              <w:left w:w="140" w:type="dxa"/>
              <w:bottom w:w="85" w:type="dxa"/>
              <w:right w:w="140" w:type="dxa"/>
            </w:tcMar>
          </w:tcPr>
          <w:p w14:paraId="012950D3" w14:textId="77777777" w:rsidR="00BE3968" w:rsidRDefault="00BE3968"/>
          <w:p w14:paraId="290E4E33" w14:textId="77777777" w:rsidR="00BE3968" w:rsidRDefault="00CA6E70">
            <w:pPr>
              <w:pStyle w:val="CMRBodySmall"/>
            </w:pPr>
            <w:r>
              <w:rPr>
                <w:b/>
              </w:rPr>
              <w:t>PROBLEM S2-036</w:t>
            </w:r>
          </w:p>
          <w:p w14:paraId="24DAC010" w14:textId="77777777" w:rsidR="00BE3968" w:rsidRDefault="00CA6E70">
            <w:r>
              <w:t>Felicia’s church wants 209 people to sign up for a health fair. So far 70 have signed up online, and 8 more signed up at the door. The fair starts at 9 AM. How many more sign-ups are needed to reach the goal?</w:t>
            </w:r>
          </w:p>
          <w:p w14:paraId="7706FA5E" w14:textId="77777777" w:rsidR="00BE3968" w:rsidRDefault="00CA6E70">
            <w:pPr>
              <w:pStyle w:val="CMRBodySmall"/>
              <w:spacing w:after="40"/>
            </w:pPr>
            <w:r>
              <w:rPr>
                <w:b/>
              </w:rPr>
              <w:t>STEP 1 — WHAT DO THEY WANT?</w:t>
            </w:r>
          </w:p>
          <w:p w14:paraId="61BFD475" w14:textId="77777777" w:rsidR="00BE3968" w:rsidRDefault="00CA6E70">
            <w:pPr>
              <w:pStyle w:val="CMRBodySmall"/>
              <w:spacing w:after="80"/>
            </w:pPr>
            <w:r>
              <w:t>I need to find: _________________________________________________________</w:t>
            </w:r>
          </w:p>
          <w:p w14:paraId="174668BE" w14:textId="77777777" w:rsidR="00BE3968" w:rsidRDefault="00CA6E70">
            <w:pPr>
              <w:pStyle w:val="CMRBodySmall"/>
              <w:spacing w:after="40"/>
            </w:pPr>
            <w:r>
              <w:rPr>
                <w:b/>
              </w:rPr>
              <w:t>STEP 2 — WHAT DO I KNOW?</w:t>
            </w:r>
          </w:p>
          <w:p w14:paraId="032D0B82" w14:textId="77777777" w:rsidR="00BE3968" w:rsidRDefault="00CA6E70">
            <w:pPr>
              <w:pStyle w:val="CMRBodySmall"/>
              <w:spacing w:after="40"/>
            </w:pPr>
            <w:r>
              <w:t>Useful facts: __________________________________________________________</w:t>
            </w:r>
          </w:p>
          <w:p w14:paraId="721F1C77" w14:textId="77777777" w:rsidR="00BE3968" w:rsidRDefault="00CA6E70">
            <w:pPr>
              <w:pStyle w:val="CMRBodySmall"/>
            </w:pPr>
            <w:r>
              <w:t>____________________________________________________________________</w:t>
            </w:r>
          </w:p>
          <w:p w14:paraId="2E9401D0" w14:textId="77777777" w:rsidR="00BE3968" w:rsidRDefault="00CA6E70">
            <w:pPr>
              <w:pStyle w:val="CMRBodySmall"/>
              <w:spacing w:after="40"/>
            </w:pPr>
            <w:r>
              <w:rPr>
                <w:b/>
              </w:rPr>
              <w:t>STEP 3 — HOW DO I FIND IT?</w:t>
            </w:r>
          </w:p>
          <w:p w14:paraId="7F16476C" w14:textId="77777777" w:rsidR="00BE3968" w:rsidRDefault="00CA6E70">
            <w:pPr>
              <w:pStyle w:val="CMRBodySmall"/>
              <w:spacing w:after="100"/>
            </w:pPr>
            <w:r>
              <w:t>My work: ____________________________________________________________</w:t>
            </w:r>
          </w:p>
          <w:p w14:paraId="14BF09A6" w14:textId="77777777" w:rsidR="00BE3968" w:rsidRDefault="00CA6E70">
            <w:pPr>
              <w:pStyle w:val="CMRBodySmall"/>
              <w:spacing w:after="100"/>
            </w:pPr>
            <w:r>
              <w:t>____________________________________________________________________</w:t>
            </w:r>
          </w:p>
          <w:p w14:paraId="7FE1F241" w14:textId="77777777" w:rsidR="00BE3968" w:rsidRDefault="00CA6E70">
            <w:pPr>
              <w:pStyle w:val="CMRBodySmall"/>
              <w:spacing w:after="100"/>
            </w:pPr>
            <w:r>
              <w:t>____________________________________________________________________</w:t>
            </w:r>
          </w:p>
          <w:p w14:paraId="1A17965C" w14:textId="77777777" w:rsidR="00BE3968" w:rsidRDefault="00CA6E70">
            <w:pPr>
              <w:pStyle w:val="CMRBodySmall"/>
              <w:spacing w:after="100"/>
            </w:pPr>
            <w:r>
              <w:t>Answer with units: __________________________________________________</w:t>
            </w:r>
          </w:p>
          <w:p w14:paraId="15F00CE2" w14:textId="77777777" w:rsidR="00BE3968" w:rsidRDefault="00CA6E70">
            <w:pPr>
              <w:pStyle w:val="CMRBodySmall"/>
              <w:spacing w:after="80"/>
            </w:pPr>
            <w:r>
              <w:t>Does the answer make sense? ___________________________________________</w:t>
            </w:r>
          </w:p>
        </w:tc>
      </w:tr>
    </w:tbl>
    <w:p w14:paraId="4D199F38" w14:textId="77777777" w:rsidR="00BE3968" w:rsidRDefault="00CA6E70">
      <w:r>
        <w:br w:type="page"/>
      </w:r>
    </w:p>
    <w:p w14:paraId="6AFE02C1" w14:textId="77777777" w:rsidR="00BE3968" w:rsidRDefault="00CA6E70">
      <w:pPr>
        <w:pStyle w:val="CMRSmallLabel"/>
        <w:spacing w:after="60"/>
      </w:pPr>
      <w:r>
        <w:rPr>
          <w:b w:val="0"/>
        </w:rPr>
        <w:t>SECTION 2  |  TOPIC 04  |  PRACTICE PAGE 4/5</w:t>
      </w:r>
    </w:p>
    <w:p w14:paraId="2DBC9708" w14:textId="77777777" w:rsidR="00BE3968" w:rsidRDefault="00CA6E70">
      <w:pPr>
        <w:pStyle w:val="CMRPageTitle"/>
        <w:spacing w:after="60"/>
      </w:pPr>
      <w:r>
        <w:rPr>
          <w:b w:val="0"/>
        </w:rPr>
        <w:t>Reaching a goal</w:t>
      </w:r>
    </w:p>
    <w:p w14:paraId="36FADD8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D315E78" w14:textId="77777777">
        <w:tc>
          <w:tcPr>
            <w:tcW w:w="10036" w:type="dxa"/>
            <w:shd w:val="clear" w:color="auto" w:fill="F5F8F9"/>
            <w:tcMar>
              <w:top w:w="70" w:type="dxa"/>
              <w:left w:w="140" w:type="dxa"/>
              <w:bottom w:w="85" w:type="dxa"/>
              <w:right w:w="140" w:type="dxa"/>
            </w:tcMar>
          </w:tcPr>
          <w:p w14:paraId="51126DA5" w14:textId="77777777" w:rsidR="00BE3968" w:rsidRDefault="00BE3968"/>
          <w:p w14:paraId="4B0543B5" w14:textId="77777777" w:rsidR="00BE3968" w:rsidRDefault="00CA6E70">
            <w:pPr>
              <w:pStyle w:val="CMRBodySmall"/>
            </w:pPr>
            <w:r>
              <w:rPr>
                <w:b/>
              </w:rPr>
              <w:t>PROBLEM S2-037</w:t>
            </w:r>
          </w:p>
          <w:p w14:paraId="24035EC2" w14:textId="77777777" w:rsidR="00BE3968" w:rsidRDefault="00CA6E70">
            <w:r>
              <w:t>Monica wants to collect 196 canned foods for a neighborhood food drive. Monica already has 33 cans. A coworker brings 10 more cans. The drive ends Saturday. How many additional cans are still needed to reach the goal?</w:t>
            </w:r>
          </w:p>
          <w:p w14:paraId="3056F073" w14:textId="77777777" w:rsidR="00BE3968" w:rsidRDefault="00CA6E70">
            <w:pPr>
              <w:pStyle w:val="CMRBodySmall"/>
              <w:spacing w:after="40"/>
            </w:pPr>
            <w:r>
              <w:rPr>
                <w:b/>
              </w:rPr>
              <w:t>STEP 1 — WHAT DO THEY WANT?</w:t>
            </w:r>
          </w:p>
          <w:p w14:paraId="1253398E" w14:textId="77777777" w:rsidR="00BE3968" w:rsidRDefault="00CA6E70">
            <w:pPr>
              <w:pStyle w:val="CMRBodySmall"/>
              <w:spacing w:after="80"/>
            </w:pPr>
            <w:r>
              <w:t>I need to find: _________________________________________________________</w:t>
            </w:r>
          </w:p>
          <w:p w14:paraId="1DD3C4E5" w14:textId="77777777" w:rsidR="00BE3968" w:rsidRDefault="00CA6E70">
            <w:pPr>
              <w:pStyle w:val="CMRBodySmall"/>
              <w:spacing w:after="40"/>
            </w:pPr>
            <w:r>
              <w:rPr>
                <w:b/>
              </w:rPr>
              <w:t>STEP 2 — WHAT DO I KNOW?</w:t>
            </w:r>
          </w:p>
          <w:p w14:paraId="60354388" w14:textId="77777777" w:rsidR="00BE3968" w:rsidRDefault="00CA6E70">
            <w:pPr>
              <w:pStyle w:val="CMRBodySmall"/>
              <w:spacing w:after="40"/>
            </w:pPr>
            <w:r>
              <w:t>Useful facts: __________________________________________________________</w:t>
            </w:r>
          </w:p>
          <w:p w14:paraId="766C970A" w14:textId="77777777" w:rsidR="00BE3968" w:rsidRDefault="00CA6E70">
            <w:pPr>
              <w:pStyle w:val="CMRBodySmall"/>
            </w:pPr>
            <w:r>
              <w:t>____________________________________________________________________</w:t>
            </w:r>
          </w:p>
          <w:p w14:paraId="3EEB4448" w14:textId="77777777" w:rsidR="00BE3968" w:rsidRDefault="00CA6E70">
            <w:pPr>
              <w:pStyle w:val="CMRBodySmall"/>
              <w:spacing w:after="40"/>
            </w:pPr>
            <w:r>
              <w:rPr>
                <w:b/>
              </w:rPr>
              <w:t>STEP 3 — HOW DO I FIND IT?</w:t>
            </w:r>
          </w:p>
          <w:p w14:paraId="62A75C7D" w14:textId="77777777" w:rsidR="00BE3968" w:rsidRDefault="00CA6E70">
            <w:pPr>
              <w:pStyle w:val="CMRBodySmall"/>
              <w:spacing w:after="100"/>
            </w:pPr>
            <w:r>
              <w:t>My work: ____________________________________________________________</w:t>
            </w:r>
          </w:p>
          <w:p w14:paraId="49941B8C" w14:textId="77777777" w:rsidR="00BE3968" w:rsidRDefault="00CA6E70">
            <w:pPr>
              <w:pStyle w:val="CMRBodySmall"/>
              <w:spacing w:after="100"/>
            </w:pPr>
            <w:r>
              <w:t>____________________________________________________________________</w:t>
            </w:r>
          </w:p>
          <w:p w14:paraId="51F1B887" w14:textId="77777777" w:rsidR="00BE3968" w:rsidRDefault="00CA6E70">
            <w:pPr>
              <w:pStyle w:val="CMRBodySmall"/>
              <w:spacing w:after="100"/>
            </w:pPr>
            <w:r>
              <w:t>____________________________________________________________________</w:t>
            </w:r>
          </w:p>
          <w:p w14:paraId="4140F7BF" w14:textId="77777777" w:rsidR="00BE3968" w:rsidRDefault="00CA6E70">
            <w:pPr>
              <w:pStyle w:val="CMRBodySmall"/>
              <w:spacing w:after="100"/>
            </w:pPr>
            <w:r>
              <w:t>Answer with units: __________________________________________________</w:t>
            </w:r>
          </w:p>
          <w:p w14:paraId="746D3905" w14:textId="77777777" w:rsidR="00BE3968" w:rsidRDefault="00CA6E70">
            <w:pPr>
              <w:pStyle w:val="CMRBodySmall"/>
              <w:spacing w:after="80"/>
            </w:pPr>
            <w:r>
              <w:t>Does the answer make sense? ___________________________________________</w:t>
            </w:r>
          </w:p>
        </w:tc>
      </w:tr>
    </w:tbl>
    <w:p w14:paraId="0A01D99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1607BED" w14:textId="77777777">
        <w:tc>
          <w:tcPr>
            <w:tcW w:w="10036" w:type="dxa"/>
            <w:tcMar>
              <w:top w:w="70" w:type="dxa"/>
              <w:left w:w="140" w:type="dxa"/>
              <w:bottom w:w="85" w:type="dxa"/>
              <w:right w:w="140" w:type="dxa"/>
            </w:tcMar>
          </w:tcPr>
          <w:p w14:paraId="04045D75" w14:textId="77777777" w:rsidR="00BE3968" w:rsidRDefault="00BE3968"/>
          <w:p w14:paraId="3681F373" w14:textId="77777777" w:rsidR="00BE3968" w:rsidRDefault="00CA6E70">
            <w:pPr>
              <w:pStyle w:val="CMRBodySmall"/>
            </w:pPr>
            <w:r>
              <w:rPr>
                <w:b/>
              </w:rPr>
              <w:t>PROBLEM S2-038</w:t>
            </w:r>
          </w:p>
          <w:p w14:paraId="3265411E" w14:textId="77777777" w:rsidR="00BE3968" w:rsidRDefault="00CA6E70">
            <w:r>
              <w:t>A school supply drive hopes to fill 175 backpacks. Volunteers have filled 115, and Rosa fills 9 more this afternoon. The drive has been running for 2 weeks. How many backpacks still need to be filled?</w:t>
            </w:r>
          </w:p>
          <w:p w14:paraId="717FFA88" w14:textId="77777777" w:rsidR="00BE3968" w:rsidRDefault="00CA6E70">
            <w:pPr>
              <w:pStyle w:val="CMRBodySmall"/>
              <w:spacing w:after="40"/>
            </w:pPr>
            <w:r>
              <w:rPr>
                <w:b/>
              </w:rPr>
              <w:t>STEP 1 — WHAT DO THEY WANT?</w:t>
            </w:r>
          </w:p>
          <w:p w14:paraId="55BB1D0E" w14:textId="77777777" w:rsidR="00BE3968" w:rsidRDefault="00CA6E70">
            <w:pPr>
              <w:pStyle w:val="CMRBodySmall"/>
              <w:spacing w:after="80"/>
            </w:pPr>
            <w:r>
              <w:t>I need to find: _________________________________________________________</w:t>
            </w:r>
          </w:p>
          <w:p w14:paraId="0656806D" w14:textId="77777777" w:rsidR="00BE3968" w:rsidRDefault="00CA6E70">
            <w:pPr>
              <w:pStyle w:val="CMRBodySmall"/>
              <w:spacing w:after="40"/>
            </w:pPr>
            <w:r>
              <w:rPr>
                <w:b/>
              </w:rPr>
              <w:t>STEP 2 — WHAT DO I KNOW?</w:t>
            </w:r>
          </w:p>
          <w:p w14:paraId="3F897D03" w14:textId="77777777" w:rsidR="00BE3968" w:rsidRDefault="00CA6E70">
            <w:pPr>
              <w:pStyle w:val="CMRBodySmall"/>
              <w:spacing w:after="40"/>
            </w:pPr>
            <w:r>
              <w:t>Useful facts: __________________________________________________________</w:t>
            </w:r>
          </w:p>
          <w:p w14:paraId="188DA466" w14:textId="77777777" w:rsidR="00BE3968" w:rsidRDefault="00CA6E70">
            <w:pPr>
              <w:pStyle w:val="CMRBodySmall"/>
            </w:pPr>
            <w:r>
              <w:t>____________________________________________________________________</w:t>
            </w:r>
          </w:p>
          <w:p w14:paraId="0CE89B66" w14:textId="77777777" w:rsidR="00BE3968" w:rsidRDefault="00CA6E70">
            <w:pPr>
              <w:pStyle w:val="CMRBodySmall"/>
              <w:spacing w:after="40"/>
            </w:pPr>
            <w:r>
              <w:rPr>
                <w:b/>
              </w:rPr>
              <w:t>STEP 3 — HOW DO I FIND IT?</w:t>
            </w:r>
          </w:p>
          <w:p w14:paraId="529E5053" w14:textId="77777777" w:rsidR="00BE3968" w:rsidRDefault="00CA6E70">
            <w:pPr>
              <w:pStyle w:val="CMRBodySmall"/>
              <w:spacing w:after="100"/>
            </w:pPr>
            <w:r>
              <w:t>My work: ____________________________________________________________</w:t>
            </w:r>
          </w:p>
          <w:p w14:paraId="1E7C69CE" w14:textId="77777777" w:rsidR="00BE3968" w:rsidRDefault="00CA6E70">
            <w:pPr>
              <w:pStyle w:val="CMRBodySmall"/>
              <w:spacing w:after="100"/>
            </w:pPr>
            <w:r>
              <w:t>____________________________________________________________________</w:t>
            </w:r>
          </w:p>
          <w:p w14:paraId="25F3BBA9" w14:textId="77777777" w:rsidR="00BE3968" w:rsidRDefault="00CA6E70">
            <w:pPr>
              <w:pStyle w:val="CMRBodySmall"/>
              <w:spacing w:after="100"/>
            </w:pPr>
            <w:r>
              <w:t>____________________________________________________________________</w:t>
            </w:r>
          </w:p>
          <w:p w14:paraId="1273023D" w14:textId="77777777" w:rsidR="00BE3968" w:rsidRDefault="00CA6E70">
            <w:pPr>
              <w:pStyle w:val="CMRBodySmall"/>
              <w:spacing w:after="100"/>
            </w:pPr>
            <w:r>
              <w:t>Answer with units: __________________________________________________</w:t>
            </w:r>
          </w:p>
          <w:p w14:paraId="61298858" w14:textId="77777777" w:rsidR="00BE3968" w:rsidRDefault="00CA6E70">
            <w:pPr>
              <w:pStyle w:val="CMRBodySmall"/>
              <w:spacing w:after="80"/>
            </w:pPr>
            <w:r>
              <w:t>Does the answer make sense? ___________________________________________</w:t>
            </w:r>
          </w:p>
        </w:tc>
      </w:tr>
    </w:tbl>
    <w:p w14:paraId="3D7EF26A" w14:textId="77777777" w:rsidR="00BE3968" w:rsidRDefault="00CA6E70">
      <w:r>
        <w:br w:type="page"/>
      </w:r>
    </w:p>
    <w:p w14:paraId="4A2692A4" w14:textId="77777777" w:rsidR="00BE3968" w:rsidRDefault="00CA6E70">
      <w:pPr>
        <w:pStyle w:val="CMRSmallLabel"/>
        <w:spacing w:after="60"/>
      </w:pPr>
      <w:r>
        <w:rPr>
          <w:b w:val="0"/>
        </w:rPr>
        <w:t>SECTION 2  |  TOPIC 04  |  PRACTICE PAGE 5/5</w:t>
      </w:r>
    </w:p>
    <w:p w14:paraId="44D47804" w14:textId="77777777" w:rsidR="00BE3968" w:rsidRDefault="00CA6E70">
      <w:pPr>
        <w:pStyle w:val="CMRPageTitle"/>
        <w:spacing w:after="60"/>
      </w:pPr>
      <w:r>
        <w:rPr>
          <w:b w:val="0"/>
        </w:rPr>
        <w:t>Reaching a goal</w:t>
      </w:r>
    </w:p>
    <w:p w14:paraId="260D148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34A083E" w14:textId="77777777">
        <w:tc>
          <w:tcPr>
            <w:tcW w:w="10036" w:type="dxa"/>
            <w:shd w:val="clear" w:color="auto" w:fill="F5F8F9"/>
            <w:tcMar>
              <w:top w:w="70" w:type="dxa"/>
              <w:left w:w="140" w:type="dxa"/>
              <w:bottom w:w="85" w:type="dxa"/>
              <w:right w:w="140" w:type="dxa"/>
            </w:tcMar>
          </w:tcPr>
          <w:p w14:paraId="5ED89E02" w14:textId="77777777" w:rsidR="00BE3968" w:rsidRDefault="00BE3968"/>
          <w:p w14:paraId="3732AA50" w14:textId="77777777" w:rsidR="00BE3968" w:rsidRDefault="00CA6E70">
            <w:pPr>
              <w:pStyle w:val="CMRBodySmall"/>
            </w:pPr>
            <w:r>
              <w:rPr>
                <w:b/>
              </w:rPr>
              <w:t>PROBLEM S2-039</w:t>
            </w:r>
          </w:p>
          <w:p w14:paraId="2DBC9502" w14:textId="77777777" w:rsidR="00BE3968" w:rsidRDefault="00CA6E70">
            <w:r>
              <w:t>Jasmine’s church wants 223 people to sign up for a health fair. So far 97 have signed up online, and 10 more signed up at the door. The fair starts at 9 AM. How many more sign-ups are needed to reach the goal?</w:t>
            </w:r>
          </w:p>
          <w:p w14:paraId="36AD2E51" w14:textId="77777777" w:rsidR="00BE3968" w:rsidRDefault="00CA6E70">
            <w:pPr>
              <w:pStyle w:val="CMRBodySmall"/>
              <w:spacing w:after="40"/>
            </w:pPr>
            <w:r>
              <w:rPr>
                <w:b/>
              </w:rPr>
              <w:t>STEP 1 — WHAT DO THEY WANT?</w:t>
            </w:r>
          </w:p>
          <w:p w14:paraId="2CD6A2EF" w14:textId="77777777" w:rsidR="00BE3968" w:rsidRDefault="00CA6E70">
            <w:pPr>
              <w:pStyle w:val="CMRBodySmall"/>
              <w:spacing w:after="80"/>
            </w:pPr>
            <w:r>
              <w:t>I need to find: _________________________________________________________</w:t>
            </w:r>
          </w:p>
          <w:p w14:paraId="41356591" w14:textId="77777777" w:rsidR="00BE3968" w:rsidRDefault="00CA6E70">
            <w:pPr>
              <w:pStyle w:val="CMRBodySmall"/>
              <w:spacing w:after="40"/>
            </w:pPr>
            <w:r>
              <w:rPr>
                <w:b/>
              </w:rPr>
              <w:t>STEP 2 — WHAT DO I KNOW?</w:t>
            </w:r>
          </w:p>
          <w:p w14:paraId="3886551A" w14:textId="77777777" w:rsidR="00BE3968" w:rsidRDefault="00CA6E70">
            <w:pPr>
              <w:pStyle w:val="CMRBodySmall"/>
              <w:spacing w:after="40"/>
            </w:pPr>
            <w:r>
              <w:t>Useful facts: __________________________________________________________</w:t>
            </w:r>
          </w:p>
          <w:p w14:paraId="147B8FBA" w14:textId="77777777" w:rsidR="00BE3968" w:rsidRDefault="00CA6E70">
            <w:pPr>
              <w:pStyle w:val="CMRBodySmall"/>
            </w:pPr>
            <w:r>
              <w:t>____________________________________________________________________</w:t>
            </w:r>
          </w:p>
          <w:p w14:paraId="63459EC5" w14:textId="77777777" w:rsidR="00BE3968" w:rsidRDefault="00CA6E70">
            <w:pPr>
              <w:pStyle w:val="CMRBodySmall"/>
              <w:spacing w:after="40"/>
            </w:pPr>
            <w:r>
              <w:rPr>
                <w:b/>
              </w:rPr>
              <w:t>STEP 3 — HOW DO I FIND IT?</w:t>
            </w:r>
          </w:p>
          <w:p w14:paraId="00E8E15C" w14:textId="77777777" w:rsidR="00BE3968" w:rsidRDefault="00CA6E70">
            <w:pPr>
              <w:pStyle w:val="CMRBodySmall"/>
              <w:spacing w:after="100"/>
            </w:pPr>
            <w:r>
              <w:t>My work: ____________________________________________________________</w:t>
            </w:r>
          </w:p>
          <w:p w14:paraId="011A2838" w14:textId="77777777" w:rsidR="00BE3968" w:rsidRDefault="00CA6E70">
            <w:pPr>
              <w:pStyle w:val="CMRBodySmall"/>
              <w:spacing w:after="100"/>
            </w:pPr>
            <w:r>
              <w:t>____________________________________________________________________</w:t>
            </w:r>
          </w:p>
          <w:p w14:paraId="63859CBF" w14:textId="77777777" w:rsidR="00BE3968" w:rsidRDefault="00CA6E70">
            <w:pPr>
              <w:pStyle w:val="CMRBodySmall"/>
              <w:spacing w:after="100"/>
            </w:pPr>
            <w:r>
              <w:t>____________________________________________________________________</w:t>
            </w:r>
          </w:p>
          <w:p w14:paraId="17DB3DC4" w14:textId="77777777" w:rsidR="00BE3968" w:rsidRDefault="00CA6E70">
            <w:pPr>
              <w:pStyle w:val="CMRBodySmall"/>
              <w:spacing w:after="100"/>
            </w:pPr>
            <w:r>
              <w:t>Answer with units: __________________________________________________</w:t>
            </w:r>
          </w:p>
          <w:p w14:paraId="50DD426C" w14:textId="77777777" w:rsidR="00BE3968" w:rsidRDefault="00CA6E70">
            <w:pPr>
              <w:pStyle w:val="CMRBodySmall"/>
              <w:spacing w:after="80"/>
            </w:pPr>
            <w:r>
              <w:t>Does the answer make sense? ___________________________________________</w:t>
            </w:r>
          </w:p>
        </w:tc>
      </w:tr>
    </w:tbl>
    <w:p w14:paraId="5A2B18A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178BDD1" w14:textId="77777777">
        <w:tc>
          <w:tcPr>
            <w:tcW w:w="10036" w:type="dxa"/>
            <w:tcMar>
              <w:top w:w="70" w:type="dxa"/>
              <w:left w:w="140" w:type="dxa"/>
              <w:bottom w:w="85" w:type="dxa"/>
              <w:right w:w="140" w:type="dxa"/>
            </w:tcMar>
          </w:tcPr>
          <w:p w14:paraId="425D883F" w14:textId="77777777" w:rsidR="00BE3968" w:rsidRDefault="00BE3968"/>
          <w:p w14:paraId="1940C0F7" w14:textId="77777777" w:rsidR="00BE3968" w:rsidRDefault="00CA6E70">
            <w:pPr>
              <w:pStyle w:val="CMRBodySmall"/>
            </w:pPr>
            <w:r>
              <w:rPr>
                <w:b/>
              </w:rPr>
              <w:t>PROBLEM S2-040</w:t>
            </w:r>
          </w:p>
          <w:p w14:paraId="643782AB" w14:textId="77777777" w:rsidR="00BE3968" w:rsidRDefault="00CA6E70">
            <w:r>
              <w:t>Anthony wants to collect 189 canned foods for a neighborhood food drive. Anthony already has 125 cans. A coworker brings 10 more cans. The drive ends Saturday. How many additional cans are still needed to reach the goal?</w:t>
            </w:r>
          </w:p>
          <w:p w14:paraId="409CCA24" w14:textId="77777777" w:rsidR="00BE3968" w:rsidRDefault="00CA6E70">
            <w:pPr>
              <w:pStyle w:val="CMRBodySmall"/>
              <w:spacing w:after="40"/>
            </w:pPr>
            <w:r>
              <w:rPr>
                <w:b/>
              </w:rPr>
              <w:t>STEP 1 — WHAT DO THEY WANT?</w:t>
            </w:r>
          </w:p>
          <w:p w14:paraId="5A038FC2" w14:textId="77777777" w:rsidR="00BE3968" w:rsidRDefault="00CA6E70">
            <w:pPr>
              <w:pStyle w:val="CMRBodySmall"/>
              <w:spacing w:after="80"/>
            </w:pPr>
            <w:r>
              <w:t>I need to find: _________________________________________________________</w:t>
            </w:r>
          </w:p>
          <w:p w14:paraId="55AEE6A8" w14:textId="77777777" w:rsidR="00BE3968" w:rsidRDefault="00CA6E70">
            <w:pPr>
              <w:pStyle w:val="CMRBodySmall"/>
              <w:spacing w:after="40"/>
            </w:pPr>
            <w:r>
              <w:rPr>
                <w:b/>
              </w:rPr>
              <w:t>STEP 2 — WHAT DO I KNOW?</w:t>
            </w:r>
          </w:p>
          <w:p w14:paraId="31D3AB6D" w14:textId="77777777" w:rsidR="00BE3968" w:rsidRDefault="00CA6E70">
            <w:pPr>
              <w:pStyle w:val="CMRBodySmall"/>
              <w:spacing w:after="40"/>
            </w:pPr>
            <w:r>
              <w:t>Useful facts: __________________________________________________________</w:t>
            </w:r>
          </w:p>
          <w:p w14:paraId="206439C2" w14:textId="77777777" w:rsidR="00BE3968" w:rsidRDefault="00CA6E70">
            <w:pPr>
              <w:pStyle w:val="CMRBodySmall"/>
            </w:pPr>
            <w:r>
              <w:t>____________________________________________________________________</w:t>
            </w:r>
          </w:p>
          <w:p w14:paraId="4008940E" w14:textId="77777777" w:rsidR="00BE3968" w:rsidRDefault="00CA6E70">
            <w:pPr>
              <w:pStyle w:val="CMRBodySmall"/>
              <w:spacing w:after="40"/>
            </w:pPr>
            <w:r>
              <w:rPr>
                <w:b/>
              </w:rPr>
              <w:t>STEP 3 — HOW DO I FIND IT?</w:t>
            </w:r>
          </w:p>
          <w:p w14:paraId="2424A8FE" w14:textId="77777777" w:rsidR="00BE3968" w:rsidRDefault="00CA6E70">
            <w:pPr>
              <w:pStyle w:val="CMRBodySmall"/>
              <w:spacing w:after="100"/>
            </w:pPr>
            <w:r>
              <w:t>My work: ____________________________________________________________</w:t>
            </w:r>
          </w:p>
          <w:p w14:paraId="2D73CBD3" w14:textId="77777777" w:rsidR="00BE3968" w:rsidRDefault="00CA6E70">
            <w:pPr>
              <w:pStyle w:val="CMRBodySmall"/>
              <w:spacing w:after="100"/>
            </w:pPr>
            <w:r>
              <w:t>____________________________________________________________________</w:t>
            </w:r>
          </w:p>
          <w:p w14:paraId="4E5F364B" w14:textId="77777777" w:rsidR="00BE3968" w:rsidRDefault="00CA6E70">
            <w:pPr>
              <w:pStyle w:val="CMRBodySmall"/>
              <w:spacing w:after="100"/>
            </w:pPr>
            <w:r>
              <w:t>____________________________________________________________________</w:t>
            </w:r>
          </w:p>
          <w:p w14:paraId="35B2B084" w14:textId="77777777" w:rsidR="00BE3968" w:rsidRDefault="00CA6E70">
            <w:pPr>
              <w:pStyle w:val="CMRBodySmall"/>
              <w:spacing w:after="100"/>
            </w:pPr>
            <w:r>
              <w:t>Answer with units: __________________________________________________</w:t>
            </w:r>
          </w:p>
          <w:p w14:paraId="232A868E" w14:textId="77777777" w:rsidR="00BE3968" w:rsidRDefault="00CA6E70">
            <w:pPr>
              <w:pStyle w:val="CMRBodySmall"/>
              <w:spacing w:after="80"/>
            </w:pPr>
            <w:r>
              <w:t>Does the answer make sense? ___________________________________________</w:t>
            </w:r>
          </w:p>
        </w:tc>
      </w:tr>
    </w:tbl>
    <w:p w14:paraId="0016D8AA" w14:textId="77777777" w:rsidR="00BE3968" w:rsidRDefault="00CA6E70">
      <w:r>
        <w:br w:type="page"/>
      </w:r>
    </w:p>
    <w:p w14:paraId="0782AE27" w14:textId="77777777" w:rsidR="00BE3968" w:rsidRDefault="00CA6E70">
      <w:pPr>
        <w:pStyle w:val="CMRSmallLabel"/>
        <w:spacing w:after="60"/>
      </w:pPr>
      <w:r>
        <w:rPr>
          <w:b w:val="0"/>
        </w:rPr>
        <w:t>SECTION 2  |  TOPIC 05  |  PRACTICE PAGE 1/5</w:t>
      </w:r>
    </w:p>
    <w:p w14:paraId="3B5FD115" w14:textId="77777777" w:rsidR="00BE3968" w:rsidRDefault="00CA6E70">
      <w:pPr>
        <w:pStyle w:val="CMRPageTitle"/>
        <w:spacing w:after="60"/>
      </w:pPr>
      <w:r>
        <w:rPr>
          <w:b w:val="0"/>
        </w:rPr>
        <w:t>Making change</w:t>
      </w:r>
    </w:p>
    <w:p w14:paraId="65E4DBA0" w14:textId="77777777" w:rsidR="00BE3968" w:rsidRDefault="00CA6E70">
      <w:pPr>
        <w:pStyle w:val="CMRBodySmall"/>
        <w:spacing w:after="100"/>
      </w:pPr>
      <w:r>
        <w:t>Use the same three steps: Find what a customer should receive after paying.</w:t>
      </w:r>
    </w:p>
    <w:tbl>
      <w:tblPr>
        <w:tblW w:w="0" w:type="auto"/>
        <w:tblLayout w:type="fixed"/>
        <w:tblLook w:val="04A0" w:firstRow="1" w:lastRow="0" w:firstColumn="1" w:lastColumn="0" w:noHBand="0" w:noVBand="1"/>
      </w:tblPr>
      <w:tblGrid>
        <w:gridCol w:w="10036"/>
      </w:tblGrid>
      <w:tr w:rsidR="00BE3968" w14:paraId="26C95531" w14:textId="77777777">
        <w:tc>
          <w:tcPr>
            <w:tcW w:w="10036" w:type="dxa"/>
            <w:shd w:val="clear" w:color="auto" w:fill="F5F8F9"/>
            <w:tcMar>
              <w:top w:w="70" w:type="dxa"/>
              <w:left w:w="140" w:type="dxa"/>
              <w:bottom w:w="85" w:type="dxa"/>
              <w:right w:w="140" w:type="dxa"/>
            </w:tcMar>
          </w:tcPr>
          <w:p w14:paraId="17CA7E51" w14:textId="77777777" w:rsidR="00BE3968" w:rsidRDefault="00BE3968"/>
          <w:p w14:paraId="4E5CA033" w14:textId="77777777" w:rsidR="00BE3968" w:rsidRDefault="00CA6E70">
            <w:pPr>
              <w:pStyle w:val="CMRBodySmall"/>
            </w:pPr>
            <w:r>
              <w:rPr>
                <w:b/>
              </w:rPr>
              <w:t>PROBLEM S2-041</w:t>
            </w:r>
          </w:p>
          <w:p w14:paraId="527A95E6" w14:textId="77777777" w:rsidR="00BE3968" w:rsidRDefault="00CA6E70">
            <w:r>
              <w:t>At a hardware store, Angela buys a flashlight for $56.50 and batteries for $1.25. Angela hands the cashier a $100.00 bill. What change should Angela get back?</w:t>
            </w:r>
          </w:p>
          <w:p w14:paraId="43D57C6F" w14:textId="77777777" w:rsidR="00BE3968" w:rsidRDefault="00CA6E70">
            <w:pPr>
              <w:pStyle w:val="CMRBodySmall"/>
              <w:spacing w:after="40"/>
            </w:pPr>
            <w:r>
              <w:rPr>
                <w:b/>
              </w:rPr>
              <w:t>STEP 1 — WHAT DO THEY WANT?</w:t>
            </w:r>
          </w:p>
          <w:p w14:paraId="70138D08" w14:textId="77777777" w:rsidR="00BE3968" w:rsidRDefault="00CA6E70">
            <w:pPr>
              <w:pStyle w:val="CMRBodySmall"/>
              <w:spacing w:after="80"/>
            </w:pPr>
            <w:r>
              <w:t>I need to find: _________________________________________________________</w:t>
            </w:r>
          </w:p>
          <w:p w14:paraId="39165C86" w14:textId="77777777" w:rsidR="00BE3968" w:rsidRDefault="00CA6E70">
            <w:pPr>
              <w:pStyle w:val="CMRBodySmall"/>
              <w:spacing w:after="40"/>
            </w:pPr>
            <w:r>
              <w:rPr>
                <w:b/>
              </w:rPr>
              <w:t>STEP 2 — WHAT DO I KNOW?</w:t>
            </w:r>
          </w:p>
          <w:p w14:paraId="29E85AD2" w14:textId="77777777" w:rsidR="00BE3968" w:rsidRDefault="00CA6E70">
            <w:pPr>
              <w:pStyle w:val="CMRBodySmall"/>
              <w:spacing w:after="40"/>
            </w:pPr>
            <w:r>
              <w:t>Useful facts: __________________________________________________________</w:t>
            </w:r>
          </w:p>
          <w:p w14:paraId="51F0F178" w14:textId="77777777" w:rsidR="00BE3968" w:rsidRDefault="00CA6E70">
            <w:pPr>
              <w:pStyle w:val="CMRBodySmall"/>
            </w:pPr>
            <w:r>
              <w:t>____________________________________________________________________</w:t>
            </w:r>
          </w:p>
          <w:p w14:paraId="236C77DD" w14:textId="77777777" w:rsidR="00BE3968" w:rsidRDefault="00CA6E70">
            <w:pPr>
              <w:pStyle w:val="CMRBodySmall"/>
              <w:spacing w:after="40"/>
            </w:pPr>
            <w:r>
              <w:rPr>
                <w:b/>
              </w:rPr>
              <w:t>STEP 3 — HOW DO I FIND IT?</w:t>
            </w:r>
          </w:p>
          <w:p w14:paraId="133F2903" w14:textId="77777777" w:rsidR="00BE3968" w:rsidRDefault="00CA6E70">
            <w:pPr>
              <w:pStyle w:val="CMRBodySmall"/>
              <w:spacing w:after="100"/>
            </w:pPr>
            <w:r>
              <w:t>My work: ____________________________________________________________</w:t>
            </w:r>
          </w:p>
          <w:p w14:paraId="791515C1" w14:textId="77777777" w:rsidR="00BE3968" w:rsidRDefault="00CA6E70">
            <w:pPr>
              <w:pStyle w:val="CMRBodySmall"/>
              <w:spacing w:after="100"/>
            </w:pPr>
            <w:r>
              <w:t>____________________________________________________________________</w:t>
            </w:r>
          </w:p>
          <w:p w14:paraId="38F079C3" w14:textId="77777777" w:rsidR="00BE3968" w:rsidRDefault="00CA6E70">
            <w:pPr>
              <w:pStyle w:val="CMRBodySmall"/>
              <w:spacing w:after="100"/>
            </w:pPr>
            <w:r>
              <w:t>____________________________________________________________________</w:t>
            </w:r>
          </w:p>
          <w:p w14:paraId="7C7BF000" w14:textId="77777777" w:rsidR="00BE3968" w:rsidRDefault="00CA6E70">
            <w:pPr>
              <w:pStyle w:val="CMRBodySmall"/>
              <w:spacing w:after="100"/>
            </w:pPr>
            <w:r>
              <w:t>Answer with units: __________________________________________________</w:t>
            </w:r>
          </w:p>
          <w:p w14:paraId="39B318C0" w14:textId="77777777" w:rsidR="00BE3968" w:rsidRDefault="00CA6E70">
            <w:pPr>
              <w:pStyle w:val="CMRBodySmall"/>
              <w:spacing w:after="80"/>
            </w:pPr>
            <w:r>
              <w:t>Does the answer make sense? ___________________________________________</w:t>
            </w:r>
          </w:p>
        </w:tc>
      </w:tr>
    </w:tbl>
    <w:p w14:paraId="14D611A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04CE0A5" w14:textId="77777777">
        <w:tc>
          <w:tcPr>
            <w:tcW w:w="10036" w:type="dxa"/>
            <w:tcMar>
              <w:top w:w="70" w:type="dxa"/>
              <w:left w:w="140" w:type="dxa"/>
              <w:bottom w:w="85" w:type="dxa"/>
              <w:right w:w="140" w:type="dxa"/>
            </w:tcMar>
          </w:tcPr>
          <w:p w14:paraId="737090EE" w14:textId="77777777" w:rsidR="00BE3968" w:rsidRDefault="00BE3968"/>
          <w:p w14:paraId="4074E310" w14:textId="77777777" w:rsidR="00BE3968" w:rsidRDefault="00CA6E70">
            <w:pPr>
              <w:pStyle w:val="CMRBodySmall"/>
            </w:pPr>
            <w:r>
              <w:rPr>
                <w:b/>
              </w:rPr>
              <w:t>PROBLEM S2-042</w:t>
            </w:r>
          </w:p>
          <w:p w14:paraId="5F37A62A" w14:textId="77777777" w:rsidR="00BE3968" w:rsidRDefault="00CA6E70">
            <w:r>
              <w:t>Carlos’s order at a bakery is $48.50 for a cake and $2.50 for candles. Carlos pays with a $100.00 bill. How much money should come back to Carlos?</w:t>
            </w:r>
          </w:p>
          <w:p w14:paraId="74EE92CA" w14:textId="77777777" w:rsidR="00BE3968" w:rsidRDefault="00CA6E70">
            <w:pPr>
              <w:pStyle w:val="CMRBodySmall"/>
              <w:spacing w:after="40"/>
            </w:pPr>
            <w:r>
              <w:rPr>
                <w:b/>
              </w:rPr>
              <w:t>STEP 1 — WHAT DO THEY WANT?</w:t>
            </w:r>
          </w:p>
          <w:p w14:paraId="7F82410C" w14:textId="77777777" w:rsidR="00BE3968" w:rsidRDefault="00CA6E70">
            <w:pPr>
              <w:pStyle w:val="CMRBodySmall"/>
              <w:spacing w:after="80"/>
            </w:pPr>
            <w:r>
              <w:t>I need to find: _________________________________________________________</w:t>
            </w:r>
          </w:p>
          <w:p w14:paraId="43065854" w14:textId="77777777" w:rsidR="00BE3968" w:rsidRDefault="00CA6E70">
            <w:pPr>
              <w:pStyle w:val="CMRBodySmall"/>
              <w:spacing w:after="40"/>
            </w:pPr>
            <w:r>
              <w:rPr>
                <w:b/>
              </w:rPr>
              <w:t>STEP 2 — WHAT DO I KNOW?</w:t>
            </w:r>
          </w:p>
          <w:p w14:paraId="657768CD" w14:textId="77777777" w:rsidR="00BE3968" w:rsidRDefault="00CA6E70">
            <w:pPr>
              <w:pStyle w:val="CMRBodySmall"/>
              <w:spacing w:after="40"/>
            </w:pPr>
            <w:r>
              <w:t>Useful facts: __________________________________________________________</w:t>
            </w:r>
          </w:p>
          <w:p w14:paraId="30FC7BF5" w14:textId="77777777" w:rsidR="00BE3968" w:rsidRDefault="00CA6E70">
            <w:pPr>
              <w:pStyle w:val="CMRBodySmall"/>
            </w:pPr>
            <w:r>
              <w:t>____________________________________________________________________</w:t>
            </w:r>
          </w:p>
          <w:p w14:paraId="612C26AA" w14:textId="77777777" w:rsidR="00BE3968" w:rsidRDefault="00CA6E70">
            <w:pPr>
              <w:pStyle w:val="CMRBodySmall"/>
              <w:spacing w:after="40"/>
            </w:pPr>
            <w:r>
              <w:rPr>
                <w:b/>
              </w:rPr>
              <w:t>STEP 3 — HOW DO I FIND IT?</w:t>
            </w:r>
          </w:p>
          <w:p w14:paraId="75D43E97" w14:textId="77777777" w:rsidR="00BE3968" w:rsidRDefault="00CA6E70">
            <w:pPr>
              <w:pStyle w:val="CMRBodySmall"/>
              <w:spacing w:after="100"/>
            </w:pPr>
            <w:r>
              <w:t>My work: ____________________________________________________________</w:t>
            </w:r>
          </w:p>
          <w:p w14:paraId="6A722A34" w14:textId="77777777" w:rsidR="00BE3968" w:rsidRDefault="00CA6E70">
            <w:pPr>
              <w:pStyle w:val="CMRBodySmall"/>
              <w:spacing w:after="100"/>
            </w:pPr>
            <w:r>
              <w:t>____________________________________________________________________</w:t>
            </w:r>
          </w:p>
          <w:p w14:paraId="38C9F6C4" w14:textId="77777777" w:rsidR="00BE3968" w:rsidRDefault="00CA6E70">
            <w:pPr>
              <w:pStyle w:val="CMRBodySmall"/>
              <w:spacing w:after="100"/>
            </w:pPr>
            <w:r>
              <w:t>____________________________________________________________________</w:t>
            </w:r>
          </w:p>
          <w:p w14:paraId="370C89EE" w14:textId="77777777" w:rsidR="00BE3968" w:rsidRDefault="00CA6E70">
            <w:pPr>
              <w:pStyle w:val="CMRBodySmall"/>
              <w:spacing w:after="100"/>
            </w:pPr>
            <w:r>
              <w:t>Answer with units: __________________________________________________</w:t>
            </w:r>
          </w:p>
          <w:p w14:paraId="7714494C" w14:textId="77777777" w:rsidR="00BE3968" w:rsidRDefault="00CA6E70">
            <w:pPr>
              <w:pStyle w:val="CMRBodySmall"/>
              <w:spacing w:after="80"/>
            </w:pPr>
            <w:r>
              <w:t>Does the answer make sense? ___________________________________________</w:t>
            </w:r>
          </w:p>
        </w:tc>
      </w:tr>
    </w:tbl>
    <w:p w14:paraId="0052F37C" w14:textId="77777777" w:rsidR="00BE3968" w:rsidRDefault="00CA6E70">
      <w:r>
        <w:br w:type="page"/>
      </w:r>
    </w:p>
    <w:p w14:paraId="095391D9" w14:textId="77777777" w:rsidR="00BE3968" w:rsidRDefault="00CA6E70">
      <w:pPr>
        <w:pStyle w:val="CMRSmallLabel"/>
        <w:spacing w:after="60"/>
      </w:pPr>
      <w:r>
        <w:rPr>
          <w:b w:val="0"/>
        </w:rPr>
        <w:t>SECTION 2  |  TOPIC 05  |  PRACTICE PAGE 2/5</w:t>
      </w:r>
    </w:p>
    <w:p w14:paraId="660EF558" w14:textId="77777777" w:rsidR="00BE3968" w:rsidRDefault="00CA6E70">
      <w:pPr>
        <w:pStyle w:val="CMRPageTitle"/>
        <w:spacing w:after="60"/>
      </w:pPr>
      <w:r>
        <w:rPr>
          <w:b w:val="0"/>
        </w:rPr>
        <w:t>Making change</w:t>
      </w:r>
    </w:p>
    <w:p w14:paraId="66E70C1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D137695" w14:textId="77777777">
        <w:tc>
          <w:tcPr>
            <w:tcW w:w="10036" w:type="dxa"/>
            <w:shd w:val="clear" w:color="auto" w:fill="F5F8F9"/>
            <w:tcMar>
              <w:top w:w="70" w:type="dxa"/>
              <w:left w:w="140" w:type="dxa"/>
              <w:bottom w:w="85" w:type="dxa"/>
              <w:right w:w="140" w:type="dxa"/>
            </w:tcMar>
          </w:tcPr>
          <w:p w14:paraId="48C6FAA9" w14:textId="77777777" w:rsidR="00BE3968" w:rsidRDefault="00BE3968"/>
          <w:p w14:paraId="148B035C" w14:textId="77777777" w:rsidR="00BE3968" w:rsidRDefault="00CA6E70">
            <w:pPr>
              <w:pStyle w:val="CMRBodySmall"/>
            </w:pPr>
            <w:r>
              <w:rPr>
                <w:b/>
              </w:rPr>
              <w:t>PROBLEM S2-043</w:t>
            </w:r>
          </w:p>
          <w:p w14:paraId="340C8B5B" w14:textId="77777777" w:rsidR="00BE3968" w:rsidRDefault="00CA6E70">
            <w:r>
              <w:t>Nicole pays with a $20.00 bill at a pharmacy. The purchases are $13.25 for toiletries and $2.50 for tissues. How much change should Nicole receive?</w:t>
            </w:r>
          </w:p>
          <w:p w14:paraId="604AFEF8" w14:textId="77777777" w:rsidR="00BE3968" w:rsidRDefault="00CA6E70">
            <w:pPr>
              <w:pStyle w:val="CMRBodySmall"/>
              <w:spacing w:after="40"/>
            </w:pPr>
            <w:r>
              <w:rPr>
                <w:b/>
              </w:rPr>
              <w:t>STEP 1 — WHAT DO THEY WANT?</w:t>
            </w:r>
          </w:p>
          <w:p w14:paraId="382452ED" w14:textId="77777777" w:rsidR="00BE3968" w:rsidRDefault="00CA6E70">
            <w:pPr>
              <w:pStyle w:val="CMRBodySmall"/>
              <w:spacing w:after="80"/>
            </w:pPr>
            <w:r>
              <w:t>I need to find: _________________________________________________________</w:t>
            </w:r>
          </w:p>
          <w:p w14:paraId="648E17FA" w14:textId="77777777" w:rsidR="00BE3968" w:rsidRDefault="00CA6E70">
            <w:pPr>
              <w:pStyle w:val="CMRBodySmall"/>
              <w:spacing w:after="40"/>
            </w:pPr>
            <w:r>
              <w:rPr>
                <w:b/>
              </w:rPr>
              <w:t>STEP 2 — WHAT DO I KNOW?</w:t>
            </w:r>
          </w:p>
          <w:p w14:paraId="3A3AAF68" w14:textId="77777777" w:rsidR="00BE3968" w:rsidRDefault="00CA6E70">
            <w:pPr>
              <w:pStyle w:val="CMRBodySmall"/>
              <w:spacing w:after="40"/>
            </w:pPr>
            <w:r>
              <w:t>Useful facts: __________________________________________________________</w:t>
            </w:r>
          </w:p>
          <w:p w14:paraId="7867FD99" w14:textId="77777777" w:rsidR="00BE3968" w:rsidRDefault="00CA6E70">
            <w:pPr>
              <w:pStyle w:val="CMRBodySmall"/>
            </w:pPr>
            <w:r>
              <w:t>____________________________________________________________________</w:t>
            </w:r>
          </w:p>
          <w:p w14:paraId="4878C819" w14:textId="77777777" w:rsidR="00BE3968" w:rsidRDefault="00CA6E70">
            <w:pPr>
              <w:pStyle w:val="CMRBodySmall"/>
              <w:spacing w:after="40"/>
            </w:pPr>
            <w:r>
              <w:rPr>
                <w:b/>
              </w:rPr>
              <w:t>STEP 3 — HOW DO I FIND IT?</w:t>
            </w:r>
          </w:p>
          <w:p w14:paraId="5CA1481D" w14:textId="77777777" w:rsidR="00BE3968" w:rsidRDefault="00CA6E70">
            <w:pPr>
              <w:pStyle w:val="CMRBodySmall"/>
              <w:spacing w:after="100"/>
            </w:pPr>
            <w:r>
              <w:t>My work: ____________________________________________________________</w:t>
            </w:r>
          </w:p>
          <w:p w14:paraId="325862FE" w14:textId="77777777" w:rsidR="00BE3968" w:rsidRDefault="00CA6E70">
            <w:pPr>
              <w:pStyle w:val="CMRBodySmall"/>
              <w:spacing w:after="100"/>
            </w:pPr>
            <w:r>
              <w:t>____________________________________________________________________</w:t>
            </w:r>
          </w:p>
          <w:p w14:paraId="03DA77AE" w14:textId="77777777" w:rsidR="00BE3968" w:rsidRDefault="00CA6E70">
            <w:pPr>
              <w:pStyle w:val="CMRBodySmall"/>
              <w:spacing w:after="100"/>
            </w:pPr>
            <w:r>
              <w:t>____________________________________________________________________</w:t>
            </w:r>
          </w:p>
          <w:p w14:paraId="6F2DF3AC" w14:textId="77777777" w:rsidR="00BE3968" w:rsidRDefault="00CA6E70">
            <w:pPr>
              <w:pStyle w:val="CMRBodySmall"/>
              <w:spacing w:after="100"/>
            </w:pPr>
            <w:r>
              <w:t>Answer with units: __________________________________________________</w:t>
            </w:r>
          </w:p>
          <w:p w14:paraId="50EA06CB" w14:textId="77777777" w:rsidR="00BE3968" w:rsidRDefault="00CA6E70">
            <w:pPr>
              <w:pStyle w:val="CMRBodySmall"/>
              <w:spacing w:after="80"/>
            </w:pPr>
            <w:r>
              <w:t>Does the answer make sense? ___________________________________________</w:t>
            </w:r>
          </w:p>
        </w:tc>
      </w:tr>
    </w:tbl>
    <w:p w14:paraId="2EB90DF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0CB9618" w14:textId="77777777">
        <w:tc>
          <w:tcPr>
            <w:tcW w:w="10036" w:type="dxa"/>
            <w:tcMar>
              <w:top w:w="70" w:type="dxa"/>
              <w:left w:w="140" w:type="dxa"/>
              <w:bottom w:w="85" w:type="dxa"/>
              <w:right w:w="140" w:type="dxa"/>
            </w:tcMar>
          </w:tcPr>
          <w:p w14:paraId="0C5A9747" w14:textId="77777777" w:rsidR="00BE3968" w:rsidRDefault="00BE3968"/>
          <w:p w14:paraId="0A6A35A5" w14:textId="77777777" w:rsidR="00BE3968" w:rsidRDefault="00CA6E70">
            <w:pPr>
              <w:pStyle w:val="CMRBodySmall"/>
            </w:pPr>
            <w:r>
              <w:rPr>
                <w:b/>
              </w:rPr>
              <w:t>PROBLEM S2-044</w:t>
            </w:r>
          </w:p>
          <w:p w14:paraId="2798ACEC" w14:textId="77777777" w:rsidR="00BE3968" w:rsidRDefault="00CA6E70">
            <w:r>
              <w:t>At a hardware store, Luis buys a flashlight for $30.25 and batteries for $3.75. Luis hands the cashier a $100.00 bill. What change should Luis get back?</w:t>
            </w:r>
          </w:p>
          <w:p w14:paraId="272E9322" w14:textId="77777777" w:rsidR="00BE3968" w:rsidRDefault="00CA6E70">
            <w:pPr>
              <w:pStyle w:val="CMRBodySmall"/>
              <w:spacing w:after="40"/>
            </w:pPr>
            <w:r>
              <w:rPr>
                <w:b/>
              </w:rPr>
              <w:t>STEP 1 — WHAT DO THEY WANT?</w:t>
            </w:r>
          </w:p>
          <w:p w14:paraId="40CF3813" w14:textId="77777777" w:rsidR="00BE3968" w:rsidRDefault="00CA6E70">
            <w:pPr>
              <w:pStyle w:val="CMRBodySmall"/>
              <w:spacing w:after="80"/>
            </w:pPr>
            <w:r>
              <w:t>I need to find: _________________________________________________________</w:t>
            </w:r>
          </w:p>
          <w:p w14:paraId="68A6F7A2" w14:textId="77777777" w:rsidR="00BE3968" w:rsidRDefault="00CA6E70">
            <w:pPr>
              <w:pStyle w:val="CMRBodySmall"/>
              <w:spacing w:after="40"/>
            </w:pPr>
            <w:r>
              <w:rPr>
                <w:b/>
              </w:rPr>
              <w:t>STEP 2 — WHAT DO I KNOW?</w:t>
            </w:r>
          </w:p>
          <w:p w14:paraId="6876EDAC" w14:textId="77777777" w:rsidR="00BE3968" w:rsidRDefault="00CA6E70">
            <w:pPr>
              <w:pStyle w:val="CMRBodySmall"/>
              <w:spacing w:after="40"/>
            </w:pPr>
            <w:r>
              <w:t>Useful facts: __________________________________________________________</w:t>
            </w:r>
          </w:p>
          <w:p w14:paraId="3588C7EF" w14:textId="77777777" w:rsidR="00BE3968" w:rsidRDefault="00CA6E70">
            <w:pPr>
              <w:pStyle w:val="CMRBodySmall"/>
            </w:pPr>
            <w:r>
              <w:t>____________________________________________________________________</w:t>
            </w:r>
          </w:p>
          <w:p w14:paraId="5B6AFD9B" w14:textId="77777777" w:rsidR="00BE3968" w:rsidRDefault="00CA6E70">
            <w:pPr>
              <w:pStyle w:val="CMRBodySmall"/>
              <w:spacing w:after="40"/>
            </w:pPr>
            <w:r>
              <w:rPr>
                <w:b/>
              </w:rPr>
              <w:t>STEP 3 — HOW DO I FIND IT?</w:t>
            </w:r>
          </w:p>
          <w:p w14:paraId="328FFEB9" w14:textId="77777777" w:rsidR="00BE3968" w:rsidRDefault="00CA6E70">
            <w:pPr>
              <w:pStyle w:val="CMRBodySmall"/>
              <w:spacing w:after="100"/>
            </w:pPr>
            <w:r>
              <w:t>My work: ____________________________________________________________</w:t>
            </w:r>
          </w:p>
          <w:p w14:paraId="592BC9C2" w14:textId="77777777" w:rsidR="00BE3968" w:rsidRDefault="00CA6E70">
            <w:pPr>
              <w:pStyle w:val="CMRBodySmall"/>
              <w:spacing w:after="100"/>
            </w:pPr>
            <w:r>
              <w:t>____________________________________________________________________</w:t>
            </w:r>
          </w:p>
          <w:p w14:paraId="7FE80D69" w14:textId="77777777" w:rsidR="00BE3968" w:rsidRDefault="00CA6E70">
            <w:pPr>
              <w:pStyle w:val="CMRBodySmall"/>
              <w:spacing w:after="100"/>
            </w:pPr>
            <w:r>
              <w:t>____________________________________________________________________</w:t>
            </w:r>
          </w:p>
          <w:p w14:paraId="0457719B" w14:textId="77777777" w:rsidR="00BE3968" w:rsidRDefault="00CA6E70">
            <w:pPr>
              <w:pStyle w:val="CMRBodySmall"/>
              <w:spacing w:after="100"/>
            </w:pPr>
            <w:r>
              <w:t>Answer with units: __________________________________________________</w:t>
            </w:r>
          </w:p>
          <w:p w14:paraId="29ADEF8C" w14:textId="77777777" w:rsidR="00BE3968" w:rsidRDefault="00CA6E70">
            <w:pPr>
              <w:pStyle w:val="CMRBodySmall"/>
              <w:spacing w:after="80"/>
            </w:pPr>
            <w:r>
              <w:t>Does the answer make sense? ___________________________________________</w:t>
            </w:r>
          </w:p>
        </w:tc>
      </w:tr>
    </w:tbl>
    <w:p w14:paraId="6D49CE17" w14:textId="77777777" w:rsidR="00BE3968" w:rsidRDefault="00CA6E70">
      <w:r>
        <w:br w:type="page"/>
      </w:r>
    </w:p>
    <w:p w14:paraId="43742B1C" w14:textId="77777777" w:rsidR="00BE3968" w:rsidRDefault="00CA6E70">
      <w:pPr>
        <w:pStyle w:val="CMRSmallLabel"/>
        <w:spacing w:after="60"/>
      </w:pPr>
      <w:r>
        <w:rPr>
          <w:b w:val="0"/>
        </w:rPr>
        <w:t>SECTION 2  |  TOPIC 05  |  PRACTICE PAGE 3/5</w:t>
      </w:r>
    </w:p>
    <w:p w14:paraId="5AA6BA98" w14:textId="77777777" w:rsidR="00BE3968" w:rsidRDefault="00CA6E70">
      <w:pPr>
        <w:pStyle w:val="CMRPageTitle"/>
        <w:spacing w:after="60"/>
      </w:pPr>
      <w:r>
        <w:rPr>
          <w:b w:val="0"/>
        </w:rPr>
        <w:t>Making change</w:t>
      </w:r>
    </w:p>
    <w:p w14:paraId="495148D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764385C" w14:textId="77777777">
        <w:tc>
          <w:tcPr>
            <w:tcW w:w="10036" w:type="dxa"/>
            <w:shd w:val="clear" w:color="auto" w:fill="F5F8F9"/>
            <w:tcMar>
              <w:top w:w="70" w:type="dxa"/>
              <w:left w:w="140" w:type="dxa"/>
              <w:bottom w:w="85" w:type="dxa"/>
              <w:right w:w="140" w:type="dxa"/>
            </w:tcMar>
          </w:tcPr>
          <w:p w14:paraId="4E65127D" w14:textId="77777777" w:rsidR="00BE3968" w:rsidRDefault="00BE3968"/>
          <w:p w14:paraId="168314D6" w14:textId="77777777" w:rsidR="00BE3968" w:rsidRDefault="00CA6E70">
            <w:pPr>
              <w:pStyle w:val="CMRBodySmall"/>
            </w:pPr>
            <w:r>
              <w:rPr>
                <w:b/>
              </w:rPr>
              <w:t>PROBLEM S2-045</w:t>
            </w:r>
          </w:p>
          <w:p w14:paraId="3DC31DE6" w14:textId="77777777" w:rsidR="00BE3968" w:rsidRDefault="00CA6E70">
            <w:r>
              <w:t>Grace’s order at a bakery is $32.75 for a cake and $1.25 for candles. Grace pays with a $100.00 bill. How much money should come back to Grace?</w:t>
            </w:r>
          </w:p>
          <w:p w14:paraId="015ED753" w14:textId="77777777" w:rsidR="00BE3968" w:rsidRDefault="00CA6E70">
            <w:pPr>
              <w:pStyle w:val="CMRBodySmall"/>
              <w:spacing w:after="40"/>
            </w:pPr>
            <w:r>
              <w:rPr>
                <w:b/>
              </w:rPr>
              <w:t>STEP 1 — WHAT DO THEY WANT?</w:t>
            </w:r>
          </w:p>
          <w:p w14:paraId="2E774BAB" w14:textId="77777777" w:rsidR="00BE3968" w:rsidRDefault="00CA6E70">
            <w:pPr>
              <w:pStyle w:val="CMRBodySmall"/>
              <w:spacing w:after="80"/>
            </w:pPr>
            <w:r>
              <w:t>I need to find: _________________________________________________________</w:t>
            </w:r>
          </w:p>
          <w:p w14:paraId="319EA1A9" w14:textId="77777777" w:rsidR="00BE3968" w:rsidRDefault="00CA6E70">
            <w:pPr>
              <w:pStyle w:val="CMRBodySmall"/>
              <w:spacing w:after="40"/>
            </w:pPr>
            <w:r>
              <w:rPr>
                <w:b/>
              </w:rPr>
              <w:t>STEP 2 — WHAT DO I KNOW?</w:t>
            </w:r>
          </w:p>
          <w:p w14:paraId="2DAC9AC3" w14:textId="77777777" w:rsidR="00BE3968" w:rsidRDefault="00CA6E70">
            <w:pPr>
              <w:pStyle w:val="CMRBodySmall"/>
              <w:spacing w:after="40"/>
            </w:pPr>
            <w:r>
              <w:t>Useful facts: __________________________________________________________</w:t>
            </w:r>
          </w:p>
          <w:p w14:paraId="51B9FC2C" w14:textId="77777777" w:rsidR="00BE3968" w:rsidRDefault="00CA6E70">
            <w:pPr>
              <w:pStyle w:val="CMRBodySmall"/>
            </w:pPr>
            <w:r>
              <w:t>____________________________________________________________________</w:t>
            </w:r>
          </w:p>
          <w:p w14:paraId="670C178F" w14:textId="77777777" w:rsidR="00BE3968" w:rsidRDefault="00CA6E70">
            <w:pPr>
              <w:pStyle w:val="CMRBodySmall"/>
              <w:spacing w:after="40"/>
            </w:pPr>
            <w:r>
              <w:rPr>
                <w:b/>
              </w:rPr>
              <w:t>STEP 3 — HOW DO I FIND IT?</w:t>
            </w:r>
          </w:p>
          <w:p w14:paraId="55F0BCF0" w14:textId="77777777" w:rsidR="00BE3968" w:rsidRDefault="00CA6E70">
            <w:pPr>
              <w:pStyle w:val="CMRBodySmall"/>
              <w:spacing w:after="100"/>
            </w:pPr>
            <w:r>
              <w:t>My work: ____________________________________________________________</w:t>
            </w:r>
          </w:p>
          <w:p w14:paraId="0F8D23EC" w14:textId="77777777" w:rsidR="00BE3968" w:rsidRDefault="00CA6E70">
            <w:pPr>
              <w:pStyle w:val="CMRBodySmall"/>
              <w:spacing w:after="100"/>
            </w:pPr>
            <w:r>
              <w:t>____________________________________________________________________</w:t>
            </w:r>
          </w:p>
          <w:p w14:paraId="34A7DB51" w14:textId="77777777" w:rsidR="00BE3968" w:rsidRDefault="00CA6E70">
            <w:pPr>
              <w:pStyle w:val="CMRBodySmall"/>
              <w:spacing w:after="100"/>
            </w:pPr>
            <w:r>
              <w:t>____________________________________________________________________</w:t>
            </w:r>
          </w:p>
          <w:p w14:paraId="26959050" w14:textId="77777777" w:rsidR="00BE3968" w:rsidRDefault="00CA6E70">
            <w:pPr>
              <w:pStyle w:val="CMRBodySmall"/>
              <w:spacing w:after="100"/>
            </w:pPr>
            <w:r>
              <w:t>Answer with units: __________________________________________________</w:t>
            </w:r>
          </w:p>
          <w:p w14:paraId="52CE1764" w14:textId="77777777" w:rsidR="00BE3968" w:rsidRDefault="00CA6E70">
            <w:pPr>
              <w:pStyle w:val="CMRBodySmall"/>
              <w:spacing w:after="80"/>
            </w:pPr>
            <w:r>
              <w:t>Does the answer make sense? ___________________________________________</w:t>
            </w:r>
          </w:p>
        </w:tc>
      </w:tr>
    </w:tbl>
    <w:p w14:paraId="6AD303E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370BEA1" w14:textId="77777777">
        <w:tc>
          <w:tcPr>
            <w:tcW w:w="10036" w:type="dxa"/>
            <w:tcMar>
              <w:top w:w="70" w:type="dxa"/>
              <w:left w:w="140" w:type="dxa"/>
              <w:bottom w:w="85" w:type="dxa"/>
              <w:right w:w="140" w:type="dxa"/>
            </w:tcMar>
          </w:tcPr>
          <w:p w14:paraId="3C489C24" w14:textId="77777777" w:rsidR="00BE3968" w:rsidRDefault="00BE3968"/>
          <w:p w14:paraId="489ADCFB" w14:textId="77777777" w:rsidR="00BE3968" w:rsidRDefault="00CA6E70">
            <w:pPr>
              <w:pStyle w:val="CMRBodySmall"/>
            </w:pPr>
            <w:r>
              <w:rPr>
                <w:b/>
              </w:rPr>
              <w:t>PROBLEM S2-046</w:t>
            </w:r>
          </w:p>
          <w:p w14:paraId="781C6318" w14:textId="77777777" w:rsidR="00BE3968" w:rsidRDefault="00CA6E70">
            <w:r>
              <w:t>Daniel pays with a $100.00 bill at a pharmacy. The purchases are $10.25 for toiletries and $2.50 for tissues. How much change should Daniel receive?</w:t>
            </w:r>
          </w:p>
          <w:p w14:paraId="74128EB8" w14:textId="77777777" w:rsidR="00BE3968" w:rsidRDefault="00CA6E70">
            <w:pPr>
              <w:pStyle w:val="CMRBodySmall"/>
              <w:spacing w:after="40"/>
            </w:pPr>
            <w:r>
              <w:rPr>
                <w:b/>
              </w:rPr>
              <w:t>STEP 1 — WHAT DO THEY WANT?</w:t>
            </w:r>
          </w:p>
          <w:p w14:paraId="06FA248E" w14:textId="77777777" w:rsidR="00BE3968" w:rsidRDefault="00CA6E70">
            <w:pPr>
              <w:pStyle w:val="CMRBodySmall"/>
              <w:spacing w:after="80"/>
            </w:pPr>
            <w:r>
              <w:t>I need to find: _________________________________________________________</w:t>
            </w:r>
          </w:p>
          <w:p w14:paraId="45590ADE" w14:textId="77777777" w:rsidR="00BE3968" w:rsidRDefault="00CA6E70">
            <w:pPr>
              <w:pStyle w:val="CMRBodySmall"/>
              <w:spacing w:after="40"/>
            </w:pPr>
            <w:r>
              <w:rPr>
                <w:b/>
              </w:rPr>
              <w:t>STEP 2 — WHAT DO I KNOW?</w:t>
            </w:r>
          </w:p>
          <w:p w14:paraId="0402B1BB" w14:textId="77777777" w:rsidR="00BE3968" w:rsidRDefault="00CA6E70">
            <w:pPr>
              <w:pStyle w:val="CMRBodySmall"/>
              <w:spacing w:after="40"/>
            </w:pPr>
            <w:r>
              <w:t>Useful facts: __________________________________________________________</w:t>
            </w:r>
          </w:p>
          <w:p w14:paraId="7669068E" w14:textId="77777777" w:rsidR="00BE3968" w:rsidRDefault="00CA6E70">
            <w:pPr>
              <w:pStyle w:val="CMRBodySmall"/>
            </w:pPr>
            <w:r>
              <w:t>____________________________________________________________________</w:t>
            </w:r>
          </w:p>
          <w:p w14:paraId="362D7B8F" w14:textId="77777777" w:rsidR="00BE3968" w:rsidRDefault="00CA6E70">
            <w:pPr>
              <w:pStyle w:val="CMRBodySmall"/>
              <w:spacing w:after="40"/>
            </w:pPr>
            <w:r>
              <w:rPr>
                <w:b/>
              </w:rPr>
              <w:t>STEP 3 — HOW DO I FIND IT?</w:t>
            </w:r>
          </w:p>
          <w:p w14:paraId="09E9EE1A" w14:textId="77777777" w:rsidR="00BE3968" w:rsidRDefault="00CA6E70">
            <w:pPr>
              <w:pStyle w:val="CMRBodySmall"/>
              <w:spacing w:after="100"/>
            </w:pPr>
            <w:r>
              <w:t>My work: ____________________________________________________________</w:t>
            </w:r>
          </w:p>
          <w:p w14:paraId="6E60040E" w14:textId="77777777" w:rsidR="00BE3968" w:rsidRDefault="00CA6E70">
            <w:pPr>
              <w:pStyle w:val="CMRBodySmall"/>
              <w:spacing w:after="100"/>
            </w:pPr>
            <w:r>
              <w:t>____________________________________________________________________</w:t>
            </w:r>
          </w:p>
          <w:p w14:paraId="74887828" w14:textId="77777777" w:rsidR="00BE3968" w:rsidRDefault="00CA6E70">
            <w:pPr>
              <w:pStyle w:val="CMRBodySmall"/>
              <w:spacing w:after="100"/>
            </w:pPr>
            <w:r>
              <w:t>____________________________________________________________________</w:t>
            </w:r>
          </w:p>
          <w:p w14:paraId="3276861A" w14:textId="77777777" w:rsidR="00BE3968" w:rsidRDefault="00CA6E70">
            <w:pPr>
              <w:pStyle w:val="CMRBodySmall"/>
              <w:spacing w:after="100"/>
            </w:pPr>
            <w:r>
              <w:t>Answer with units: __________________________________________________</w:t>
            </w:r>
          </w:p>
          <w:p w14:paraId="080358C2" w14:textId="77777777" w:rsidR="00BE3968" w:rsidRDefault="00CA6E70">
            <w:pPr>
              <w:pStyle w:val="CMRBodySmall"/>
              <w:spacing w:after="80"/>
            </w:pPr>
            <w:r>
              <w:t>Does the answer make sense? ___________________________________________</w:t>
            </w:r>
          </w:p>
        </w:tc>
      </w:tr>
    </w:tbl>
    <w:p w14:paraId="174DEA27" w14:textId="77777777" w:rsidR="00BE3968" w:rsidRDefault="00CA6E70">
      <w:r>
        <w:br w:type="page"/>
      </w:r>
    </w:p>
    <w:p w14:paraId="231C8E78" w14:textId="77777777" w:rsidR="00BE3968" w:rsidRDefault="00CA6E70">
      <w:pPr>
        <w:pStyle w:val="CMRSmallLabel"/>
        <w:spacing w:after="60"/>
      </w:pPr>
      <w:r>
        <w:rPr>
          <w:b w:val="0"/>
        </w:rPr>
        <w:t>SECTION 2  |  TOPIC 05  |  PRACTICE PAGE 4/5</w:t>
      </w:r>
    </w:p>
    <w:p w14:paraId="19926331" w14:textId="77777777" w:rsidR="00BE3968" w:rsidRDefault="00CA6E70">
      <w:pPr>
        <w:pStyle w:val="CMRPageTitle"/>
        <w:spacing w:after="60"/>
      </w:pPr>
      <w:r>
        <w:rPr>
          <w:b w:val="0"/>
        </w:rPr>
        <w:t>Making change</w:t>
      </w:r>
    </w:p>
    <w:p w14:paraId="1FF4213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EF184B1" w14:textId="77777777">
        <w:tc>
          <w:tcPr>
            <w:tcW w:w="10036" w:type="dxa"/>
            <w:shd w:val="clear" w:color="auto" w:fill="F5F8F9"/>
            <w:tcMar>
              <w:top w:w="70" w:type="dxa"/>
              <w:left w:w="140" w:type="dxa"/>
              <w:bottom w:w="85" w:type="dxa"/>
              <w:right w:w="140" w:type="dxa"/>
            </w:tcMar>
          </w:tcPr>
          <w:p w14:paraId="73AB5A0D" w14:textId="77777777" w:rsidR="00BE3968" w:rsidRDefault="00BE3968"/>
          <w:p w14:paraId="0FAA9678" w14:textId="77777777" w:rsidR="00BE3968" w:rsidRDefault="00CA6E70">
            <w:pPr>
              <w:pStyle w:val="CMRBodySmall"/>
            </w:pPr>
            <w:r>
              <w:rPr>
                <w:b/>
              </w:rPr>
              <w:t>PROBLEM S2-047</w:t>
            </w:r>
          </w:p>
          <w:p w14:paraId="1E5B22E2" w14:textId="77777777" w:rsidR="00BE3968" w:rsidRDefault="00CA6E70">
            <w:r>
              <w:t>At a hardware store, Marcus buys a flashlight for $24.50 and batteries for $2.50. Marcus hands the cashier a $50.00 bill. What change should Marcus get back?</w:t>
            </w:r>
          </w:p>
          <w:p w14:paraId="2955EECD" w14:textId="77777777" w:rsidR="00BE3968" w:rsidRDefault="00CA6E70">
            <w:pPr>
              <w:pStyle w:val="CMRBodySmall"/>
              <w:spacing w:after="40"/>
            </w:pPr>
            <w:r>
              <w:rPr>
                <w:b/>
              </w:rPr>
              <w:t>STEP 1 — WHAT DO THEY WANT?</w:t>
            </w:r>
          </w:p>
          <w:p w14:paraId="60B6F8E0" w14:textId="77777777" w:rsidR="00BE3968" w:rsidRDefault="00CA6E70">
            <w:pPr>
              <w:pStyle w:val="CMRBodySmall"/>
              <w:spacing w:after="80"/>
            </w:pPr>
            <w:r>
              <w:t>I need to find: _________________________________________________________</w:t>
            </w:r>
          </w:p>
          <w:p w14:paraId="66769160" w14:textId="77777777" w:rsidR="00BE3968" w:rsidRDefault="00CA6E70">
            <w:pPr>
              <w:pStyle w:val="CMRBodySmall"/>
              <w:spacing w:after="40"/>
            </w:pPr>
            <w:r>
              <w:rPr>
                <w:b/>
              </w:rPr>
              <w:t>STEP 2 — WHAT DO I KNOW?</w:t>
            </w:r>
          </w:p>
          <w:p w14:paraId="6DB3EE35" w14:textId="77777777" w:rsidR="00BE3968" w:rsidRDefault="00CA6E70">
            <w:pPr>
              <w:pStyle w:val="CMRBodySmall"/>
              <w:spacing w:after="40"/>
            </w:pPr>
            <w:r>
              <w:t>Useful facts: __________________________________________________________</w:t>
            </w:r>
          </w:p>
          <w:p w14:paraId="2AC65B65" w14:textId="77777777" w:rsidR="00BE3968" w:rsidRDefault="00CA6E70">
            <w:pPr>
              <w:pStyle w:val="CMRBodySmall"/>
            </w:pPr>
            <w:r>
              <w:t>____________________________________________________________________</w:t>
            </w:r>
          </w:p>
          <w:p w14:paraId="16ACFA26" w14:textId="77777777" w:rsidR="00BE3968" w:rsidRDefault="00CA6E70">
            <w:pPr>
              <w:pStyle w:val="CMRBodySmall"/>
              <w:spacing w:after="40"/>
            </w:pPr>
            <w:r>
              <w:rPr>
                <w:b/>
              </w:rPr>
              <w:t>STEP 3 — HOW DO I FIND IT?</w:t>
            </w:r>
          </w:p>
          <w:p w14:paraId="05055016" w14:textId="77777777" w:rsidR="00BE3968" w:rsidRDefault="00CA6E70">
            <w:pPr>
              <w:pStyle w:val="CMRBodySmall"/>
              <w:spacing w:after="100"/>
            </w:pPr>
            <w:r>
              <w:t>My work: ____________________________________________________________</w:t>
            </w:r>
          </w:p>
          <w:p w14:paraId="37DE0C06" w14:textId="77777777" w:rsidR="00BE3968" w:rsidRDefault="00CA6E70">
            <w:pPr>
              <w:pStyle w:val="CMRBodySmall"/>
              <w:spacing w:after="100"/>
            </w:pPr>
            <w:r>
              <w:t>____________________________________________________________________</w:t>
            </w:r>
          </w:p>
          <w:p w14:paraId="5C800637" w14:textId="77777777" w:rsidR="00BE3968" w:rsidRDefault="00CA6E70">
            <w:pPr>
              <w:pStyle w:val="CMRBodySmall"/>
              <w:spacing w:after="100"/>
            </w:pPr>
            <w:r>
              <w:t>____________________________________________________________________</w:t>
            </w:r>
          </w:p>
          <w:p w14:paraId="367B431F" w14:textId="77777777" w:rsidR="00BE3968" w:rsidRDefault="00CA6E70">
            <w:pPr>
              <w:pStyle w:val="CMRBodySmall"/>
              <w:spacing w:after="100"/>
            </w:pPr>
            <w:r>
              <w:t>Answer with units: __________________________________________________</w:t>
            </w:r>
          </w:p>
          <w:p w14:paraId="31CADF9E" w14:textId="77777777" w:rsidR="00BE3968" w:rsidRDefault="00CA6E70">
            <w:pPr>
              <w:pStyle w:val="CMRBodySmall"/>
              <w:spacing w:after="80"/>
            </w:pPr>
            <w:r>
              <w:t>Does the answer make sense? ___________________________________________</w:t>
            </w:r>
          </w:p>
        </w:tc>
      </w:tr>
    </w:tbl>
    <w:p w14:paraId="227C616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016873D" w14:textId="77777777">
        <w:tc>
          <w:tcPr>
            <w:tcW w:w="10036" w:type="dxa"/>
            <w:tcMar>
              <w:top w:w="70" w:type="dxa"/>
              <w:left w:w="140" w:type="dxa"/>
              <w:bottom w:w="85" w:type="dxa"/>
              <w:right w:w="140" w:type="dxa"/>
            </w:tcMar>
          </w:tcPr>
          <w:p w14:paraId="18B183DD" w14:textId="77777777" w:rsidR="00BE3968" w:rsidRDefault="00BE3968"/>
          <w:p w14:paraId="6D1C67C9" w14:textId="77777777" w:rsidR="00BE3968" w:rsidRDefault="00CA6E70">
            <w:pPr>
              <w:pStyle w:val="CMRBodySmall"/>
            </w:pPr>
            <w:r>
              <w:rPr>
                <w:b/>
              </w:rPr>
              <w:t>PROBLEM S2-048</w:t>
            </w:r>
          </w:p>
          <w:p w14:paraId="75C67431" w14:textId="77777777" w:rsidR="00BE3968" w:rsidRDefault="00CA6E70">
            <w:r>
              <w:t>Linda’s order at a bakery is $16.25 for a cake and $2.50 for candles. Linda pays with a $50.00 bill. How much money should come back to Linda?</w:t>
            </w:r>
          </w:p>
          <w:p w14:paraId="59646479" w14:textId="77777777" w:rsidR="00BE3968" w:rsidRDefault="00CA6E70">
            <w:pPr>
              <w:pStyle w:val="CMRBodySmall"/>
              <w:spacing w:after="40"/>
            </w:pPr>
            <w:r>
              <w:rPr>
                <w:b/>
              </w:rPr>
              <w:t>STEP 1 — WHAT DO THEY WANT?</w:t>
            </w:r>
          </w:p>
          <w:p w14:paraId="7B6F6CB7" w14:textId="77777777" w:rsidR="00BE3968" w:rsidRDefault="00CA6E70">
            <w:pPr>
              <w:pStyle w:val="CMRBodySmall"/>
              <w:spacing w:after="80"/>
            </w:pPr>
            <w:r>
              <w:t>I need to find: _________________________________________________________</w:t>
            </w:r>
          </w:p>
          <w:p w14:paraId="7CAAA4DC" w14:textId="77777777" w:rsidR="00BE3968" w:rsidRDefault="00CA6E70">
            <w:pPr>
              <w:pStyle w:val="CMRBodySmall"/>
              <w:spacing w:after="40"/>
            </w:pPr>
            <w:r>
              <w:rPr>
                <w:b/>
              </w:rPr>
              <w:t>STEP 2 — WHAT DO I KNOW?</w:t>
            </w:r>
          </w:p>
          <w:p w14:paraId="398379D8" w14:textId="77777777" w:rsidR="00BE3968" w:rsidRDefault="00CA6E70">
            <w:pPr>
              <w:pStyle w:val="CMRBodySmall"/>
              <w:spacing w:after="40"/>
            </w:pPr>
            <w:r>
              <w:t>Useful facts: __________________________________________________________</w:t>
            </w:r>
          </w:p>
          <w:p w14:paraId="03E618EE" w14:textId="77777777" w:rsidR="00BE3968" w:rsidRDefault="00CA6E70">
            <w:pPr>
              <w:pStyle w:val="CMRBodySmall"/>
            </w:pPr>
            <w:r>
              <w:t>____________________________________________________________________</w:t>
            </w:r>
          </w:p>
          <w:p w14:paraId="2D57248D" w14:textId="77777777" w:rsidR="00BE3968" w:rsidRDefault="00CA6E70">
            <w:pPr>
              <w:pStyle w:val="CMRBodySmall"/>
              <w:spacing w:after="40"/>
            </w:pPr>
            <w:r>
              <w:rPr>
                <w:b/>
              </w:rPr>
              <w:t>STEP 3 — HOW DO I FIND IT?</w:t>
            </w:r>
          </w:p>
          <w:p w14:paraId="0321F0A5" w14:textId="77777777" w:rsidR="00BE3968" w:rsidRDefault="00CA6E70">
            <w:pPr>
              <w:pStyle w:val="CMRBodySmall"/>
              <w:spacing w:after="100"/>
            </w:pPr>
            <w:r>
              <w:t>My work: ____________________________________________________________</w:t>
            </w:r>
          </w:p>
          <w:p w14:paraId="48199EFE" w14:textId="77777777" w:rsidR="00BE3968" w:rsidRDefault="00CA6E70">
            <w:pPr>
              <w:pStyle w:val="CMRBodySmall"/>
              <w:spacing w:after="100"/>
            </w:pPr>
            <w:r>
              <w:t>____________________________________________________________________</w:t>
            </w:r>
          </w:p>
          <w:p w14:paraId="19F540D5" w14:textId="77777777" w:rsidR="00BE3968" w:rsidRDefault="00CA6E70">
            <w:pPr>
              <w:pStyle w:val="CMRBodySmall"/>
              <w:spacing w:after="100"/>
            </w:pPr>
            <w:r>
              <w:t>____________________________________________________________________</w:t>
            </w:r>
          </w:p>
          <w:p w14:paraId="70C4EB97" w14:textId="77777777" w:rsidR="00BE3968" w:rsidRDefault="00CA6E70">
            <w:pPr>
              <w:pStyle w:val="CMRBodySmall"/>
              <w:spacing w:after="100"/>
            </w:pPr>
            <w:r>
              <w:t>Answer with units: __________________________________________________</w:t>
            </w:r>
          </w:p>
          <w:p w14:paraId="4D8EF33F" w14:textId="77777777" w:rsidR="00BE3968" w:rsidRDefault="00CA6E70">
            <w:pPr>
              <w:pStyle w:val="CMRBodySmall"/>
              <w:spacing w:after="80"/>
            </w:pPr>
            <w:r>
              <w:t>Does the answer make sense? ___________________________________________</w:t>
            </w:r>
          </w:p>
        </w:tc>
      </w:tr>
    </w:tbl>
    <w:p w14:paraId="7B4EF058" w14:textId="77777777" w:rsidR="00BE3968" w:rsidRDefault="00CA6E70">
      <w:r>
        <w:br w:type="page"/>
      </w:r>
    </w:p>
    <w:p w14:paraId="1E676139" w14:textId="77777777" w:rsidR="00BE3968" w:rsidRDefault="00CA6E70">
      <w:pPr>
        <w:pStyle w:val="CMRSmallLabel"/>
        <w:spacing w:after="60"/>
      </w:pPr>
      <w:r>
        <w:rPr>
          <w:b w:val="0"/>
        </w:rPr>
        <w:t>SECTION 2  |  TOPIC 05  |  PRACTICE PAGE 5/5</w:t>
      </w:r>
    </w:p>
    <w:p w14:paraId="7F09958E" w14:textId="77777777" w:rsidR="00BE3968" w:rsidRDefault="00CA6E70">
      <w:pPr>
        <w:pStyle w:val="CMRPageTitle"/>
        <w:spacing w:after="60"/>
      </w:pPr>
      <w:r>
        <w:rPr>
          <w:b w:val="0"/>
        </w:rPr>
        <w:t>Making change</w:t>
      </w:r>
    </w:p>
    <w:p w14:paraId="2DBB5E3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58EB07E" w14:textId="77777777">
        <w:tc>
          <w:tcPr>
            <w:tcW w:w="10036" w:type="dxa"/>
            <w:shd w:val="clear" w:color="auto" w:fill="F5F8F9"/>
            <w:tcMar>
              <w:top w:w="70" w:type="dxa"/>
              <w:left w:w="140" w:type="dxa"/>
              <w:bottom w:w="85" w:type="dxa"/>
              <w:right w:w="140" w:type="dxa"/>
            </w:tcMar>
          </w:tcPr>
          <w:p w14:paraId="081A9171" w14:textId="77777777" w:rsidR="00BE3968" w:rsidRDefault="00BE3968"/>
          <w:p w14:paraId="7E4A62A1" w14:textId="77777777" w:rsidR="00BE3968" w:rsidRDefault="00CA6E70">
            <w:pPr>
              <w:pStyle w:val="CMRBodySmall"/>
            </w:pPr>
            <w:r>
              <w:rPr>
                <w:b/>
              </w:rPr>
              <w:t>PROBLEM S2-049</w:t>
            </w:r>
          </w:p>
          <w:p w14:paraId="06B6BEBE" w14:textId="77777777" w:rsidR="00BE3968" w:rsidRDefault="00CA6E70">
            <w:r>
              <w:t>Carmen pays with a $100.00 bill at a pharmacy. The purchases are $29.00 for toiletries and $3.75 for tissues. How much change should Carmen receive?</w:t>
            </w:r>
          </w:p>
          <w:p w14:paraId="2BC02311" w14:textId="77777777" w:rsidR="00BE3968" w:rsidRDefault="00CA6E70">
            <w:pPr>
              <w:pStyle w:val="CMRBodySmall"/>
              <w:spacing w:after="40"/>
            </w:pPr>
            <w:r>
              <w:rPr>
                <w:b/>
              </w:rPr>
              <w:t>STEP 1 — WHAT DO THEY WANT?</w:t>
            </w:r>
          </w:p>
          <w:p w14:paraId="050E04D1" w14:textId="77777777" w:rsidR="00BE3968" w:rsidRDefault="00CA6E70">
            <w:pPr>
              <w:pStyle w:val="CMRBodySmall"/>
              <w:spacing w:after="80"/>
            </w:pPr>
            <w:r>
              <w:t>I need to find: _________________________________________________________</w:t>
            </w:r>
          </w:p>
          <w:p w14:paraId="05DB7DE7" w14:textId="77777777" w:rsidR="00BE3968" w:rsidRDefault="00CA6E70">
            <w:pPr>
              <w:pStyle w:val="CMRBodySmall"/>
              <w:spacing w:after="40"/>
            </w:pPr>
            <w:r>
              <w:rPr>
                <w:b/>
              </w:rPr>
              <w:t>STEP 2 — WHAT DO I KNOW?</w:t>
            </w:r>
          </w:p>
          <w:p w14:paraId="5079AE54" w14:textId="77777777" w:rsidR="00BE3968" w:rsidRDefault="00CA6E70">
            <w:pPr>
              <w:pStyle w:val="CMRBodySmall"/>
              <w:spacing w:after="40"/>
            </w:pPr>
            <w:r>
              <w:t>Useful facts: __________________________________________________________</w:t>
            </w:r>
          </w:p>
          <w:p w14:paraId="6721BB2F" w14:textId="77777777" w:rsidR="00BE3968" w:rsidRDefault="00CA6E70">
            <w:pPr>
              <w:pStyle w:val="CMRBodySmall"/>
            </w:pPr>
            <w:r>
              <w:t>____________________________________________________________________</w:t>
            </w:r>
          </w:p>
          <w:p w14:paraId="1416DEC8" w14:textId="77777777" w:rsidR="00BE3968" w:rsidRDefault="00CA6E70">
            <w:pPr>
              <w:pStyle w:val="CMRBodySmall"/>
              <w:spacing w:after="40"/>
            </w:pPr>
            <w:r>
              <w:rPr>
                <w:b/>
              </w:rPr>
              <w:t>STEP 3 — HOW DO I FIND IT?</w:t>
            </w:r>
          </w:p>
          <w:p w14:paraId="4C6D56ED" w14:textId="77777777" w:rsidR="00BE3968" w:rsidRDefault="00CA6E70">
            <w:pPr>
              <w:pStyle w:val="CMRBodySmall"/>
              <w:spacing w:after="100"/>
            </w:pPr>
            <w:r>
              <w:t>My work: ____________________________________________________________</w:t>
            </w:r>
          </w:p>
          <w:p w14:paraId="19ACABC0" w14:textId="77777777" w:rsidR="00BE3968" w:rsidRDefault="00CA6E70">
            <w:pPr>
              <w:pStyle w:val="CMRBodySmall"/>
              <w:spacing w:after="100"/>
            </w:pPr>
            <w:r>
              <w:t>____________________________________________________________________</w:t>
            </w:r>
          </w:p>
          <w:p w14:paraId="10459C93" w14:textId="77777777" w:rsidR="00BE3968" w:rsidRDefault="00CA6E70">
            <w:pPr>
              <w:pStyle w:val="CMRBodySmall"/>
              <w:spacing w:after="100"/>
            </w:pPr>
            <w:r>
              <w:t>____________________________________________________________________</w:t>
            </w:r>
          </w:p>
          <w:p w14:paraId="5994733D" w14:textId="77777777" w:rsidR="00BE3968" w:rsidRDefault="00CA6E70">
            <w:pPr>
              <w:pStyle w:val="CMRBodySmall"/>
              <w:spacing w:after="100"/>
            </w:pPr>
            <w:r>
              <w:t>Answer with units: __________________________________________________</w:t>
            </w:r>
          </w:p>
          <w:p w14:paraId="2F15E213" w14:textId="77777777" w:rsidR="00BE3968" w:rsidRDefault="00CA6E70">
            <w:pPr>
              <w:pStyle w:val="CMRBodySmall"/>
              <w:spacing w:after="80"/>
            </w:pPr>
            <w:r>
              <w:t>Does the answer make sense? ___________________________________________</w:t>
            </w:r>
          </w:p>
        </w:tc>
      </w:tr>
    </w:tbl>
    <w:p w14:paraId="7E15B77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C38B7EB" w14:textId="77777777">
        <w:tc>
          <w:tcPr>
            <w:tcW w:w="10036" w:type="dxa"/>
            <w:tcMar>
              <w:top w:w="70" w:type="dxa"/>
              <w:left w:w="140" w:type="dxa"/>
              <w:bottom w:w="85" w:type="dxa"/>
              <w:right w:w="140" w:type="dxa"/>
            </w:tcMar>
          </w:tcPr>
          <w:p w14:paraId="222BA35A" w14:textId="77777777" w:rsidR="00BE3968" w:rsidRDefault="00BE3968"/>
          <w:p w14:paraId="7F266ECF" w14:textId="77777777" w:rsidR="00BE3968" w:rsidRDefault="00CA6E70">
            <w:pPr>
              <w:pStyle w:val="CMRBodySmall"/>
            </w:pPr>
            <w:r>
              <w:rPr>
                <w:b/>
              </w:rPr>
              <w:t>PROBLEM S2-050</w:t>
            </w:r>
          </w:p>
          <w:p w14:paraId="00760778" w14:textId="77777777" w:rsidR="00BE3968" w:rsidRDefault="00CA6E70">
            <w:r>
              <w:t>At a hardware store, David buys a flashlight for $2.00 and batteries for $3.75. David hands the cashier a $20.00 bill. What change should David get back?</w:t>
            </w:r>
          </w:p>
          <w:p w14:paraId="4B093B45" w14:textId="77777777" w:rsidR="00BE3968" w:rsidRDefault="00CA6E70">
            <w:pPr>
              <w:pStyle w:val="CMRBodySmall"/>
              <w:spacing w:after="40"/>
            </w:pPr>
            <w:r>
              <w:rPr>
                <w:b/>
              </w:rPr>
              <w:t>STEP 1 — WHAT DO THEY WANT?</w:t>
            </w:r>
          </w:p>
          <w:p w14:paraId="3C339425" w14:textId="77777777" w:rsidR="00BE3968" w:rsidRDefault="00CA6E70">
            <w:pPr>
              <w:pStyle w:val="CMRBodySmall"/>
              <w:spacing w:after="80"/>
            </w:pPr>
            <w:r>
              <w:t>I need to find: _________________________________________________________</w:t>
            </w:r>
          </w:p>
          <w:p w14:paraId="21C718B9" w14:textId="77777777" w:rsidR="00BE3968" w:rsidRDefault="00CA6E70">
            <w:pPr>
              <w:pStyle w:val="CMRBodySmall"/>
              <w:spacing w:after="40"/>
            </w:pPr>
            <w:r>
              <w:rPr>
                <w:b/>
              </w:rPr>
              <w:t>STEP 2 — WHAT DO I KNOW?</w:t>
            </w:r>
          </w:p>
          <w:p w14:paraId="6E0C3D68" w14:textId="77777777" w:rsidR="00BE3968" w:rsidRDefault="00CA6E70">
            <w:pPr>
              <w:pStyle w:val="CMRBodySmall"/>
              <w:spacing w:after="40"/>
            </w:pPr>
            <w:r>
              <w:t>Useful facts: __________________________________________________________</w:t>
            </w:r>
          </w:p>
          <w:p w14:paraId="669CB491" w14:textId="77777777" w:rsidR="00BE3968" w:rsidRDefault="00CA6E70">
            <w:pPr>
              <w:pStyle w:val="CMRBodySmall"/>
            </w:pPr>
            <w:r>
              <w:t>____________________________________________________________________</w:t>
            </w:r>
          </w:p>
          <w:p w14:paraId="24C80D32" w14:textId="77777777" w:rsidR="00BE3968" w:rsidRDefault="00CA6E70">
            <w:pPr>
              <w:pStyle w:val="CMRBodySmall"/>
              <w:spacing w:after="40"/>
            </w:pPr>
            <w:r>
              <w:rPr>
                <w:b/>
              </w:rPr>
              <w:t>STEP 3 — HOW DO I FIND IT?</w:t>
            </w:r>
          </w:p>
          <w:p w14:paraId="29AF0DEF" w14:textId="77777777" w:rsidR="00BE3968" w:rsidRDefault="00CA6E70">
            <w:pPr>
              <w:pStyle w:val="CMRBodySmall"/>
              <w:spacing w:after="100"/>
            </w:pPr>
            <w:r>
              <w:t>My work: ____________________________________________________________</w:t>
            </w:r>
          </w:p>
          <w:p w14:paraId="3BB64A57" w14:textId="77777777" w:rsidR="00BE3968" w:rsidRDefault="00CA6E70">
            <w:pPr>
              <w:pStyle w:val="CMRBodySmall"/>
              <w:spacing w:after="100"/>
            </w:pPr>
            <w:r>
              <w:t>____________________________________________________________________</w:t>
            </w:r>
          </w:p>
          <w:p w14:paraId="5B4EAE24" w14:textId="77777777" w:rsidR="00BE3968" w:rsidRDefault="00CA6E70">
            <w:pPr>
              <w:pStyle w:val="CMRBodySmall"/>
              <w:spacing w:after="100"/>
            </w:pPr>
            <w:r>
              <w:t>____________________________________________________________________</w:t>
            </w:r>
          </w:p>
          <w:p w14:paraId="747B804E" w14:textId="77777777" w:rsidR="00BE3968" w:rsidRDefault="00CA6E70">
            <w:pPr>
              <w:pStyle w:val="CMRBodySmall"/>
              <w:spacing w:after="100"/>
            </w:pPr>
            <w:r>
              <w:t>Answer with units: __________________________________________________</w:t>
            </w:r>
          </w:p>
          <w:p w14:paraId="40F61963" w14:textId="77777777" w:rsidR="00BE3968" w:rsidRDefault="00CA6E70">
            <w:pPr>
              <w:pStyle w:val="CMRBodySmall"/>
              <w:spacing w:after="80"/>
            </w:pPr>
            <w:r>
              <w:t>Does the answer make sense? ___________________________________________</w:t>
            </w:r>
          </w:p>
        </w:tc>
      </w:tr>
    </w:tbl>
    <w:p w14:paraId="66F47AC0" w14:textId="77777777" w:rsidR="00BE3968" w:rsidRDefault="00CA6E70">
      <w:r>
        <w:br w:type="page"/>
      </w:r>
    </w:p>
    <w:p w14:paraId="4C16036C" w14:textId="77777777" w:rsidR="00BE3968" w:rsidRDefault="00CA6E70">
      <w:pPr>
        <w:pStyle w:val="CMRSmallLabel"/>
        <w:spacing w:after="60"/>
      </w:pPr>
      <w:r>
        <w:rPr>
          <w:b w:val="0"/>
        </w:rPr>
        <w:t>SECTION 2  |  TOPIC 06  |  PRACTICE PAGE 1/5</w:t>
      </w:r>
    </w:p>
    <w:p w14:paraId="038E20C0" w14:textId="77777777" w:rsidR="00BE3968" w:rsidRDefault="00CA6E70">
      <w:pPr>
        <w:pStyle w:val="CMRPageTitle"/>
        <w:spacing w:after="60"/>
      </w:pPr>
      <w:r>
        <w:rPr>
          <w:b w:val="0"/>
        </w:rPr>
        <w:t>Buying equal groups</w:t>
      </w:r>
    </w:p>
    <w:p w14:paraId="7E8B2968" w14:textId="77777777" w:rsidR="00BE3968" w:rsidRDefault="00CA6E70">
      <w:pPr>
        <w:pStyle w:val="CMRBodySmall"/>
        <w:spacing w:after="100"/>
      </w:pPr>
      <w:r>
        <w:t>Use the same three steps: Identify equal groups and find the total number of items or dollars.</w:t>
      </w:r>
    </w:p>
    <w:tbl>
      <w:tblPr>
        <w:tblW w:w="0" w:type="auto"/>
        <w:tblLayout w:type="fixed"/>
        <w:tblLook w:val="04A0" w:firstRow="1" w:lastRow="0" w:firstColumn="1" w:lastColumn="0" w:noHBand="0" w:noVBand="1"/>
      </w:tblPr>
      <w:tblGrid>
        <w:gridCol w:w="10036"/>
      </w:tblGrid>
      <w:tr w:rsidR="00BE3968" w14:paraId="2FE4EE08" w14:textId="77777777">
        <w:tc>
          <w:tcPr>
            <w:tcW w:w="10036" w:type="dxa"/>
            <w:shd w:val="clear" w:color="auto" w:fill="F5F8F9"/>
            <w:tcMar>
              <w:top w:w="70" w:type="dxa"/>
              <w:left w:w="140" w:type="dxa"/>
              <w:bottom w:w="85" w:type="dxa"/>
              <w:right w:w="140" w:type="dxa"/>
            </w:tcMar>
          </w:tcPr>
          <w:p w14:paraId="3BC07BCF" w14:textId="77777777" w:rsidR="00BE3968" w:rsidRDefault="00BE3968"/>
          <w:p w14:paraId="625A85F2" w14:textId="77777777" w:rsidR="00BE3968" w:rsidRDefault="00CA6E70">
            <w:pPr>
              <w:pStyle w:val="CMRBodySmall"/>
            </w:pPr>
            <w:r>
              <w:rPr>
                <w:b/>
              </w:rPr>
              <w:t>PROBLEM S2-051</w:t>
            </w:r>
          </w:p>
          <w:p w14:paraId="45D17546" w14:textId="77777777" w:rsidR="00BE3968" w:rsidRDefault="00CA6E70">
            <w:r>
              <w:t>Kevin is planning for 5 volunteer teams. Every one of them gets 3 work gloves, plus 2 extra for a supply closet. How many work gloves is that in all?</w:t>
            </w:r>
          </w:p>
          <w:p w14:paraId="0F8CC889" w14:textId="77777777" w:rsidR="00BE3968" w:rsidRDefault="00CA6E70">
            <w:pPr>
              <w:pStyle w:val="CMRBodySmall"/>
              <w:spacing w:after="40"/>
            </w:pPr>
            <w:r>
              <w:rPr>
                <w:b/>
              </w:rPr>
              <w:t>STEP 1 — WHAT DO THEY WANT?</w:t>
            </w:r>
          </w:p>
          <w:p w14:paraId="26F5FBE6" w14:textId="77777777" w:rsidR="00BE3968" w:rsidRDefault="00CA6E70">
            <w:pPr>
              <w:pStyle w:val="CMRBodySmall"/>
              <w:spacing w:after="80"/>
            </w:pPr>
            <w:r>
              <w:t>I need to find: _________________________________________________________</w:t>
            </w:r>
          </w:p>
          <w:p w14:paraId="45CD6F03" w14:textId="77777777" w:rsidR="00BE3968" w:rsidRDefault="00CA6E70">
            <w:pPr>
              <w:pStyle w:val="CMRBodySmall"/>
              <w:spacing w:after="40"/>
            </w:pPr>
            <w:r>
              <w:rPr>
                <w:b/>
              </w:rPr>
              <w:t>STEP 2 — WHAT DO I KNOW?</w:t>
            </w:r>
          </w:p>
          <w:p w14:paraId="7528925D" w14:textId="77777777" w:rsidR="00BE3968" w:rsidRDefault="00CA6E70">
            <w:pPr>
              <w:pStyle w:val="CMRBodySmall"/>
              <w:spacing w:after="40"/>
            </w:pPr>
            <w:r>
              <w:t>Useful facts: __________________________________________________________</w:t>
            </w:r>
          </w:p>
          <w:p w14:paraId="3083F68B" w14:textId="77777777" w:rsidR="00BE3968" w:rsidRDefault="00CA6E70">
            <w:pPr>
              <w:pStyle w:val="CMRBodySmall"/>
            </w:pPr>
            <w:r>
              <w:t>____________________________________________________________________</w:t>
            </w:r>
          </w:p>
          <w:p w14:paraId="5195F69B" w14:textId="77777777" w:rsidR="00BE3968" w:rsidRDefault="00CA6E70">
            <w:pPr>
              <w:pStyle w:val="CMRBodySmall"/>
              <w:spacing w:after="40"/>
            </w:pPr>
            <w:r>
              <w:rPr>
                <w:b/>
              </w:rPr>
              <w:t>STEP 3 — HOW DO I FIND IT?</w:t>
            </w:r>
          </w:p>
          <w:p w14:paraId="0122766C" w14:textId="77777777" w:rsidR="00BE3968" w:rsidRDefault="00CA6E70">
            <w:pPr>
              <w:pStyle w:val="CMRBodySmall"/>
              <w:spacing w:after="100"/>
            </w:pPr>
            <w:r>
              <w:t>My work: ____________________________________________________________</w:t>
            </w:r>
          </w:p>
          <w:p w14:paraId="2225C61B" w14:textId="77777777" w:rsidR="00BE3968" w:rsidRDefault="00CA6E70">
            <w:pPr>
              <w:pStyle w:val="CMRBodySmall"/>
              <w:spacing w:after="100"/>
            </w:pPr>
            <w:r>
              <w:t>____________________________________________________________________</w:t>
            </w:r>
          </w:p>
          <w:p w14:paraId="1E2DCE7B" w14:textId="77777777" w:rsidR="00BE3968" w:rsidRDefault="00CA6E70">
            <w:pPr>
              <w:pStyle w:val="CMRBodySmall"/>
              <w:spacing w:after="100"/>
            </w:pPr>
            <w:r>
              <w:t>____________________________________________________________________</w:t>
            </w:r>
          </w:p>
          <w:p w14:paraId="5E570D66" w14:textId="77777777" w:rsidR="00BE3968" w:rsidRDefault="00CA6E70">
            <w:pPr>
              <w:pStyle w:val="CMRBodySmall"/>
              <w:spacing w:after="100"/>
            </w:pPr>
            <w:r>
              <w:t>Answer with units: __________________________________________________</w:t>
            </w:r>
          </w:p>
          <w:p w14:paraId="4CA9F9E7" w14:textId="77777777" w:rsidR="00BE3968" w:rsidRDefault="00CA6E70">
            <w:pPr>
              <w:pStyle w:val="CMRBodySmall"/>
              <w:spacing w:after="80"/>
            </w:pPr>
            <w:r>
              <w:t>Does the answer make sense? ___________________________________________</w:t>
            </w:r>
          </w:p>
        </w:tc>
      </w:tr>
    </w:tbl>
    <w:p w14:paraId="7C8C7DF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4DE189F" w14:textId="77777777">
        <w:tc>
          <w:tcPr>
            <w:tcW w:w="10036" w:type="dxa"/>
            <w:tcMar>
              <w:top w:w="70" w:type="dxa"/>
              <w:left w:w="140" w:type="dxa"/>
              <w:bottom w:w="85" w:type="dxa"/>
              <w:right w:w="140" w:type="dxa"/>
            </w:tcMar>
          </w:tcPr>
          <w:p w14:paraId="34C8B356" w14:textId="77777777" w:rsidR="00BE3968" w:rsidRDefault="00BE3968"/>
          <w:p w14:paraId="1294BEFD" w14:textId="77777777" w:rsidR="00BE3968" w:rsidRDefault="00CA6E70">
            <w:pPr>
              <w:pStyle w:val="CMRBodySmall"/>
            </w:pPr>
            <w:r>
              <w:rPr>
                <w:b/>
              </w:rPr>
              <w:t>PROBLEM S2-052</w:t>
            </w:r>
          </w:p>
          <w:p w14:paraId="6F6FB418" w14:textId="77777777" w:rsidR="00BE3968" w:rsidRDefault="00CA6E70">
            <w:r>
              <w:t>Sharon sets out 9 food boxes for each of 3 supply shelves. Sharon also keeps 1 extra at the front desk. How many food boxes are needed altogether?</w:t>
            </w:r>
          </w:p>
          <w:p w14:paraId="2B5CE1CC" w14:textId="77777777" w:rsidR="00BE3968" w:rsidRDefault="00CA6E70">
            <w:pPr>
              <w:pStyle w:val="CMRBodySmall"/>
              <w:spacing w:after="40"/>
            </w:pPr>
            <w:r>
              <w:rPr>
                <w:b/>
              </w:rPr>
              <w:t>STEP 1 — WHAT DO THEY WANT?</w:t>
            </w:r>
          </w:p>
          <w:p w14:paraId="254F2A4D" w14:textId="77777777" w:rsidR="00BE3968" w:rsidRDefault="00CA6E70">
            <w:pPr>
              <w:pStyle w:val="CMRBodySmall"/>
              <w:spacing w:after="80"/>
            </w:pPr>
            <w:r>
              <w:t>I need to find: _________________________________________________________</w:t>
            </w:r>
          </w:p>
          <w:p w14:paraId="6916819E" w14:textId="77777777" w:rsidR="00BE3968" w:rsidRDefault="00CA6E70">
            <w:pPr>
              <w:pStyle w:val="CMRBodySmall"/>
              <w:spacing w:after="40"/>
            </w:pPr>
            <w:r>
              <w:rPr>
                <w:b/>
              </w:rPr>
              <w:t>STEP 2 — WHAT DO I KNOW?</w:t>
            </w:r>
          </w:p>
          <w:p w14:paraId="1F778CB3" w14:textId="77777777" w:rsidR="00BE3968" w:rsidRDefault="00CA6E70">
            <w:pPr>
              <w:pStyle w:val="CMRBodySmall"/>
              <w:spacing w:after="40"/>
            </w:pPr>
            <w:r>
              <w:t>Useful facts: __________________________________________________________</w:t>
            </w:r>
          </w:p>
          <w:p w14:paraId="485D83FF" w14:textId="77777777" w:rsidR="00BE3968" w:rsidRDefault="00CA6E70">
            <w:pPr>
              <w:pStyle w:val="CMRBodySmall"/>
            </w:pPr>
            <w:r>
              <w:t>____________________________________________________________________</w:t>
            </w:r>
          </w:p>
          <w:p w14:paraId="469DA6BA" w14:textId="77777777" w:rsidR="00BE3968" w:rsidRDefault="00CA6E70">
            <w:pPr>
              <w:pStyle w:val="CMRBodySmall"/>
              <w:spacing w:after="40"/>
            </w:pPr>
            <w:r>
              <w:rPr>
                <w:b/>
              </w:rPr>
              <w:t>STEP 3 — HOW DO I FIND IT?</w:t>
            </w:r>
          </w:p>
          <w:p w14:paraId="2912064A" w14:textId="77777777" w:rsidR="00BE3968" w:rsidRDefault="00CA6E70">
            <w:pPr>
              <w:pStyle w:val="CMRBodySmall"/>
              <w:spacing w:after="100"/>
            </w:pPr>
            <w:r>
              <w:t>My work: ____________________________________________________________</w:t>
            </w:r>
          </w:p>
          <w:p w14:paraId="3387FAC2" w14:textId="77777777" w:rsidR="00BE3968" w:rsidRDefault="00CA6E70">
            <w:pPr>
              <w:pStyle w:val="CMRBodySmall"/>
              <w:spacing w:after="100"/>
            </w:pPr>
            <w:r>
              <w:t>____________________________________________________________________</w:t>
            </w:r>
          </w:p>
          <w:p w14:paraId="02ABAEF6" w14:textId="77777777" w:rsidR="00BE3968" w:rsidRDefault="00CA6E70">
            <w:pPr>
              <w:pStyle w:val="CMRBodySmall"/>
              <w:spacing w:after="100"/>
            </w:pPr>
            <w:r>
              <w:t>____________________________________________________________________</w:t>
            </w:r>
          </w:p>
          <w:p w14:paraId="0F63B59D" w14:textId="77777777" w:rsidR="00BE3968" w:rsidRDefault="00CA6E70">
            <w:pPr>
              <w:pStyle w:val="CMRBodySmall"/>
              <w:spacing w:after="100"/>
            </w:pPr>
            <w:r>
              <w:t>Answer with units: __________________________________________________</w:t>
            </w:r>
          </w:p>
          <w:p w14:paraId="7F3AFBE2" w14:textId="77777777" w:rsidR="00BE3968" w:rsidRDefault="00CA6E70">
            <w:pPr>
              <w:pStyle w:val="CMRBodySmall"/>
              <w:spacing w:after="80"/>
            </w:pPr>
            <w:r>
              <w:t>Does the answer make sense? ___________________________________________</w:t>
            </w:r>
          </w:p>
        </w:tc>
      </w:tr>
    </w:tbl>
    <w:p w14:paraId="276347A2" w14:textId="77777777" w:rsidR="00BE3968" w:rsidRDefault="00CA6E70">
      <w:r>
        <w:br w:type="page"/>
      </w:r>
    </w:p>
    <w:p w14:paraId="26BFCA59" w14:textId="77777777" w:rsidR="00BE3968" w:rsidRDefault="00CA6E70">
      <w:pPr>
        <w:pStyle w:val="CMRSmallLabel"/>
        <w:spacing w:after="60"/>
      </w:pPr>
      <w:r>
        <w:rPr>
          <w:b w:val="0"/>
        </w:rPr>
        <w:t>SECTION 2  |  TOPIC 06  |  PRACTICE PAGE 2/5</w:t>
      </w:r>
    </w:p>
    <w:p w14:paraId="26C29086" w14:textId="77777777" w:rsidR="00BE3968" w:rsidRDefault="00CA6E70">
      <w:pPr>
        <w:pStyle w:val="CMRPageTitle"/>
        <w:spacing w:after="60"/>
      </w:pPr>
      <w:r>
        <w:rPr>
          <w:b w:val="0"/>
        </w:rPr>
        <w:t>Buying equal groups</w:t>
      </w:r>
    </w:p>
    <w:p w14:paraId="112F368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9F92BC6" w14:textId="77777777">
        <w:tc>
          <w:tcPr>
            <w:tcW w:w="10036" w:type="dxa"/>
            <w:shd w:val="clear" w:color="auto" w:fill="F5F8F9"/>
            <w:tcMar>
              <w:top w:w="70" w:type="dxa"/>
              <w:left w:w="140" w:type="dxa"/>
              <w:bottom w:w="85" w:type="dxa"/>
              <w:right w:w="140" w:type="dxa"/>
            </w:tcMar>
          </w:tcPr>
          <w:p w14:paraId="5B4AB3D3" w14:textId="77777777" w:rsidR="00BE3968" w:rsidRDefault="00BE3968"/>
          <w:p w14:paraId="5BE191FF" w14:textId="77777777" w:rsidR="00BE3968" w:rsidRDefault="00CA6E70">
            <w:pPr>
              <w:pStyle w:val="CMRBodySmall"/>
            </w:pPr>
            <w:r>
              <w:rPr>
                <w:b/>
              </w:rPr>
              <w:t>PROBLEM S2-053</w:t>
            </w:r>
          </w:p>
          <w:p w14:paraId="77AAD680" w14:textId="77777777" w:rsidR="00BE3968" w:rsidRDefault="00CA6E70">
            <w:r>
              <w:t>There are 8 office desks, and each one needs 5 folders. Andre wants 3 extra as spares. The order will arrive Tuesday. How many folders should Andre order?</w:t>
            </w:r>
          </w:p>
          <w:p w14:paraId="6FF3D7CB" w14:textId="77777777" w:rsidR="00BE3968" w:rsidRDefault="00CA6E70">
            <w:pPr>
              <w:pStyle w:val="CMRBodySmall"/>
              <w:spacing w:after="40"/>
            </w:pPr>
            <w:r>
              <w:rPr>
                <w:b/>
              </w:rPr>
              <w:t>STEP 1 — WHAT DO THEY WANT?</w:t>
            </w:r>
          </w:p>
          <w:p w14:paraId="78AA8B24" w14:textId="77777777" w:rsidR="00BE3968" w:rsidRDefault="00CA6E70">
            <w:pPr>
              <w:pStyle w:val="CMRBodySmall"/>
              <w:spacing w:after="80"/>
            </w:pPr>
            <w:r>
              <w:t>I need to find: _________________________________________________________</w:t>
            </w:r>
          </w:p>
          <w:p w14:paraId="41A8E2C8" w14:textId="77777777" w:rsidR="00BE3968" w:rsidRDefault="00CA6E70">
            <w:pPr>
              <w:pStyle w:val="CMRBodySmall"/>
              <w:spacing w:after="40"/>
            </w:pPr>
            <w:r>
              <w:rPr>
                <w:b/>
              </w:rPr>
              <w:t>STEP 2 — WHAT DO I KNOW?</w:t>
            </w:r>
          </w:p>
          <w:p w14:paraId="0710F27E" w14:textId="77777777" w:rsidR="00BE3968" w:rsidRDefault="00CA6E70">
            <w:pPr>
              <w:pStyle w:val="CMRBodySmall"/>
              <w:spacing w:after="40"/>
            </w:pPr>
            <w:r>
              <w:t>Useful facts: __________________________________________________________</w:t>
            </w:r>
          </w:p>
          <w:p w14:paraId="30338B77" w14:textId="77777777" w:rsidR="00BE3968" w:rsidRDefault="00CA6E70">
            <w:pPr>
              <w:pStyle w:val="CMRBodySmall"/>
            </w:pPr>
            <w:r>
              <w:t>____________________________________________________________________</w:t>
            </w:r>
          </w:p>
          <w:p w14:paraId="447A16D7" w14:textId="77777777" w:rsidR="00BE3968" w:rsidRDefault="00CA6E70">
            <w:pPr>
              <w:pStyle w:val="CMRBodySmall"/>
              <w:spacing w:after="40"/>
            </w:pPr>
            <w:r>
              <w:rPr>
                <w:b/>
              </w:rPr>
              <w:t>STEP 3 — HOW DO I FIND IT?</w:t>
            </w:r>
          </w:p>
          <w:p w14:paraId="1ACB224E" w14:textId="77777777" w:rsidR="00BE3968" w:rsidRDefault="00CA6E70">
            <w:pPr>
              <w:pStyle w:val="CMRBodySmall"/>
              <w:spacing w:after="100"/>
            </w:pPr>
            <w:r>
              <w:t>My work: ____________________________________________________________</w:t>
            </w:r>
          </w:p>
          <w:p w14:paraId="7DEFC8E6" w14:textId="77777777" w:rsidR="00BE3968" w:rsidRDefault="00CA6E70">
            <w:pPr>
              <w:pStyle w:val="CMRBodySmall"/>
              <w:spacing w:after="100"/>
            </w:pPr>
            <w:r>
              <w:t>____________________________________________________________________</w:t>
            </w:r>
          </w:p>
          <w:p w14:paraId="72FB1317" w14:textId="77777777" w:rsidR="00BE3968" w:rsidRDefault="00CA6E70">
            <w:pPr>
              <w:pStyle w:val="CMRBodySmall"/>
              <w:spacing w:after="100"/>
            </w:pPr>
            <w:r>
              <w:t>____________________________________________________________________</w:t>
            </w:r>
          </w:p>
          <w:p w14:paraId="25185D28" w14:textId="77777777" w:rsidR="00BE3968" w:rsidRDefault="00CA6E70">
            <w:pPr>
              <w:pStyle w:val="CMRBodySmall"/>
              <w:spacing w:after="100"/>
            </w:pPr>
            <w:r>
              <w:t>Answer with units: __________________________________________________</w:t>
            </w:r>
          </w:p>
          <w:p w14:paraId="32BA8E7D" w14:textId="77777777" w:rsidR="00BE3968" w:rsidRDefault="00CA6E70">
            <w:pPr>
              <w:pStyle w:val="CMRBodySmall"/>
              <w:spacing w:after="80"/>
            </w:pPr>
            <w:r>
              <w:t>Does the answer make sense? ___________________________________________</w:t>
            </w:r>
          </w:p>
        </w:tc>
      </w:tr>
    </w:tbl>
    <w:p w14:paraId="2711270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8E624E6" w14:textId="77777777">
        <w:tc>
          <w:tcPr>
            <w:tcW w:w="10036" w:type="dxa"/>
            <w:tcMar>
              <w:top w:w="70" w:type="dxa"/>
              <w:left w:w="140" w:type="dxa"/>
              <w:bottom w:w="85" w:type="dxa"/>
              <w:right w:w="140" w:type="dxa"/>
            </w:tcMar>
          </w:tcPr>
          <w:p w14:paraId="5812A75B" w14:textId="77777777" w:rsidR="00BE3968" w:rsidRDefault="00BE3968"/>
          <w:p w14:paraId="5EAB4545" w14:textId="77777777" w:rsidR="00BE3968" w:rsidRDefault="00CA6E70">
            <w:pPr>
              <w:pStyle w:val="CMRBodySmall"/>
            </w:pPr>
            <w:r>
              <w:rPr>
                <w:b/>
              </w:rPr>
              <w:t>PROBLEM S2-054</w:t>
            </w:r>
          </w:p>
          <w:p w14:paraId="6B8D4187" w14:textId="77777777" w:rsidR="00BE3968" w:rsidRDefault="00CA6E70">
            <w:r>
              <w:t>Patricia is planning for 4 training rooms. Every one of them gets 4 bottles of water, plus 1 extra for a supply closet. How many bottles of water is that in all?</w:t>
            </w:r>
          </w:p>
          <w:p w14:paraId="2517D39A" w14:textId="77777777" w:rsidR="00BE3968" w:rsidRDefault="00CA6E70">
            <w:pPr>
              <w:pStyle w:val="CMRBodySmall"/>
              <w:spacing w:after="40"/>
            </w:pPr>
            <w:r>
              <w:rPr>
                <w:b/>
              </w:rPr>
              <w:t>STEP 1 — WHAT DO THEY WANT?</w:t>
            </w:r>
          </w:p>
          <w:p w14:paraId="1E1D82A7" w14:textId="77777777" w:rsidR="00BE3968" w:rsidRDefault="00CA6E70">
            <w:pPr>
              <w:pStyle w:val="CMRBodySmall"/>
              <w:spacing w:after="80"/>
            </w:pPr>
            <w:r>
              <w:t>I need to find: _________________________________________________________</w:t>
            </w:r>
          </w:p>
          <w:p w14:paraId="6D2A13FC" w14:textId="77777777" w:rsidR="00BE3968" w:rsidRDefault="00CA6E70">
            <w:pPr>
              <w:pStyle w:val="CMRBodySmall"/>
              <w:spacing w:after="40"/>
            </w:pPr>
            <w:r>
              <w:rPr>
                <w:b/>
              </w:rPr>
              <w:t>STEP 2 — WHAT DO I KNOW?</w:t>
            </w:r>
          </w:p>
          <w:p w14:paraId="024DAA27" w14:textId="77777777" w:rsidR="00BE3968" w:rsidRDefault="00CA6E70">
            <w:pPr>
              <w:pStyle w:val="CMRBodySmall"/>
              <w:spacing w:after="40"/>
            </w:pPr>
            <w:r>
              <w:t>Useful facts: __________________________________________________________</w:t>
            </w:r>
          </w:p>
          <w:p w14:paraId="78855A87" w14:textId="77777777" w:rsidR="00BE3968" w:rsidRDefault="00CA6E70">
            <w:pPr>
              <w:pStyle w:val="CMRBodySmall"/>
            </w:pPr>
            <w:r>
              <w:t>____________________________________________________________________</w:t>
            </w:r>
          </w:p>
          <w:p w14:paraId="2EEEEE5F" w14:textId="77777777" w:rsidR="00BE3968" w:rsidRDefault="00CA6E70">
            <w:pPr>
              <w:pStyle w:val="CMRBodySmall"/>
              <w:spacing w:after="40"/>
            </w:pPr>
            <w:r>
              <w:rPr>
                <w:b/>
              </w:rPr>
              <w:t>STEP 3 — HOW DO I FIND IT?</w:t>
            </w:r>
          </w:p>
          <w:p w14:paraId="1F3B90B3" w14:textId="77777777" w:rsidR="00BE3968" w:rsidRDefault="00CA6E70">
            <w:pPr>
              <w:pStyle w:val="CMRBodySmall"/>
              <w:spacing w:after="100"/>
            </w:pPr>
            <w:r>
              <w:t>My work: ____________________________________________________________</w:t>
            </w:r>
          </w:p>
          <w:p w14:paraId="4B2AE2DE" w14:textId="77777777" w:rsidR="00BE3968" w:rsidRDefault="00CA6E70">
            <w:pPr>
              <w:pStyle w:val="CMRBodySmall"/>
              <w:spacing w:after="100"/>
            </w:pPr>
            <w:r>
              <w:t>____________________________________________________________________</w:t>
            </w:r>
          </w:p>
          <w:p w14:paraId="474E2F32" w14:textId="77777777" w:rsidR="00BE3968" w:rsidRDefault="00CA6E70">
            <w:pPr>
              <w:pStyle w:val="CMRBodySmall"/>
              <w:spacing w:after="100"/>
            </w:pPr>
            <w:r>
              <w:t>____________________________________________________________________</w:t>
            </w:r>
          </w:p>
          <w:p w14:paraId="1D75751F" w14:textId="77777777" w:rsidR="00BE3968" w:rsidRDefault="00CA6E70">
            <w:pPr>
              <w:pStyle w:val="CMRBodySmall"/>
              <w:spacing w:after="100"/>
            </w:pPr>
            <w:r>
              <w:t>Answer with units: __________________________________________________</w:t>
            </w:r>
          </w:p>
          <w:p w14:paraId="3E1AE594" w14:textId="77777777" w:rsidR="00BE3968" w:rsidRDefault="00CA6E70">
            <w:pPr>
              <w:pStyle w:val="CMRBodySmall"/>
              <w:spacing w:after="80"/>
            </w:pPr>
            <w:r>
              <w:t>Does the answer make sense? ___________________________________________</w:t>
            </w:r>
          </w:p>
        </w:tc>
      </w:tr>
    </w:tbl>
    <w:p w14:paraId="202265FF" w14:textId="77777777" w:rsidR="00BE3968" w:rsidRDefault="00CA6E70">
      <w:r>
        <w:br w:type="page"/>
      </w:r>
    </w:p>
    <w:p w14:paraId="62AFA454" w14:textId="77777777" w:rsidR="00BE3968" w:rsidRDefault="00CA6E70">
      <w:pPr>
        <w:pStyle w:val="CMRSmallLabel"/>
        <w:spacing w:after="60"/>
      </w:pPr>
      <w:r>
        <w:rPr>
          <w:b w:val="0"/>
        </w:rPr>
        <w:t>SECTION 2  |  TOPIC 06  |  PRACTICE PAGE 3/5</w:t>
      </w:r>
    </w:p>
    <w:p w14:paraId="0740094E" w14:textId="77777777" w:rsidR="00BE3968" w:rsidRDefault="00CA6E70">
      <w:pPr>
        <w:pStyle w:val="CMRPageTitle"/>
        <w:spacing w:after="60"/>
      </w:pPr>
      <w:r>
        <w:rPr>
          <w:b w:val="0"/>
        </w:rPr>
        <w:t>Buying equal groups</w:t>
      </w:r>
    </w:p>
    <w:p w14:paraId="3EB1A03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4EDBB0A" w14:textId="77777777">
        <w:tc>
          <w:tcPr>
            <w:tcW w:w="10036" w:type="dxa"/>
            <w:shd w:val="clear" w:color="auto" w:fill="F5F8F9"/>
            <w:tcMar>
              <w:top w:w="70" w:type="dxa"/>
              <w:left w:w="140" w:type="dxa"/>
              <w:bottom w:w="85" w:type="dxa"/>
              <w:right w:w="140" w:type="dxa"/>
            </w:tcMar>
          </w:tcPr>
          <w:p w14:paraId="3F5B741B" w14:textId="77777777" w:rsidR="00BE3968" w:rsidRDefault="00BE3968"/>
          <w:p w14:paraId="328216C3" w14:textId="77777777" w:rsidR="00BE3968" w:rsidRDefault="00CA6E70">
            <w:pPr>
              <w:pStyle w:val="CMRBodySmall"/>
            </w:pPr>
            <w:r>
              <w:rPr>
                <w:b/>
              </w:rPr>
              <w:t>PROBLEM S2-055</w:t>
            </w:r>
          </w:p>
          <w:p w14:paraId="43B00058" w14:textId="77777777" w:rsidR="00BE3968" w:rsidRDefault="00CA6E70">
            <w:r>
              <w:t>Elaine sets out 6 work gloves for each of 4 volunteer teams. Elaine also keeps 4 extra at the front desk. How many work gloves are needed altogether?</w:t>
            </w:r>
          </w:p>
          <w:p w14:paraId="520A1113" w14:textId="77777777" w:rsidR="00BE3968" w:rsidRDefault="00CA6E70">
            <w:pPr>
              <w:pStyle w:val="CMRBodySmall"/>
              <w:spacing w:after="40"/>
            </w:pPr>
            <w:r>
              <w:rPr>
                <w:b/>
              </w:rPr>
              <w:t>STEP 1 — WHAT DO THEY WANT?</w:t>
            </w:r>
          </w:p>
          <w:p w14:paraId="673DEF53" w14:textId="77777777" w:rsidR="00BE3968" w:rsidRDefault="00CA6E70">
            <w:pPr>
              <w:pStyle w:val="CMRBodySmall"/>
              <w:spacing w:after="80"/>
            </w:pPr>
            <w:r>
              <w:t>I need to find: _________________________________________________________</w:t>
            </w:r>
          </w:p>
          <w:p w14:paraId="4E1332CC" w14:textId="77777777" w:rsidR="00BE3968" w:rsidRDefault="00CA6E70">
            <w:pPr>
              <w:pStyle w:val="CMRBodySmall"/>
              <w:spacing w:after="40"/>
            </w:pPr>
            <w:r>
              <w:rPr>
                <w:b/>
              </w:rPr>
              <w:t>STEP 2 — WHAT DO I KNOW?</w:t>
            </w:r>
          </w:p>
          <w:p w14:paraId="51908850" w14:textId="77777777" w:rsidR="00BE3968" w:rsidRDefault="00CA6E70">
            <w:pPr>
              <w:pStyle w:val="CMRBodySmall"/>
              <w:spacing w:after="40"/>
            </w:pPr>
            <w:r>
              <w:t>Useful facts: __________________________________________________________</w:t>
            </w:r>
          </w:p>
          <w:p w14:paraId="30CA347D" w14:textId="77777777" w:rsidR="00BE3968" w:rsidRDefault="00CA6E70">
            <w:pPr>
              <w:pStyle w:val="CMRBodySmall"/>
            </w:pPr>
            <w:r>
              <w:t>____________________________________________________________________</w:t>
            </w:r>
          </w:p>
          <w:p w14:paraId="584C6791" w14:textId="77777777" w:rsidR="00BE3968" w:rsidRDefault="00CA6E70">
            <w:pPr>
              <w:pStyle w:val="CMRBodySmall"/>
              <w:spacing w:after="40"/>
            </w:pPr>
            <w:r>
              <w:rPr>
                <w:b/>
              </w:rPr>
              <w:t>STEP 3 — HOW DO I FIND IT?</w:t>
            </w:r>
          </w:p>
          <w:p w14:paraId="062DFC72" w14:textId="77777777" w:rsidR="00BE3968" w:rsidRDefault="00CA6E70">
            <w:pPr>
              <w:pStyle w:val="CMRBodySmall"/>
              <w:spacing w:after="100"/>
            </w:pPr>
            <w:r>
              <w:t>My work: ____________________________________________________________</w:t>
            </w:r>
          </w:p>
          <w:p w14:paraId="2D3A61EE" w14:textId="77777777" w:rsidR="00BE3968" w:rsidRDefault="00CA6E70">
            <w:pPr>
              <w:pStyle w:val="CMRBodySmall"/>
              <w:spacing w:after="100"/>
            </w:pPr>
            <w:r>
              <w:t>____________________________________________________________________</w:t>
            </w:r>
          </w:p>
          <w:p w14:paraId="33CBAA00" w14:textId="77777777" w:rsidR="00BE3968" w:rsidRDefault="00CA6E70">
            <w:pPr>
              <w:pStyle w:val="CMRBodySmall"/>
              <w:spacing w:after="100"/>
            </w:pPr>
            <w:r>
              <w:t>____________________________________________________________________</w:t>
            </w:r>
          </w:p>
          <w:p w14:paraId="274580DE" w14:textId="77777777" w:rsidR="00BE3968" w:rsidRDefault="00CA6E70">
            <w:pPr>
              <w:pStyle w:val="CMRBodySmall"/>
              <w:spacing w:after="100"/>
            </w:pPr>
            <w:r>
              <w:t>Answer with units: __________________________________________________</w:t>
            </w:r>
          </w:p>
          <w:p w14:paraId="306D8756" w14:textId="77777777" w:rsidR="00BE3968" w:rsidRDefault="00CA6E70">
            <w:pPr>
              <w:pStyle w:val="CMRBodySmall"/>
              <w:spacing w:after="80"/>
            </w:pPr>
            <w:r>
              <w:t>Does the answer make sense? ___________________________________________</w:t>
            </w:r>
          </w:p>
        </w:tc>
      </w:tr>
    </w:tbl>
    <w:p w14:paraId="5F2D75C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9C13F9D" w14:textId="77777777">
        <w:tc>
          <w:tcPr>
            <w:tcW w:w="10036" w:type="dxa"/>
            <w:tcMar>
              <w:top w:w="70" w:type="dxa"/>
              <w:left w:w="140" w:type="dxa"/>
              <w:bottom w:w="85" w:type="dxa"/>
              <w:right w:w="140" w:type="dxa"/>
            </w:tcMar>
          </w:tcPr>
          <w:p w14:paraId="6E0D2D62" w14:textId="77777777" w:rsidR="00BE3968" w:rsidRDefault="00BE3968"/>
          <w:p w14:paraId="0A9308BC" w14:textId="77777777" w:rsidR="00BE3968" w:rsidRDefault="00CA6E70">
            <w:pPr>
              <w:pStyle w:val="CMRBodySmall"/>
            </w:pPr>
            <w:r>
              <w:rPr>
                <w:b/>
              </w:rPr>
              <w:t>PROBLEM S2-056</w:t>
            </w:r>
          </w:p>
          <w:p w14:paraId="45C2B8C9" w14:textId="77777777" w:rsidR="00BE3968" w:rsidRDefault="00CA6E70">
            <w:r>
              <w:t>There are 6 supply shelves, and each one needs 6 food boxes. Terry wants 2 extra as spares. The order will arrive Tuesday. How many food boxes should Terry order?</w:t>
            </w:r>
          </w:p>
          <w:p w14:paraId="5A37E277" w14:textId="77777777" w:rsidR="00BE3968" w:rsidRDefault="00CA6E70">
            <w:pPr>
              <w:pStyle w:val="CMRBodySmall"/>
              <w:spacing w:after="40"/>
            </w:pPr>
            <w:r>
              <w:rPr>
                <w:b/>
              </w:rPr>
              <w:t>STEP 1 — WHAT DO THEY WANT?</w:t>
            </w:r>
          </w:p>
          <w:p w14:paraId="2CF7DB34" w14:textId="77777777" w:rsidR="00BE3968" w:rsidRDefault="00CA6E70">
            <w:pPr>
              <w:pStyle w:val="CMRBodySmall"/>
              <w:spacing w:after="80"/>
            </w:pPr>
            <w:r>
              <w:t>I need to find: _________________________________________________________</w:t>
            </w:r>
          </w:p>
          <w:p w14:paraId="3BA129EA" w14:textId="77777777" w:rsidR="00BE3968" w:rsidRDefault="00CA6E70">
            <w:pPr>
              <w:pStyle w:val="CMRBodySmall"/>
              <w:spacing w:after="40"/>
            </w:pPr>
            <w:r>
              <w:rPr>
                <w:b/>
              </w:rPr>
              <w:t>STEP 2 — WHAT DO I KNOW?</w:t>
            </w:r>
          </w:p>
          <w:p w14:paraId="30D1CF8C" w14:textId="77777777" w:rsidR="00BE3968" w:rsidRDefault="00CA6E70">
            <w:pPr>
              <w:pStyle w:val="CMRBodySmall"/>
              <w:spacing w:after="40"/>
            </w:pPr>
            <w:r>
              <w:t>Useful facts: __________________________________________________________</w:t>
            </w:r>
          </w:p>
          <w:p w14:paraId="7C140A05" w14:textId="77777777" w:rsidR="00BE3968" w:rsidRDefault="00CA6E70">
            <w:pPr>
              <w:pStyle w:val="CMRBodySmall"/>
            </w:pPr>
            <w:r>
              <w:t>____________________________________________________________________</w:t>
            </w:r>
          </w:p>
          <w:p w14:paraId="27D14BB1" w14:textId="77777777" w:rsidR="00BE3968" w:rsidRDefault="00CA6E70">
            <w:pPr>
              <w:pStyle w:val="CMRBodySmall"/>
              <w:spacing w:after="40"/>
            </w:pPr>
            <w:r>
              <w:rPr>
                <w:b/>
              </w:rPr>
              <w:t>STEP 3 — HOW DO I FIND IT?</w:t>
            </w:r>
          </w:p>
          <w:p w14:paraId="2351921B" w14:textId="77777777" w:rsidR="00BE3968" w:rsidRDefault="00CA6E70">
            <w:pPr>
              <w:pStyle w:val="CMRBodySmall"/>
              <w:spacing w:after="100"/>
            </w:pPr>
            <w:r>
              <w:t>My work: ____________________________________________________________</w:t>
            </w:r>
          </w:p>
          <w:p w14:paraId="0B5ED042" w14:textId="77777777" w:rsidR="00BE3968" w:rsidRDefault="00CA6E70">
            <w:pPr>
              <w:pStyle w:val="CMRBodySmall"/>
              <w:spacing w:after="100"/>
            </w:pPr>
            <w:r>
              <w:t>____________________________________________________________________</w:t>
            </w:r>
          </w:p>
          <w:p w14:paraId="4F681B2A" w14:textId="77777777" w:rsidR="00BE3968" w:rsidRDefault="00CA6E70">
            <w:pPr>
              <w:pStyle w:val="CMRBodySmall"/>
              <w:spacing w:after="100"/>
            </w:pPr>
            <w:r>
              <w:t>____________________________________________________________________</w:t>
            </w:r>
          </w:p>
          <w:p w14:paraId="67E6F405" w14:textId="77777777" w:rsidR="00BE3968" w:rsidRDefault="00CA6E70">
            <w:pPr>
              <w:pStyle w:val="CMRBodySmall"/>
              <w:spacing w:after="100"/>
            </w:pPr>
            <w:r>
              <w:t>Answer with units: __________________________________________________</w:t>
            </w:r>
          </w:p>
          <w:p w14:paraId="222C54E3" w14:textId="77777777" w:rsidR="00BE3968" w:rsidRDefault="00CA6E70">
            <w:pPr>
              <w:pStyle w:val="CMRBodySmall"/>
              <w:spacing w:after="80"/>
            </w:pPr>
            <w:r>
              <w:t>Does the answer make sense? ___________________________________________</w:t>
            </w:r>
          </w:p>
        </w:tc>
      </w:tr>
    </w:tbl>
    <w:p w14:paraId="25B237E3" w14:textId="77777777" w:rsidR="00BE3968" w:rsidRDefault="00CA6E70">
      <w:r>
        <w:br w:type="page"/>
      </w:r>
    </w:p>
    <w:p w14:paraId="4116CEBD" w14:textId="77777777" w:rsidR="00BE3968" w:rsidRDefault="00CA6E70">
      <w:pPr>
        <w:pStyle w:val="CMRSmallLabel"/>
        <w:spacing w:after="60"/>
      </w:pPr>
      <w:r>
        <w:rPr>
          <w:b w:val="0"/>
        </w:rPr>
        <w:t>SECTION 2  |  TOPIC 06  |  PRACTICE PAGE 4/5</w:t>
      </w:r>
    </w:p>
    <w:p w14:paraId="2306093F" w14:textId="77777777" w:rsidR="00BE3968" w:rsidRDefault="00CA6E70">
      <w:pPr>
        <w:pStyle w:val="CMRPageTitle"/>
        <w:spacing w:after="60"/>
      </w:pPr>
      <w:r>
        <w:rPr>
          <w:b w:val="0"/>
        </w:rPr>
        <w:t>Buying equal groups</w:t>
      </w:r>
    </w:p>
    <w:p w14:paraId="399D6E8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E3DF7D2" w14:textId="77777777">
        <w:tc>
          <w:tcPr>
            <w:tcW w:w="10036" w:type="dxa"/>
            <w:shd w:val="clear" w:color="auto" w:fill="F5F8F9"/>
            <w:tcMar>
              <w:top w:w="70" w:type="dxa"/>
              <w:left w:w="140" w:type="dxa"/>
              <w:bottom w:w="85" w:type="dxa"/>
              <w:right w:w="140" w:type="dxa"/>
            </w:tcMar>
          </w:tcPr>
          <w:p w14:paraId="67A63D88" w14:textId="77777777" w:rsidR="00BE3968" w:rsidRDefault="00BE3968"/>
          <w:p w14:paraId="6F937A59" w14:textId="77777777" w:rsidR="00BE3968" w:rsidRDefault="00CA6E70">
            <w:pPr>
              <w:pStyle w:val="CMRBodySmall"/>
            </w:pPr>
            <w:r>
              <w:rPr>
                <w:b/>
              </w:rPr>
              <w:t>PROBLEM S2-057</w:t>
            </w:r>
          </w:p>
          <w:p w14:paraId="07C99069" w14:textId="77777777" w:rsidR="00BE3968" w:rsidRDefault="00CA6E70">
            <w:r>
              <w:t>Rachel is planning for 8 office desks. Every one of them gets 8 folders, plus 2 extra for a supply closet. How many folders is that in all?</w:t>
            </w:r>
          </w:p>
          <w:p w14:paraId="5AB5CB28" w14:textId="77777777" w:rsidR="00BE3968" w:rsidRDefault="00CA6E70">
            <w:pPr>
              <w:pStyle w:val="CMRBodySmall"/>
              <w:spacing w:after="40"/>
            </w:pPr>
            <w:r>
              <w:rPr>
                <w:b/>
              </w:rPr>
              <w:t>STEP 1 — WHAT DO THEY WANT?</w:t>
            </w:r>
          </w:p>
          <w:p w14:paraId="0B3FB485" w14:textId="77777777" w:rsidR="00BE3968" w:rsidRDefault="00CA6E70">
            <w:pPr>
              <w:pStyle w:val="CMRBodySmall"/>
              <w:spacing w:after="80"/>
            </w:pPr>
            <w:r>
              <w:t>I need to find: _________________________________________________________</w:t>
            </w:r>
          </w:p>
          <w:p w14:paraId="25FD16E1" w14:textId="77777777" w:rsidR="00BE3968" w:rsidRDefault="00CA6E70">
            <w:pPr>
              <w:pStyle w:val="CMRBodySmall"/>
              <w:spacing w:after="40"/>
            </w:pPr>
            <w:r>
              <w:rPr>
                <w:b/>
              </w:rPr>
              <w:t>STEP 2 — WHAT DO I KNOW?</w:t>
            </w:r>
          </w:p>
          <w:p w14:paraId="796370EE" w14:textId="77777777" w:rsidR="00BE3968" w:rsidRDefault="00CA6E70">
            <w:pPr>
              <w:pStyle w:val="CMRBodySmall"/>
              <w:spacing w:after="40"/>
            </w:pPr>
            <w:r>
              <w:t>Useful facts: __________________________________________________________</w:t>
            </w:r>
          </w:p>
          <w:p w14:paraId="76F04754" w14:textId="77777777" w:rsidR="00BE3968" w:rsidRDefault="00CA6E70">
            <w:pPr>
              <w:pStyle w:val="CMRBodySmall"/>
            </w:pPr>
            <w:r>
              <w:t>____________________________________________________________________</w:t>
            </w:r>
          </w:p>
          <w:p w14:paraId="7AED5EDE" w14:textId="77777777" w:rsidR="00BE3968" w:rsidRDefault="00CA6E70">
            <w:pPr>
              <w:pStyle w:val="CMRBodySmall"/>
              <w:spacing w:after="40"/>
            </w:pPr>
            <w:r>
              <w:rPr>
                <w:b/>
              </w:rPr>
              <w:t>STEP 3 — HOW DO I FIND IT?</w:t>
            </w:r>
          </w:p>
          <w:p w14:paraId="7F5D6680" w14:textId="77777777" w:rsidR="00BE3968" w:rsidRDefault="00CA6E70">
            <w:pPr>
              <w:pStyle w:val="CMRBodySmall"/>
              <w:spacing w:after="100"/>
            </w:pPr>
            <w:r>
              <w:t>My work: ____________________________________________________________</w:t>
            </w:r>
          </w:p>
          <w:p w14:paraId="3D324672" w14:textId="77777777" w:rsidR="00BE3968" w:rsidRDefault="00CA6E70">
            <w:pPr>
              <w:pStyle w:val="CMRBodySmall"/>
              <w:spacing w:after="100"/>
            </w:pPr>
            <w:r>
              <w:t>____________________________________________________________________</w:t>
            </w:r>
          </w:p>
          <w:p w14:paraId="4CC54653" w14:textId="77777777" w:rsidR="00BE3968" w:rsidRDefault="00CA6E70">
            <w:pPr>
              <w:pStyle w:val="CMRBodySmall"/>
              <w:spacing w:after="100"/>
            </w:pPr>
            <w:r>
              <w:t>____________________________________________________________________</w:t>
            </w:r>
          </w:p>
          <w:p w14:paraId="4727BFDC" w14:textId="77777777" w:rsidR="00BE3968" w:rsidRDefault="00CA6E70">
            <w:pPr>
              <w:pStyle w:val="CMRBodySmall"/>
              <w:spacing w:after="100"/>
            </w:pPr>
            <w:r>
              <w:t>Answer with units: __________________________________________________</w:t>
            </w:r>
          </w:p>
          <w:p w14:paraId="5AF82F5D" w14:textId="77777777" w:rsidR="00BE3968" w:rsidRDefault="00CA6E70">
            <w:pPr>
              <w:pStyle w:val="CMRBodySmall"/>
              <w:spacing w:after="80"/>
            </w:pPr>
            <w:r>
              <w:t>Does the answer make sense? ___________________________________________</w:t>
            </w:r>
          </w:p>
        </w:tc>
      </w:tr>
    </w:tbl>
    <w:p w14:paraId="2A5928D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380885F" w14:textId="77777777">
        <w:tc>
          <w:tcPr>
            <w:tcW w:w="10036" w:type="dxa"/>
            <w:tcMar>
              <w:top w:w="70" w:type="dxa"/>
              <w:left w:w="140" w:type="dxa"/>
              <w:bottom w:w="85" w:type="dxa"/>
              <w:right w:w="140" w:type="dxa"/>
            </w:tcMar>
          </w:tcPr>
          <w:p w14:paraId="39810CE3" w14:textId="77777777" w:rsidR="00BE3968" w:rsidRDefault="00BE3968"/>
          <w:p w14:paraId="26D82434" w14:textId="77777777" w:rsidR="00BE3968" w:rsidRDefault="00CA6E70">
            <w:pPr>
              <w:pStyle w:val="CMRBodySmall"/>
            </w:pPr>
            <w:r>
              <w:rPr>
                <w:b/>
              </w:rPr>
              <w:t>PROBLEM S2-058</w:t>
            </w:r>
          </w:p>
          <w:p w14:paraId="4CF19A29" w14:textId="77777777" w:rsidR="00BE3968" w:rsidRDefault="00CA6E70">
            <w:r>
              <w:t>Maria sets out 6 bottles of water for each of 9 training rooms. Maria also keeps 3 extra at the front desk. How many bottles of water are needed altogether?</w:t>
            </w:r>
          </w:p>
          <w:p w14:paraId="6BB3E45E" w14:textId="77777777" w:rsidR="00BE3968" w:rsidRDefault="00CA6E70">
            <w:pPr>
              <w:pStyle w:val="CMRBodySmall"/>
              <w:spacing w:after="40"/>
            </w:pPr>
            <w:r>
              <w:rPr>
                <w:b/>
              </w:rPr>
              <w:t>STEP 1 — WHAT DO THEY WANT?</w:t>
            </w:r>
          </w:p>
          <w:p w14:paraId="6F4CE34E" w14:textId="77777777" w:rsidR="00BE3968" w:rsidRDefault="00CA6E70">
            <w:pPr>
              <w:pStyle w:val="CMRBodySmall"/>
              <w:spacing w:after="80"/>
            </w:pPr>
            <w:r>
              <w:t>I need to find: _________________________________________________________</w:t>
            </w:r>
          </w:p>
          <w:p w14:paraId="73B91C99" w14:textId="77777777" w:rsidR="00BE3968" w:rsidRDefault="00CA6E70">
            <w:pPr>
              <w:pStyle w:val="CMRBodySmall"/>
              <w:spacing w:after="40"/>
            </w:pPr>
            <w:r>
              <w:rPr>
                <w:b/>
              </w:rPr>
              <w:t>STEP 2 — WHAT DO I KNOW?</w:t>
            </w:r>
          </w:p>
          <w:p w14:paraId="1F8AFDC3" w14:textId="77777777" w:rsidR="00BE3968" w:rsidRDefault="00CA6E70">
            <w:pPr>
              <w:pStyle w:val="CMRBodySmall"/>
              <w:spacing w:after="40"/>
            </w:pPr>
            <w:r>
              <w:t>Useful facts: __________________________________________________________</w:t>
            </w:r>
          </w:p>
          <w:p w14:paraId="3235F623" w14:textId="77777777" w:rsidR="00BE3968" w:rsidRDefault="00CA6E70">
            <w:pPr>
              <w:pStyle w:val="CMRBodySmall"/>
            </w:pPr>
            <w:r>
              <w:t>____________________________________________________________________</w:t>
            </w:r>
          </w:p>
          <w:p w14:paraId="5B305D74" w14:textId="77777777" w:rsidR="00BE3968" w:rsidRDefault="00CA6E70">
            <w:pPr>
              <w:pStyle w:val="CMRBodySmall"/>
              <w:spacing w:after="40"/>
            </w:pPr>
            <w:r>
              <w:rPr>
                <w:b/>
              </w:rPr>
              <w:t>STEP 3 — HOW DO I FIND IT?</w:t>
            </w:r>
          </w:p>
          <w:p w14:paraId="697E0294" w14:textId="77777777" w:rsidR="00BE3968" w:rsidRDefault="00CA6E70">
            <w:pPr>
              <w:pStyle w:val="CMRBodySmall"/>
              <w:spacing w:after="100"/>
            </w:pPr>
            <w:r>
              <w:t>My work: ____________________________________________________________</w:t>
            </w:r>
          </w:p>
          <w:p w14:paraId="2235E6FF" w14:textId="77777777" w:rsidR="00BE3968" w:rsidRDefault="00CA6E70">
            <w:pPr>
              <w:pStyle w:val="CMRBodySmall"/>
              <w:spacing w:after="100"/>
            </w:pPr>
            <w:r>
              <w:t>____________________________________________________________________</w:t>
            </w:r>
          </w:p>
          <w:p w14:paraId="08EB8873" w14:textId="77777777" w:rsidR="00BE3968" w:rsidRDefault="00CA6E70">
            <w:pPr>
              <w:pStyle w:val="CMRBodySmall"/>
              <w:spacing w:after="100"/>
            </w:pPr>
            <w:r>
              <w:t>____________________________________________________________________</w:t>
            </w:r>
          </w:p>
          <w:p w14:paraId="4EDE6603" w14:textId="77777777" w:rsidR="00BE3968" w:rsidRDefault="00CA6E70">
            <w:pPr>
              <w:pStyle w:val="CMRBodySmall"/>
              <w:spacing w:after="100"/>
            </w:pPr>
            <w:r>
              <w:t>Answer with units: __________________________________________________</w:t>
            </w:r>
          </w:p>
          <w:p w14:paraId="44FC70CF" w14:textId="77777777" w:rsidR="00BE3968" w:rsidRDefault="00CA6E70">
            <w:pPr>
              <w:pStyle w:val="CMRBodySmall"/>
              <w:spacing w:after="80"/>
            </w:pPr>
            <w:r>
              <w:t>Does the answer make sense? ___________________________________________</w:t>
            </w:r>
          </w:p>
        </w:tc>
      </w:tr>
    </w:tbl>
    <w:p w14:paraId="14FC6FD1" w14:textId="77777777" w:rsidR="00BE3968" w:rsidRDefault="00CA6E70">
      <w:r>
        <w:br w:type="page"/>
      </w:r>
    </w:p>
    <w:p w14:paraId="335A6D75" w14:textId="77777777" w:rsidR="00BE3968" w:rsidRDefault="00CA6E70">
      <w:pPr>
        <w:pStyle w:val="CMRSmallLabel"/>
        <w:spacing w:after="60"/>
      </w:pPr>
      <w:r>
        <w:rPr>
          <w:b w:val="0"/>
        </w:rPr>
        <w:t>SECTION 2  |  TOPIC 06  |  PRACTICE PAGE 5/5</w:t>
      </w:r>
    </w:p>
    <w:p w14:paraId="2F25F4C0" w14:textId="77777777" w:rsidR="00BE3968" w:rsidRDefault="00CA6E70">
      <w:pPr>
        <w:pStyle w:val="CMRPageTitle"/>
        <w:spacing w:after="60"/>
      </w:pPr>
      <w:r>
        <w:rPr>
          <w:b w:val="0"/>
        </w:rPr>
        <w:t>Buying equal groups</w:t>
      </w:r>
    </w:p>
    <w:p w14:paraId="5E2B3C0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0422193" w14:textId="77777777">
        <w:tc>
          <w:tcPr>
            <w:tcW w:w="10036" w:type="dxa"/>
            <w:shd w:val="clear" w:color="auto" w:fill="F5F8F9"/>
            <w:tcMar>
              <w:top w:w="70" w:type="dxa"/>
              <w:left w:w="140" w:type="dxa"/>
              <w:bottom w:w="85" w:type="dxa"/>
              <w:right w:w="140" w:type="dxa"/>
            </w:tcMar>
          </w:tcPr>
          <w:p w14:paraId="3BAA7697" w14:textId="77777777" w:rsidR="00BE3968" w:rsidRDefault="00BE3968"/>
          <w:p w14:paraId="1594527A" w14:textId="77777777" w:rsidR="00BE3968" w:rsidRDefault="00CA6E70">
            <w:pPr>
              <w:pStyle w:val="CMRBodySmall"/>
            </w:pPr>
            <w:r>
              <w:rPr>
                <w:b/>
              </w:rPr>
              <w:t>PROBLEM S2-059</w:t>
            </w:r>
          </w:p>
          <w:p w14:paraId="762CE111" w14:textId="77777777" w:rsidR="00BE3968" w:rsidRDefault="00CA6E70">
            <w:r>
              <w:t>There are 8 volunteer teams, and each one needs 8 work gloves. Robert wants 4 extra as spares. The order will arrive Tuesday. How many work gloves should Robert order?</w:t>
            </w:r>
          </w:p>
          <w:p w14:paraId="32C345B5" w14:textId="77777777" w:rsidR="00BE3968" w:rsidRDefault="00CA6E70">
            <w:pPr>
              <w:pStyle w:val="CMRBodySmall"/>
              <w:spacing w:after="40"/>
            </w:pPr>
            <w:r>
              <w:rPr>
                <w:b/>
              </w:rPr>
              <w:t>STEP 1 — WHAT DO THEY WANT?</w:t>
            </w:r>
          </w:p>
          <w:p w14:paraId="08560667" w14:textId="77777777" w:rsidR="00BE3968" w:rsidRDefault="00CA6E70">
            <w:pPr>
              <w:pStyle w:val="CMRBodySmall"/>
              <w:spacing w:after="80"/>
            </w:pPr>
            <w:r>
              <w:t>I need to find: _________________________________________________________</w:t>
            </w:r>
          </w:p>
          <w:p w14:paraId="67404221" w14:textId="77777777" w:rsidR="00BE3968" w:rsidRDefault="00CA6E70">
            <w:pPr>
              <w:pStyle w:val="CMRBodySmall"/>
              <w:spacing w:after="40"/>
            </w:pPr>
            <w:r>
              <w:rPr>
                <w:b/>
              </w:rPr>
              <w:t>STEP 2 — WHAT DO I KNOW?</w:t>
            </w:r>
          </w:p>
          <w:p w14:paraId="2735EC58" w14:textId="77777777" w:rsidR="00BE3968" w:rsidRDefault="00CA6E70">
            <w:pPr>
              <w:pStyle w:val="CMRBodySmall"/>
              <w:spacing w:after="40"/>
            </w:pPr>
            <w:r>
              <w:t>Useful facts: __________________________________________________________</w:t>
            </w:r>
          </w:p>
          <w:p w14:paraId="5AB8A536" w14:textId="77777777" w:rsidR="00BE3968" w:rsidRDefault="00CA6E70">
            <w:pPr>
              <w:pStyle w:val="CMRBodySmall"/>
            </w:pPr>
            <w:r>
              <w:t>____________________________________________________________________</w:t>
            </w:r>
          </w:p>
          <w:p w14:paraId="78A70020" w14:textId="77777777" w:rsidR="00BE3968" w:rsidRDefault="00CA6E70">
            <w:pPr>
              <w:pStyle w:val="CMRBodySmall"/>
              <w:spacing w:after="40"/>
            </w:pPr>
            <w:r>
              <w:rPr>
                <w:b/>
              </w:rPr>
              <w:t>STEP 3 — HOW DO I FIND IT?</w:t>
            </w:r>
          </w:p>
          <w:p w14:paraId="39BCC0F7" w14:textId="77777777" w:rsidR="00BE3968" w:rsidRDefault="00CA6E70">
            <w:pPr>
              <w:pStyle w:val="CMRBodySmall"/>
              <w:spacing w:after="100"/>
            </w:pPr>
            <w:r>
              <w:t>My work: ____________________________________________________________</w:t>
            </w:r>
          </w:p>
          <w:p w14:paraId="19438898" w14:textId="77777777" w:rsidR="00BE3968" w:rsidRDefault="00CA6E70">
            <w:pPr>
              <w:pStyle w:val="CMRBodySmall"/>
              <w:spacing w:after="100"/>
            </w:pPr>
            <w:r>
              <w:t>____________________________________________________________________</w:t>
            </w:r>
          </w:p>
          <w:p w14:paraId="4EDBDFEC" w14:textId="77777777" w:rsidR="00BE3968" w:rsidRDefault="00CA6E70">
            <w:pPr>
              <w:pStyle w:val="CMRBodySmall"/>
              <w:spacing w:after="100"/>
            </w:pPr>
            <w:r>
              <w:t>____________________________________________________________________</w:t>
            </w:r>
          </w:p>
          <w:p w14:paraId="642A3D1E" w14:textId="77777777" w:rsidR="00BE3968" w:rsidRDefault="00CA6E70">
            <w:pPr>
              <w:pStyle w:val="CMRBodySmall"/>
              <w:spacing w:after="100"/>
            </w:pPr>
            <w:r>
              <w:t>Answer with units: __________________________________________________</w:t>
            </w:r>
          </w:p>
          <w:p w14:paraId="4377A6AD" w14:textId="77777777" w:rsidR="00BE3968" w:rsidRDefault="00CA6E70">
            <w:pPr>
              <w:pStyle w:val="CMRBodySmall"/>
              <w:spacing w:after="80"/>
            </w:pPr>
            <w:r>
              <w:t>Does the answer make sense? ___________________________________________</w:t>
            </w:r>
          </w:p>
        </w:tc>
      </w:tr>
    </w:tbl>
    <w:p w14:paraId="640EDF5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F2017A5" w14:textId="77777777">
        <w:tc>
          <w:tcPr>
            <w:tcW w:w="10036" w:type="dxa"/>
            <w:tcMar>
              <w:top w:w="70" w:type="dxa"/>
              <w:left w:w="140" w:type="dxa"/>
              <w:bottom w:w="85" w:type="dxa"/>
              <w:right w:w="140" w:type="dxa"/>
            </w:tcMar>
          </w:tcPr>
          <w:p w14:paraId="299BE042" w14:textId="77777777" w:rsidR="00BE3968" w:rsidRDefault="00BE3968"/>
          <w:p w14:paraId="5BF705E9" w14:textId="77777777" w:rsidR="00BE3968" w:rsidRDefault="00CA6E70">
            <w:pPr>
              <w:pStyle w:val="CMRBodySmall"/>
            </w:pPr>
            <w:r>
              <w:rPr>
                <w:b/>
              </w:rPr>
              <w:t>PROBLEM S2-060</w:t>
            </w:r>
          </w:p>
          <w:p w14:paraId="2EAAB5DB" w14:textId="77777777" w:rsidR="00BE3968" w:rsidRDefault="00CA6E70">
            <w:r>
              <w:t>Denise is planning for 5 supply shelves. Every one of them gets 6 food boxes, plus 3 extra for a supply closet. How many food boxes is that in all?</w:t>
            </w:r>
          </w:p>
          <w:p w14:paraId="660F4FD9" w14:textId="77777777" w:rsidR="00BE3968" w:rsidRDefault="00CA6E70">
            <w:pPr>
              <w:pStyle w:val="CMRBodySmall"/>
              <w:spacing w:after="40"/>
            </w:pPr>
            <w:r>
              <w:rPr>
                <w:b/>
              </w:rPr>
              <w:t>STEP 1 — WHAT DO THEY WANT?</w:t>
            </w:r>
          </w:p>
          <w:p w14:paraId="747727FF" w14:textId="77777777" w:rsidR="00BE3968" w:rsidRDefault="00CA6E70">
            <w:pPr>
              <w:pStyle w:val="CMRBodySmall"/>
              <w:spacing w:after="80"/>
            </w:pPr>
            <w:r>
              <w:t>I need to find: _________________________________________________________</w:t>
            </w:r>
          </w:p>
          <w:p w14:paraId="1A465E9F" w14:textId="77777777" w:rsidR="00BE3968" w:rsidRDefault="00CA6E70">
            <w:pPr>
              <w:pStyle w:val="CMRBodySmall"/>
              <w:spacing w:after="40"/>
            </w:pPr>
            <w:r>
              <w:rPr>
                <w:b/>
              </w:rPr>
              <w:t>STEP 2 — WHAT DO I KNOW?</w:t>
            </w:r>
          </w:p>
          <w:p w14:paraId="18A8AC57" w14:textId="77777777" w:rsidR="00BE3968" w:rsidRDefault="00CA6E70">
            <w:pPr>
              <w:pStyle w:val="CMRBodySmall"/>
              <w:spacing w:after="40"/>
            </w:pPr>
            <w:r>
              <w:t>Useful facts: __________________________________________________________</w:t>
            </w:r>
          </w:p>
          <w:p w14:paraId="19E85063" w14:textId="77777777" w:rsidR="00BE3968" w:rsidRDefault="00CA6E70">
            <w:pPr>
              <w:pStyle w:val="CMRBodySmall"/>
            </w:pPr>
            <w:r>
              <w:t>____________________________________________________________________</w:t>
            </w:r>
          </w:p>
          <w:p w14:paraId="0060A416" w14:textId="77777777" w:rsidR="00BE3968" w:rsidRDefault="00CA6E70">
            <w:pPr>
              <w:pStyle w:val="CMRBodySmall"/>
              <w:spacing w:after="40"/>
            </w:pPr>
            <w:r>
              <w:rPr>
                <w:b/>
              </w:rPr>
              <w:t>STEP 3 — HOW DO I FIND IT?</w:t>
            </w:r>
          </w:p>
          <w:p w14:paraId="1683835C" w14:textId="77777777" w:rsidR="00BE3968" w:rsidRDefault="00CA6E70">
            <w:pPr>
              <w:pStyle w:val="CMRBodySmall"/>
              <w:spacing w:after="100"/>
            </w:pPr>
            <w:r>
              <w:t>My work: ____________________________________________________________</w:t>
            </w:r>
          </w:p>
          <w:p w14:paraId="4E533012" w14:textId="77777777" w:rsidR="00BE3968" w:rsidRDefault="00CA6E70">
            <w:pPr>
              <w:pStyle w:val="CMRBodySmall"/>
              <w:spacing w:after="100"/>
            </w:pPr>
            <w:r>
              <w:t>____________________________________________________________________</w:t>
            </w:r>
          </w:p>
          <w:p w14:paraId="68680DF7" w14:textId="77777777" w:rsidR="00BE3968" w:rsidRDefault="00CA6E70">
            <w:pPr>
              <w:pStyle w:val="CMRBodySmall"/>
              <w:spacing w:after="100"/>
            </w:pPr>
            <w:r>
              <w:t>____________________________________________________________________</w:t>
            </w:r>
          </w:p>
          <w:p w14:paraId="7AECB091" w14:textId="77777777" w:rsidR="00BE3968" w:rsidRDefault="00CA6E70">
            <w:pPr>
              <w:pStyle w:val="CMRBodySmall"/>
              <w:spacing w:after="100"/>
            </w:pPr>
            <w:r>
              <w:t>Answer with units: __________________________________________________</w:t>
            </w:r>
          </w:p>
          <w:p w14:paraId="653EA3D5" w14:textId="77777777" w:rsidR="00BE3968" w:rsidRDefault="00CA6E70">
            <w:pPr>
              <w:pStyle w:val="CMRBodySmall"/>
              <w:spacing w:after="80"/>
            </w:pPr>
            <w:r>
              <w:t>Does the answer make sense? ___________________________________________</w:t>
            </w:r>
          </w:p>
        </w:tc>
      </w:tr>
    </w:tbl>
    <w:p w14:paraId="7D37D2AE" w14:textId="77777777" w:rsidR="00BE3968" w:rsidRDefault="00CA6E70">
      <w:r>
        <w:br w:type="page"/>
      </w:r>
    </w:p>
    <w:p w14:paraId="619A50D3" w14:textId="77777777" w:rsidR="00BE3968" w:rsidRDefault="00CA6E70">
      <w:pPr>
        <w:pStyle w:val="CMRSmallLabel"/>
        <w:spacing w:after="60"/>
      </w:pPr>
      <w:r>
        <w:rPr>
          <w:b w:val="0"/>
        </w:rPr>
        <w:t>SECTION 2  |  TOPIC 07  |  PRACTICE PAGE 1/5</w:t>
      </w:r>
    </w:p>
    <w:p w14:paraId="781B92FA" w14:textId="77777777" w:rsidR="00BE3968" w:rsidRDefault="00CA6E70">
      <w:pPr>
        <w:pStyle w:val="CMRPageTitle"/>
        <w:spacing w:after="60"/>
      </w:pPr>
      <w:r>
        <w:rPr>
          <w:b w:val="0"/>
        </w:rPr>
        <w:t>Packing and sharing</w:t>
      </w:r>
    </w:p>
    <w:p w14:paraId="54E28957" w14:textId="77777777" w:rsidR="00BE3968" w:rsidRDefault="00CA6E70">
      <w:pPr>
        <w:pStyle w:val="CMRBodySmall"/>
        <w:spacing w:after="100"/>
      </w:pPr>
      <w:r>
        <w:t>Use the same three steps: Put equal amounts in groups or find the number in each group.</w:t>
      </w:r>
    </w:p>
    <w:tbl>
      <w:tblPr>
        <w:tblW w:w="0" w:type="auto"/>
        <w:tblLayout w:type="fixed"/>
        <w:tblLook w:val="04A0" w:firstRow="1" w:lastRow="0" w:firstColumn="1" w:lastColumn="0" w:noHBand="0" w:noVBand="1"/>
      </w:tblPr>
      <w:tblGrid>
        <w:gridCol w:w="10036"/>
      </w:tblGrid>
      <w:tr w:rsidR="00BE3968" w14:paraId="0694A5A9" w14:textId="77777777">
        <w:tc>
          <w:tcPr>
            <w:tcW w:w="10036" w:type="dxa"/>
            <w:shd w:val="clear" w:color="auto" w:fill="F5F8F9"/>
            <w:tcMar>
              <w:top w:w="70" w:type="dxa"/>
              <w:left w:w="140" w:type="dxa"/>
              <w:bottom w:w="85" w:type="dxa"/>
              <w:right w:w="140" w:type="dxa"/>
            </w:tcMar>
          </w:tcPr>
          <w:p w14:paraId="11BBA6A6" w14:textId="77777777" w:rsidR="00BE3968" w:rsidRDefault="00BE3968"/>
          <w:p w14:paraId="66F4F230" w14:textId="77777777" w:rsidR="00BE3968" w:rsidRDefault="00CA6E70">
            <w:pPr>
              <w:pStyle w:val="CMRBodySmall"/>
            </w:pPr>
            <w:r>
              <w:rPr>
                <w:b/>
              </w:rPr>
              <w:t>PROBLEM S2-061</w:t>
            </w:r>
          </w:p>
          <w:p w14:paraId="5DFC0B01" w14:textId="77777777" w:rsidR="00BE3968" w:rsidRDefault="00CA6E70">
            <w:r>
              <w:t>Felicia works at a program that has 76 notebooks. Felicia sets 4 aside as replacements and divides the rest equally among 8 shelves. How many notebooks go on each shelf?</w:t>
            </w:r>
          </w:p>
          <w:p w14:paraId="293F10F6" w14:textId="77777777" w:rsidR="00BE3968" w:rsidRDefault="00CA6E70">
            <w:pPr>
              <w:pStyle w:val="CMRBodySmall"/>
              <w:spacing w:after="40"/>
            </w:pPr>
            <w:r>
              <w:rPr>
                <w:b/>
              </w:rPr>
              <w:t>STEP 1 — WHAT DO THEY WANT?</w:t>
            </w:r>
          </w:p>
          <w:p w14:paraId="737A80E9" w14:textId="77777777" w:rsidR="00BE3968" w:rsidRDefault="00CA6E70">
            <w:pPr>
              <w:pStyle w:val="CMRBodySmall"/>
              <w:spacing w:after="80"/>
            </w:pPr>
            <w:r>
              <w:t>I need to find: _________________________________________________________</w:t>
            </w:r>
          </w:p>
          <w:p w14:paraId="3DB058CA" w14:textId="77777777" w:rsidR="00BE3968" w:rsidRDefault="00CA6E70">
            <w:pPr>
              <w:pStyle w:val="CMRBodySmall"/>
              <w:spacing w:after="40"/>
            </w:pPr>
            <w:r>
              <w:rPr>
                <w:b/>
              </w:rPr>
              <w:t>STEP 2 — WHAT DO I KNOW?</w:t>
            </w:r>
          </w:p>
          <w:p w14:paraId="314B17D3" w14:textId="77777777" w:rsidR="00BE3968" w:rsidRDefault="00CA6E70">
            <w:pPr>
              <w:pStyle w:val="CMRBodySmall"/>
              <w:spacing w:after="40"/>
            </w:pPr>
            <w:r>
              <w:t>Useful facts: __________________________________________________________</w:t>
            </w:r>
          </w:p>
          <w:p w14:paraId="28DDB659" w14:textId="77777777" w:rsidR="00BE3968" w:rsidRDefault="00CA6E70">
            <w:pPr>
              <w:pStyle w:val="CMRBodySmall"/>
            </w:pPr>
            <w:r>
              <w:t>____________________________________________________________________</w:t>
            </w:r>
          </w:p>
          <w:p w14:paraId="5CA92CC0" w14:textId="77777777" w:rsidR="00BE3968" w:rsidRDefault="00CA6E70">
            <w:pPr>
              <w:pStyle w:val="CMRBodySmall"/>
              <w:spacing w:after="40"/>
            </w:pPr>
            <w:r>
              <w:rPr>
                <w:b/>
              </w:rPr>
              <w:t>STEP 3 — HOW DO I FIND IT?</w:t>
            </w:r>
          </w:p>
          <w:p w14:paraId="6126B955" w14:textId="77777777" w:rsidR="00BE3968" w:rsidRDefault="00CA6E70">
            <w:pPr>
              <w:pStyle w:val="CMRBodySmall"/>
              <w:spacing w:after="100"/>
            </w:pPr>
            <w:r>
              <w:t>My work: ____________________________________________________________</w:t>
            </w:r>
          </w:p>
          <w:p w14:paraId="25A0EE30" w14:textId="77777777" w:rsidR="00BE3968" w:rsidRDefault="00CA6E70">
            <w:pPr>
              <w:pStyle w:val="CMRBodySmall"/>
              <w:spacing w:after="100"/>
            </w:pPr>
            <w:r>
              <w:t>____________________________________________________________________</w:t>
            </w:r>
          </w:p>
          <w:p w14:paraId="29DE6807" w14:textId="77777777" w:rsidR="00BE3968" w:rsidRDefault="00CA6E70">
            <w:pPr>
              <w:pStyle w:val="CMRBodySmall"/>
              <w:spacing w:after="100"/>
            </w:pPr>
            <w:r>
              <w:t>____________________________________________________________________</w:t>
            </w:r>
          </w:p>
          <w:p w14:paraId="54499E0C" w14:textId="77777777" w:rsidR="00BE3968" w:rsidRDefault="00CA6E70">
            <w:pPr>
              <w:pStyle w:val="CMRBodySmall"/>
              <w:spacing w:after="100"/>
            </w:pPr>
            <w:r>
              <w:t>Answer with units: __________________________________________________</w:t>
            </w:r>
          </w:p>
          <w:p w14:paraId="27411378" w14:textId="77777777" w:rsidR="00BE3968" w:rsidRDefault="00CA6E70">
            <w:pPr>
              <w:pStyle w:val="CMRBodySmall"/>
              <w:spacing w:after="80"/>
            </w:pPr>
            <w:r>
              <w:t>Does the answer make sense? ___________________________________________</w:t>
            </w:r>
          </w:p>
        </w:tc>
      </w:tr>
    </w:tbl>
    <w:p w14:paraId="0FA3E75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28BBA76" w14:textId="77777777">
        <w:tc>
          <w:tcPr>
            <w:tcW w:w="10036" w:type="dxa"/>
            <w:tcMar>
              <w:top w:w="70" w:type="dxa"/>
              <w:left w:w="140" w:type="dxa"/>
              <w:bottom w:w="85" w:type="dxa"/>
              <w:right w:w="140" w:type="dxa"/>
            </w:tcMar>
          </w:tcPr>
          <w:p w14:paraId="1DEDB444" w14:textId="77777777" w:rsidR="00BE3968" w:rsidRDefault="00BE3968"/>
          <w:p w14:paraId="43296421" w14:textId="77777777" w:rsidR="00BE3968" w:rsidRDefault="00CA6E70">
            <w:pPr>
              <w:pStyle w:val="CMRBodySmall"/>
            </w:pPr>
            <w:r>
              <w:rPr>
                <w:b/>
              </w:rPr>
              <w:t>PROBLEM S2-062</w:t>
            </w:r>
          </w:p>
          <w:p w14:paraId="25F30E25" w14:textId="77777777" w:rsidR="00BE3968" w:rsidRDefault="00CA6E70">
            <w:r>
              <w:t>A program receives 109 work shirts. Of these, 5 are damaged and cannot be used. Monica shares the rest equally among 8 tables. How many work shirts go on each table?</w:t>
            </w:r>
          </w:p>
          <w:p w14:paraId="78727835" w14:textId="77777777" w:rsidR="00BE3968" w:rsidRDefault="00CA6E70">
            <w:pPr>
              <w:pStyle w:val="CMRBodySmall"/>
              <w:spacing w:after="40"/>
            </w:pPr>
            <w:r>
              <w:rPr>
                <w:b/>
              </w:rPr>
              <w:t>STEP 1 — WHAT DO THEY WANT?</w:t>
            </w:r>
          </w:p>
          <w:p w14:paraId="5A7A7021" w14:textId="77777777" w:rsidR="00BE3968" w:rsidRDefault="00CA6E70">
            <w:pPr>
              <w:pStyle w:val="CMRBodySmall"/>
              <w:spacing w:after="80"/>
            </w:pPr>
            <w:r>
              <w:t>I need to find: _________________________________________________________</w:t>
            </w:r>
          </w:p>
          <w:p w14:paraId="262C8AF7" w14:textId="77777777" w:rsidR="00BE3968" w:rsidRDefault="00CA6E70">
            <w:pPr>
              <w:pStyle w:val="CMRBodySmall"/>
              <w:spacing w:after="40"/>
            </w:pPr>
            <w:r>
              <w:rPr>
                <w:b/>
              </w:rPr>
              <w:t>STEP 2 — WHAT DO I KNOW?</w:t>
            </w:r>
          </w:p>
          <w:p w14:paraId="15DBEB91" w14:textId="77777777" w:rsidR="00BE3968" w:rsidRDefault="00CA6E70">
            <w:pPr>
              <w:pStyle w:val="CMRBodySmall"/>
              <w:spacing w:after="40"/>
            </w:pPr>
            <w:r>
              <w:t>Useful facts: __________________________________________________________</w:t>
            </w:r>
          </w:p>
          <w:p w14:paraId="30E8D83E" w14:textId="77777777" w:rsidR="00BE3968" w:rsidRDefault="00CA6E70">
            <w:pPr>
              <w:pStyle w:val="CMRBodySmall"/>
            </w:pPr>
            <w:r>
              <w:t>____________________________________________________________________</w:t>
            </w:r>
          </w:p>
          <w:p w14:paraId="6FBC8FB2" w14:textId="77777777" w:rsidR="00BE3968" w:rsidRDefault="00CA6E70">
            <w:pPr>
              <w:pStyle w:val="CMRBodySmall"/>
              <w:spacing w:after="40"/>
            </w:pPr>
            <w:r>
              <w:rPr>
                <w:b/>
              </w:rPr>
              <w:t>STEP 3 — HOW DO I FIND IT?</w:t>
            </w:r>
          </w:p>
          <w:p w14:paraId="2FE1A350" w14:textId="77777777" w:rsidR="00BE3968" w:rsidRDefault="00CA6E70">
            <w:pPr>
              <w:pStyle w:val="CMRBodySmall"/>
              <w:spacing w:after="100"/>
            </w:pPr>
            <w:r>
              <w:t>My work: ____________________________________________________________</w:t>
            </w:r>
          </w:p>
          <w:p w14:paraId="7E431371" w14:textId="77777777" w:rsidR="00BE3968" w:rsidRDefault="00CA6E70">
            <w:pPr>
              <w:pStyle w:val="CMRBodySmall"/>
              <w:spacing w:after="100"/>
            </w:pPr>
            <w:r>
              <w:t>____________________________________________________________________</w:t>
            </w:r>
          </w:p>
          <w:p w14:paraId="6E4DDF04" w14:textId="77777777" w:rsidR="00BE3968" w:rsidRDefault="00CA6E70">
            <w:pPr>
              <w:pStyle w:val="CMRBodySmall"/>
              <w:spacing w:after="100"/>
            </w:pPr>
            <w:r>
              <w:t>____________________________________________________________________</w:t>
            </w:r>
          </w:p>
          <w:p w14:paraId="3C719E28" w14:textId="77777777" w:rsidR="00BE3968" w:rsidRDefault="00CA6E70">
            <w:pPr>
              <w:pStyle w:val="CMRBodySmall"/>
              <w:spacing w:after="100"/>
            </w:pPr>
            <w:r>
              <w:t>Answer with units: __________________________________________________</w:t>
            </w:r>
          </w:p>
          <w:p w14:paraId="6DCD2830" w14:textId="77777777" w:rsidR="00BE3968" w:rsidRDefault="00CA6E70">
            <w:pPr>
              <w:pStyle w:val="CMRBodySmall"/>
              <w:spacing w:after="80"/>
            </w:pPr>
            <w:r>
              <w:t>Does the answer make sense? ___________________________________________</w:t>
            </w:r>
          </w:p>
        </w:tc>
      </w:tr>
    </w:tbl>
    <w:p w14:paraId="757D38F9" w14:textId="77777777" w:rsidR="00BE3968" w:rsidRDefault="00CA6E70">
      <w:r>
        <w:br w:type="page"/>
      </w:r>
    </w:p>
    <w:p w14:paraId="5FFFAF40" w14:textId="77777777" w:rsidR="00BE3968" w:rsidRDefault="00CA6E70">
      <w:pPr>
        <w:pStyle w:val="CMRSmallLabel"/>
        <w:spacing w:after="60"/>
      </w:pPr>
      <w:r>
        <w:rPr>
          <w:b w:val="0"/>
        </w:rPr>
        <w:t>SECTION 2  |  TOPIC 07  |  PRACTICE PAGE 2/5</w:t>
      </w:r>
    </w:p>
    <w:p w14:paraId="6EF321C2" w14:textId="77777777" w:rsidR="00BE3968" w:rsidRDefault="00CA6E70">
      <w:pPr>
        <w:pStyle w:val="CMRPageTitle"/>
        <w:spacing w:after="60"/>
      </w:pPr>
      <w:r>
        <w:rPr>
          <w:b w:val="0"/>
        </w:rPr>
        <w:t>Packing and sharing</w:t>
      </w:r>
    </w:p>
    <w:p w14:paraId="006304D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A1E23C2" w14:textId="77777777">
        <w:tc>
          <w:tcPr>
            <w:tcW w:w="10036" w:type="dxa"/>
            <w:shd w:val="clear" w:color="auto" w:fill="F5F8F9"/>
            <w:tcMar>
              <w:top w:w="70" w:type="dxa"/>
              <w:left w:w="140" w:type="dxa"/>
              <w:bottom w:w="85" w:type="dxa"/>
              <w:right w:w="140" w:type="dxa"/>
            </w:tcMar>
          </w:tcPr>
          <w:p w14:paraId="71BC8AC8" w14:textId="77777777" w:rsidR="00BE3968" w:rsidRDefault="00BE3968"/>
          <w:p w14:paraId="69251816" w14:textId="77777777" w:rsidR="00BE3968" w:rsidRDefault="00CA6E70">
            <w:pPr>
              <w:pStyle w:val="CMRBodySmall"/>
            </w:pPr>
            <w:r>
              <w:rPr>
                <w:b/>
              </w:rPr>
              <w:t>PROBLEM S2-063</w:t>
            </w:r>
          </w:p>
          <w:p w14:paraId="4F19EEC4" w14:textId="77777777" w:rsidR="00BE3968" w:rsidRDefault="00CA6E70">
            <w:r>
              <w:t>Rosa has 64 water bottles to hand out. First, Rosa saves 1 for next month. The others are split evenly among 9 delivery bags. How many water bottles does each delivery bag get?</w:t>
            </w:r>
          </w:p>
          <w:p w14:paraId="30E9A8D3" w14:textId="77777777" w:rsidR="00BE3968" w:rsidRDefault="00CA6E70">
            <w:pPr>
              <w:pStyle w:val="CMRBodySmall"/>
              <w:spacing w:after="40"/>
            </w:pPr>
            <w:r>
              <w:rPr>
                <w:b/>
              </w:rPr>
              <w:t>STEP 1 — WHAT DO THEY WANT?</w:t>
            </w:r>
          </w:p>
          <w:p w14:paraId="0EFE7568" w14:textId="77777777" w:rsidR="00BE3968" w:rsidRDefault="00CA6E70">
            <w:pPr>
              <w:pStyle w:val="CMRBodySmall"/>
              <w:spacing w:after="80"/>
            </w:pPr>
            <w:r>
              <w:t>I need to find: _________________________________________________________</w:t>
            </w:r>
          </w:p>
          <w:p w14:paraId="52EAC696" w14:textId="77777777" w:rsidR="00BE3968" w:rsidRDefault="00CA6E70">
            <w:pPr>
              <w:pStyle w:val="CMRBodySmall"/>
              <w:spacing w:after="40"/>
            </w:pPr>
            <w:r>
              <w:rPr>
                <w:b/>
              </w:rPr>
              <w:t>STEP 2 — WHAT DO I KNOW?</w:t>
            </w:r>
          </w:p>
          <w:p w14:paraId="13D13DFD" w14:textId="77777777" w:rsidR="00BE3968" w:rsidRDefault="00CA6E70">
            <w:pPr>
              <w:pStyle w:val="CMRBodySmall"/>
              <w:spacing w:after="40"/>
            </w:pPr>
            <w:r>
              <w:t>Useful facts: __________________________________________________________</w:t>
            </w:r>
          </w:p>
          <w:p w14:paraId="5D43D00D" w14:textId="77777777" w:rsidR="00BE3968" w:rsidRDefault="00CA6E70">
            <w:pPr>
              <w:pStyle w:val="CMRBodySmall"/>
            </w:pPr>
            <w:r>
              <w:t>____________________________________________________________________</w:t>
            </w:r>
          </w:p>
          <w:p w14:paraId="0D9164F5" w14:textId="77777777" w:rsidR="00BE3968" w:rsidRDefault="00CA6E70">
            <w:pPr>
              <w:pStyle w:val="CMRBodySmall"/>
              <w:spacing w:after="40"/>
            </w:pPr>
            <w:r>
              <w:rPr>
                <w:b/>
              </w:rPr>
              <w:t>STEP 3 — HOW DO I FIND IT?</w:t>
            </w:r>
          </w:p>
          <w:p w14:paraId="1DDAC381" w14:textId="77777777" w:rsidR="00BE3968" w:rsidRDefault="00CA6E70">
            <w:pPr>
              <w:pStyle w:val="CMRBodySmall"/>
              <w:spacing w:after="100"/>
            </w:pPr>
            <w:r>
              <w:t>My work: ____________________________________________________________</w:t>
            </w:r>
          </w:p>
          <w:p w14:paraId="6C8ADDB0" w14:textId="77777777" w:rsidR="00BE3968" w:rsidRDefault="00CA6E70">
            <w:pPr>
              <w:pStyle w:val="CMRBodySmall"/>
              <w:spacing w:after="100"/>
            </w:pPr>
            <w:r>
              <w:t>____________________________________________________________________</w:t>
            </w:r>
          </w:p>
          <w:p w14:paraId="2667A120" w14:textId="77777777" w:rsidR="00BE3968" w:rsidRDefault="00CA6E70">
            <w:pPr>
              <w:pStyle w:val="CMRBodySmall"/>
              <w:spacing w:after="100"/>
            </w:pPr>
            <w:r>
              <w:t>____________________________________________________________________</w:t>
            </w:r>
          </w:p>
          <w:p w14:paraId="709D0996" w14:textId="77777777" w:rsidR="00BE3968" w:rsidRDefault="00CA6E70">
            <w:pPr>
              <w:pStyle w:val="CMRBodySmall"/>
              <w:spacing w:after="100"/>
            </w:pPr>
            <w:r>
              <w:t>Answer with units: __________________________________________________</w:t>
            </w:r>
          </w:p>
          <w:p w14:paraId="5385ABD6" w14:textId="77777777" w:rsidR="00BE3968" w:rsidRDefault="00CA6E70">
            <w:pPr>
              <w:pStyle w:val="CMRBodySmall"/>
              <w:spacing w:after="80"/>
            </w:pPr>
            <w:r>
              <w:t>Does the answer make sense? ___________________________________________</w:t>
            </w:r>
          </w:p>
        </w:tc>
      </w:tr>
    </w:tbl>
    <w:p w14:paraId="014E9C5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BC264AF" w14:textId="77777777">
        <w:tc>
          <w:tcPr>
            <w:tcW w:w="10036" w:type="dxa"/>
            <w:tcMar>
              <w:top w:w="70" w:type="dxa"/>
              <w:left w:w="140" w:type="dxa"/>
              <w:bottom w:w="85" w:type="dxa"/>
              <w:right w:w="140" w:type="dxa"/>
            </w:tcMar>
          </w:tcPr>
          <w:p w14:paraId="3FD0D820" w14:textId="77777777" w:rsidR="00BE3968" w:rsidRDefault="00BE3968"/>
          <w:p w14:paraId="4A001CA4" w14:textId="77777777" w:rsidR="00BE3968" w:rsidRDefault="00CA6E70">
            <w:pPr>
              <w:pStyle w:val="CMRBodySmall"/>
            </w:pPr>
            <w:r>
              <w:rPr>
                <w:b/>
              </w:rPr>
              <w:t>PROBLEM S2-064</w:t>
            </w:r>
          </w:p>
          <w:p w14:paraId="01579CCB" w14:textId="77777777" w:rsidR="00BE3968" w:rsidRDefault="00CA6E70">
            <w:r>
              <w:t>Jasmine works at a program that has 48 meal kits. Jasmine sets 6 aside as replacements and divides the rest equally among 3 boxes. How many meal kits go in each box?</w:t>
            </w:r>
          </w:p>
          <w:p w14:paraId="1926C9BA" w14:textId="77777777" w:rsidR="00BE3968" w:rsidRDefault="00CA6E70">
            <w:pPr>
              <w:pStyle w:val="CMRBodySmall"/>
              <w:spacing w:after="40"/>
            </w:pPr>
            <w:r>
              <w:rPr>
                <w:b/>
              </w:rPr>
              <w:t>STEP 1 — WHAT DO THEY WANT?</w:t>
            </w:r>
          </w:p>
          <w:p w14:paraId="00159DF9" w14:textId="77777777" w:rsidR="00BE3968" w:rsidRDefault="00CA6E70">
            <w:pPr>
              <w:pStyle w:val="CMRBodySmall"/>
              <w:spacing w:after="80"/>
            </w:pPr>
            <w:r>
              <w:t>I need to find: _________________________________________________________</w:t>
            </w:r>
          </w:p>
          <w:p w14:paraId="5859F751" w14:textId="77777777" w:rsidR="00BE3968" w:rsidRDefault="00CA6E70">
            <w:pPr>
              <w:pStyle w:val="CMRBodySmall"/>
              <w:spacing w:after="40"/>
            </w:pPr>
            <w:r>
              <w:rPr>
                <w:b/>
              </w:rPr>
              <w:t>STEP 2 — WHAT DO I KNOW?</w:t>
            </w:r>
          </w:p>
          <w:p w14:paraId="0E71B3D0" w14:textId="77777777" w:rsidR="00BE3968" w:rsidRDefault="00CA6E70">
            <w:pPr>
              <w:pStyle w:val="CMRBodySmall"/>
              <w:spacing w:after="40"/>
            </w:pPr>
            <w:r>
              <w:t>Useful facts: __________________________________________________________</w:t>
            </w:r>
          </w:p>
          <w:p w14:paraId="3B0BDFBF" w14:textId="77777777" w:rsidR="00BE3968" w:rsidRDefault="00CA6E70">
            <w:pPr>
              <w:pStyle w:val="CMRBodySmall"/>
            </w:pPr>
            <w:r>
              <w:t>____________________________________________________________________</w:t>
            </w:r>
          </w:p>
          <w:p w14:paraId="51936A2B" w14:textId="77777777" w:rsidR="00BE3968" w:rsidRDefault="00CA6E70">
            <w:pPr>
              <w:pStyle w:val="CMRBodySmall"/>
              <w:spacing w:after="40"/>
            </w:pPr>
            <w:r>
              <w:rPr>
                <w:b/>
              </w:rPr>
              <w:t>STEP 3 — HOW DO I FIND IT?</w:t>
            </w:r>
          </w:p>
          <w:p w14:paraId="1F5CCDE9" w14:textId="77777777" w:rsidR="00BE3968" w:rsidRDefault="00CA6E70">
            <w:pPr>
              <w:pStyle w:val="CMRBodySmall"/>
              <w:spacing w:after="100"/>
            </w:pPr>
            <w:r>
              <w:t>My work: ____________________________________________________________</w:t>
            </w:r>
          </w:p>
          <w:p w14:paraId="465438C3" w14:textId="77777777" w:rsidR="00BE3968" w:rsidRDefault="00CA6E70">
            <w:pPr>
              <w:pStyle w:val="CMRBodySmall"/>
              <w:spacing w:after="100"/>
            </w:pPr>
            <w:r>
              <w:t>____________________________________________________________________</w:t>
            </w:r>
          </w:p>
          <w:p w14:paraId="281277DE" w14:textId="77777777" w:rsidR="00BE3968" w:rsidRDefault="00CA6E70">
            <w:pPr>
              <w:pStyle w:val="CMRBodySmall"/>
              <w:spacing w:after="100"/>
            </w:pPr>
            <w:r>
              <w:t>____________________________________________________________________</w:t>
            </w:r>
          </w:p>
          <w:p w14:paraId="678D501F" w14:textId="77777777" w:rsidR="00BE3968" w:rsidRDefault="00CA6E70">
            <w:pPr>
              <w:pStyle w:val="CMRBodySmall"/>
              <w:spacing w:after="100"/>
            </w:pPr>
            <w:r>
              <w:t>Answer with units: __________________________________________________</w:t>
            </w:r>
          </w:p>
          <w:p w14:paraId="33479240" w14:textId="77777777" w:rsidR="00BE3968" w:rsidRDefault="00CA6E70">
            <w:pPr>
              <w:pStyle w:val="CMRBodySmall"/>
              <w:spacing w:after="80"/>
            </w:pPr>
            <w:r>
              <w:t>Does the answer make sense? ___________________________________________</w:t>
            </w:r>
          </w:p>
        </w:tc>
      </w:tr>
    </w:tbl>
    <w:p w14:paraId="4B9D79B2" w14:textId="77777777" w:rsidR="00BE3968" w:rsidRDefault="00CA6E70">
      <w:r>
        <w:br w:type="page"/>
      </w:r>
    </w:p>
    <w:p w14:paraId="73527F9F" w14:textId="77777777" w:rsidR="00BE3968" w:rsidRDefault="00CA6E70">
      <w:pPr>
        <w:pStyle w:val="CMRSmallLabel"/>
        <w:spacing w:after="60"/>
      </w:pPr>
      <w:r>
        <w:rPr>
          <w:b w:val="0"/>
        </w:rPr>
        <w:t>SECTION 2  |  TOPIC 07  |  PRACTICE PAGE 3/5</w:t>
      </w:r>
    </w:p>
    <w:p w14:paraId="3EF6EE6C" w14:textId="77777777" w:rsidR="00BE3968" w:rsidRDefault="00CA6E70">
      <w:pPr>
        <w:pStyle w:val="CMRPageTitle"/>
        <w:spacing w:after="60"/>
      </w:pPr>
      <w:r>
        <w:rPr>
          <w:b w:val="0"/>
        </w:rPr>
        <w:t>Packing and sharing</w:t>
      </w:r>
    </w:p>
    <w:p w14:paraId="2225823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8FF8F71" w14:textId="77777777">
        <w:tc>
          <w:tcPr>
            <w:tcW w:w="10036" w:type="dxa"/>
            <w:shd w:val="clear" w:color="auto" w:fill="F5F8F9"/>
            <w:tcMar>
              <w:top w:w="70" w:type="dxa"/>
              <w:left w:w="140" w:type="dxa"/>
              <w:bottom w:w="85" w:type="dxa"/>
              <w:right w:w="140" w:type="dxa"/>
            </w:tcMar>
          </w:tcPr>
          <w:p w14:paraId="14018825" w14:textId="77777777" w:rsidR="00BE3968" w:rsidRDefault="00BE3968"/>
          <w:p w14:paraId="19D0B934" w14:textId="77777777" w:rsidR="00BE3968" w:rsidRDefault="00CA6E70">
            <w:pPr>
              <w:pStyle w:val="CMRBodySmall"/>
            </w:pPr>
            <w:r>
              <w:rPr>
                <w:b/>
              </w:rPr>
              <w:t>PROBLEM S2-065</w:t>
            </w:r>
          </w:p>
          <w:p w14:paraId="775DB77C" w14:textId="77777777" w:rsidR="00BE3968" w:rsidRDefault="00CA6E70">
            <w:r>
              <w:t>A program receives 88 notebooks. Of these, 8 are damaged and cannot be used. Anthony shares the rest equally among 8 shelves. How many notebooks go on each shelf?</w:t>
            </w:r>
          </w:p>
          <w:p w14:paraId="615507B5" w14:textId="77777777" w:rsidR="00BE3968" w:rsidRDefault="00CA6E70">
            <w:pPr>
              <w:pStyle w:val="CMRBodySmall"/>
              <w:spacing w:after="40"/>
            </w:pPr>
            <w:r>
              <w:rPr>
                <w:b/>
              </w:rPr>
              <w:t>STEP 1 — WHAT DO THEY WANT?</w:t>
            </w:r>
          </w:p>
          <w:p w14:paraId="161587BE" w14:textId="77777777" w:rsidR="00BE3968" w:rsidRDefault="00CA6E70">
            <w:pPr>
              <w:pStyle w:val="CMRBodySmall"/>
              <w:spacing w:after="80"/>
            </w:pPr>
            <w:r>
              <w:t>I need to find: _________________________________________________________</w:t>
            </w:r>
          </w:p>
          <w:p w14:paraId="53054775" w14:textId="77777777" w:rsidR="00BE3968" w:rsidRDefault="00CA6E70">
            <w:pPr>
              <w:pStyle w:val="CMRBodySmall"/>
              <w:spacing w:after="40"/>
            </w:pPr>
            <w:r>
              <w:rPr>
                <w:b/>
              </w:rPr>
              <w:t>STEP 2 — WHAT DO I KNOW?</w:t>
            </w:r>
          </w:p>
          <w:p w14:paraId="0C933FA1" w14:textId="77777777" w:rsidR="00BE3968" w:rsidRDefault="00CA6E70">
            <w:pPr>
              <w:pStyle w:val="CMRBodySmall"/>
              <w:spacing w:after="40"/>
            </w:pPr>
            <w:r>
              <w:t>Useful facts: __________________________________________________________</w:t>
            </w:r>
          </w:p>
          <w:p w14:paraId="07FCBB17" w14:textId="77777777" w:rsidR="00BE3968" w:rsidRDefault="00CA6E70">
            <w:pPr>
              <w:pStyle w:val="CMRBodySmall"/>
            </w:pPr>
            <w:r>
              <w:t>____________________________________________________________________</w:t>
            </w:r>
          </w:p>
          <w:p w14:paraId="05A20C4B" w14:textId="77777777" w:rsidR="00BE3968" w:rsidRDefault="00CA6E70">
            <w:pPr>
              <w:pStyle w:val="CMRBodySmall"/>
              <w:spacing w:after="40"/>
            </w:pPr>
            <w:r>
              <w:rPr>
                <w:b/>
              </w:rPr>
              <w:t>STEP 3 — HOW DO I FIND IT?</w:t>
            </w:r>
          </w:p>
          <w:p w14:paraId="34BE4FCB" w14:textId="77777777" w:rsidR="00BE3968" w:rsidRDefault="00CA6E70">
            <w:pPr>
              <w:pStyle w:val="CMRBodySmall"/>
              <w:spacing w:after="100"/>
            </w:pPr>
            <w:r>
              <w:t>My work: ____________________________________________________________</w:t>
            </w:r>
          </w:p>
          <w:p w14:paraId="04080195" w14:textId="77777777" w:rsidR="00BE3968" w:rsidRDefault="00CA6E70">
            <w:pPr>
              <w:pStyle w:val="CMRBodySmall"/>
              <w:spacing w:after="100"/>
            </w:pPr>
            <w:r>
              <w:t>____________________________________________________________________</w:t>
            </w:r>
          </w:p>
          <w:p w14:paraId="423154A5" w14:textId="77777777" w:rsidR="00BE3968" w:rsidRDefault="00CA6E70">
            <w:pPr>
              <w:pStyle w:val="CMRBodySmall"/>
              <w:spacing w:after="100"/>
            </w:pPr>
            <w:r>
              <w:t>____________________________________________________________________</w:t>
            </w:r>
          </w:p>
          <w:p w14:paraId="79891B86" w14:textId="77777777" w:rsidR="00BE3968" w:rsidRDefault="00CA6E70">
            <w:pPr>
              <w:pStyle w:val="CMRBodySmall"/>
              <w:spacing w:after="100"/>
            </w:pPr>
            <w:r>
              <w:t>Answer with units: __________________________________________________</w:t>
            </w:r>
          </w:p>
          <w:p w14:paraId="1BF1DEDD" w14:textId="77777777" w:rsidR="00BE3968" w:rsidRDefault="00CA6E70">
            <w:pPr>
              <w:pStyle w:val="CMRBodySmall"/>
              <w:spacing w:after="80"/>
            </w:pPr>
            <w:r>
              <w:t>Does the answer make sense? ___________________________________________</w:t>
            </w:r>
          </w:p>
        </w:tc>
      </w:tr>
    </w:tbl>
    <w:p w14:paraId="6F2E9CA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5F094B3" w14:textId="77777777">
        <w:tc>
          <w:tcPr>
            <w:tcW w:w="10036" w:type="dxa"/>
            <w:tcMar>
              <w:top w:w="70" w:type="dxa"/>
              <w:left w:w="140" w:type="dxa"/>
              <w:bottom w:w="85" w:type="dxa"/>
              <w:right w:w="140" w:type="dxa"/>
            </w:tcMar>
          </w:tcPr>
          <w:p w14:paraId="6A3C416D" w14:textId="77777777" w:rsidR="00BE3968" w:rsidRDefault="00BE3968"/>
          <w:p w14:paraId="24A6EA8F" w14:textId="77777777" w:rsidR="00BE3968" w:rsidRDefault="00CA6E70">
            <w:pPr>
              <w:pStyle w:val="CMRBodySmall"/>
            </w:pPr>
            <w:r>
              <w:rPr>
                <w:b/>
              </w:rPr>
              <w:t>PROBLEM S2-066</w:t>
            </w:r>
          </w:p>
          <w:p w14:paraId="3281425F" w14:textId="77777777" w:rsidR="00BE3968" w:rsidRDefault="00CA6E70">
            <w:r>
              <w:t>Joseph has 42 work shirts to hand out. First, Joseph saves 6 for next month. The others are split evenly among 3 tables. How many work shirts does each table get?</w:t>
            </w:r>
          </w:p>
          <w:p w14:paraId="23DC08DC" w14:textId="77777777" w:rsidR="00BE3968" w:rsidRDefault="00CA6E70">
            <w:pPr>
              <w:pStyle w:val="CMRBodySmall"/>
              <w:spacing w:after="40"/>
            </w:pPr>
            <w:r>
              <w:rPr>
                <w:b/>
              </w:rPr>
              <w:t>STEP 1 — WHAT DO THEY WANT?</w:t>
            </w:r>
          </w:p>
          <w:p w14:paraId="4B4CAB4D" w14:textId="77777777" w:rsidR="00BE3968" w:rsidRDefault="00CA6E70">
            <w:pPr>
              <w:pStyle w:val="CMRBodySmall"/>
              <w:spacing w:after="80"/>
            </w:pPr>
            <w:r>
              <w:t>I need to find: _________________________________________________________</w:t>
            </w:r>
          </w:p>
          <w:p w14:paraId="57547878" w14:textId="77777777" w:rsidR="00BE3968" w:rsidRDefault="00CA6E70">
            <w:pPr>
              <w:pStyle w:val="CMRBodySmall"/>
              <w:spacing w:after="40"/>
            </w:pPr>
            <w:r>
              <w:rPr>
                <w:b/>
              </w:rPr>
              <w:t>STEP 2 — WHAT DO I KNOW?</w:t>
            </w:r>
          </w:p>
          <w:p w14:paraId="5E9E8914" w14:textId="77777777" w:rsidR="00BE3968" w:rsidRDefault="00CA6E70">
            <w:pPr>
              <w:pStyle w:val="CMRBodySmall"/>
              <w:spacing w:after="40"/>
            </w:pPr>
            <w:r>
              <w:t>Useful facts: __________________________________________________________</w:t>
            </w:r>
          </w:p>
          <w:p w14:paraId="02FDBD47" w14:textId="77777777" w:rsidR="00BE3968" w:rsidRDefault="00CA6E70">
            <w:pPr>
              <w:pStyle w:val="CMRBodySmall"/>
            </w:pPr>
            <w:r>
              <w:t>____________________________________________________________________</w:t>
            </w:r>
          </w:p>
          <w:p w14:paraId="5B530DAE" w14:textId="77777777" w:rsidR="00BE3968" w:rsidRDefault="00CA6E70">
            <w:pPr>
              <w:pStyle w:val="CMRBodySmall"/>
              <w:spacing w:after="40"/>
            </w:pPr>
            <w:r>
              <w:rPr>
                <w:b/>
              </w:rPr>
              <w:t>STEP 3 — HOW DO I FIND IT?</w:t>
            </w:r>
          </w:p>
          <w:p w14:paraId="1C40B198" w14:textId="77777777" w:rsidR="00BE3968" w:rsidRDefault="00CA6E70">
            <w:pPr>
              <w:pStyle w:val="CMRBodySmall"/>
              <w:spacing w:after="100"/>
            </w:pPr>
            <w:r>
              <w:t>My work: ____________________________________________________________</w:t>
            </w:r>
          </w:p>
          <w:p w14:paraId="78E9D57A" w14:textId="77777777" w:rsidR="00BE3968" w:rsidRDefault="00CA6E70">
            <w:pPr>
              <w:pStyle w:val="CMRBodySmall"/>
              <w:spacing w:after="100"/>
            </w:pPr>
            <w:r>
              <w:t>____________________________________________________________________</w:t>
            </w:r>
          </w:p>
          <w:p w14:paraId="3DAFB18A" w14:textId="77777777" w:rsidR="00BE3968" w:rsidRDefault="00CA6E70">
            <w:pPr>
              <w:pStyle w:val="CMRBodySmall"/>
              <w:spacing w:after="100"/>
            </w:pPr>
            <w:r>
              <w:t>____________________________________________________________________</w:t>
            </w:r>
          </w:p>
          <w:p w14:paraId="183ADDAB" w14:textId="77777777" w:rsidR="00BE3968" w:rsidRDefault="00CA6E70">
            <w:pPr>
              <w:pStyle w:val="CMRBodySmall"/>
              <w:spacing w:after="100"/>
            </w:pPr>
            <w:r>
              <w:t>Answer with units: __________________________________________________</w:t>
            </w:r>
          </w:p>
          <w:p w14:paraId="25569721" w14:textId="77777777" w:rsidR="00BE3968" w:rsidRDefault="00CA6E70">
            <w:pPr>
              <w:pStyle w:val="CMRBodySmall"/>
              <w:spacing w:after="80"/>
            </w:pPr>
            <w:r>
              <w:t>Does the answer make sense? ___________________________________________</w:t>
            </w:r>
          </w:p>
        </w:tc>
      </w:tr>
    </w:tbl>
    <w:p w14:paraId="798543FB" w14:textId="77777777" w:rsidR="00BE3968" w:rsidRDefault="00CA6E70">
      <w:r>
        <w:br w:type="page"/>
      </w:r>
    </w:p>
    <w:p w14:paraId="088DF3CA" w14:textId="77777777" w:rsidR="00BE3968" w:rsidRDefault="00CA6E70">
      <w:pPr>
        <w:pStyle w:val="CMRSmallLabel"/>
        <w:spacing w:after="60"/>
      </w:pPr>
      <w:r>
        <w:rPr>
          <w:b w:val="0"/>
        </w:rPr>
        <w:t>SECTION 2  |  TOPIC 07  |  PRACTICE PAGE 4/5</w:t>
      </w:r>
    </w:p>
    <w:p w14:paraId="48CE4CBF" w14:textId="77777777" w:rsidR="00BE3968" w:rsidRDefault="00CA6E70">
      <w:pPr>
        <w:pStyle w:val="CMRPageTitle"/>
        <w:spacing w:after="60"/>
      </w:pPr>
      <w:r>
        <w:rPr>
          <w:b w:val="0"/>
        </w:rPr>
        <w:t>Packing and sharing</w:t>
      </w:r>
    </w:p>
    <w:p w14:paraId="2D63165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9CB5C90" w14:textId="77777777">
        <w:tc>
          <w:tcPr>
            <w:tcW w:w="10036" w:type="dxa"/>
            <w:shd w:val="clear" w:color="auto" w:fill="F5F8F9"/>
            <w:tcMar>
              <w:top w:w="70" w:type="dxa"/>
              <w:left w:w="140" w:type="dxa"/>
              <w:bottom w:w="85" w:type="dxa"/>
              <w:right w:w="140" w:type="dxa"/>
            </w:tcMar>
          </w:tcPr>
          <w:p w14:paraId="4D5D41CD" w14:textId="77777777" w:rsidR="00BE3968" w:rsidRDefault="00BE3968"/>
          <w:p w14:paraId="0DB23DC7" w14:textId="77777777" w:rsidR="00BE3968" w:rsidRDefault="00CA6E70">
            <w:pPr>
              <w:pStyle w:val="CMRBodySmall"/>
            </w:pPr>
            <w:r>
              <w:rPr>
                <w:b/>
              </w:rPr>
              <w:t>PROBLEM S2-067</w:t>
            </w:r>
          </w:p>
          <w:p w14:paraId="09F8A8C7" w14:textId="77777777" w:rsidR="00BE3968" w:rsidRDefault="00CA6E70">
            <w:r>
              <w:t>Angela works at a program that has 74 water bottles. Angela sets 2 aside as replacements and divides the rest equally among 6 delivery bags. How many water bottles go in each delivery bag?</w:t>
            </w:r>
          </w:p>
          <w:p w14:paraId="236F9796" w14:textId="77777777" w:rsidR="00BE3968" w:rsidRDefault="00CA6E70">
            <w:pPr>
              <w:pStyle w:val="CMRBodySmall"/>
              <w:spacing w:after="40"/>
            </w:pPr>
            <w:r>
              <w:rPr>
                <w:b/>
              </w:rPr>
              <w:t>STEP 1 — WHAT DO THEY WANT?</w:t>
            </w:r>
          </w:p>
          <w:p w14:paraId="0B171F4D" w14:textId="77777777" w:rsidR="00BE3968" w:rsidRDefault="00CA6E70">
            <w:pPr>
              <w:pStyle w:val="CMRBodySmall"/>
              <w:spacing w:after="80"/>
            </w:pPr>
            <w:r>
              <w:t>I need to find: _________________________________________________________</w:t>
            </w:r>
          </w:p>
          <w:p w14:paraId="11187D3B" w14:textId="77777777" w:rsidR="00BE3968" w:rsidRDefault="00CA6E70">
            <w:pPr>
              <w:pStyle w:val="CMRBodySmall"/>
              <w:spacing w:after="40"/>
            </w:pPr>
            <w:r>
              <w:rPr>
                <w:b/>
              </w:rPr>
              <w:t>STEP 2 — WHAT DO I KNOW?</w:t>
            </w:r>
          </w:p>
          <w:p w14:paraId="7388F302" w14:textId="77777777" w:rsidR="00BE3968" w:rsidRDefault="00CA6E70">
            <w:pPr>
              <w:pStyle w:val="CMRBodySmall"/>
              <w:spacing w:after="40"/>
            </w:pPr>
            <w:r>
              <w:t>Useful facts: __________________________________________________________</w:t>
            </w:r>
          </w:p>
          <w:p w14:paraId="67DF84DE" w14:textId="77777777" w:rsidR="00BE3968" w:rsidRDefault="00CA6E70">
            <w:pPr>
              <w:pStyle w:val="CMRBodySmall"/>
            </w:pPr>
            <w:r>
              <w:t>____________________________________________________________________</w:t>
            </w:r>
          </w:p>
          <w:p w14:paraId="04F91D48" w14:textId="77777777" w:rsidR="00BE3968" w:rsidRDefault="00CA6E70">
            <w:pPr>
              <w:pStyle w:val="CMRBodySmall"/>
              <w:spacing w:after="40"/>
            </w:pPr>
            <w:r>
              <w:rPr>
                <w:b/>
              </w:rPr>
              <w:t>STEP 3 — HOW DO I FIND IT?</w:t>
            </w:r>
          </w:p>
          <w:p w14:paraId="63E50475" w14:textId="77777777" w:rsidR="00BE3968" w:rsidRDefault="00CA6E70">
            <w:pPr>
              <w:pStyle w:val="CMRBodySmall"/>
              <w:spacing w:after="100"/>
            </w:pPr>
            <w:r>
              <w:t>My work: ____________________________________________________________</w:t>
            </w:r>
          </w:p>
          <w:p w14:paraId="63E8EA46" w14:textId="77777777" w:rsidR="00BE3968" w:rsidRDefault="00CA6E70">
            <w:pPr>
              <w:pStyle w:val="CMRBodySmall"/>
              <w:spacing w:after="100"/>
            </w:pPr>
            <w:r>
              <w:t>____________________________________________________________________</w:t>
            </w:r>
          </w:p>
          <w:p w14:paraId="79705D3D" w14:textId="77777777" w:rsidR="00BE3968" w:rsidRDefault="00CA6E70">
            <w:pPr>
              <w:pStyle w:val="CMRBodySmall"/>
              <w:spacing w:after="100"/>
            </w:pPr>
            <w:r>
              <w:t>____________________________________________________________________</w:t>
            </w:r>
          </w:p>
          <w:p w14:paraId="66B5D6E2" w14:textId="77777777" w:rsidR="00BE3968" w:rsidRDefault="00CA6E70">
            <w:pPr>
              <w:pStyle w:val="CMRBodySmall"/>
              <w:spacing w:after="100"/>
            </w:pPr>
            <w:r>
              <w:t>Answer with units: __________________________________________________</w:t>
            </w:r>
          </w:p>
          <w:p w14:paraId="69018154" w14:textId="77777777" w:rsidR="00BE3968" w:rsidRDefault="00CA6E70">
            <w:pPr>
              <w:pStyle w:val="CMRBodySmall"/>
              <w:spacing w:after="80"/>
            </w:pPr>
            <w:r>
              <w:t>Does the answer make sense? ___________________________________________</w:t>
            </w:r>
          </w:p>
        </w:tc>
      </w:tr>
    </w:tbl>
    <w:p w14:paraId="09AAF37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0F5125A" w14:textId="77777777">
        <w:tc>
          <w:tcPr>
            <w:tcW w:w="10036" w:type="dxa"/>
            <w:tcMar>
              <w:top w:w="70" w:type="dxa"/>
              <w:left w:w="140" w:type="dxa"/>
              <w:bottom w:w="85" w:type="dxa"/>
              <w:right w:w="140" w:type="dxa"/>
            </w:tcMar>
          </w:tcPr>
          <w:p w14:paraId="7E4B7033" w14:textId="77777777" w:rsidR="00BE3968" w:rsidRDefault="00BE3968"/>
          <w:p w14:paraId="2F1C4F69" w14:textId="77777777" w:rsidR="00BE3968" w:rsidRDefault="00CA6E70">
            <w:pPr>
              <w:pStyle w:val="CMRBodySmall"/>
            </w:pPr>
            <w:r>
              <w:rPr>
                <w:b/>
              </w:rPr>
              <w:t>PROBLEM S2-068</w:t>
            </w:r>
          </w:p>
          <w:p w14:paraId="6C1F44C9" w14:textId="77777777" w:rsidR="00BE3968" w:rsidRDefault="00CA6E70">
            <w:r>
              <w:t>A program receives 22 meal kits. Of these, 1 are damaged and cannot be used. Carlos shares the rest equally among 3 boxes. How many meal kits go in each box?</w:t>
            </w:r>
          </w:p>
          <w:p w14:paraId="069EC477" w14:textId="77777777" w:rsidR="00BE3968" w:rsidRDefault="00CA6E70">
            <w:pPr>
              <w:pStyle w:val="CMRBodySmall"/>
              <w:spacing w:after="40"/>
            </w:pPr>
            <w:r>
              <w:rPr>
                <w:b/>
              </w:rPr>
              <w:t>STEP 1 — WHAT DO THEY WANT?</w:t>
            </w:r>
          </w:p>
          <w:p w14:paraId="13E3BD02" w14:textId="77777777" w:rsidR="00BE3968" w:rsidRDefault="00CA6E70">
            <w:pPr>
              <w:pStyle w:val="CMRBodySmall"/>
              <w:spacing w:after="80"/>
            </w:pPr>
            <w:r>
              <w:t>I need to find: _________________________________________________________</w:t>
            </w:r>
          </w:p>
          <w:p w14:paraId="22D6BCE9" w14:textId="77777777" w:rsidR="00BE3968" w:rsidRDefault="00CA6E70">
            <w:pPr>
              <w:pStyle w:val="CMRBodySmall"/>
              <w:spacing w:after="40"/>
            </w:pPr>
            <w:r>
              <w:rPr>
                <w:b/>
              </w:rPr>
              <w:t>STEP 2 — WHAT DO I KNOW?</w:t>
            </w:r>
          </w:p>
          <w:p w14:paraId="2319FF8D" w14:textId="77777777" w:rsidR="00BE3968" w:rsidRDefault="00CA6E70">
            <w:pPr>
              <w:pStyle w:val="CMRBodySmall"/>
              <w:spacing w:after="40"/>
            </w:pPr>
            <w:r>
              <w:t>Useful facts: __________________________________________________________</w:t>
            </w:r>
          </w:p>
          <w:p w14:paraId="376D93F2" w14:textId="77777777" w:rsidR="00BE3968" w:rsidRDefault="00CA6E70">
            <w:pPr>
              <w:pStyle w:val="CMRBodySmall"/>
            </w:pPr>
            <w:r>
              <w:t>____________________________________________________________________</w:t>
            </w:r>
          </w:p>
          <w:p w14:paraId="01D18EF3" w14:textId="77777777" w:rsidR="00BE3968" w:rsidRDefault="00CA6E70">
            <w:pPr>
              <w:pStyle w:val="CMRBodySmall"/>
              <w:spacing w:after="40"/>
            </w:pPr>
            <w:r>
              <w:rPr>
                <w:b/>
              </w:rPr>
              <w:t>STEP 3 — HOW DO I FIND IT?</w:t>
            </w:r>
          </w:p>
          <w:p w14:paraId="5F65A032" w14:textId="77777777" w:rsidR="00BE3968" w:rsidRDefault="00CA6E70">
            <w:pPr>
              <w:pStyle w:val="CMRBodySmall"/>
              <w:spacing w:after="100"/>
            </w:pPr>
            <w:r>
              <w:t>My work: ____________________________________________________________</w:t>
            </w:r>
          </w:p>
          <w:p w14:paraId="58BF868A" w14:textId="77777777" w:rsidR="00BE3968" w:rsidRDefault="00CA6E70">
            <w:pPr>
              <w:pStyle w:val="CMRBodySmall"/>
              <w:spacing w:after="100"/>
            </w:pPr>
            <w:r>
              <w:t>____________________________________________________________________</w:t>
            </w:r>
          </w:p>
          <w:p w14:paraId="46994DF3" w14:textId="77777777" w:rsidR="00BE3968" w:rsidRDefault="00CA6E70">
            <w:pPr>
              <w:pStyle w:val="CMRBodySmall"/>
              <w:spacing w:after="100"/>
            </w:pPr>
            <w:r>
              <w:t>____________________________________________________________________</w:t>
            </w:r>
          </w:p>
          <w:p w14:paraId="025039C0" w14:textId="77777777" w:rsidR="00BE3968" w:rsidRDefault="00CA6E70">
            <w:pPr>
              <w:pStyle w:val="CMRBodySmall"/>
              <w:spacing w:after="100"/>
            </w:pPr>
            <w:r>
              <w:t>Answer with units: __________________________________________________</w:t>
            </w:r>
          </w:p>
          <w:p w14:paraId="5AC41F63" w14:textId="77777777" w:rsidR="00BE3968" w:rsidRDefault="00CA6E70">
            <w:pPr>
              <w:pStyle w:val="CMRBodySmall"/>
              <w:spacing w:after="80"/>
            </w:pPr>
            <w:r>
              <w:t>Does the answer make sense? ___________________________________________</w:t>
            </w:r>
          </w:p>
        </w:tc>
      </w:tr>
    </w:tbl>
    <w:p w14:paraId="44CDDB11" w14:textId="77777777" w:rsidR="00BE3968" w:rsidRDefault="00CA6E70">
      <w:r>
        <w:br w:type="page"/>
      </w:r>
    </w:p>
    <w:p w14:paraId="2859E2E2" w14:textId="77777777" w:rsidR="00BE3968" w:rsidRDefault="00CA6E70">
      <w:pPr>
        <w:pStyle w:val="CMRSmallLabel"/>
        <w:spacing w:after="60"/>
      </w:pPr>
      <w:r>
        <w:rPr>
          <w:b w:val="0"/>
        </w:rPr>
        <w:t>SECTION 2  |  TOPIC 07  |  PRACTICE PAGE 5/5</w:t>
      </w:r>
    </w:p>
    <w:p w14:paraId="1B61CB6D" w14:textId="77777777" w:rsidR="00BE3968" w:rsidRDefault="00CA6E70">
      <w:pPr>
        <w:pStyle w:val="CMRPageTitle"/>
        <w:spacing w:after="60"/>
      </w:pPr>
      <w:r>
        <w:rPr>
          <w:b w:val="0"/>
        </w:rPr>
        <w:t>Packing and sharing</w:t>
      </w:r>
    </w:p>
    <w:p w14:paraId="11C5C77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5004C81" w14:textId="77777777">
        <w:tc>
          <w:tcPr>
            <w:tcW w:w="10036" w:type="dxa"/>
            <w:shd w:val="clear" w:color="auto" w:fill="F5F8F9"/>
            <w:tcMar>
              <w:top w:w="70" w:type="dxa"/>
              <w:left w:w="140" w:type="dxa"/>
              <w:bottom w:w="85" w:type="dxa"/>
              <w:right w:w="140" w:type="dxa"/>
            </w:tcMar>
          </w:tcPr>
          <w:p w14:paraId="6B82539B" w14:textId="77777777" w:rsidR="00BE3968" w:rsidRDefault="00BE3968"/>
          <w:p w14:paraId="01CE5BAC" w14:textId="77777777" w:rsidR="00BE3968" w:rsidRDefault="00CA6E70">
            <w:pPr>
              <w:pStyle w:val="CMRBodySmall"/>
            </w:pPr>
            <w:r>
              <w:rPr>
                <w:b/>
              </w:rPr>
              <w:t>PROBLEM S2-069</w:t>
            </w:r>
          </w:p>
          <w:p w14:paraId="649F7A6C" w14:textId="77777777" w:rsidR="00BE3968" w:rsidRDefault="00CA6E70">
            <w:r>
              <w:t>Nicole has 94 notebooks to hand out. First, Nicole saves 4 for next month. The others are split evenly among 9 shelves. How many notebooks does each shelf get?</w:t>
            </w:r>
          </w:p>
          <w:p w14:paraId="55287021" w14:textId="77777777" w:rsidR="00BE3968" w:rsidRDefault="00CA6E70">
            <w:pPr>
              <w:pStyle w:val="CMRBodySmall"/>
              <w:spacing w:after="40"/>
            </w:pPr>
            <w:r>
              <w:rPr>
                <w:b/>
              </w:rPr>
              <w:t>STEP 1 — WHAT DO THEY WANT?</w:t>
            </w:r>
          </w:p>
          <w:p w14:paraId="0B628C3D" w14:textId="77777777" w:rsidR="00BE3968" w:rsidRDefault="00CA6E70">
            <w:pPr>
              <w:pStyle w:val="CMRBodySmall"/>
              <w:spacing w:after="80"/>
            </w:pPr>
            <w:r>
              <w:t>I need to find: _________________________________________________________</w:t>
            </w:r>
          </w:p>
          <w:p w14:paraId="5EAAC95D" w14:textId="77777777" w:rsidR="00BE3968" w:rsidRDefault="00CA6E70">
            <w:pPr>
              <w:pStyle w:val="CMRBodySmall"/>
              <w:spacing w:after="40"/>
            </w:pPr>
            <w:r>
              <w:rPr>
                <w:b/>
              </w:rPr>
              <w:t>STEP 2 — WHAT DO I KNOW?</w:t>
            </w:r>
          </w:p>
          <w:p w14:paraId="58FBE062" w14:textId="77777777" w:rsidR="00BE3968" w:rsidRDefault="00CA6E70">
            <w:pPr>
              <w:pStyle w:val="CMRBodySmall"/>
              <w:spacing w:after="40"/>
            </w:pPr>
            <w:r>
              <w:t>Useful facts: __________________________________________________________</w:t>
            </w:r>
          </w:p>
          <w:p w14:paraId="51DBE325" w14:textId="77777777" w:rsidR="00BE3968" w:rsidRDefault="00CA6E70">
            <w:pPr>
              <w:pStyle w:val="CMRBodySmall"/>
            </w:pPr>
            <w:r>
              <w:t>____________________________________________________________________</w:t>
            </w:r>
          </w:p>
          <w:p w14:paraId="7BA5F095" w14:textId="77777777" w:rsidR="00BE3968" w:rsidRDefault="00CA6E70">
            <w:pPr>
              <w:pStyle w:val="CMRBodySmall"/>
              <w:spacing w:after="40"/>
            </w:pPr>
            <w:r>
              <w:rPr>
                <w:b/>
              </w:rPr>
              <w:t>STEP 3 — HOW DO I FIND IT?</w:t>
            </w:r>
          </w:p>
          <w:p w14:paraId="280B84C8" w14:textId="77777777" w:rsidR="00BE3968" w:rsidRDefault="00CA6E70">
            <w:pPr>
              <w:pStyle w:val="CMRBodySmall"/>
              <w:spacing w:after="100"/>
            </w:pPr>
            <w:r>
              <w:t>My work: ____________________________________________________________</w:t>
            </w:r>
          </w:p>
          <w:p w14:paraId="5CF1C1D9" w14:textId="77777777" w:rsidR="00BE3968" w:rsidRDefault="00CA6E70">
            <w:pPr>
              <w:pStyle w:val="CMRBodySmall"/>
              <w:spacing w:after="100"/>
            </w:pPr>
            <w:r>
              <w:t>____________________________________________________________________</w:t>
            </w:r>
          </w:p>
          <w:p w14:paraId="41A68FD4" w14:textId="77777777" w:rsidR="00BE3968" w:rsidRDefault="00CA6E70">
            <w:pPr>
              <w:pStyle w:val="CMRBodySmall"/>
              <w:spacing w:after="100"/>
            </w:pPr>
            <w:r>
              <w:t>____________________________________________________________________</w:t>
            </w:r>
          </w:p>
          <w:p w14:paraId="2DE8845E" w14:textId="77777777" w:rsidR="00BE3968" w:rsidRDefault="00CA6E70">
            <w:pPr>
              <w:pStyle w:val="CMRBodySmall"/>
              <w:spacing w:after="100"/>
            </w:pPr>
            <w:r>
              <w:t>Answer with units: __________________________________________________</w:t>
            </w:r>
          </w:p>
          <w:p w14:paraId="4C2AE782" w14:textId="77777777" w:rsidR="00BE3968" w:rsidRDefault="00CA6E70">
            <w:pPr>
              <w:pStyle w:val="CMRBodySmall"/>
              <w:spacing w:after="80"/>
            </w:pPr>
            <w:r>
              <w:t>Does the answer make sense? ___________________________________________</w:t>
            </w:r>
          </w:p>
        </w:tc>
      </w:tr>
    </w:tbl>
    <w:p w14:paraId="1783C86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884780D" w14:textId="77777777">
        <w:tc>
          <w:tcPr>
            <w:tcW w:w="10036" w:type="dxa"/>
            <w:tcMar>
              <w:top w:w="70" w:type="dxa"/>
              <w:left w:w="140" w:type="dxa"/>
              <w:bottom w:w="85" w:type="dxa"/>
              <w:right w:w="140" w:type="dxa"/>
            </w:tcMar>
          </w:tcPr>
          <w:p w14:paraId="35AB1113" w14:textId="77777777" w:rsidR="00BE3968" w:rsidRDefault="00BE3968"/>
          <w:p w14:paraId="7EBAC597" w14:textId="77777777" w:rsidR="00BE3968" w:rsidRDefault="00CA6E70">
            <w:pPr>
              <w:pStyle w:val="CMRBodySmall"/>
            </w:pPr>
            <w:r>
              <w:rPr>
                <w:b/>
              </w:rPr>
              <w:t>PROBLEM S2-070</w:t>
            </w:r>
          </w:p>
          <w:p w14:paraId="5E3B1AD4" w14:textId="77777777" w:rsidR="00BE3968" w:rsidRDefault="00CA6E70">
            <w:r>
              <w:t>Luis works at a program that has 63 work shirts. Luis sets 7 aside as replacements and divides the rest equally among 8 tables. How many work shirts go on each table?</w:t>
            </w:r>
          </w:p>
          <w:p w14:paraId="1C81234A" w14:textId="77777777" w:rsidR="00BE3968" w:rsidRDefault="00CA6E70">
            <w:pPr>
              <w:pStyle w:val="CMRBodySmall"/>
              <w:spacing w:after="40"/>
            </w:pPr>
            <w:r>
              <w:rPr>
                <w:b/>
              </w:rPr>
              <w:t>STEP 1 — WHAT DO THEY WANT?</w:t>
            </w:r>
          </w:p>
          <w:p w14:paraId="2133936B" w14:textId="77777777" w:rsidR="00BE3968" w:rsidRDefault="00CA6E70">
            <w:pPr>
              <w:pStyle w:val="CMRBodySmall"/>
              <w:spacing w:after="80"/>
            </w:pPr>
            <w:r>
              <w:t>I need to find: _________________________________________________________</w:t>
            </w:r>
          </w:p>
          <w:p w14:paraId="52AB38ED" w14:textId="77777777" w:rsidR="00BE3968" w:rsidRDefault="00CA6E70">
            <w:pPr>
              <w:pStyle w:val="CMRBodySmall"/>
              <w:spacing w:after="40"/>
            </w:pPr>
            <w:r>
              <w:rPr>
                <w:b/>
              </w:rPr>
              <w:t>STEP 2 — WHAT DO I KNOW?</w:t>
            </w:r>
          </w:p>
          <w:p w14:paraId="0DB3B9C3" w14:textId="77777777" w:rsidR="00BE3968" w:rsidRDefault="00CA6E70">
            <w:pPr>
              <w:pStyle w:val="CMRBodySmall"/>
              <w:spacing w:after="40"/>
            </w:pPr>
            <w:r>
              <w:t>Useful facts: __________________________________________________________</w:t>
            </w:r>
          </w:p>
          <w:p w14:paraId="42EA2344" w14:textId="77777777" w:rsidR="00BE3968" w:rsidRDefault="00CA6E70">
            <w:pPr>
              <w:pStyle w:val="CMRBodySmall"/>
            </w:pPr>
            <w:r>
              <w:t>____________________________________________________________________</w:t>
            </w:r>
          </w:p>
          <w:p w14:paraId="2B57AEBD" w14:textId="77777777" w:rsidR="00BE3968" w:rsidRDefault="00CA6E70">
            <w:pPr>
              <w:pStyle w:val="CMRBodySmall"/>
              <w:spacing w:after="40"/>
            </w:pPr>
            <w:r>
              <w:rPr>
                <w:b/>
              </w:rPr>
              <w:t>STEP 3 — HOW DO I FIND IT?</w:t>
            </w:r>
          </w:p>
          <w:p w14:paraId="5DD743A1" w14:textId="77777777" w:rsidR="00BE3968" w:rsidRDefault="00CA6E70">
            <w:pPr>
              <w:pStyle w:val="CMRBodySmall"/>
              <w:spacing w:after="100"/>
            </w:pPr>
            <w:r>
              <w:t>My work: ____________________________________________________________</w:t>
            </w:r>
          </w:p>
          <w:p w14:paraId="264A4F75" w14:textId="77777777" w:rsidR="00BE3968" w:rsidRDefault="00CA6E70">
            <w:pPr>
              <w:pStyle w:val="CMRBodySmall"/>
              <w:spacing w:after="100"/>
            </w:pPr>
            <w:r>
              <w:t>____________________________________________________________________</w:t>
            </w:r>
          </w:p>
          <w:p w14:paraId="0BD6F86D" w14:textId="77777777" w:rsidR="00BE3968" w:rsidRDefault="00CA6E70">
            <w:pPr>
              <w:pStyle w:val="CMRBodySmall"/>
              <w:spacing w:after="100"/>
            </w:pPr>
            <w:r>
              <w:t>____________________________________________________________________</w:t>
            </w:r>
          </w:p>
          <w:p w14:paraId="5105148F" w14:textId="77777777" w:rsidR="00BE3968" w:rsidRDefault="00CA6E70">
            <w:pPr>
              <w:pStyle w:val="CMRBodySmall"/>
              <w:spacing w:after="100"/>
            </w:pPr>
            <w:r>
              <w:t>Answer with units: __________________________________________________</w:t>
            </w:r>
          </w:p>
          <w:p w14:paraId="4AF29D2C" w14:textId="77777777" w:rsidR="00BE3968" w:rsidRDefault="00CA6E70">
            <w:pPr>
              <w:pStyle w:val="CMRBodySmall"/>
              <w:spacing w:after="80"/>
            </w:pPr>
            <w:r>
              <w:t>Does the answer make sense? ___________________________________________</w:t>
            </w:r>
          </w:p>
        </w:tc>
      </w:tr>
    </w:tbl>
    <w:p w14:paraId="6CFE671B" w14:textId="77777777" w:rsidR="00BE3968" w:rsidRDefault="00CA6E70">
      <w:r>
        <w:br w:type="page"/>
      </w:r>
    </w:p>
    <w:p w14:paraId="76C67596" w14:textId="77777777" w:rsidR="00BE3968" w:rsidRDefault="00CA6E70">
      <w:pPr>
        <w:pStyle w:val="CMRSmallLabel"/>
        <w:spacing w:after="60"/>
      </w:pPr>
      <w:r>
        <w:rPr>
          <w:b w:val="0"/>
        </w:rPr>
        <w:t>SECTION 2  |  TOPIC 08  |  PRACTICE PAGE 1/5</w:t>
      </w:r>
    </w:p>
    <w:p w14:paraId="3699E238" w14:textId="77777777" w:rsidR="00BE3968" w:rsidRDefault="00CA6E70">
      <w:pPr>
        <w:pStyle w:val="CMRPageTitle"/>
        <w:spacing w:after="60"/>
      </w:pPr>
      <w:r>
        <w:rPr>
          <w:b w:val="0"/>
        </w:rPr>
        <w:t>Hours and wages</w:t>
      </w:r>
    </w:p>
    <w:p w14:paraId="48885962" w14:textId="77777777" w:rsidR="00BE3968" w:rsidRDefault="00CA6E70">
      <w:pPr>
        <w:pStyle w:val="CMRBodySmall"/>
        <w:spacing w:after="100"/>
      </w:pPr>
      <w:r>
        <w:t>Use the same three steps: Use work hours and hourly pay to understand earnings.</w:t>
      </w:r>
    </w:p>
    <w:tbl>
      <w:tblPr>
        <w:tblW w:w="0" w:type="auto"/>
        <w:tblLayout w:type="fixed"/>
        <w:tblLook w:val="04A0" w:firstRow="1" w:lastRow="0" w:firstColumn="1" w:lastColumn="0" w:noHBand="0" w:noVBand="1"/>
      </w:tblPr>
      <w:tblGrid>
        <w:gridCol w:w="10036"/>
      </w:tblGrid>
      <w:tr w:rsidR="00BE3968" w14:paraId="291B0E69" w14:textId="77777777">
        <w:tc>
          <w:tcPr>
            <w:tcW w:w="10036" w:type="dxa"/>
            <w:shd w:val="clear" w:color="auto" w:fill="F5F8F9"/>
            <w:tcMar>
              <w:top w:w="70" w:type="dxa"/>
              <w:left w:w="140" w:type="dxa"/>
              <w:bottom w:w="85" w:type="dxa"/>
              <w:right w:w="140" w:type="dxa"/>
            </w:tcMar>
          </w:tcPr>
          <w:p w14:paraId="31D9D2AE" w14:textId="77777777" w:rsidR="00BE3968" w:rsidRDefault="00BE3968"/>
          <w:p w14:paraId="0C741B08" w14:textId="77777777" w:rsidR="00BE3968" w:rsidRDefault="00CA6E70">
            <w:pPr>
              <w:pStyle w:val="CMRBodySmall"/>
            </w:pPr>
            <w:r>
              <w:rPr>
                <w:b/>
              </w:rPr>
              <w:t>PROBLEM S2-071</w:t>
            </w:r>
          </w:p>
          <w:p w14:paraId="5D3DAFC3" w14:textId="77777777" w:rsidR="00BE3968" w:rsidRDefault="00CA6E70">
            <w:r>
              <w:t>Daniel works 4 shifts this week. Each shift is 7 hours, and the pay is $15.00 per hour. Daniel also gets a 30-minute unpaid break each shift that is not counted in the 7 hours. What is Daniel’s gross pay for the week?</w:t>
            </w:r>
          </w:p>
          <w:p w14:paraId="228CABFA" w14:textId="77777777" w:rsidR="00BE3968" w:rsidRDefault="00CA6E70">
            <w:pPr>
              <w:pStyle w:val="CMRBodySmall"/>
              <w:spacing w:after="40"/>
            </w:pPr>
            <w:r>
              <w:rPr>
                <w:b/>
              </w:rPr>
              <w:t>STEP 1 — WHAT DO THEY WANT?</w:t>
            </w:r>
          </w:p>
          <w:p w14:paraId="09AE4B06" w14:textId="77777777" w:rsidR="00BE3968" w:rsidRDefault="00CA6E70">
            <w:pPr>
              <w:pStyle w:val="CMRBodySmall"/>
              <w:spacing w:after="80"/>
            </w:pPr>
            <w:r>
              <w:t>I need to find: _________________________________________________________</w:t>
            </w:r>
          </w:p>
          <w:p w14:paraId="7E80D74E" w14:textId="77777777" w:rsidR="00BE3968" w:rsidRDefault="00CA6E70">
            <w:pPr>
              <w:pStyle w:val="CMRBodySmall"/>
              <w:spacing w:after="40"/>
            </w:pPr>
            <w:r>
              <w:rPr>
                <w:b/>
              </w:rPr>
              <w:t>STEP 2 — WHAT DO I KNOW?</w:t>
            </w:r>
          </w:p>
          <w:p w14:paraId="2FD0B908" w14:textId="77777777" w:rsidR="00BE3968" w:rsidRDefault="00CA6E70">
            <w:pPr>
              <w:pStyle w:val="CMRBodySmall"/>
              <w:spacing w:after="40"/>
            </w:pPr>
            <w:r>
              <w:t>Useful facts: __________________________________________________________</w:t>
            </w:r>
          </w:p>
          <w:p w14:paraId="75573EBF" w14:textId="77777777" w:rsidR="00BE3968" w:rsidRDefault="00CA6E70">
            <w:pPr>
              <w:pStyle w:val="CMRBodySmall"/>
            </w:pPr>
            <w:r>
              <w:t>____________________________________________________________________</w:t>
            </w:r>
          </w:p>
          <w:p w14:paraId="2F0F133C" w14:textId="77777777" w:rsidR="00BE3968" w:rsidRDefault="00CA6E70">
            <w:pPr>
              <w:pStyle w:val="CMRBodySmall"/>
              <w:spacing w:after="40"/>
            </w:pPr>
            <w:r>
              <w:rPr>
                <w:b/>
              </w:rPr>
              <w:t>STEP 3 — HOW DO I FIND IT?</w:t>
            </w:r>
          </w:p>
          <w:p w14:paraId="7061A35C" w14:textId="77777777" w:rsidR="00BE3968" w:rsidRDefault="00CA6E70">
            <w:pPr>
              <w:pStyle w:val="CMRBodySmall"/>
              <w:spacing w:after="100"/>
            </w:pPr>
            <w:r>
              <w:t>My work: ____________________________________________________________</w:t>
            </w:r>
          </w:p>
          <w:p w14:paraId="6CC4F3F5" w14:textId="77777777" w:rsidR="00BE3968" w:rsidRDefault="00CA6E70">
            <w:pPr>
              <w:pStyle w:val="CMRBodySmall"/>
              <w:spacing w:after="100"/>
            </w:pPr>
            <w:r>
              <w:t>____________________________________________________________________</w:t>
            </w:r>
          </w:p>
          <w:p w14:paraId="5AD001CD" w14:textId="77777777" w:rsidR="00BE3968" w:rsidRDefault="00CA6E70">
            <w:pPr>
              <w:pStyle w:val="CMRBodySmall"/>
              <w:spacing w:after="100"/>
            </w:pPr>
            <w:r>
              <w:t>____________________________________________________________________</w:t>
            </w:r>
          </w:p>
          <w:p w14:paraId="78E202CA" w14:textId="77777777" w:rsidR="00BE3968" w:rsidRDefault="00CA6E70">
            <w:pPr>
              <w:pStyle w:val="CMRBodySmall"/>
              <w:spacing w:after="100"/>
            </w:pPr>
            <w:r>
              <w:t>Answer with units: __________________________________________________</w:t>
            </w:r>
          </w:p>
          <w:p w14:paraId="1192001D" w14:textId="77777777" w:rsidR="00BE3968" w:rsidRDefault="00CA6E70">
            <w:pPr>
              <w:pStyle w:val="CMRBodySmall"/>
              <w:spacing w:after="80"/>
            </w:pPr>
            <w:r>
              <w:t>Does the answer make sense? ___________________________________________</w:t>
            </w:r>
          </w:p>
        </w:tc>
      </w:tr>
    </w:tbl>
    <w:p w14:paraId="0E049CA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00CE827" w14:textId="77777777">
        <w:tc>
          <w:tcPr>
            <w:tcW w:w="10036" w:type="dxa"/>
            <w:tcMar>
              <w:top w:w="70" w:type="dxa"/>
              <w:left w:w="140" w:type="dxa"/>
              <w:bottom w:w="85" w:type="dxa"/>
              <w:right w:w="140" w:type="dxa"/>
            </w:tcMar>
          </w:tcPr>
          <w:p w14:paraId="61F96EBB" w14:textId="77777777" w:rsidR="00BE3968" w:rsidRDefault="00BE3968"/>
          <w:p w14:paraId="3919D626" w14:textId="77777777" w:rsidR="00BE3968" w:rsidRDefault="00CA6E70">
            <w:pPr>
              <w:pStyle w:val="CMRBodySmall"/>
            </w:pPr>
            <w:r>
              <w:rPr>
                <w:b/>
              </w:rPr>
              <w:t>PROBLEM S2-072</w:t>
            </w:r>
          </w:p>
          <w:p w14:paraId="2F393DF5" w14:textId="77777777" w:rsidR="00BE3968" w:rsidRDefault="00CA6E70">
            <w:r>
              <w:t>The job pays $18.00 an hour. Marcus works 10 hours a day for 2 days. Marcus’s bus fare is $2.00 each way, which Marcus pays out of pocket. What does Marcus earn before taxes?</w:t>
            </w:r>
          </w:p>
          <w:p w14:paraId="420AA4CA" w14:textId="77777777" w:rsidR="00BE3968" w:rsidRDefault="00CA6E70">
            <w:pPr>
              <w:pStyle w:val="CMRBodySmall"/>
              <w:spacing w:after="40"/>
            </w:pPr>
            <w:r>
              <w:rPr>
                <w:b/>
              </w:rPr>
              <w:t>STEP 1 — WHAT DO THEY WANT?</w:t>
            </w:r>
          </w:p>
          <w:p w14:paraId="2D60A97C" w14:textId="77777777" w:rsidR="00BE3968" w:rsidRDefault="00CA6E70">
            <w:pPr>
              <w:pStyle w:val="CMRBodySmall"/>
              <w:spacing w:after="80"/>
            </w:pPr>
            <w:r>
              <w:t>I need to find: _________________________________________________________</w:t>
            </w:r>
          </w:p>
          <w:p w14:paraId="7052B430" w14:textId="77777777" w:rsidR="00BE3968" w:rsidRDefault="00CA6E70">
            <w:pPr>
              <w:pStyle w:val="CMRBodySmall"/>
              <w:spacing w:after="40"/>
            </w:pPr>
            <w:r>
              <w:rPr>
                <w:b/>
              </w:rPr>
              <w:t>STEP 2 — WHAT DO I KNOW?</w:t>
            </w:r>
          </w:p>
          <w:p w14:paraId="2FD793D8" w14:textId="77777777" w:rsidR="00BE3968" w:rsidRDefault="00CA6E70">
            <w:pPr>
              <w:pStyle w:val="CMRBodySmall"/>
              <w:spacing w:after="40"/>
            </w:pPr>
            <w:r>
              <w:t>Useful facts: __________________________________________________________</w:t>
            </w:r>
          </w:p>
          <w:p w14:paraId="7C4F896D" w14:textId="77777777" w:rsidR="00BE3968" w:rsidRDefault="00CA6E70">
            <w:pPr>
              <w:pStyle w:val="CMRBodySmall"/>
            </w:pPr>
            <w:r>
              <w:t>____________________________________________________________________</w:t>
            </w:r>
          </w:p>
          <w:p w14:paraId="12581123" w14:textId="77777777" w:rsidR="00BE3968" w:rsidRDefault="00CA6E70">
            <w:pPr>
              <w:pStyle w:val="CMRBodySmall"/>
              <w:spacing w:after="40"/>
            </w:pPr>
            <w:r>
              <w:rPr>
                <w:b/>
              </w:rPr>
              <w:t>STEP 3 — HOW DO I FIND IT?</w:t>
            </w:r>
          </w:p>
          <w:p w14:paraId="57962CFA" w14:textId="77777777" w:rsidR="00BE3968" w:rsidRDefault="00CA6E70">
            <w:pPr>
              <w:pStyle w:val="CMRBodySmall"/>
              <w:spacing w:after="100"/>
            </w:pPr>
            <w:r>
              <w:t>My work: ____________________________________________________________</w:t>
            </w:r>
          </w:p>
          <w:p w14:paraId="374854AD" w14:textId="77777777" w:rsidR="00BE3968" w:rsidRDefault="00CA6E70">
            <w:pPr>
              <w:pStyle w:val="CMRBodySmall"/>
              <w:spacing w:after="100"/>
            </w:pPr>
            <w:r>
              <w:t>____________________________________________________________________</w:t>
            </w:r>
          </w:p>
          <w:p w14:paraId="6CE5533A" w14:textId="77777777" w:rsidR="00BE3968" w:rsidRDefault="00CA6E70">
            <w:pPr>
              <w:pStyle w:val="CMRBodySmall"/>
              <w:spacing w:after="100"/>
            </w:pPr>
            <w:r>
              <w:t>____________________________________________________________________</w:t>
            </w:r>
          </w:p>
          <w:p w14:paraId="34B6C4DE" w14:textId="77777777" w:rsidR="00BE3968" w:rsidRDefault="00CA6E70">
            <w:pPr>
              <w:pStyle w:val="CMRBodySmall"/>
              <w:spacing w:after="100"/>
            </w:pPr>
            <w:r>
              <w:t>Answer with units: __________________________________________________</w:t>
            </w:r>
          </w:p>
          <w:p w14:paraId="62AB4898" w14:textId="77777777" w:rsidR="00BE3968" w:rsidRDefault="00CA6E70">
            <w:pPr>
              <w:pStyle w:val="CMRBodySmall"/>
              <w:spacing w:after="80"/>
            </w:pPr>
            <w:r>
              <w:t>Does the answer make sense? ___________________________________________</w:t>
            </w:r>
          </w:p>
        </w:tc>
      </w:tr>
    </w:tbl>
    <w:p w14:paraId="6A330073" w14:textId="77777777" w:rsidR="00BE3968" w:rsidRDefault="00CA6E70">
      <w:r>
        <w:br w:type="page"/>
      </w:r>
    </w:p>
    <w:p w14:paraId="41A52547" w14:textId="77777777" w:rsidR="00BE3968" w:rsidRDefault="00CA6E70">
      <w:pPr>
        <w:pStyle w:val="CMRSmallLabel"/>
        <w:spacing w:after="60"/>
      </w:pPr>
      <w:r>
        <w:rPr>
          <w:b w:val="0"/>
        </w:rPr>
        <w:t>SECTION 2  |  TOPIC 08  |  PRACTICE PAGE 2/5</w:t>
      </w:r>
    </w:p>
    <w:p w14:paraId="7793E50A" w14:textId="77777777" w:rsidR="00BE3968" w:rsidRDefault="00CA6E70">
      <w:pPr>
        <w:pStyle w:val="CMRPageTitle"/>
        <w:spacing w:after="60"/>
      </w:pPr>
      <w:r>
        <w:rPr>
          <w:b w:val="0"/>
        </w:rPr>
        <w:t>Hours and wages</w:t>
      </w:r>
    </w:p>
    <w:p w14:paraId="7FC69F1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5B2363E" w14:textId="77777777">
        <w:tc>
          <w:tcPr>
            <w:tcW w:w="10036" w:type="dxa"/>
            <w:shd w:val="clear" w:color="auto" w:fill="F5F8F9"/>
            <w:tcMar>
              <w:top w:w="70" w:type="dxa"/>
              <w:left w:w="140" w:type="dxa"/>
              <w:bottom w:w="85" w:type="dxa"/>
              <w:right w:w="140" w:type="dxa"/>
            </w:tcMar>
          </w:tcPr>
          <w:p w14:paraId="01D19238" w14:textId="77777777" w:rsidR="00BE3968" w:rsidRDefault="00BE3968"/>
          <w:p w14:paraId="5FE31AA0" w14:textId="77777777" w:rsidR="00BE3968" w:rsidRDefault="00CA6E70">
            <w:pPr>
              <w:pStyle w:val="CMRBodySmall"/>
            </w:pPr>
            <w:r>
              <w:rPr>
                <w:b/>
              </w:rPr>
              <w:t>PROBLEM S2-073</w:t>
            </w:r>
          </w:p>
          <w:p w14:paraId="26815361" w14:textId="77777777" w:rsidR="00BE3968" w:rsidRDefault="00CA6E70">
            <w:r>
              <w:t>Linda earns $15.00 for each hour of work and works 9 hours on each of 4 days. The employer also offers a free lunch, which is not paid time. What are Linda’s gross earnings for this work, before taxes?</w:t>
            </w:r>
          </w:p>
          <w:p w14:paraId="4A688641" w14:textId="77777777" w:rsidR="00BE3968" w:rsidRDefault="00CA6E70">
            <w:pPr>
              <w:pStyle w:val="CMRBodySmall"/>
              <w:spacing w:after="40"/>
            </w:pPr>
            <w:r>
              <w:rPr>
                <w:b/>
              </w:rPr>
              <w:t>STEP 1 — WHAT DO THEY WANT?</w:t>
            </w:r>
          </w:p>
          <w:p w14:paraId="26F35989" w14:textId="77777777" w:rsidR="00BE3968" w:rsidRDefault="00CA6E70">
            <w:pPr>
              <w:pStyle w:val="CMRBodySmall"/>
              <w:spacing w:after="80"/>
            </w:pPr>
            <w:r>
              <w:t>I need to find: _________________________________________________________</w:t>
            </w:r>
          </w:p>
          <w:p w14:paraId="60BEA227" w14:textId="77777777" w:rsidR="00BE3968" w:rsidRDefault="00CA6E70">
            <w:pPr>
              <w:pStyle w:val="CMRBodySmall"/>
              <w:spacing w:after="40"/>
            </w:pPr>
            <w:r>
              <w:rPr>
                <w:b/>
              </w:rPr>
              <w:t>STEP 2 — WHAT DO I KNOW?</w:t>
            </w:r>
          </w:p>
          <w:p w14:paraId="0C5F93A7" w14:textId="77777777" w:rsidR="00BE3968" w:rsidRDefault="00CA6E70">
            <w:pPr>
              <w:pStyle w:val="CMRBodySmall"/>
              <w:spacing w:after="40"/>
            </w:pPr>
            <w:r>
              <w:t>Useful facts: __________________________________________________________</w:t>
            </w:r>
          </w:p>
          <w:p w14:paraId="49B02D35" w14:textId="77777777" w:rsidR="00BE3968" w:rsidRDefault="00CA6E70">
            <w:pPr>
              <w:pStyle w:val="CMRBodySmall"/>
            </w:pPr>
            <w:r>
              <w:t>____________________________________________________________________</w:t>
            </w:r>
          </w:p>
          <w:p w14:paraId="06C3254C" w14:textId="77777777" w:rsidR="00BE3968" w:rsidRDefault="00CA6E70">
            <w:pPr>
              <w:pStyle w:val="CMRBodySmall"/>
              <w:spacing w:after="40"/>
            </w:pPr>
            <w:r>
              <w:rPr>
                <w:b/>
              </w:rPr>
              <w:t>STEP 3 — HOW DO I FIND IT?</w:t>
            </w:r>
          </w:p>
          <w:p w14:paraId="077A7C53" w14:textId="77777777" w:rsidR="00BE3968" w:rsidRDefault="00CA6E70">
            <w:pPr>
              <w:pStyle w:val="CMRBodySmall"/>
              <w:spacing w:after="100"/>
            </w:pPr>
            <w:r>
              <w:t>My work: ____________________________________________________________</w:t>
            </w:r>
          </w:p>
          <w:p w14:paraId="010039F9" w14:textId="77777777" w:rsidR="00BE3968" w:rsidRDefault="00CA6E70">
            <w:pPr>
              <w:pStyle w:val="CMRBodySmall"/>
              <w:spacing w:after="100"/>
            </w:pPr>
            <w:r>
              <w:t>____________________________________________________________________</w:t>
            </w:r>
          </w:p>
          <w:p w14:paraId="00BCB351" w14:textId="77777777" w:rsidR="00BE3968" w:rsidRDefault="00CA6E70">
            <w:pPr>
              <w:pStyle w:val="CMRBodySmall"/>
              <w:spacing w:after="100"/>
            </w:pPr>
            <w:r>
              <w:t>____________________________________________________________________</w:t>
            </w:r>
          </w:p>
          <w:p w14:paraId="6237E432" w14:textId="77777777" w:rsidR="00BE3968" w:rsidRDefault="00CA6E70">
            <w:pPr>
              <w:pStyle w:val="CMRBodySmall"/>
              <w:spacing w:after="100"/>
            </w:pPr>
            <w:r>
              <w:t>Answer with units: __________________________________________________</w:t>
            </w:r>
          </w:p>
          <w:p w14:paraId="153A393B" w14:textId="77777777" w:rsidR="00BE3968" w:rsidRDefault="00CA6E70">
            <w:pPr>
              <w:pStyle w:val="CMRBodySmall"/>
              <w:spacing w:after="80"/>
            </w:pPr>
            <w:r>
              <w:t>Does the answer make sense? ___________________________________________</w:t>
            </w:r>
          </w:p>
        </w:tc>
      </w:tr>
    </w:tbl>
    <w:p w14:paraId="50D7D00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D901048" w14:textId="77777777">
        <w:tc>
          <w:tcPr>
            <w:tcW w:w="10036" w:type="dxa"/>
            <w:tcMar>
              <w:top w:w="70" w:type="dxa"/>
              <w:left w:w="140" w:type="dxa"/>
              <w:bottom w:w="85" w:type="dxa"/>
              <w:right w:w="140" w:type="dxa"/>
            </w:tcMar>
          </w:tcPr>
          <w:p w14:paraId="02536400" w14:textId="77777777" w:rsidR="00BE3968" w:rsidRDefault="00BE3968"/>
          <w:p w14:paraId="542FF8DD" w14:textId="77777777" w:rsidR="00BE3968" w:rsidRDefault="00CA6E70">
            <w:pPr>
              <w:pStyle w:val="CMRBodySmall"/>
            </w:pPr>
            <w:r>
              <w:rPr>
                <w:b/>
              </w:rPr>
              <w:t>PROBLEM S2-074</w:t>
            </w:r>
          </w:p>
          <w:p w14:paraId="4F6B1E36" w14:textId="77777777" w:rsidR="00BE3968" w:rsidRDefault="00CA6E70">
            <w:r>
              <w:t>Carmen works 4 shifts this week. Each shift is 7 hours, and the pay is $12.00 per hour. Carmen also gets a 30-minute unpaid break each shift that is not counted in the 7 hours. What is Carmen’s gross pay for the week?</w:t>
            </w:r>
          </w:p>
          <w:p w14:paraId="5B72EBFC" w14:textId="77777777" w:rsidR="00BE3968" w:rsidRDefault="00CA6E70">
            <w:pPr>
              <w:pStyle w:val="CMRBodySmall"/>
              <w:spacing w:after="40"/>
            </w:pPr>
            <w:r>
              <w:rPr>
                <w:b/>
              </w:rPr>
              <w:t>STEP 1 — WHAT DO THEY WANT?</w:t>
            </w:r>
          </w:p>
          <w:p w14:paraId="62D411BD" w14:textId="77777777" w:rsidR="00BE3968" w:rsidRDefault="00CA6E70">
            <w:pPr>
              <w:pStyle w:val="CMRBodySmall"/>
              <w:spacing w:after="80"/>
            </w:pPr>
            <w:r>
              <w:t>I need to find: _________________________________________________________</w:t>
            </w:r>
          </w:p>
          <w:p w14:paraId="7CB96EC7" w14:textId="77777777" w:rsidR="00BE3968" w:rsidRDefault="00CA6E70">
            <w:pPr>
              <w:pStyle w:val="CMRBodySmall"/>
              <w:spacing w:after="40"/>
            </w:pPr>
            <w:r>
              <w:rPr>
                <w:b/>
              </w:rPr>
              <w:t>STEP 2 — WHAT DO I KNOW?</w:t>
            </w:r>
          </w:p>
          <w:p w14:paraId="70DBB071" w14:textId="77777777" w:rsidR="00BE3968" w:rsidRDefault="00CA6E70">
            <w:pPr>
              <w:pStyle w:val="CMRBodySmall"/>
              <w:spacing w:after="40"/>
            </w:pPr>
            <w:r>
              <w:t>Useful facts: __________________________________________________________</w:t>
            </w:r>
          </w:p>
          <w:p w14:paraId="370CCB79" w14:textId="77777777" w:rsidR="00BE3968" w:rsidRDefault="00CA6E70">
            <w:pPr>
              <w:pStyle w:val="CMRBodySmall"/>
            </w:pPr>
            <w:r>
              <w:t>____________________________________________________________________</w:t>
            </w:r>
          </w:p>
          <w:p w14:paraId="00E6B482" w14:textId="77777777" w:rsidR="00BE3968" w:rsidRDefault="00CA6E70">
            <w:pPr>
              <w:pStyle w:val="CMRBodySmall"/>
              <w:spacing w:after="40"/>
            </w:pPr>
            <w:r>
              <w:rPr>
                <w:b/>
              </w:rPr>
              <w:t>STEP 3 — HOW DO I FIND IT?</w:t>
            </w:r>
          </w:p>
          <w:p w14:paraId="2DA780A5" w14:textId="77777777" w:rsidR="00BE3968" w:rsidRDefault="00CA6E70">
            <w:pPr>
              <w:pStyle w:val="CMRBodySmall"/>
              <w:spacing w:after="100"/>
            </w:pPr>
            <w:r>
              <w:t>My work: ____________________________________________________________</w:t>
            </w:r>
          </w:p>
          <w:p w14:paraId="0DFF143C" w14:textId="77777777" w:rsidR="00BE3968" w:rsidRDefault="00CA6E70">
            <w:pPr>
              <w:pStyle w:val="CMRBodySmall"/>
              <w:spacing w:after="100"/>
            </w:pPr>
            <w:r>
              <w:t>____________________________________________________________________</w:t>
            </w:r>
          </w:p>
          <w:p w14:paraId="0DB7FC0F" w14:textId="77777777" w:rsidR="00BE3968" w:rsidRDefault="00CA6E70">
            <w:pPr>
              <w:pStyle w:val="CMRBodySmall"/>
              <w:spacing w:after="100"/>
            </w:pPr>
            <w:r>
              <w:t>____________________________________________________________________</w:t>
            </w:r>
          </w:p>
          <w:p w14:paraId="664D7465" w14:textId="77777777" w:rsidR="00BE3968" w:rsidRDefault="00CA6E70">
            <w:pPr>
              <w:pStyle w:val="CMRBodySmall"/>
              <w:spacing w:after="100"/>
            </w:pPr>
            <w:r>
              <w:t>Answer with units: __________________________________________________</w:t>
            </w:r>
          </w:p>
          <w:p w14:paraId="44773DF1" w14:textId="77777777" w:rsidR="00BE3968" w:rsidRDefault="00CA6E70">
            <w:pPr>
              <w:pStyle w:val="CMRBodySmall"/>
              <w:spacing w:after="80"/>
            </w:pPr>
            <w:r>
              <w:t>Does the answer make sense? ___________________________________________</w:t>
            </w:r>
          </w:p>
        </w:tc>
      </w:tr>
    </w:tbl>
    <w:p w14:paraId="0ACD69CF" w14:textId="77777777" w:rsidR="00BE3968" w:rsidRDefault="00CA6E70">
      <w:r>
        <w:br w:type="page"/>
      </w:r>
    </w:p>
    <w:p w14:paraId="0560E0E7" w14:textId="77777777" w:rsidR="00BE3968" w:rsidRDefault="00CA6E70">
      <w:pPr>
        <w:pStyle w:val="CMRSmallLabel"/>
        <w:spacing w:after="60"/>
      </w:pPr>
      <w:r>
        <w:rPr>
          <w:b w:val="0"/>
        </w:rPr>
        <w:t>SECTION 2  |  TOPIC 08  |  PRACTICE PAGE 3/5</w:t>
      </w:r>
    </w:p>
    <w:p w14:paraId="70A0A1F5" w14:textId="77777777" w:rsidR="00BE3968" w:rsidRDefault="00CA6E70">
      <w:pPr>
        <w:pStyle w:val="CMRPageTitle"/>
        <w:spacing w:after="60"/>
      </w:pPr>
      <w:r>
        <w:rPr>
          <w:b w:val="0"/>
        </w:rPr>
        <w:t>Hours and wages</w:t>
      </w:r>
    </w:p>
    <w:p w14:paraId="5D721C0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96F7704" w14:textId="77777777">
        <w:tc>
          <w:tcPr>
            <w:tcW w:w="10036" w:type="dxa"/>
            <w:shd w:val="clear" w:color="auto" w:fill="F5F8F9"/>
            <w:tcMar>
              <w:top w:w="70" w:type="dxa"/>
              <w:left w:w="140" w:type="dxa"/>
              <w:bottom w:w="85" w:type="dxa"/>
              <w:right w:w="140" w:type="dxa"/>
            </w:tcMar>
          </w:tcPr>
          <w:p w14:paraId="7DA930B2" w14:textId="77777777" w:rsidR="00BE3968" w:rsidRDefault="00BE3968"/>
          <w:p w14:paraId="5EBE10CD" w14:textId="77777777" w:rsidR="00BE3968" w:rsidRDefault="00CA6E70">
            <w:pPr>
              <w:pStyle w:val="CMRBodySmall"/>
            </w:pPr>
            <w:r>
              <w:rPr>
                <w:b/>
              </w:rPr>
              <w:t>PROBLEM S2-075</w:t>
            </w:r>
          </w:p>
          <w:p w14:paraId="3C97774B" w14:textId="77777777" w:rsidR="00BE3968" w:rsidRDefault="00CA6E70">
            <w:r>
              <w:t>The job pays $15.00 an hour. David works 10 hours a day for 3 days. David’s bus fare is $2.00 each way, which David pays out of pocket. What does David earn before taxes?</w:t>
            </w:r>
          </w:p>
          <w:p w14:paraId="19C84487" w14:textId="77777777" w:rsidR="00BE3968" w:rsidRDefault="00CA6E70">
            <w:pPr>
              <w:pStyle w:val="CMRBodySmall"/>
              <w:spacing w:after="40"/>
            </w:pPr>
            <w:r>
              <w:rPr>
                <w:b/>
              </w:rPr>
              <w:t>STEP 1 — WHAT DO THEY WANT?</w:t>
            </w:r>
          </w:p>
          <w:p w14:paraId="32F99F13" w14:textId="77777777" w:rsidR="00BE3968" w:rsidRDefault="00CA6E70">
            <w:pPr>
              <w:pStyle w:val="CMRBodySmall"/>
              <w:spacing w:after="80"/>
            </w:pPr>
            <w:r>
              <w:t>I need to find: _________________________________________________________</w:t>
            </w:r>
          </w:p>
          <w:p w14:paraId="2D585FF0" w14:textId="77777777" w:rsidR="00BE3968" w:rsidRDefault="00CA6E70">
            <w:pPr>
              <w:pStyle w:val="CMRBodySmall"/>
              <w:spacing w:after="40"/>
            </w:pPr>
            <w:r>
              <w:rPr>
                <w:b/>
              </w:rPr>
              <w:t>STEP 2 — WHAT DO I KNOW?</w:t>
            </w:r>
          </w:p>
          <w:p w14:paraId="32655155" w14:textId="77777777" w:rsidR="00BE3968" w:rsidRDefault="00CA6E70">
            <w:pPr>
              <w:pStyle w:val="CMRBodySmall"/>
              <w:spacing w:after="40"/>
            </w:pPr>
            <w:r>
              <w:t>Useful facts: __________________________________________________________</w:t>
            </w:r>
          </w:p>
          <w:p w14:paraId="73EDE6DE" w14:textId="77777777" w:rsidR="00BE3968" w:rsidRDefault="00CA6E70">
            <w:pPr>
              <w:pStyle w:val="CMRBodySmall"/>
            </w:pPr>
            <w:r>
              <w:t>____________________________________________________________________</w:t>
            </w:r>
          </w:p>
          <w:p w14:paraId="08BECD4F" w14:textId="77777777" w:rsidR="00BE3968" w:rsidRDefault="00CA6E70">
            <w:pPr>
              <w:pStyle w:val="CMRBodySmall"/>
              <w:spacing w:after="40"/>
            </w:pPr>
            <w:r>
              <w:rPr>
                <w:b/>
              </w:rPr>
              <w:t>STEP 3 — HOW DO I FIND IT?</w:t>
            </w:r>
          </w:p>
          <w:p w14:paraId="1AD71084" w14:textId="77777777" w:rsidR="00BE3968" w:rsidRDefault="00CA6E70">
            <w:pPr>
              <w:pStyle w:val="CMRBodySmall"/>
              <w:spacing w:after="100"/>
            </w:pPr>
            <w:r>
              <w:t>My work: ____________________________________________________________</w:t>
            </w:r>
          </w:p>
          <w:p w14:paraId="47A15000" w14:textId="77777777" w:rsidR="00BE3968" w:rsidRDefault="00CA6E70">
            <w:pPr>
              <w:pStyle w:val="CMRBodySmall"/>
              <w:spacing w:after="100"/>
            </w:pPr>
            <w:r>
              <w:t>____________________________________________________________________</w:t>
            </w:r>
          </w:p>
          <w:p w14:paraId="1286E4BF" w14:textId="77777777" w:rsidR="00BE3968" w:rsidRDefault="00CA6E70">
            <w:pPr>
              <w:pStyle w:val="CMRBodySmall"/>
              <w:spacing w:after="100"/>
            </w:pPr>
            <w:r>
              <w:t>____________________________________________________________________</w:t>
            </w:r>
          </w:p>
          <w:p w14:paraId="5C023792" w14:textId="77777777" w:rsidR="00BE3968" w:rsidRDefault="00CA6E70">
            <w:pPr>
              <w:pStyle w:val="CMRBodySmall"/>
              <w:spacing w:after="100"/>
            </w:pPr>
            <w:r>
              <w:t>Answer with units: __________________________________________________</w:t>
            </w:r>
          </w:p>
          <w:p w14:paraId="5C1AC11E" w14:textId="77777777" w:rsidR="00BE3968" w:rsidRDefault="00CA6E70">
            <w:pPr>
              <w:pStyle w:val="CMRBodySmall"/>
              <w:spacing w:after="80"/>
            </w:pPr>
            <w:r>
              <w:t>Does the answer make sense? ___________________________________________</w:t>
            </w:r>
          </w:p>
        </w:tc>
      </w:tr>
    </w:tbl>
    <w:p w14:paraId="1435832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615F260" w14:textId="77777777">
        <w:tc>
          <w:tcPr>
            <w:tcW w:w="10036" w:type="dxa"/>
            <w:tcMar>
              <w:top w:w="70" w:type="dxa"/>
              <w:left w:w="140" w:type="dxa"/>
              <w:bottom w:w="85" w:type="dxa"/>
              <w:right w:w="140" w:type="dxa"/>
            </w:tcMar>
          </w:tcPr>
          <w:p w14:paraId="63F48F68" w14:textId="77777777" w:rsidR="00BE3968" w:rsidRDefault="00BE3968"/>
          <w:p w14:paraId="382E83BD" w14:textId="77777777" w:rsidR="00BE3968" w:rsidRDefault="00CA6E70">
            <w:pPr>
              <w:pStyle w:val="CMRBodySmall"/>
            </w:pPr>
            <w:r>
              <w:rPr>
                <w:b/>
              </w:rPr>
              <w:t>PROBLEM S2-076</w:t>
            </w:r>
          </w:p>
          <w:p w14:paraId="6B80C645" w14:textId="77777777" w:rsidR="00BE3968" w:rsidRDefault="00CA6E70">
            <w:r>
              <w:t>Tanya earns $13.00 for each hour of work and works 7 hours on each of 4 days. The employer also offers a free lunch, which is not paid time. What are Tanya’s gross earnings for this work, before taxes?</w:t>
            </w:r>
          </w:p>
          <w:p w14:paraId="46433263" w14:textId="77777777" w:rsidR="00BE3968" w:rsidRDefault="00CA6E70">
            <w:pPr>
              <w:pStyle w:val="CMRBodySmall"/>
              <w:spacing w:after="40"/>
            </w:pPr>
            <w:r>
              <w:rPr>
                <w:b/>
              </w:rPr>
              <w:t>STEP 1 — WHAT DO THEY WANT?</w:t>
            </w:r>
          </w:p>
          <w:p w14:paraId="1AF0DA68" w14:textId="77777777" w:rsidR="00BE3968" w:rsidRDefault="00CA6E70">
            <w:pPr>
              <w:pStyle w:val="CMRBodySmall"/>
              <w:spacing w:after="80"/>
            </w:pPr>
            <w:r>
              <w:t>I need to find: _________________________________________________________</w:t>
            </w:r>
          </w:p>
          <w:p w14:paraId="24F7847A" w14:textId="77777777" w:rsidR="00BE3968" w:rsidRDefault="00CA6E70">
            <w:pPr>
              <w:pStyle w:val="CMRBodySmall"/>
              <w:spacing w:after="40"/>
            </w:pPr>
            <w:r>
              <w:rPr>
                <w:b/>
              </w:rPr>
              <w:t>STEP 2 — WHAT DO I KNOW?</w:t>
            </w:r>
          </w:p>
          <w:p w14:paraId="46A1F4BE" w14:textId="77777777" w:rsidR="00BE3968" w:rsidRDefault="00CA6E70">
            <w:pPr>
              <w:pStyle w:val="CMRBodySmall"/>
              <w:spacing w:after="40"/>
            </w:pPr>
            <w:r>
              <w:t>Useful facts: __________________________________________________________</w:t>
            </w:r>
          </w:p>
          <w:p w14:paraId="4E36EE3F" w14:textId="77777777" w:rsidR="00BE3968" w:rsidRDefault="00CA6E70">
            <w:pPr>
              <w:pStyle w:val="CMRBodySmall"/>
            </w:pPr>
            <w:r>
              <w:t>____________________________________________________________________</w:t>
            </w:r>
          </w:p>
          <w:p w14:paraId="2C5EBCD5" w14:textId="77777777" w:rsidR="00BE3968" w:rsidRDefault="00CA6E70">
            <w:pPr>
              <w:pStyle w:val="CMRBodySmall"/>
              <w:spacing w:after="40"/>
            </w:pPr>
            <w:r>
              <w:rPr>
                <w:b/>
              </w:rPr>
              <w:t>STEP 3 — HOW DO I FIND IT?</w:t>
            </w:r>
          </w:p>
          <w:p w14:paraId="497EF7F8" w14:textId="77777777" w:rsidR="00BE3968" w:rsidRDefault="00CA6E70">
            <w:pPr>
              <w:pStyle w:val="CMRBodySmall"/>
              <w:spacing w:after="100"/>
            </w:pPr>
            <w:r>
              <w:t>My work: ____________________________________________________________</w:t>
            </w:r>
          </w:p>
          <w:p w14:paraId="26FBAE9A" w14:textId="77777777" w:rsidR="00BE3968" w:rsidRDefault="00CA6E70">
            <w:pPr>
              <w:pStyle w:val="CMRBodySmall"/>
              <w:spacing w:after="100"/>
            </w:pPr>
            <w:r>
              <w:t>____________________________________________________________________</w:t>
            </w:r>
          </w:p>
          <w:p w14:paraId="206604B1" w14:textId="77777777" w:rsidR="00BE3968" w:rsidRDefault="00CA6E70">
            <w:pPr>
              <w:pStyle w:val="CMRBodySmall"/>
              <w:spacing w:after="100"/>
            </w:pPr>
            <w:r>
              <w:t>____________________________________________________________________</w:t>
            </w:r>
          </w:p>
          <w:p w14:paraId="04CEBD5E" w14:textId="77777777" w:rsidR="00BE3968" w:rsidRDefault="00CA6E70">
            <w:pPr>
              <w:pStyle w:val="CMRBodySmall"/>
              <w:spacing w:after="100"/>
            </w:pPr>
            <w:r>
              <w:t>Answer with units: __________________________________________________</w:t>
            </w:r>
          </w:p>
          <w:p w14:paraId="0A436212" w14:textId="77777777" w:rsidR="00BE3968" w:rsidRDefault="00CA6E70">
            <w:pPr>
              <w:pStyle w:val="CMRBodySmall"/>
              <w:spacing w:after="80"/>
            </w:pPr>
            <w:r>
              <w:t>Does the answer make sense? ___________________________________________</w:t>
            </w:r>
          </w:p>
        </w:tc>
      </w:tr>
    </w:tbl>
    <w:p w14:paraId="230042AA" w14:textId="77777777" w:rsidR="00BE3968" w:rsidRDefault="00CA6E70">
      <w:r>
        <w:br w:type="page"/>
      </w:r>
    </w:p>
    <w:p w14:paraId="5C0A3BEA" w14:textId="77777777" w:rsidR="00BE3968" w:rsidRDefault="00CA6E70">
      <w:pPr>
        <w:pStyle w:val="CMRSmallLabel"/>
        <w:spacing w:after="60"/>
      </w:pPr>
      <w:r>
        <w:rPr>
          <w:b w:val="0"/>
        </w:rPr>
        <w:t>SECTION 2  |  TOPIC 08  |  PRACTICE PAGE 4/5</w:t>
      </w:r>
    </w:p>
    <w:p w14:paraId="0FA956C7" w14:textId="77777777" w:rsidR="00BE3968" w:rsidRDefault="00CA6E70">
      <w:pPr>
        <w:pStyle w:val="CMRPageTitle"/>
        <w:spacing w:after="60"/>
      </w:pPr>
      <w:r>
        <w:rPr>
          <w:b w:val="0"/>
        </w:rPr>
        <w:t>Hours and wages</w:t>
      </w:r>
    </w:p>
    <w:p w14:paraId="6E72D0C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E0A79C5" w14:textId="77777777">
        <w:tc>
          <w:tcPr>
            <w:tcW w:w="10036" w:type="dxa"/>
            <w:shd w:val="clear" w:color="auto" w:fill="F5F8F9"/>
            <w:tcMar>
              <w:top w:w="70" w:type="dxa"/>
              <w:left w:w="140" w:type="dxa"/>
              <w:bottom w:w="85" w:type="dxa"/>
              <w:right w:w="140" w:type="dxa"/>
            </w:tcMar>
          </w:tcPr>
          <w:p w14:paraId="45C157BC" w14:textId="77777777" w:rsidR="00BE3968" w:rsidRDefault="00BE3968"/>
          <w:p w14:paraId="254FAC87" w14:textId="77777777" w:rsidR="00BE3968" w:rsidRDefault="00CA6E70">
            <w:pPr>
              <w:pStyle w:val="CMRBodySmall"/>
            </w:pPr>
            <w:r>
              <w:rPr>
                <w:b/>
              </w:rPr>
              <w:t>PROBLEM S2-077</w:t>
            </w:r>
          </w:p>
          <w:p w14:paraId="7C9A79BA" w14:textId="77777777" w:rsidR="00BE3968" w:rsidRDefault="00CA6E70">
            <w:r>
              <w:t>Kevin works 2 shifts this week. Each shift is 9 hours, and the pay is $17.00 per hour. Kevin also gets a 30-minute unpaid break each shift that is not counted in the 9 hours. What is Kevin’s gross pay for the week?</w:t>
            </w:r>
          </w:p>
          <w:p w14:paraId="4D3CC7BC" w14:textId="77777777" w:rsidR="00BE3968" w:rsidRDefault="00CA6E70">
            <w:pPr>
              <w:pStyle w:val="CMRBodySmall"/>
              <w:spacing w:after="40"/>
            </w:pPr>
            <w:r>
              <w:rPr>
                <w:b/>
              </w:rPr>
              <w:t>STEP 1 — WHAT DO THEY WANT?</w:t>
            </w:r>
          </w:p>
          <w:p w14:paraId="2FC7582E" w14:textId="77777777" w:rsidR="00BE3968" w:rsidRDefault="00CA6E70">
            <w:pPr>
              <w:pStyle w:val="CMRBodySmall"/>
              <w:spacing w:after="80"/>
            </w:pPr>
            <w:r>
              <w:t>I need to find: _________________________________________________________</w:t>
            </w:r>
          </w:p>
          <w:p w14:paraId="0D8EB13C" w14:textId="77777777" w:rsidR="00BE3968" w:rsidRDefault="00CA6E70">
            <w:pPr>
              <w:pStyle w:val="CMRBodySmall"/>
              <w:spacing w:after="40"/>
            </w:pPr>
            <w:r>
              <w:rPr>
                <w:b/>
              </w:rPr>
              <w:t>STEP 2 — WHAT DO I KNOW?</w:t>
            </w:r>
          </w:p>
          <w:p w14:paraId="3631FA14" w14:textId="77777777" w:rsidR="00BE3968" w:rsidRDefault="00CA6E70">
            <w:pPr>
              <w:pStyle w:val="CMRBodySmall"/>
              <w:spacing w:after="40"/>
            </w:pPr>
            <w:r>
              <w:t>Useful facts: __________________________________________________________</w:t>
            </w:r>
          </w:p>
          <w:p w14:paraId="36539C58" w14:textId="77777777" w:rsidR="00BE3968" w:rsidRDefault="00CA6E70">
            <w:pPr>
              <w:pStyle w:val="CMRBodySmall"/>
            </w:pPr>
            <w:r>
              <w:t>____________________________________________________________________</w:t>
            </w:r>
          </w:p>
          <w:p w14:paraId="40A1B5F5" w14:textId="77777777" w:rsidR="00BE3968" w:rsidRDefault="00CA6E70">
            <w:pPr>
              <w:pStyle w:val="CMRBodySmall"/>
              <w:spacing w:after="40"/>
            </w:pPr>
            <w:r>
              <w:rPr>
                <w:b/>
              </w:rPr>
              <w:t>STEP 3 — HOW DO I FIND IT?</w:t>
            </w:r>
          </w:p>
          <w:p w14:paraId="16CE579E" w14:textId="77777777" w:rsidR="00BE3968" w:rsidRDefault="00CA6E70">
            <w:pPr>
              <w:pStyle w:val="CMRBodySmall"/>
              <w:spacing w:after="100"/>
            </w:pPr>
            <w:r>
              <w:t>My work: ____________________________________________________________</w:t>
            </w:r>
          </w:p>
          <w:p w14:paraId="0503F330" w14:textId="77777777" w:rsidR="00BE3968" w:rsidRDefault="00CA6E70">
            <w:pPr>
              <w:pStyle w:val="CMRBodySmall"/>
              <w:spacing w:after="100"/>
            </w:pPr>
            <w:r>
              <w:t>____________________________________________________________________</w:t>
            </w:r>
          </w:p>
          <w:p w14:paraId="0395210D" w14:textId="77777777" w:rsidR="00BE3968" w:rsidRDefault="00CA6E70">
            <w:pPr>
              <w:pStyle w:val="CMRBodySmall"/>
              <w:spacing w:after="100"/>
            </w:pPr>
            <w:r>
              <w:t>____________________________________________________________________</w:t>
            </w:r>
          </w:p>
          <w:p w14:paraId="0B21B46F" w14:textId="77777777" w:rsidR="00BE3968" w:rsidRDefault="00CA6E70">
            <w:pPr>
              <w:pStyle w:val="CMRBodySmall"/>
              <w:spacing w:after="100"/>
            </w:pPr>
            <w:r>
              <w:t>Answer with units: __________________________________________________</w:t>
            </w:r>
          </w:p>
          <w:p w14:paraId="2713CF75" w14:textId="77777777" w:rsidR="00BE3968" w:rsidRDefault="00CA6E70">
            <w:pPr>
              <w:pStyle w:val="CMRBodySmall"/>
              <w:spacing w:after="80"/>
            </w:pPr>
            <w:r>
              <w:t>Does the answer make sense? ___________________________________________</w:t>
            </w:r>
          </w:p>
        </w:tc>
      </w:tr>
    </w:tbl>
    <w:p w14:paraId="32EE523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1460B99" w14:textId="77777777">
        <w:tc>
          <w:tcPr>
            <w:tcW w:w="10036" w:type="dxa"/>
            <w:tcMar>
              <w:top w:w="70" w:type="dxa"/>
              <w:left w:w="140" w:type="dxa"/>
              <w:bottom w:w="85" w:type="dxa"/>
              <w:right w:w="140" w:type="dxa"/>
            </w:tcMar>
          </w:tcPr>
          <w:p w14:paraId="7BD58F33" w14:textId="77777777" w:rsidR="00BE3968" w:rsidRDefault="00BE3968"/>
          <w:p w14:paraId="4AE39BB3" w14:textId="77777777" w:rsidR="00BE3968" w:rsidRDefault="00CA6E70">
            <w:pPr>
              <w:pStyle w:val="CMRBodySmall"/>
            </w:pPr>
            <w:r>
              <w:rPr>
                <w:b/>
              </w:rPr>
              <w:t>PROBLEM S2-078</w:t>
            </w:r>
          </w:p>
          <w:p w14:paraId="18D90BC1" w14:textId="77777777" w:rsidR="00BE3968" w:rsidRDefault="00CA6E70">
            <w:r>
              <w:t>The job pays $14.00 an hour. Sharon works 5 hours a day for 3 days. Sharon’s bus fare is $2.00 each way, which Sharon pays out of pocket. What does Sharon earn before taxes?</w:t>
            </w:r>
          </w:p>
          <w:p w14:paraId="59A4A9E7" w14:textId="77777777" w:rsidR="00BE3968" w:rsidRDefault="00CA6E70">
            <w:pPr>
              <w:pStyle w:val="CMRBodySmall"/>
              <w:spacing w:after="40"/>
            </w:pPr>
            <w:r>
              <w:rPr>
                <w:b/>
              </w:rPr>
              <w:t>STEP 1 — WHAT DO THEY WANT?</w:t>
            </w:r>
          </w:p>
          <w:p w14:paraId="1D16E500" w14:textId="77777777" w:rsidR="00BE3968" w:rsidRDefault="00CA6E70">
            <w:pPr>
              <w:pStyle w:val="CMRBodySmall"/>
              <w:spacing w:after="80"/>
            </w:pPr>
            <w:r>
              <w:t>I need to find: _________________________________________________________</w:t>
            </w:r>
          </w:p>
          <w:p w14:paraId="125C01ED" w14:textId="77777777" w:rsidR="00BE3968" w:rsidRDefault="00CA6E70">
            <w:pPr>
              <w:pStyle w:val="CMRBodySmall"/>
              <w:spacing w:after="40"/>
            </w:pPr>
            <w:r>
              <w:rPr>
                <w:b/>
              </w:rPr>
              <w:t>STEP 2 — WHAT DO I KNOW?</w:t>
            </w:r>
          </w:p>
          <w:p w14:paraId="6EC29B2A" w14:textId="77777777" w:rsidR="00BE3968" w:rsidRDefault="00CA6E70">
            <w:pPr>
              <w:pStyle w:val="CMRBodySmall"/>
              <w:spacing w:after="40"/>
            </w:pPr>
            <w:r>
              <w:t>Useful facts: __________________________________________________________</w:t>
            </w:r>
          </w:p>
          <w:p w14:paraId="3AC791B2" w14:textId="77777777" w:rsidR="00BE3968" w:rsidRDefault="00CA6E70">
            <w:pPr>
              <w:pStyle w:val="CMRBodySmall"/>
            </w:pPr>
            <w:r>
              <w:t>____________________________________________________________________</w:t>
            </w:r>
          </w:p>
          <w:p w14:paraId="152D21D3" w14:textId="77777777" w:rsidR="00BE3968" w:rsidRDefault="00CA6E70">
            <w:pPr>
              <w:pStyle w:val="CMRBodySmall"/>
              <w:spacing w:after="40"/>
            </w:pPr>
            <w:r>
              <w:rPr>
                <w:b/>
              </w:rPr>
              <w:t>STEP 3 — HOW DO I FIND IT?</w:t>
            </w:r>
          </w:p>
          <w:p w14:paraId="7F774C0D" w14:textId="77777777" w:rsidR="00BE3968" w:rsidRDefault="00CA6E70">
            <w:pPr>
              <w:pStyle w:val="CMRBodySmall"/>
              <w:spacing w:after="100"/>
            </w:pPr>
            <w:r>
              <w:t>My work: ____________________________________________________________</w:t>
            </w:r>
          </w:p>
          <w:p w14:paraId="1EAD9BF7" w14:textId="77777777" w:rsidR="00BE3968" w:rsidRDefault="00CA6E70">
            <w:pPr>
              <w:pStyle w:val="CMRBodySmall"/>
              <w:spacing w:after="100"/>
            </w:pPr>
            <w:r>
              <w:t>____________________________________________________________________</w:t>
            </w:r>
          </w:p>
          <w:p w14:paraId="05451558" w14:textId="77777777" w:rsidR="00BE3968" w:rsidRDefault="00CA6E70">
            <w:pPr>
              <w:pStyle w:val="CMRBodySmall"/>
              <w:spacing w:after="100"/>
            </w:pPr>
            <w:r>
              <w:t>____________________________________________________________________</w:t>
            </w:r>
          </w:p>
          <w:p w14:paraId="465096CD" w14:textId="77777777" w:rsidR="00BE3968" w:rsidRDefault="00CA6E70">
            <w:pPr>
              <w:pStyle w:val="CMRBodySmall"/>
              <w:spacing w:after="100"/>
            </w:pPr>
            <w:r>
              <w:t>Answer with units: __________________________________________________</w:t>
            </w:r>
          </w:p>
          <w:p w14:paraId="1CB61B67" w14:textId="77777777" w:rsidR="00BE3968" w:rsidRDefault="00CA6E70">
            <w:pPr>
              <w:pStyle w:val="CMRBodySmall"/>
              <w:spacing w:after="80"/>
            </w:pPr>
            <w:r>
              <w:t>Does the answer make sense? ___________________________________________</w:t>
            </w:r>
          </w:p>
        </w:tc>
      </w:tr>
    </w:tbl>
    <w:p w14:paraId="4737A381" w14:textId="77777777" w:rsidR="00BE3968" w:rsidRDefault="00CA6E70">
      <w:r>
        <w:br w:type="page"/>
      </w:r>
    </w:p>
    <w:p w14:paraId="3C886B2C" w14:textId="77777777" w:rsidR="00BE3968" w:rsidRDefault="00CA6E70">
      <w:pPr>
        <w:pStyle w:val="CMRSmallLabel"/>
        <w:spacing w:after="60"/>
      </w:pPr>
      <w:r>
        <w:rPr>
          <w:b w:val="0"/>
        </w:rPr>
        <w:t>SECTION 2  |  TOPIC 08  |  PRACTICE PAGE 5/5</w:t>
      </w:r>
    </w:p>
    <w:p w14:paraId="5884529F" w14:textId="77777777" w:rsidR="00BE3968" w:rsidRDefault="00CA6E70">
      <w:pPr>
        <w:pStyle w:val="CMRPageTitle"/>
        <w:spacing w:after="60"/>
      </w:pPr>
      <w:r>
        <w:rPr>
          <w:b w:val="0"/>
        </w:rPr>
        <w:t>Hours and wages</w:t>
      </w:r>
    </w:p>
    <w:p w14:paraId="67627D3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70F98C0" w14:textId="77777777">
        <w:tc>
          <w:tcPr>
            <w:tcW w:w="10036" w:type="dxa"/>
            <w:shd w:val="clear" w:color="auto" w:fill="F5F8F9"/>
            <w:tcMar>
              <w:top w:w="70" w:type="dxa"/>
              <w:left w:w="140" w:type="dxa"/>
              <w:bottom w:w="85" w:type="dxa"/>
              <w:right w:w="140" w:type="dxa"/>
            </w:tcMar>
          </w:tcPr>
          <w:p w14:paraId="486AB6EB" w14:textId="77777777" w:rsidR="00BE3968" w:rsidRDefault="00BE3968"/>
          <w:p w14:paraId="40F82C97" w14:textId="77777777" w:rsidR="00BE3968" w:rsidRDefault="00CA6E70">
            <w:pPr>
              <w:pStyle w:val="CMRBodySmall"/>
            </w:pPr>
            <w:r>
              <w:rPr>
                <w:b/>
              </w:rPr>
              <w:t>PROBLEM S2-079</w:t>
            </w:r>
          </w:p>
          <w:p w14:paraId="0BD360D2" w14:textId="77777777" w:rsidR="00BE3968" w:rsidRDefault="00CA6E70">
            <w:r>
              <w:t>Andre earns $16.00 for each hour of work and works 8 hours on each of 3 days. The employer also offers a free lunch, which is not paid time. What are Andre’s gross earnings for this work, before taxes?</w:t>
            </w:r>
          </w:p>
          <w:p w14:paraId="47360219" w14:textId="77777777" w:rsidR="00BE3968" w:rsidRDefault="00CA6E70">
            <w:pPr>
              <w:pStyle w:val="CMRBodySmall"/>
              <w:spacing w:after="40"/>
            </w:pPr>
            <w:r>
              <w:rPr>
                <w:b/>
              </w:rPr>
              <w:t>STEP 1 — WHAT DO THEY WANT?</w:t>
            </w:r>
          </w:p>
          <w:p w14:paraId="7DFB608E" w14:textId="77777777" w:rsidR="00BE3968" w:rsidRDefault="00CA6E70">
            <w:pPr>
              <w:pStyle w:val="CMRBodySmall"/>
              <w:spacing w:after="80"/>
            </w:pPr>
            <w:r>
              <w:t>I need to find: _________________________________________________________</w:t>
            </w:r>
          </w:p>
          <w:p w14:paraId="2FB421DF" w14:textId="77777777" w:rsidR="00BE3968" w:rsidRDefault="00CA6E70">
            <w:pPr>
              <w:pStyle w:val="CMRBodySmall"/>
              <w:spacing w:after="40"/>
            </w:pPr>
            <w:r>
              <w:rPr>
                <w:b/>
              </w:rPr>
              <w:t>STEP 2 — WHAT DO I KNOW?</w:t>
            </w:r>
          </w:p>
          <w:p w14:paraId="2C842C46" w14:textId="77777777" w:rsidR="00BE3968" w:rsidRDefault="00CA6E70">
            <w:pPr>
              <w:pStyle w:val="CMRBodySmall"/>
              <w:spacing w:after="40"/>
            </w:pPr>
            <w:r>
              <w:t>Useful facts: __________________________________________________________</w:t>
            </w:r>
          </w:p>
          <w:p w14:paraId="65A33F1C" w14:textId="77777777" w:rsidR="00BE3968" w:rsidRDefault="00CA6E70">
            <w:pPr>
              <w:pStyle w:val="CMRBodySmall"/>
            </w:pPr>
            <w:r>
              <w:t>____________________________________________________________________</w:t>
            </w:r>
          </w:p>
          <w:p w14:paraId="42B91287" w14:textId="77777777" w:rsidR="00BE3968" w:rsidRDefault="00CA6E70">
            <w:pPr>
              <w:pStyle w:val="CMRBodySmall"/>
              <w:spacing w:after="40"/>
            </w:pPr>
            <w:r>
              <w:rPr>
                <w:b/>
              </w:rPr>
              <w:t>STEP 3 — HOW DO I FIND IT?</w:t>
            </w:r>
          </w:p>
          <w:p w14:paraId="51089A76" w14:textId="77777777" w:rsidR="00BE3968" w:rsidRDefault="00CA6E70">
            <w:pPr>
              <w:pStyle w:val="CMRBodySmall"/>
              <w:spacing w:after="100"/>
            </w:pPr>
            <w:r>
              <w:t>My work: ____________________________________________________________</w:t>
            </w:r>
          </w:p>
          <w:p w14:paraId="521A7D67" w14:textId="77777777" w:rsidR="00BE3968" w:rsidRDefault="00CA6E70">
            <w:pPr>
              <w:pStyle w:val="CMRBodySmall"/>
              <w:spacing w:after="100"/>
            </w:pPr>
            <w:r>
              <w:t>____________________________________________________________________</w:t>
            </w:r>
          </w:p>
          <w:p w14:paraId="5D49BEC5" w14:textId="77777777" w:rsidR="00BE3968" w:rsidRDefault="00CA6E70">
            <w:pPr>
              <w:pStyle w:val="CMRBodySmall"/>
              <w:spacing w:after="100"/>
            </w:pPr>
            <w:r>
              <w:t>____________________________________________________________________</w:t>
            </w:r>
          </w:p>
          <w:p w14:paraId="71286A0C" w14:textId="77777777" w:rsidR="00BE3968" w:rsidRDefault="00CA6E70">
            <w:pPr>
              <w:pStyle w:val="CMRBodySmall"/>
              <w:spacing w:after="100"/>
            </w:pPr>
            <w:r>
              <w:t>Answer with units: __________________________________________________</w:t>
            </w:r>
          </w:p>
          <w:p w14:paraId="36795070" w14:textId="77777777" w:rsidR="00BE3968" w:rsidRDefault="00CA6E70">
            <w:pPr>
              <w:pStyle w:val="CMRBodySmall"/>
              <w:spacing w:after="80"/>
            </w:pPr>
            <w:r>
              <w:t>Does the answer make sense? ___________________________________________</w:t>
            </w:r>
          </w:p>
        </w:tc>
      </w:tr>
    </w:tbl>
    <w:p w14:paraId="5C63E33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4044F65" w14:textId="77777777">
        <w:tc>
          <w:tcPr>
            <w:tcW w:w="10036" w:type="dxa"/>
            <w:tcMar>
              <w:top w:w="70" w:type="dxa"/>
              <w:left w:w="140" w:type="dxa"/>
              <w:bottom w:w="85" w:type="dxa"/>
              <w:right w:w="140" w:type="dxa"/>
            </w:tcMar>
          </w:tcPr>
          <w:p w14:paraId="7F10197A" w14:textId="77777777" w:rsidR="00BE3968" w:rsidRDefault="00BE3968"/>
          <w:p w14:paraId="27AE6A7D" w14:textId="77777777" w:rsidR="00BE3968" w:rsidRDefault="00CA6E70">
            <w:pPr>
              <w:pStyle w:val="CMRBodySmall"/>
            </w:pPr>
            <w:r>
              <w:rPr>
                <w:b/>
              </w:rPr>
              <w:t>PROBLEM S2-080</w:t>
            </w:r>
          </w:p>
          <w:p w14:paraId="6937F8FA" w14:textId="77777777" w:rsidR="00BE3968" w:rsidRDefault="00CA6E70">
            <w:r>
              <w:t>Patricia works 2 shifts this week. Each shift is 10 hours, and the pay is $17.00 per hour. Patricia also gets a 30-minute unpaid break each shift that is not counted in the 10 hours. What is Patricia’s gross pay for the week?</w:t>
            </w:r>
          </w:p>
          <w:p w14:paraId="2357782C" w14:textId="77777777" w:rsidR="00BE3968" w:rsidRDefault="00CA6E70">
            <w:pPr>
              <w:pStyle w:val="CMRBodySmall"/>
              <w:spacing w:after="40"/>
            </w:pPr>
            <w:r>
              <w:rPr>
                <w:b/>
              </w:rPr>
              <w:t>STEP 1 — WHAT DO THEY WANT?</w:t>
            </w:r>
          </w:p>
          <w:p w14:paraId="6DA9F24B" w14:textId="77777777" w:rsidR="00BE3968" w:rsidRDefault="00CA6E70">
            <w:pPr>
              <w:pStyle w:val="CMRBodySmall"/>
              <w:spacing w:after="80"/>
            </w:pPr>
            <w:r>
              <w:t>I need to find: _________________________________________________________</w:t>
            </w:r>
          </w:p>
          <w:p w14:paraId="2BC11DEF" w14:textId="77777777" w:rsidR="00BE3968" w:rsidRDefault="00CA6E70">
            <w:pPr>
              <w:pStyle w:val="CMRBodySmall"/>
              <w:spacing w:after="40"/>
            </w:pPr>
            <w:r>
              <w:rPr>
                <w:b/>
              </w:rPr>
              <w:t>STEP 2 — WHAT DO I KNOW?</w:t>
            </w:r>
          </w:p>
          <w:p w14:paraId="2AA628E0" w14:textId="77777777" w:rsidR="00BE3968" w:rsidRDefault="00CA6E70">
            <w:pPr>
              <w:pStyle w:val="CMRBodySmall"/>
              <w:spacing w:after="40"/>
            </w:pPr>
            <w:r>
              <w:t>Useful facts: __________________________________________________________</w:t>
            </w:r>
          </w:p>
          <w:p w14:paraId="437AE50D" w14:textId="77777777" w:rsidR="00BE3968" w:rsidRDefault="00CA6E70">
            <w:pPr>
              <w:pStyle w:val="CMRBodySmall"/>
            </w:pPr>
            <w:r>
              <w:t>____________________________________________________________________</w:t>
            </w:r>
          </w:p>
          <w:p w14:paraId="5CB20F18" w14:textId="77777777" w:rsidR="00BE3968" w:rsidRDefault="00CA6E70">
            <w:pPr>
              <w:pStyle w:val="CMRBodySmall"/>
              <w:spacing w:after="40"/>
            </w:pPr>
            <w:r>
              <w:rPr>
                <w:b/>
              </w:rPr>
              <w:t>STEP 3 — HOW DO I FIND IT?</w:t>
            </w:r>
          </w:p>
          <w:p w14:paraId="35F9F0B9" w14:textId="77777777" w:rsidR="00BE3968" w:rsidRDefault="00CA6E70">
            <w:pPr>
              <w:pStyle w:val="CMRBodySmall"/>
              <w:spacing w:after="100"/>
            </w:pPr>
            <w:r>
              <w:t>My work: ____________________________________________________________</w:t>
            </w:r>
          </w:p>
          <w:p w14:paraId="5094BD5A" w14:textId="77777777" w:rsidR="00BE3968" w:rsidRDefault="00CA6E70">
            <w:pPr>
              <w:pStyle w:val="CMRBodySmall"/>
              <w:spacing w:after="100"/>
            </w:pPr>
            <w:r>
              <w:t>____________________________________________________________________</w:t>
            </w:r>
          </w:p>
          <w:p w14:paraId="7530FEDB" w14:textId="77777777" w:rsidR="00BE3968" w:rsidRDefault="00CA6E70">
            <w:pPr>
              <w:pStyle w:val="CMRBodySmall"/>
              <w:spacing w:after="100"/>
            </w:pPr>
            <w:r>
              <w:t>____________________________________________________________________</w:t>
            </w:r>
          </w:p>
          <w:p w14:paraId="73AE1D9A" w14:textId="77777777" w:rsidR="00BE3968" w:rsidRDefault="00CA6E70">
            <w:pPr>
              <w:pStyle w:val="CMRBodySmall"/>
              <w:spacing w:after="100"/>
            </w:pPr>
            <w:r>
              <w:t>Answer with units: __________________________________________________</w:t>
            </w:r>
          </w:p>
          <w:p w14:paraId="79B29B7F" w14:textId="77777777" w:rsidR="00BE3968" w:rsidRDefault="00CA6E70">
            <w:pPr>
              <w:pStyle w:val="CMRBodySmall"/>
              <w:spacing w:after="80"/>
            </w:pPr>
            <w:r>
              <w:t>Does the answer make sense? ___________________________________________</w:t>
            </w:r>
          </w:p>
        </w:tc>
      </w:tr>
    </w:tbl>
    <w:p w14:paraId="4466C410" w14:textId="77777777" w:rsidR="00BE3968" w:rsidRDefault="00CA6E70">
      <w:r>
        <w:br w:type="page"/>
      </w:r>
    </w:p>
    <w:p w14:paraId="357C62A5" w14:textId="77777777" w:rsidR="00BE3968" w:rsidRDefault="00CA6E70">
      <w:pPr>
        <w:pStyle w:val="CMRSmallLabel"/>
        <w:spacing w:after="60"/>
      </w:pPr>
      <w:r>
        <w:rPr>
          <w:b w:val="0"/>
        </w:rPr>
        <w:t>SECTION 2  |  TOPIC 09  |  PRACTICE PAGE 1/5</w:t>
      </w:r>
    </w:p>
    <w:p w14:paraId="7FE11CB1" w14:textId="77777777" w:rsidR="00BE3968" w:rsidRDefault="00CA6E70">
      <w:pPr>
        <w:pStyle w:val="CMRPageTitle"/>
        <w:spacing w:after="60"/>
      </w:pPr>
      <w:r>
        <w:rPr>
          <w:b w:val="0"/>
        </w:rPr>
        <w:t>Schedules and time</w:t>
      </w:r>
    </w:p>
    <w:p w14:paraId="7A16C0D0" w14:textId="77777777" w:rsidR="00BE3968" w:rsidRDefault="00CA6E70">
      <w:pPr>
        <w:pStyle w:val="CMRBodySmall"/>
        <w:spacing w:after="100"/>
      </w:pPr>
      <w:r>
        <w:t>Use the same three steps: Understand starting times, ending times, and time needed.</w:t>
      </w:r>
    </w:p>
    <w:tbl>
      <w:tblPr>
        <w:tblW w:w="0" w:type="auto"/>
        <w:tblLayout w:type="fixed"/>
        <w:tblLook w:val="04A0" w:firstRow="1" w:lastRow="0" w:firstColumn="1" w:lastColumn="0" w:noHBand="0" w:noVBand="1"/>
      </w:tblPr>
      <w:tblGrid>
        <w:gridCol w:w="10036"/>
      </w:tblGrid>
      <w:tr w:rsidR="00BE3968" w14:paraId="692EBAE1" w14:textId="77777777">
        <w:tc>
          <w:tcPr>
            <w:tcW w:w="10036" w:type="dxa"/>
            <w:shd w:val="clear" w:color="auto" w:fill="F5F8F9"/>
            <w:tcMar>
              <w:top w:w="70" w:type="dxa"/>
              <w:left w:w="140" w:type="dxa"/>
              <w:bottom w:w="85" w:type="dxa"/>
              <w:right w:w="140" w:type="dxa"/>
            </w:tcMar>
          </w:tcPr>
          <w:p w14:paraId="55EFD7FC" w14:textId="77777777" w:rsidR="00BE3968" w:rsidRDefault="00BE3968"/>
          <w:p w14:paraId="6D3DB217" w14:textId="77777777" w:rsidR="00BE3968" w:rsidRDefault="00CA6E70">
            <w:pPr>
              <w:pStyle w:val="CMRBodySmall"/>
            </w:pPr>
            <w:r>
              <w:rPr>
                <w:b/>
              </w:rPr>
              <w:t>PROBLEM S2-081</w:t>
            </w:r>
          </w:p>
          <w:p w14:paraId="72E60A7F" w14:textId="77777777" w:rsidR="00BE3968" w:rsidRDefault="00CA6E70">
            <w:r>
              <w:t>Terry arrives at a clinic at 7:00 AM. The paperwork takes 90 minutes, then Terry waits 10 minutes to be called in. What time is Terry called in?</w:t>
            </w:r>
          </w:p>
          <w:p w14:paraId="7E2DAAEF" w14:textId="77777777" w:rsidR="00BE3968" w:rsidRDefault="00CA6E70">
            <w:pPr>
              <w:pStyle w:val="CMRBodySmall"/>
              <w:spacing w:after="40"/>
            </w:pPr>
            <w:r>
              <w:rPr>
                <w:b/>
              </w:rPr>
              <w:t>STEP 1 — WHAT DO THEY WANT?</w:t>
            </w:r>
          </w:p>
          <w:p w14:paraId="39039C52" w14:textId="77777777" w:rsidR="00BE3968" w:rsidRDefault="00CA6E70">
            <w:pPr>
              <w:pStyle w:val="CMRBodySmall"/>
              <w:spacing w:after="80"/>
            </w:pPr>
            <w:r>
              <w:t>I need to find: _________________________________________________________</w:t>
            </w:r>
          </w:p>
          <w:p w14:paraId="5A90B541" w14:textId="77777777" w:rsidR="00BE3968" w:rsidRDefault="00CA6E70">
            <w:pPr>
              <w:pStyle w:val="CMRBodySmall"/>
              <w:spacing w:after="40"/>
            </w:pPr>
            <w:r>
              <w:rPr>
                <w:b/>
              </w:rPr>
              <w:t>STEP 2 — WHAT DO I KNOW?</w:t>
            </w:r>
          </w:p>
          <w:p w14:paraId="7C8652AE" w14:textId="77777777" w:rsidR="00BE3968" w:rsidRDefault="00CA6E70">
            <w:pPr>
              <w:pStyle w:val="CMRBodySmall"/>
              <w:spacing w:after="40"/>
            </w:pPr>
            <w:r>
              <w:t>Useful facts: __________________________________________________________</w:t>
            </w:r>
          </w:p>
          <w:p w14:paraId="481ED5C5" w14:textId="77777777" w:rsidR="00BE3968" w:rsidRDefault="00CA6E70">
            <w:pPr>
              <w:pStyle w:val="CMRBodySmall"/>
            </w:pPr>
            <w:r>
              <w:t>____________________________________________________________________</w:t>
            </w:r>
          </w:p>
          <w:p w14:paraId="61FBCA72" w14:textId="77777777" w:rsidR="00BE3968" w:rsidRDefault="00CA6E70">
            <w:pPr>
              <w:pStyle w:val="CMRBodySmall"/>
              <w:spacing w:after="40"/>
            </w:pPr>
            <w:r>
              <w:rPr>
                <w:b/>
              </w:rPr>
              <w:t>STEP 3 — HOW DO I FIND IT?</w:t>
            </w:r>
          </w:p>
          <w:p w14:paraId="13925620" w14:textId="77777777" w:rsidR="00BE3968" w:rsidRDefault="00CA6E70">
            <w:pPr>
              <w:pStyle w:val="CMRBodySmall"/>
              <w:spacing w:after="100"/>
            </w:pPr>
            <w:r>
              <w:t>My work: ____________________________________________________________</w:t>
            </w:r>
          </w:p>
          <w:p w14:paraId="6FFED3E0" w14:textId="77777777" w:rsidR="00BE3968" w:rsidRDefault="00CA6E70">
            <w:pPr>
              <w:pStyle w:val="CMRBodySmall"/>
              <w:spacing w:after="100"/>
            </w:pPr>
            <w:r>
              <w:t>____________________________________________________________________</w:t>
            </w:r>
          </w:p>
          <w:p w14:paraId="1E1338CE" w14:textId="77777777" w:rsidR="00BE3968" w:rsidRDefault="00CA6E70">
            <w:pPr>
              <w:pStyle w:val="CMRBodySmall"/>
              <w:spacing w:after="100"/>
            </w:pPr>
            <w:r>
              <w:t>____________________________________________________________________</w:t>
            </w:r>
          </w:p>
          <w:p w14:paraId="6276F733" w14:textId="77777777" w:rsidR="00BE3968" w:rsidRDefault="00CA6E70">
            <w:pPr>
              <w:pStyle w:val="CMRBodySmall"/>
              <w:spacing w:after="100"/>
            </w:pPr>
            <w:r>
              <w:t>Answer with units: __________________________________________________</w:t>
            </w:r>
          </w:p>
          <w:p w14:paraId="08F63A7E" w14:textId="77777777" w:rsidR="00BE3968" w:rsidRDefault="00CA6E70">
            <w:pPr>
              <w:pStyle w:val="CMRBodySmall"/>
              <w:spacing w:after="80"/>
            </w:pPr>
            <w:r>
              <w:t>Does the answer make sense? ___________________________________________</w:t>
            </w:r>
          </w:p>
        </w:tc>
      </w:tr>
    </w:tbl>
    <w:p w14:paraId="40C4320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1CD6525" w14:textId="77777777">
        <w:tc>
          <w:tcPr>
            <w:tcW w:w="10036" w:type="dxa"/>
            <w:tcMar>
              <w:top w:w="70" w:type="dxa"/>
              <w:left w:w="140" w:type="dxa"/>
              <w:bottom w:w="85" w:type="dxa"/>
              <w:right w:w="140" w:type="dxa"/>
            </w:tcMar>
          </w:tcPr>
          <w:p w14:paraId="41C07D7A" w14:textId="77777777" w:rsidR="00BE3968" w:rsidRDefault="00BE3968"/>
          <w:p w14:paraId="109A94FA" w14:textId="77777777" w:rsidR="00BE3968" w:rsidRDefault="00CA6E70">
            <w:pPr>
              <w:pStyle w:val="CMRBodySmall"/>
            </w:pPr>
            <w:r>
              <w:rPr>
                <w:b/>
              </w:rPr>
              <w:t>PROBLEM S2-082</w:t>
            </w:r>
          </w:p>
          <w:p w14:paraId="155204A1" w14:textId="77777777" w:rsidR="00BE3968" w:rsidRDefault="00CA6E70">
            <w:r>
              <w:t>Rachel starts a training session at 8:00 AM. The lesson takes 35 minutes, followed by a 15-minute break before the session ends. What time does the session finish?</w:t>
            </w:r>
          </w:p>
          <w:p w14:paraId="068844BF" w14:textId="77777777" w:rsidR="00BE3968" w:rsidRDefault="00CA6E70">
            <w:pPr>
              <w:pStyle w:val="CMRBodySmall"/>
              <w:spacing w:after="40"/>
            </w:pPr>
            <w:r>
              <w:rPr>
                <w:b/>
              </w:rPr>
              <w:t>STEP 1 — WHAT DO THEY WANT?</w:t>
            </w:r>
          </w:p>
          <w:p w14:paraId="34C205F7" w14:textId="77777777" w:rsidR="00BE3968" w:rsidRDefault="00CA6E70">
            <w:pPr>
              <w:pStyle w:val="CMRBodySmall"/>
              <w:spacing w:after="80"/>
            </w:pPr>
            <w:r>
              <w:t>I need to find: _________________________________________________________</w:t>
            </w:r>
          </w:p>
          <w:p w14:paraId="126B9F83" w14:textId="77777777" w:rsidR="00BE3968" w:rsidRDefault="00CA6E70">
            <w:pPr>
              <w:pStyle w:val="CMRBodySmall"/>
              <w:spacing w:after="40"/>
            </w:pPr>
            <w:r>
              <w:rPr>
                <w:b/>
              </w:rPr>
              <w:t>STEP 2 — WHAT DO I KNOW?</w:t>
            </w:r>
          </w:p>
          <w:p w14:paraId="45D322B5" w14:textId="77777777" w:rsidR="00BE3968" w:rsidRDefault="00CA6E70">
            <w:pPr>
              <w:pStyle w:val="CMRBodySmall"/>
              <w:spacing w:after="40"/>
            </w:pPr>
            <w:r>
              <w:t>Useful facts: __________________________________________________________</w:t>
            </w:r>
          </w:p>
          <w:p w14:paraId="4FE7437C" w14:textId="77777777" w:rsidR="00BE3968" w:rsidRDefault="00CA6E70">
            <w:pPr>
              <w:pStyle w:val="CMRBodySmall"/>
            </w:pPr>
            <w:r>
              <w:t>____________________________________________________________________</w:t>
            </w:r>
          </w:p>
          <w:p w14:paraId="7614BBB1" w14:textId="77777777" w:rsidR="00BE3968" w:rsidRDefault="00CA6E70">
            <w:pPr>
              <w:pStyle w:val="CMRBodySmall"/>
              <w:spacing w:after="40"/>
            </w:pPr>
            <w:r>
              <w:rPr>
                <w:b/>
              </w:rPr>
              <w:t>STEP 3 — HOW DO I FIND IT?</w:t>
            </w:r>
          </w:p>
          <w:p w14:paraId="147178BA" w14:textId="77777777" w:rsidR="00BE3968" w:rsidRDefault="00CA6E70">
            <w:pPr>
              <w:pStyle w:val="CMRBodySmall"/>
              <w:spacing w:after="100"/>
            </w:pPr>
            <w:r>
              <w:t>My work: ____________________________________________________________</w:t>
            </w:r>
          </w:p>
          <w:p w14:paraId="6031421F" w14:textId="77777777" w:rsidR="00BE3968" w:rsidRDefault="00CA6E70">
            <w:pPr>
              <w:pStyle w:val="CMRBodySmall"/>
              <w:spacing w:after="100"/>
            </w:pPr>
            <w:r>
              <w:t>____________________________________________________________________</w:t>
            </w:r>
          </w:p>
          <w:p w14:paraId="5CC29533" w14:textId="77777777" w:rsidR="00BE3968" w:rsidRDefault="00CA6E70">
            <w:pPr>
              <w:pStyle w:val="CMRBodySmall"/>
              <w:spacing w:after="100"/>
            </w:pPr>
            <w:r>
              <w:t>____________________________________________________________________</w:t>
            </w:r>
          </w:p>
          <w:p w14:paraId="2FE29B9F" w14:textId="77777777" w:rsidR="00BE3968" w:rsidRDefault="00CA6E70">
            <w:pPr>
              <w:pStyle w:val="CMRBodySmall"/>
              <w:spacing w:after="100"/>
            </w:pPr>
            <w:r>
              <w:t>Answer with units: __________________________________________________</w:t>
            </w:r>
          </w:p>
          <w:p w14:paraId="2378F14A" w14:textId="77777777" w:rsidR="00BE3968" w:rsidRDefault="00CA6E70">
            <w:pPr>
              <w:pStyle w:val="CMRBodySmall"/>
              <w:spacing w:after="80"/>
            </w:pPr>
            <w:r>
              <w:t>Does the answer make sense? ___________________________________________</w:t>
            </w:r>
          </w:p>
        </w:tc>
      </w:tr>
    </w:tbl>
    <w:p w14:paraId="6FAE1E4C" w14:textId="77777777" w:rsidR="00BE3968" w:rsidRDefault="00CA6E70">
      <w:r>
        <w:br w:type="page"/>
      </w:r>
    </w:p>
    <w:p w14:paraId="05CD2C25" w14:textId="77777777" w:rsidR="00BE3968" w:rsidRDefault="00CA6E70">
      <w:pPr>
        <w:pStyle w:val="CMRSmallLabel"/>
        <w:spacing w:after="60"/>
      </w:pPr>
      <w:r>
        <w:rPr>
          <w:b w:val="0"/>
        </w:rPr>
        <w:t>SECTION 2  |  TOPIC 09  |  PRACTICE PAGE 2/5</w:t>
      </w:r>
    </w:p>
    <w:p w14:paraId="2B233586" w14:textId="77777777" w:rsidR="00BE3968" w:rsidRDefault="00CA6E70">
      <w:pPr>
        <w:pStyle w:val="CMRPageTitle"/>
        <w:spacing w:after="60"/>
      </w:pPr>
      <w:r>
        <w:rPr>
          <w:b w:val="0"/>
        </w:rPr>
        <w:t>Schedules and time</w:t>
      </w:r>
    </w:p>
    <w:p w14:paraId="00C9245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A5F4236" w14:textId="77777777">
        <w:tc>
          <w:tcPr>
            <w:tcW w:w="10036" w:type="dxa"/>
            <w:shd w:val="clear" w:color="auto" w:fill="F5F8F9"/>
            <w:tcMar>
              <w:top w:w="70" w:type="dxa"/>
              <w:left w:w="140" w:type="dxa"/>
              <w:bottom w:w="85" w:type="dxa"/>
              <w:right w:w="140" w:type="dxa"/>
            </w:tcMar>
          </w:tcPr>
          <w:p w14:paraId="3F848642" w14:textId="77777777" w:rsidR="00BE3968" w:rsidRDefault="00BE3968"/>
          <w:p w14:paraId="5A1F6B97" w14:textId="77777777" w:rsidR="00BE3968" w:rsidRDefault="00CA6E70">
            <w:pPr>
              <w:pStyle w:val="CMRBodySmall"/>
            </w:pPr>
            <w:r>
              <w:rPr>
                <w:b/>
              </w:rPr>
              <w:t>PROBLEM S2-083</w:t>
            </w:r>
          </w:p>
          <w:p w14:paraId="026F6E74" w14:textId="77777777" w:rsidR="00BE3968" w:rsidRDefault="00CA6E70">
            <w:r>
              <w:t>A workshop begins at 9:45 AM. The first part runs 35 minutes. Then there is a 20-minute question-and-answer time, and the workshop is over. When does it end?</w:t>
            </w:r>
          </w:p>
          <w:p w14:paraId="07ED0F84" w14:textId="77777777" w:rsidR="00BE3968" w:rsidRDefault="00CA6E70">
            <w:pPr>
              <w:pStyle w:val="CMRBodySmall"/>
              <w:spacing w:after="40"/>
            </w:pPr>
            <w:r>
              <w:rPr>
                <w:b/>
              </w:rPr>
              <w:t>STEP 1 — WHAT DO THEY WANT?</w:t>
            </w:r>
          </w:p>
          <w:p w14:paraId="2C78F759" w14:textId="77777777" w:rsidR="00BE3968" w:rsidRDefault="00CA6E70">
            <w:pPr>
              <w:pStyle w:val="CMRBodySmall"/>
              <w:spacing w:after="80"/>
            </w:pPr>
            <w:r>
              <w:t>I need to find: _________________________________________________________</w:t>
            </w:r>
          </w:p>
          <w:p w14:paraId="37B5EB3D" w14:textId="77777777" w:rsidR="00BE3968" w:rsidRDefault="00CA6E70">
            <w:pPr>
              <w:pStyle w:val="CMRBodySmall"/>
              <w:spacing w:after="40"/>
            </w:pPr>
            <w:r>
              <w:rPr>
                <w:b/>
              </w:rPr>
              <w:t>STEP 2 — WHAT DO I KNOW?</w:t>
            </w:r>
          </w:p>
          <w:p w14:paraId="590E4C8D" w14:textId="77777777" w:rsidR="00BE3968" w:rsidRDefault="00CA6E70">
            <w:pPr>
              <w:pStyle w:val="CMRBodySmall"/>
              <w:spacing w:after="40"/>
            </w:pPr>
            <w:r>
              <w:t>Useful facts: __________________________________________________________</w:t>
            </w:r>
          </w:p>
          <w:p w14:paraId="149BA706" w14:textId="77777777" w:rsidR="00BE3968" w:rsidRDefault="00CA6E70">
            <w:pPr>
              <w:pStyle w:val="CMRBodySmall"/>
            </w:pPr>
            <w:r>
              <w:t>____________________________________________________________________</w:t>
            </w:r>
          </w:p>
          <w:p w14:paraId="326356F0" w14:textId="77777777" w:rsidR="00BE3968" w:rsidRDefault="00CA6E70">
            <w:pPr>
              <w:pStyle w:val="CMRBodySmall"/>
              <w:spacing w:after="40"/>
            </w:pPr>
            <w:r>
              <w:rPr>
                <w:b/>
              </w:rPr>
              <w:t>STEP 3 — HOW DO I FIND IT?</w:t>
            </w:r>
          </w:p>
          <w:p w14:paraId="280B1326" w14:textId="77777777" w:rsidR="00BE3968" w:rsidRDefault="00CA6E70">
            <w:pPr>
              <w:pStyle w:val="CMRBodySmall"/>
              <w:spacing w:after="100"/>
            </w:pPr>
            <w:r>
              <w:t>My work: ____________________________________________________________</w:t>
            </w:r>
          </w:p>
          <w:p w14:paraId="4BEA6A1A" w14:textId="77777777" w:rsidR="00BE3968" w:rsidRDefault="00CA6E70">
            <w:pPr>
              <w:pStyle w:val="CMRBodySmall"/>
              <w:spacing w:after="100"/>
            </w:pPr>
            <w:r>
              <w:t>____________________________________________________________________</w:t>
            </w:r>
          </w:p>
          <w:p w14:paraId="7AF5445A" w14:textId="77777777" w:rsidR="00BE3968" w:rsidRDefault="00CA6E70">
            <w:pPr>
              <w:pStyle w:val="CMRBodySmall"/>
              <w:spacing w:after="100"/>
            </w:pPr>
            <w:r>
              <w:t>____________________________________________________________________</w:t>
            </w:r>
          </w:p>
          <w:p w14:paraId="2E4C39E4" w14:textId="77777777" w:rsidR="00BE3968" w:rsidRDefault="00CA6E70">
            <w:pPr>
              <w:pStyle w:val="CMRBodySmall"/>
              <w:spacing w:after="100"/>
            </w:pPr>
            <w:r>
              <w:t>Answer with units: __________________________________________________</w:t>
            </w:r>
          </w:p>
          <w:p w14:paraId="3D55A9C8" w14:textId="77777777" w:rsidR="00BE3968" w:rsidRDefault="00CA6E70">
            <w:pPr>
              <w:pStyle w:val="CMRBodySmall"/>
              <w:spacing w:after="80"/>
            </w:pPr>
            <w:r>
              <w:t>Does the answer make sense? ___________________________________________</w:t>
            </w:r>
          </w:p>
        </w:tc>
      </w:tr>
    </w:tbl>
    <w:p w14:paraId="537BE25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7868452" w14:textId="77777777">
        <w:tc>
          <w:tcPr>
            <w:tcW w:w="10036" w:type="dxa"/>
            <w:tcMar>
              <w:top w:w="70" w:type="dxa"/>
              <w:left w:w="140" w:type="dxa"/>
              <w:bottom w:w="85" w:type="dxa"/>
              <w:right w:w="140" w:type="dxa"/>
            </w:tcMar>
          </w:tcPr>
          <w:p w14:paraId="52A608F4" w14:textId="77777777" w:rsidR="00BE3968" w:rsidRDefault="00BE3968"/>
          <w:p w14:paraId="46B25613" w14:textId="77777777" w:rsidR="00BE3968" w:rsidRDefault="00CA6E70">
            <w:pPr>
              <w:pStyle w:val="CMRBodySmall"/>
            </w:pPr>
            <w:r>
              <w:rPr>
                <w:b/>
              </w:rPr>
              <w:t>PROBLEM S2-084</w:t>
            </w:r>
          </w:p>
          <w:p w14:paraId="429D0426" w14:textId="77777777" w:rsidR="00BE3968" w:rsidRDefault="00CA6E70">
            <w:r>
              <w:t>Robert arrives at a clinic at 10:45 AM. The paperwork takes 60 minutes, then Robert waits 10 minutes to be called in. What time is Robert called in?</w:t>
            </w:r>
          </w:p>
          <w:p w14:paraId="1CB4F934" w14:textId="77777777" w:rsidR="00BE3968" w:rsidRDefault="00CA6E70">
            <w:pPr>
              <w:pStyle w:val="CMRBodySmall"/>
              <w:spacing w:after="40"/>
            </w:pPr>
            <w:r>
              <w:rPr>
                <w:b/>
              </w:rPr>
              <w:t>STEP 1 — WHAT DO THEY WANT?</w:t>
            </w:r>
          </w:p>
          <w:p w14:paraId="65C8F9BC" w14:textId="77777777" w:rsidR="00BE3968" w:rsidRDefault="00CA6E70">
            <w:pPr>
              <w:pStyle w:val="CMRBodySmall"/>
              <w:spacing w:after="80"/>
            </w:pPr>
            <w:r>
              <w:t>I need to find: _________________________________________________________</w:t>
            </w:r>
          </w:p>
          <w:p w14:paraId="6A2183D3" w14:textId="77777777" w:rsidR="00BE3968" w:rsidRDefault="00CA6E70">
            <w:pPr>
              <w:pStyle w:val="CMRBodySmall"/>
              <w:spacing w:after="40"/>
            </w:pPr>
            <w:r>
              <w:rPr>
                <w:b/>
              </w:rPr>
              <w:t>STEP 2 — WHAT DO I KNOW?</w:t>
            </w:r>
          </w:p>
          <w:p w14:paraId="22CB3063" w14:textId="77777777" w:rsidR="00BE3968" w:rsidRDefault="00CA6E70">
            <w:pPr>
              <w:pStyle w:val="CMRBodySmall"/>
              <w:spacing w:after="40"/>
            </w:pPr>
            <w:r>
              <w:t>Useful facts: __________________________________________________________</w:t>
            </w:r>
          </w:p>
          <w:p w14:paraId="680C0DAB" w14:textId="77777777" w:rsidR="00BE3968" w:rsidRDefault="00CA6E70">
            <w:pPr>
              <w:pStyle w:val="CMRBodySmall"/>
            </w:pPr>
            <w:r>
              <w:t>____________________________________________________________________</w:t>
            </w:r>
          </w:p>
          <w:p w14:paraId="317552CE" w14:textId="77777777" w:rsidR="00BE3968" w:rsidRDefault="00CA6E70">
            <w:pPr>
              <w:pStyle w:val="CMRBodySmall"/>
              <w:spacing w:after="40"/>
            </w:pPr>
            <w:r>
              <w:rPr>
                <w:b/>
              </w:rPr>
              <w:t>STEP 3 — HOW DO I FIND IT?</w:t>
            </w:r>
          </w:p>
          <w:p w14:paraId="7CF68212" w14:textId="77777777" w:rsidR="00BE3968" w:rsidRDefault="00CA6E70">
            <w:pPr>
              <w:pStyle w:val="CMRBodySmall"/>
              <w:spacing w:after="100"/>
            </w:pPr>
            <w:r>
              <w:t>My work: ____________________________________________________________</w:t>
            </w:r>
          </w:p>
          <w:p w14:paraId="17E8F98F" w14:textId="77777777" w:rsidR="00BE3968" w:rsidRDefault="00CA6E70">
            <w:pPr>
              <w:pStyle w:val="CMRBodySmall"/>
              <w:spacing w:after="100"/>
            </w:pPr>
            <w:r>
              <w:t>____________________________________________________________________</w:t>
            </w:r>
          </w:p>
          <w:p w14:paraId="5FBA90BB" w14:textId="77777777" w:rsidR="00BE3968" w:rsidRDefault="00CA6E70">
            <w:pPr>
              <w:pStyle w:val="CMRBodySmall"/>
              <w:spacing w:after="100"/>
            </w:pPr>
            <w:r>
              <w:t>____________________________________________________________________</w:t>
            </w:r>
          </w:p>
          <w:p w14:paraId="134F2F1A" w14:textId="77777777" w:rsidR="00BE3968" w:rsidRDefault="00CA6E70">
            <w:pPr>
              <w:pStyle w:val="CMRBodySmall"/>
              <w:spacing w:after="100"/>
            </w:pPr>
            <w:r>
              <w:t>Answer with units: __________________________________________________</w:t>
            </w:r>
          </w:p>
          <w:p w14:paraId="5FCEB1C4" w14:textId="77777777" w:rsidR="00BE3968" w:rsidRDefault="00CA6E70">
            <w:pPr>
              <w:pStyle w:val="CMRBodySmall"/>
              <w:spacing w:after="80"/>
            </w:pPr>
            <w:r>
              <w:t>Does the answer make sense? ___________________________________________</w:t>
            </w:r>
          </w:p>
        </w:tc>
      </w:tr>
    </w:tbl>
    <w:p w14:paraId="1E8F08A5" w14:textId="77777777" w:rsidR="00BE3968" w:rsidRDefault="00CA6E70">
      <w:r>
        <w:br w:type="page"/>
      </w:r>
    </w:p>
    <w:p w14:paraId="704B6706" w14:textId="77777777" w:rsidR="00BE3968" w:rsidRDefault="00CA6E70">
      <w:pPr>
        <w:pStyle w:val="CMRSmallLabel"/>
        <w:spacing w:after="60"/>
      </w:pPr>
      <w:r>
        <w:rPr>
          <w:b w:val="0"/>
        </w:rPr>
        <w:t>SECTION 2  |  TOPIC 09  |  PRACTICE PAGE 3/5</w:t>
      </w:r>
    </w:p>
    <w:p w14:paraId="17BC3D27" w14:textId="77777777" w:rsidR="00BE3968" w:rsidRDefault="00CA6E70">
      <w:pPr>
        <w:pStyle w:val="CMRPageTitle"/>
        <w:spacing w:after="60"/>
      </w:pPr>
      <w:r>
        <w:rPr>
          <w:b w:val="0"/>
        </w:rPr>
        <w:t>Schedules and time</w:t>
      </w:r>
    </w:p>
    <w:p w14:paraId="2B82D14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5DAE440" w14:textId="77777777">
        <w:tc>
          <w:tcPr>
            <w:tcW w:w="10036" w:type="dxa"/>
            <w:shd w:val="clear" w:color="auto" w:fill="F5F8F9"/>
            <w:tcMar>
              <w:top w:w="70" w:type="dxa"/>
              <w:left w:w="140" w:type="dxa"/>
              <w:bottom w:w="85" w:type="dxa"/>
              <w:right w:w="140" w:type="dxa"/>
            </w:tcMar>
          </w:tcPr>
          <w:p w14:paraId="54A2FE36" w14:textId="77777777" w:rsidR="00BE3968" w:rsidRDefault="00BE3968"/>
          <w:p w14:paraId="0BFF35A9" w14:textId="77777777" w:rsidR="00BE3968" w:rsidRDefault="00CA6E70">
            <w:pPr>
              <w:pStyle w:val="CMRBodySmall"/>
            </w:pPr>
            <w:r>
              <w:rPr>
                <w:b/>
              </w:rPr>
              <w:t>PROBLEM S2-085</w:t>
            </w:r>
          </w:p>
          <w:p w14:paraId="58BA5847" w14:textId="77777777" w:rsidR="00BE3968" w:rsidRDefault="00CA6E70">
            <w:r>
              <w:t>Denise starts a training session at 11:00 AM. The lesson takes 35 minutes, followed by a 20-minute break before the session ends. What time does the session finish?</w:t>
            </w:r>
          </w:p>
          <w:p w14:paraId="7FD98B5C" w14:textId="77777777" w:rsidR="00BE3968" w:rsidRDefault="00CA6E70">
            <w:pPr>
              <w:pStyle w:val="CMRBodySmall"/>
              <w:spacing w:after="40"/>
            </w:pPr>
            <w:r>
              <w:rPr>
                <w:b/>
              </w:rPr>
              <w:t>STEP 1 — WHAT DO THEY WANT?</w:t>
            </w:r>
          </w:p>
          <w:p w14:paraId="57C43405" w14:textId="77777777" w:rsidR="00BE3968" w:rsidRDefault="00CA6E70">
            <w:pPr>
              <w:pStyle w:val="CMRBodySmall"/>
              <w:spacing w:after="80"/>
            </w:pPr>
            <w:r>
              <w:t>I need to find: _________________________________________________________</w:t>
            </w:r>
          </w:p>
          <w:p w14:paraId="1D0C775D" w14:textId="77777777" w:rsidR="00BE3968" w:rsidRDefault="00CA6E70">
            <w:pPr>
              <w:pStyle w:val="CMRBodySmall"/>
              <w:spacing w:after="40"/>
            </w:pPr>
            <w:r>
              <w:rPr>
                <w:b/>
              </w:rPr>
              <w:t>STEP 2 — WHAT DO I KNOW?</w:t>
            </w:r>
          </w:p>
          <w:p w14:paraId="024BF292" w14:textId="77777777" w:rsidR="00BE3968" w:rsidRDefault="00CA6E70">
            <w:pPr>
              <w:pStyle w:val="CMRBodySmall"/>
              <w:spacing w:after="40"/>
            </w:pPr>
            <w:r>
              <w:t>Useful facts: __________________________________________________________</w:t>
            </w:r>
          </w:p>
          <w:p w14:paraId="36A57EF7" w14:textId="77777777" w:rsidR="00BE3968" w:rsidRDefault="00CA6E70">
            <w:pPr>
              <w:pStyle w:val="CMRBodySmall"/>
            </w:pPr>
            <w:r>
              <w:t>____________________________________________________________________</w:t>
            </w:r>
          </w:p>
          <w:p w14:paraId="06049EDB" w14:textId="77777777" w:rsidR="00BE3968" w:rsidRDefault="00CA6E70">
            <w:pPr>
              <w:pStyle w:val="CMRBodySmall"/>
              <w:spacing w:after="40"/>
            </w:pPr>
            <w:r>
              <w:rPr>
                <w:b/>
              </w:rPr>
              <w:t>STEP 3 — HOW DO I FIND IT?</w:t>
            </w:r>
          </w:p>
          <w:p w14:paraId="7A4EE8DC" w14:textId="77777777" w:rsidR="00BE3968" w:rsidRDefault="00CA6E70">
            <w:pPr>
              <w:pStyle w:val="CMRBodySmall"/>
              <w:spacing w:after="100"/>
            </w:pPr>
            <w:r>
              <w:t>My work: ____________________________________________________________</w:t>
            </w:r>
          </w:p>
          <w:p w14:paraId="40482DB1" w14:textId="77777777" w:rsidR="00BE3968" w:rsidRDefault="00CA6E70">
            <w:pPr>
              <w:pStyle w:val="CMRBodySmall"/>
              <w:spacing w:after="100"/>
            </w:pPr>
            <w:r>
              <w:t>____________________________________________________________________</w:t>
            </w:r>
          </w:p>
          <w:p w14:paraId="2C0DBD30" w14:textId="77777777" w:rsidR="00BE3968" w:rsidRDefault="00CA6E70">
            <w:pPr>
              <w:pStyle w:val="CMRBodySmall"/>
              <w:spacing w:after="100"/>
            </w:pPr>
            <w:r>
              <w:t>____________________________________________________________________</w:t>
            </w:r>
          </w:p>
          <w:p w14:paraId="261FA4C5" w14:textId="77777777" w:rsidR="00BE3968" w:rsidRDefault="00CA6E70">
            <w:pPr>
              <w:pStyle w:val="CMRBodySmall"/>
              <w:spacing w:after="100"/>
            </w:pPr>
            <w:r>
              <w:t>Answer with units: __________________________________________________</w:t>
            </w:r>
          </w:p>
          <w:p w14:paraId="2700D43D" w14:textId="77777777" w:rsidR="00BE3968" w:rsidRDefault="00CA6E70">
            <w:pPr>
              <w:pStyle w:val="CMRBodySmall"/>
              <w:spacing w:after="80"/>
            </w:pPr>
            <w:r>
              <w:t>Does the answer make sense? ___________________________________________</w:t>
            </w:r>
          </w:p>
        </w:tc>
      </w:tr>
    </w:tbl>
    <w:p w14:paraId="19735F0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10CAC18" w14:textId="77777777">
        <w:tc>
          <w:tcPr>
            <w:tcW w:w="10036" w:type="dxa"/>
            <w:tcMar>
              <w:top w:w="70" w:type="dxa"/>
              <w:left w:w="140" w:type="dxa"/>
              <w:bottom w:w="85" w:type="dxa"/>
              <w:right w:w="140" w:type="dxa"/>
            </w:tcMar>
          </w:tcPr>
          <w:p w14:paraId="7A10E847" w14:textId="77777777" w:rsidR="00BE3968" w:rsidRDefault="00BE3968"/>
          <w:p w14:paraId="75ABE519" w14:textId="77777777" w:rsidR="00BE3968" w:rsidRDefault="00CA6E70">
            <w:pPr>
              <w:pStyle w:val="CMRBodySmall"/>
            </w:pPr>
            <w:r>
              <w:rPr>
                <w:b/>
              </w:rPr>
              <w:t>PROBLEM S2-086</w:t>
            </w:r>
          </w:p>
          <w:p w14:paraId="5E80F348" w14:textId="77777777" w:rsidR="00BE3968" w:rsidRDefault="00CA6E70">
            <w:r>
              <w:t>A workshop begins at 10:00 AM. The first part runs 60 minutes. Then there is a 15-minute question-and-answer time, and the workshop is over. When does it end?</w:t>
            </w:r>
          </w:p>
          <w:p w14:paraId="1401ED19" w14:textId="77777777" w:rsidR="00BE3968" w:rsidRDefault="00CA6E70">
            <w:pPr>
              <w:pStyle w:val="CMRBodySmall"/>
              <w:spacing w:after="40"/>
            </w:pPr>
            <w:r>
              <w:rPr>
                <w:b/>
              </w:rPr>
              <w:t>STEP 1 — WHAT DO THEY WANT?</w:t>
            </w:r>
          </w:p>
          <w:p w14:paraId="28F186B0" w14:textId="77777777" w:rsidR="00BE3968" w:rsidRDefault="00CA6E70">
            <w:pPr>
              <w:pStyle w:val="CMRBodySmall"/>
              <w:spacing w:after="80"/>
            </w:pPr>
            <w:r>
              <w:t>I need to find: _________________________________________________________</w:t>
            </w:r>
          </w:p>
          <w:p w14:paraId="54C8E707" w14:textId="77777777" w:rsidR="00BE3968" w:rsidRDefault="00CA6E70">
            <w:pPr>
              <w:pStyle w:val="CMRBodySmall"/>
              <w:spacing w:after="40"/>
            </w:pPr>
            <w:r>
              <w:rPr>
                <w:b/>
              </w:rPr>
              <w:t>STEP 2 — WHAT DO I KNOW?</w:t>
            </w:r>
          </w:p>
          <w:p w14:paraId="3A53D042" w14:textId="77777777" w:rsidR="00BE3968" w:rsidRDefault="00CA6E70">
            <w:pPr>
              <w:pStyle w:val="CMRBodySmall"/>
              <w:spacing w:after="40"/>
            </w:pPr>
            <w:r>
              <w:t>Useful facts: __________________________________________________________</w:t>
            </w:r>
          </w:p>
          <w:p w14:paraId="3C695037" w14:textId="77777777" w:rsidR="00BE3968" w:rsidRDefault="00CA6E70">
            <w:pPr>
              <w:pStyle w:val="CMRBodySmall"/>
            </w:pPr>
            <w:r>
              <w:t>____________________________________________________________________</w:t>
            </w:r>
          </w:p>
          <w:p w14:paraId="2F371876" w14:textId="77777777" w:rsidR="00BE3968" w:rsidRDefault="00CA6E70">
            <w:pPr>
              <w:pStyle w:val="CMRBodySmall"/>
              <w:spacing w:after="40"/>
            </w:pPr>
            <w:r>
              <w:rPr>
                <w:b/>
              </w:rPr>
              <w:t>STEP 3 — HOW DO I FIND IT?</w:t>
            </w:r>
          </w:p>
          <w:p w14:paraId="6FB22F78" w14:textId="77777777" w:rsidR="00BE3968" w:rsidRDefault="00CA6E70">
            <w:pPr>
              <w:pStyle w:val="CMRBodySmall"/>
              <w:spacing w:after="100"/>
            </w:pPr>
            <w:r>
              <w:t>My work: ____________________________________________________________</w:t>
            </w:r>
          </w:p>
          <w:p w14:paraId="21D40F2C" w14:textId="77777777" w:rsidR="00BE3968" w:rsidRDefault="00CA6E70">
            <w:pPr>
              <w:pStyle w:val="CMRBodySmall"/>
              <w:spacing w:after="100"/>
            </w:pPr>
            <w:r>
              <w:t>____________________________________________________________________</w:t>
            </w:r>
          </w:p>
          <w:p w14:paraId="5F56D922" w14:textId="77777777" w:rsidR="00BE3968" w:rsidRDefault="00CA6E70">
            <w:pPr>
              <w:pStyle w:val="CMRBodySmall"/>
              <w:spacing w:after="100"/>
            </w:pPr>
            <w:r>
              <w:t>____________________________________________________________________</w:t>
            </w:r>
          </w:p>
          <w:p w14:paraId="21D4D880" w14:textId="77777777" w:rsidR="00BE3968" w:rsidRDefault="00CA6E70">
            <w:pPr>
              <w:pStyle w:val="CMRBodySmall"/>
              <w:spacing w:after="100"/>
            </w:pPr>
            <w:r>
              <w:t>Answer with units: __________________________________________________</w:t>
            </w:r>
          </w:p>
          <w:p w14:paraId="7D827698" w14:textId="77777777" w:rsidR="00BE3968" w:rsidRDefault="00CA6E70">
            <w:pPr>
              <w:pStyle w:val="CMRBodySmall"/>
              <w:spacing w:after="80"/>
            </w:pPr>
            <w:r>
              <w:t>Does the answer make sense? ___________________________________________</w:t>
            </w:r>
          </w:p>
        </w:tc>
      </w:tr>
    </w:tbl>
    <w:p w14:paraId="2E32C666" w14:textId="77777777" w:rsidR="00BE3968" w:rsidRDefault="00CA6E70">
      <w:r>
        <w:br w:type="page"/>
      </w:r>
    </w:p>
    <w:p w14:paraId="6CF1FAF0" w14:textId="77777777" w:rsidR="00BE3968" w:rsidRDefault="00CA6E70">
      <w:pPr>
        <w:pStyle w:val="CMRSmallLabel"/>
        <w:spacing w:after="60"/>
      </w:pPr>
      <w:r>
        <w:rPr>
          <w:b w:val="0"/>
        </w:rPr>
        <w:t>SECTION 2  |  TOPIC 09  |  PRACTICE PAGE 4/5</w:t>
      </w:r>
    </w:p>
    <w:p w14:paraId="1A34B8C2" w14:textId="77777777" w:rsidR="00BE3968" w:rsidRDefault="00CA6E70">
      <w:pPr>
        <w:pStyle w:val="CMRPageTitle"/>
        <w:spacing w:after="60"/>
      </w:pPr>
      <w:r>
        <w:rPr>
          <w:b w:val="0"/>
        </w:rPr>
        <w:t>Schedules and time</w:t>
      </w:r>
    </w:p>
    <w:p w14:paraId="73A0AFC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7B593EA" w14:textId="77777777">
        <w:tc>
          <w:tcPr>
            <w:tcW w:w="10036" w:type="dxa"/>
            <w:shd w:val="clear" w:color="auto" w:fill="F5F8F9"/>
            <w:tcMar>
              <w:top w:w="70" w:type="dxa"/>
              <w:left w:w="140" w:type="dxa"/>
              <w:bottom w:w="85" w:type="dxa"/>
              <w:right w:w="140" w:type="dxa"/>
            </w:tcMar>
          </w:tcPr>
          <w:p w14:paraId="76848C88" w14:textId="77777777" w:rsidR="00BE3968" w:rsidRDefault="00BE3968"/>
          <w:p w14:paraId="5610276E" w14:textId="77777777" w:rsidR="00BE3968" w:rsidRDefault="00CA6E70">
            <w:pPr>
              <w:pStyle w:val="CMRBodySmall"/>
            </w:pPr>
            <w:r>
              <w:rPr>
                <w:b/>
              </w:rPr>
              <w:t>PROBLEM S2-087</w:t>
            </w:r>
          </w:p>
          <w:p w14:paraId="44C581B3" w14:textId="77777777" w:rsidR="00BE3968" w:rsidRDefault="00CA6E70">
            <w:r>
              <w:t>Felicia arrives at a clinic at 8:45 AM. The paperwork takes 90 minutes, then Felicia waits 20 minutes to be called in. What time is Felicia called in?</w:t>
            </w:r>
          </w:p>
          <w:p w14:paraId="680D8897" w14:textId="77777777" w:rsidR="00BE3968" w:rsidRDefault="00CA6E70">
            <w:pPr>
              <w:pStyle w:val="CMRBodySmall"/>
              <w:spacing w:after="40"/>
            </w:pPr>
            <w:r>
              <w:rPr>
                <w:b/>
              </w:rPr>
              <w:t>STEP 1 — WHAT DO THEY WANT?</w:t>
            </w:r>
          </w:p>
          <w:p w14:paraId="6A3DFD84" w14:textId="77777777" w:rsidR="00BE3968" w:rsidRDefault="00CA6E70">
            <w:pPr>
              <w:pStyle w:val="CMRBodySmall"/>
              <w:spacing w:after="80"/>
            </w:pPr>
            <w:r>
              <w:t>I need to find: _________________________________________________________</w:t>
            </w:r>
          </w:p>
          <w:p w14:paraId="6733AA09" w14:textId="77777777" w:rsidR="00BE3968" w:rsidRDefault="00CA6E70">
            <w:pPr>
              <w:pStyle w:val="CMRBodySmall"/>
              <w:spacing w:after="40"/>
            </w:pPr>
            <w:r>
              <w:rPr>
                <w:b/>
              </w:rPr>
              <w:t>STEP 2 — WHAT DO I KNOW?</w:t>
            </w:r>
          </w:p>
          <w:p w14:paraId="440F097D" w14:textId="77777777" w:rsidR="00BE3968" w:rsidRDefault="00CA6E70">
            <w:pPr>
              <w:pStyle w:val="CMRBodySmall"/>
              <w:spacing w:after="40"/>
            </w:pPr>
            <w:r>
              <w:t>Useful facts: __________________________________________________________</w:t>
            </w:r>
          </w:p>
          <w:p w14:paraId="0FEBE1AC" w14:textId="77777777" w:rsidR="00BE3968" w:rsidRDefault="00CA6E70">
            <w:pPr>
              <w:pStyle w:val="CMRBodySmall"/>
            </w:pPr>
            <w:r>
              <w:t>____________________________________________________________________</w:t>
            </w:r>
          </w:p>
          <w:p w14:paraId="673D2E1E" w14:textId="77777777" w:rsidR="00BE3968" w:rsidRDefault="00CA6E70">
            <w:pPr>
              <w:pStyle w:val="CMRBodySmall"/>
              <w:spacing w:after="40"/>
            </w:pPr>
            <w:r>
              <w:rPr>
                <w:b/>
              </w:rPr>
              <w:t>STEP 3 — HOW DO I FIND IT?</w:t>
            </w:r>
          </w:p>
          <w:p w14:paraId="311F1C4D" w14:textId="77777777" w:rsidR="00BE3968" w:rsidRDefault="00CA6E70">
            <w:pPr>
              <w:pStyle w:val="CMRBodySmall"/>
              <w:spacing w:after="100"/>
            </w:pPr>
            <w:r>
              <w:t>My work: ____________________________________________________________</w:t>
            </w:r>
          </w:p>
          <w:p w14:paraId="118D82ED" w14:textId="77777777" w:rsidR="00BE3968" w:rsidRDefault="00CA6E70">
            <w:pPr>
              <w:pStyle w:val="CMRBodySmall"/>
              <w:spacing w:after="100"/>
            </w:pPr>
            <w:r>
              <w:t>____________________________________________________________________</w:t>
            </w:r>
          </w:p>
          <w:p w14:paraId="7CE4867A" w14:textId="77777777" w:rsidR="00BE3968" w:rsidRDefault="00CA6E70">
            <w:pPr>
              <w:pStyle w:val="CMRBodySmall"/>
              <w:spacing w:after="100"/>
            </w:pPr>
            <w:r>
              <w:t>____________________________________________________________________</w:t>
            </w:r>
          </w:p>
          <w:p w14:paraId="6607E1FE" w14:textId="77777777" w:rsidR="00BE3968" w:rsidRDefault="00CA6E70">
            <w:pPr>
              <w:pStyle w:val="CMRBodySmall"/>
              <w:spacing w:after="100"/>
            </w:pPr>
            <w:r>
              <w:t>Answer with units: __________________________________________________</w:t>
            </w:r>
          </w:p>
          <w:p w14:paraId="5775A7DC" w14:textId="77777777" w:rsidR="00BE3968" w:rsidRDefault="00CA6E70">
            <w:pPr>
              <w:pStyle w:val="CMRBodySmall"/>
              <w:spacing w:after="80"/>
            </w:pPr>
            <w:r>
              <w:t>Does the answer make sense? ___________________________________________</w:t>
            </w:r>
          </w:p>
        </w:tc>
      </w:tr>
    </w:tbl>
    <w:p w14:paraId="6BF84E8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1676FDE" w14:textId="77777777">
        <w:tc>
          <w:tcPr>
            <w:tcW w:w="10036" w:type="dxa"/>
            <w:tcMar>
              <w:top w:w="70" w:type="dxa"/>
              <w:left w:w="140" w:type="dxa"/>
              <w:bottom w:w="85" w:type="dxa"/>
              <w:right w:w="140" w:type="dxa"/>
            </w:tcMar>
          </w:tcPr>
          <w:p w14:paraId="2FEA4932" w14:textId="77777777" w:rsidR="00BE3968" w:rsidRDefault="00BE3968"/>
          <w:p w14:paraId="4A06D237" w14:textId="77777777" w:rsidR="00BE3968" w:rsidRDefault="00CA6E70">
            <w:pPr>
              <w:pStyle w:val="CMRBodySmall"/>
            </w:pPr>
            <w:r>
              <w:rPr>
                <w:b/>
              </w:rPr>
              <w:t>PROBLEM S2-088</w:t>
            </w:r>
          </w:p>
          <w:p w14:paraId="02BB53AA" w14:textId="77777777" w:rsidR="00BE3968" w:rsidRDefault="00CA6E70">
            <w:r>
              <w:t>Monica starts a training session at 8:15 AM. The lesson takes 90 minutes, followed by a 10-minute break before the session ends. What time does the session finish?</w:t>
            </w:r>
          </w:p>
          <w:p w14:paraId="67853F67" w14:textId="77777777" w:rsidR="00BE3968" w:rsidRDefault="00CA6E70">
            <w:pPr>
              <w:pStyle w:val="CMRBodySmall"/>
              <w:spacing w:after="40"/>
            </w:pPr>
            <w:r>
              <w:rPr>
                <w:b/>
              </w:rPr>
              <w:t>STEP 1 — WHAT DO THEY WANT?</w:t>
            </w:r>
          </w:p>
          <w:p w14:paraId="7DDE376C" w14:textId="77777777" w:rsidR="00BE3968" w:rsidRDefault="00CA6E70">
            <w:pPr>
              <w:pStyle w:val="CMRBodySmall"/>
              <w:spacing w:after="80"/>
            </w:pPr>
            <w:r>
              <w:t>I need to find: _________________________________________________________</w:t>
            </w:r>
          </w:p>
          <w:p w14:paraId="51011562" w14:textId="77777777" w:rsidR="00BE3968" w:rsidRDefault="00CA6E70">
            <w:pPr>
              <w:pStyle w:val="CMRBodySmall"/>
              <w:spacing w:after="40"/>
            </w:pPr>
            <w:r>
              <w:rPr>
                <w:b/>
              </w:rPr>
              <w:t>STEP 2 — WHAT DO I KNOW?</w:t>
            </w:r>
          </w:p>
          <w:p w14:paraId="319E20DA" w14:textId="77777777" w:rsidR="00BE3968" w:rsidRDefault="00CA6E70">
            <w:pPr>
              <w:pStyle w:val="CMRBodySmall"/>
              <w:spacing w:after="40"/>
            </w:pPr>
            <w:r>
              <w:t>Useful facts: __________________________________________________________</w:t>
            </w:r>
          </w:p>
          <w:p w14:paraId="1A5F1347" w14:textId="77777777" w:rsidR="00BE3968" w:rsidRDefault="00CA6E70">
            <w:pPr>
              <w:pStyle w:val="CMRBodySmall"/>
            </w:pPr>
            <w:r>
              <w:t>____________________________________________________________________</w:t>
            </w:r>
          </w:p>
          <w:p w14:paraId="4C735A97" w14:textId="77777777" w:rsidR="00BE3968" w:rsidRDefault="00CA6E70">
            <w:pPr>
              <w:pStyle w:val="CMRBodySmall"/>
              <w:spacing w:after="40"/>
            </w:pPr>
            <w:r>
              <w:rPr>
                <w:b/>
              </w:rPr>
              <w:t>STEP 3 — HOW DO I FIND IT?</w:t>
            </w:r>
          </w:p>
          <w:p w14:paraId="00673DDB" w14:textId="77777777" w:rsidR="00BE3968" w:rsidRDefault="00CA6E70">
            <w:pPr>
              <w:pStyle w:val="CMRBodySmall"/>
              <w:spacing w:after="100"/>
            </w:pPr>
            <w:r>
              <w:t>My work: ____________________________________________________________</w:t>
            </w:r>
          </w:p>
          <w:p w14:paraId="13BCBCB9" w14:textId="77777777" w:rsidR="00BE3968" w:rsidRDefault="00CA6E70">
            <w:pPr>
              <w:pStyle w:val="CMRBodySmall"/>
              <w:spacing w:after="100"/>
            </w:pPr>
            <w:r>
              <w:t>____________________________________________________________________</w:t>
            </w:r>
          </w:p>
          <w:p w14:paraId="4AA0C798" w14:textId="77777777" w:rsidR="00BE3968" w:rsidRDefault="00CA6E70">
            <w:pPr>
              <w:pStyle w:val="CMRBodySmall"/>
              <w:spacing w:after="100"/>
            </w:pPr>
            <w:r>
              <w:t>____________________________________________________________________</w:t>
            </w:r>
          </w:p>
          <w:p w14:paraId="1515F7E1" w14:textId="77777777" w:rsidR="00BE3968" w:rsidRDefault="00CA6E70">
            <w:pPr>
              <w:pStyle w:val="CMRBodySmall"/>
              <w:spacing w:after="100"/>
            </w:pPr>
            <w:r>
              <w:t>Answer with units: __________________________________________________</w:t>
            </w:r>
          </w:p>
          <w:p w14:paraId="06D340BE" w14:textId="77777777" w:rsidR="00BE3968" w:rsidRDefault="00CA6E70">
            <w:pPr>
              <w:pStyle w:val="CMRBodySmall"/>
              <w:spacing w:after="80"/>
            </w:pPr>
            <w:r>
              <w:t>Does the answer make sense? ___________________________________________</w:t>
            </w:r>
          </w:p>
        </w:tc>
      </w:tr>
    </w:tbl>
    <w:p w14:paraId="283B965B" w14:textId="77777777" w:rsidR="00BE3968" w:rsidRDefault="00CA6E70">
      <w:r>
        <w:br w:type="page"/>
      </w:r>
    </w:p>
    <w:p w14:paraId="1103DA88" w14:textId="77777777" w:rsidR="00BE3968" w:rsidRDefault="00CA6E70">
      <w:pPr>
        <w:pStyle w:val="CMRSmallLabel"/>
        <w:spacing w:after="60"/>
      </w:pPr>
      <w:r>
        <w:rPr>
          <w:b w:val="0"/>
        </w:rPr>
        <w:t>SECTION 2  |  TOPIC 09  |  PRACTICE PAGE 5/5</w:t>
      </w:r>
    </w:p>
    <w:p w14:paraId="5BE35318" w14:textId="77777777" w:rsidR="00BE3968" w:rsidRDefault="00CA6E70">
      <w:pPr>
        <w:pStyle w:val="CMRPageTitle"/>
        <w:spacing w:after="60"/>
      </w:pPr>
      <w:r>
        <w:rPr>
          <w:b w:val="0"/>
        </w:rPr>
        <w:t>Schedules and time</w:t>
      </w:r>
    </w:p>
    <w:p w14:paraId="3AF7A8B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450BF39" w14:textId="77777777">
        <w:tc>
          <w:tcPr>
            <w:tcW w:w="10036" w:type="dxa"/>
            <w:shd w:val="clear" w:color="auto" w:fill="F5F8F9"/>
            <w:tcMar>
              <w:top w:w="70" w:type="dxa"/>
              <w:left w:w="140" w:type="dxa"/>
              <w:bottom w:w="85" w:type="dxa"/>
              <w:right w:w="140" w:type="dxa"/>
            </w:tcMar>
          </w:tcPr>
          <w:p w14:paraId="4A0F7A7F" w14:textId="77777777" w:rsidR="00BE3968" w:rsidRDefault="00BE3968"/>
          <w:p w14:paraId="4EDB3F11" w14:textId="77777777" w:rsidR="00BE3968" w:rsidRDefault="00CA6E70">
            <w:pPr>
              <w:pStyle w:val="CMRBodySmall"/>
            </w:pPr>
            <w:r>
              <w:rPr>
                <w:b/>
              </w:rPr>
              <w:t>PROBLEM S2-089</w:t>
            </w:r>
          </w:p>
          <w:p w14:paraId="4C0F3C5A" w14:textId="77777777" w:rsidR="00BE3968" w:rsidRDefault="00CA6E70">
            <w:r>
              <w:t>A workshop begins at 11:45 AM. The first part runs 75 minutes. Then there is a 15-minute question-and-answer time, and the workshop is over. When does it end?</w:t>
            </w:r>
          </w:p>
          <w:p w14:paraId="7F8B25FA" w14:textId="77777777" w:rsidR="00BE3968" w:rsidRDefault="00CA6E70">
            <w:pPr>
              <w:pStyle w:val="CMRBodySmall"/>
              <w:spacing w:after="40"/>
            </w:pPr>
            <w:r>
              <w:rPr>
                <w:b/>
              </w:rPr>
              <w:t>STEP 1 — WHAT DO THEY WANT?</w:t>
            </w:r>
          </w:p>
          <w:p w14:paraId="183CED7F" w14:textId="77777777" w:rsidR="00BE3968" w:rsidRDefault="00CA6E70">
            <w:pPr>
              <w:pStyle w:val="CMRBodySmall"/>
              <w:spacing w:after="80"/>
            </w:pPr>
            <w:r>
              <w:t>I need to find: _________________________________________________________</w:t>
            </w:r>
          </w:p>
          <w:p w14:paraId="746FD668" w14:textId="77777777" w:rsidR="00BE3968" w:rsidRDefault="00CA6E70">
            <w:pPr>
              <w:pStyle w:val="CMRBodySmall"/>
              <w:spacing w:after="40"/>
            </w:pPr>
            <w:r>
              <w:rPr>
                <w:b/>
              </w:rPr>
              <w:t>STEP 2 — WHAT DO I KNOW?</w:t>
            </w:r>
          </w:p>
          <w:p w14:paraId="0181599B" w14:textId="77777777" w:rsidR="00BE3968" w:rsidRDefault="00CA6E70">
            <w:pPr>
              <w:pStyle w:val="CMRBodySmall"/>
              <w:spacing w:after="40"/>
            </w:pPr>
            <w:r>
              <w:t>Useful facts: __________________________________________________________</w:t>
            </w:r>
          </w:p>
          <w:p w14:paraId="5A5752AB" w14:textId="77777777" w:rsidR="00BE3968" w:rsidRDefault="00CA6E70">
            <w:pPr>
              <w:pStyle w:val="CMRBodySmall"/>
            </w:pPr>
            <w:r>
              <w:t>____________________________________________________________________</w:t>
            </w:r>
          </w:p>
          <w:p w14:paraId="630B4F46" w14:textId="77777777" w:rsidR="00BE3968" w:rsidRDefault="00CA6E70">
            <w:pPr>
              <w:pStyle w:val="CMRBodySmall"/>
              <w:spacing w:after="40"/>
            </w:pPr>
            <w:r>
              <w:rPr>
                <w:b/>
              </w:rPr>
              <w:t>STEP 3 — HOW DO I FIND IT?</w:t>
            </w:r>
          </w:p>
          <w:p w14:paraId="43ED1DFA" w14:textId="77777777" w:rsidR="00BE3968" w:rsidRDefault="00CA6E70">
            <w:pPr>
              <w:pStyle w:val="CMRBodySmall"/>
              <w:spacing w:after="100"/>
            </w:pPr>
            <w:r>
              <w:t>My work: ____________________________________________________________</w:t>
            </w:r>
          </w:p>
          <w:p w14:paraId="7AA3C8B9" w14:textId="77777777" w:rsidR="00BE3968" w:rsidRDefault="00CA6E70">
            <w:pPr>
              <w:pStyle w:val="CMRBodySmall"/>
              <w:spacing w:after="100"/>
            </w:pPr>
            <w:r>
              <w:t>____________________________________________________________________</w:t>
            </w:r>
          </w:p>
          <w:p w14:paraId="7858574A" w14:textId="77777777" w:rsidR="00BE3968" w:rsidRDefault="00CA6E70">
            <w:pPr>
              <w:pStyle w:val="CMRBodySmall"/>
              <w:spacing w:after="100"/>
            </w:pPr>
            <w:r>
              <w:t>____________________________________________________________________</w:t>
            </w:r>
          </w:p>
          <w:p w14:paraId="7019BC46" w14:textId="77777777" w:rsidR="00BE3968" w:rsidRDefault="00CA6E70">
            <w:pPr>
              <w:pStyle w:val="CMRBodySmall"/>
              <w:spacing w:after="100"/>
            </w:pPr>
            <w:r>
              <w:t>Answer with units: __________________________________________________</w:t>
            </w:r>
          </w:p>
          <w:p w14:paraId="2658B627" w14:textId="77777777" w:rsidR="00BE3968" w:rsidRDefault="00CA6E70">
            <w:pPr>
              <w:pStyle w:val="CMRBodySmall"/>
              <w:spacing w:after="80"/>
            </w:pPr>
            <w:r>
              <w:t>Does the answer make sense? ___________________________________________</w:t>
            </w:r>
          </w:p>
        </w:tc>
      </w:tr>
    </w:tbl>
    <w:p w14:paraId="18C4CB5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494B4DC" w14:textId="77777777">
        <w:tc>
          <w:tcPr>
            <w:tcW w:w="10036" w:type="dxa"/>
            <w:tcMar>
              <w:top w:w="70" w:type="dxa"/>
              <w:left w:w="140" w:type="dxa"/>
              <w:bottom w:w="85" w:type="dxa"/>
              <w:right w:w="140" w:type="dxa"/>
            </w:tcMar>
          </w:tcPr>
          <w:p w14:paraId="50BAB0EF" w14:textId="77777777" w:rsidR="00BE3968" w:rsidRDefault="00BE3968"/>
          <w:p w14:paraId="2522AE39" w14:textId="77777777" w:rsidR="00BE3968" w:rsidRDefault="00CA6E70">
            <w:pPr>
              <w:pStyle w:val="CMRBodySmall"/>
            </w:pPr>
            <w:r>
              <w:rPr>
                <w:b/>
              </w:rPr>
              <w:t>PROBLEM S2-090</w:t>
            </w:r>
          </w:p>
          <w:p w14:paraId="3E827BAD" w14:textId="77777777" w:rsidR="00BE3968" w:rsidRDefault="00CA6E70">
            <w:r>
              <w:t>Jasmine arrives at a clinic at 11:45 AM. The paperwork takes 45 minutes, then Jasmine waits 20 minutes to be called in. What time is Jasmine called in?</w:t>
            </w:r>
          </w:p>
          <w:p w14:paraId="2ECF73D1" w14:textId="77777777" w:rsidR="00BE3968" w:rsidRDefault="00CA6E70">
            <w:pPr>
              <w:pStyle w:val="CMRBodySmall"/>
              <w:spacing w:after="40"/>
            </w:pPr>
            <w:r>
              <w:rPr>
                <w:b/>
              </w:rPr>
              <w:t>STEP 1 — WHAT DO THEY WANT?</w:t>
            </w:r>
          </w:p>
          <w:p w14:paraId="679AD5D7" w14:textId="77777777" w:rsidR="00BE3968" w:rsidRDefault="00CA6E70">
            <w:pPr>
              <w:pStyle w:val="CMRBodySmall"/>
              <w:spacing w:after="80"/>
            </w:pPr>
            <w:r>
              <w:t>I need to find: _________________________________________________________</w:t>
            </w:r>
          </w:p>
          <w:p w14:paraId="3A0A8CCC" w14:textId="77777777" w:rsidR="00BE3968" w:rsidRDefault="00CA6E70">
            <w:pPr>
              <w:pStyle w:val="CMRBodySmall"/>
              <w:spacing w:after="40"/>
            </w:pPr>
            <w:r>
              <w:rPr>
                <w:b/>
              </w:rPr>
              <w:t>STEP 2 — WHAT DO I KNOW?</w:t>
            </w:r>
          </w:p>
          <w:p w14:paraId="41C832F8" w14:textId="77777777" w:rsidR="00BE3968" w:rsidRDefault="00CA6E70">
            <w:pPr>
              <w:pStyle w:val="CMRBodySmall"/>
              <w:spacing w:after="40"/>
            </w:pPr>
            <w:r>
              <w:t>Useful facts: __________________________________________________________</w:t>
            </w:r>
          </w:p>
          <w:p w14:paraId="38582B29" w14:textId="77777777" w:rsidR="00BE3968" w:rsidRDefault="00CA6E70">
            <w:pPr>
              <w:pStyle w:val="CMRBodySmall"/>
            </w:pPr>
            <w:r>
              <w:t>____________________________________________________________________</w:t>
            </w:r>
          </w:p>
          <w:p w14:paraId="297CA048" w14:textId="77777777" w:rsidR="00BE3968" w:rsidRDefault="00CA6E70">
            <w:pPr>
              <w:pStyle w:val="CMRBodySmall"/>
              <w:spacing w:after="40"/>
            </w:pPr>
            <w:r>
              <w:rPr>
                <w:b/>
              </w:rPr>
              <w:t>STEP 3 — HOW DO I FIND IT?</w:t>
            </w:r>
          </w:p>
          <w:p w14:paraId="2D1DC293" w14:textId="77777777" w:rsidR="00BE3968" w:rsidRDefault="00CA6E70">
            <w:pPr>
              <w:pStyle w:val="CMRBodySmall"/>
              <w:spacing w:after="100"/>
            </w:pPr>
            <w:r>
              <w:t>My work: ____________________________________________________________</w:t>
            </w:r>
          </w:p>
          <w:p w14:paraId="69BE41C3" w14:textId="77777777" w:rsidR="00BE3968" w:rsidRDefault="00CA6E70">
            <w:pPr>
              <w:pStyle w:val="CMRBodySmall"/>
              <w:spacing w:after="100"/>
            </w:pPr>
            <w:r>
              <w:t>____________________________________________________________________</w:t>
            </w:r>
          </w:p>
          <w:p w14:paraId="42EDD72B" w14:textId="77777777" w:rsidR="00BE3968" w:rsidRDefault="00CA6E70">
            <w:pPr>
              <w:pStyle w:val="CMRBodySmall"/>
              <w:spacing w:after="100"/>
            </w:pPr>
            <w:r>
              <w:t>____________________________________________________________________</w:t>
            </w:r>
          </w:p>
          <w:p w14:paraId="396453BB" w14:textId="77777777" w:rsidR="00BE3968" w:rsidRDefault="00CA6E70">
            <w:pPr>
              <w:pStyle w:val="CMRBodySmall"/>
              <w:spacing w:after="100"/>
            </w:pPr>
            <w:r>
              <w:t>Answer with units: __________________________________________________</w:t>
            </w:r>
          </w:p>
          <w:p w14:paraId="58ECEEDF" w14:textId="77777777" w:rsidR="00BE3968" w:rsidRDefault="00CA6E70">
            <w:pPr>
              <w:pStyle w:val="CMRBodySmall"/>
              <w:spacing w:after="80"/>
            </w:pPr>
            <w:r>
              <w:t>Does the answer make sense? ___________________________________________</w:t>
            </w:r>
          </w:p>
        </w:tc>
      </w:tr>
    </w:tbl>
    <w:p w14:paraId="27EB1937" w14:textId="77777777" w:rsidR="00BE3968" w:rsidRDefault="00CA6E70">
      <w:r>
        <w:br w:type="page"/>
      </w:r>
    </w:p>
    <w:p w14:paraId="01331CCA" w14:textId="77777777" w:rsidR="00BE3968" w:rsidRDefault="00CA6E70">
      <w:pPr>
        <w:pStyle w:val="CMRSmallLabel"/>
        <w:spacing w:after="60"/>
      </w:pPr>
      <w:r>
        <w:rPr>
          <w:b w:val="0"/>
        </w:rPr>
        <w:t>SECTION 2  |  TOPIC 10  |  PRACTICE PAGE 1/5</w:t>
      </w:r>
    </w:p>
    <w:p w14:paraId="20E421A4" w14:textId="77777777" w:rsidR="00BE3968" w:rsidRDefault="00CA6E70">
      <w:pPr>
        <w:pStyle w:val="CMRPageTitle"/>
        <w:spacing w:after="60"/>
      </w:pPr>
      <w:r>
        <w:rPr>
          <w:b w:val="0"/>
        </w:rPr>
        <w:t>Planning a budget</w:t>
      </w:r>
    </w:p>
    <w:p w14:paraId="6AEB4327" w14:textId="77777777" w:rsidR="00BE3968" w:rsidRDefault="00CA6E70">
      <w:pPr>
        <w:pStyle w:val="CMRBodySmall"/>
        <w:spacing w:after="100"/>
      </w:pPr>
      <w:r>
        <w:t>Use the same three steps: Read a budget situation before working with income and expenses.</w:t>
      </w:r>
    </w:p>
    <w:tbl>
      <w:tblPr>
        <w:tblW w:w="0" w:type="auto"/>
        <w:tblLayout w:type="fixed"/>
        <w:tblLook w:val="04A0" w:firstRow="1" w:lastRow="0" w:firstColumn="1" w:lastColumn="0" w:noHBand="0" w:noVBand="1"/>
      </w:tblPr>
      <w:tblGrid>
        <w:gridCol w:w="10036"/>
      </w:tblGrid>
      <w:tr w:rsidR="00BE3968" w14:paraId="0769DEAC" w14:textId="77777777">
        <w:tc>
          <w:tcPr>
            <w:tcW w:w="10036" w:type="dxa"/>
            <w:shd w:val="clear" w:color="auto" w:fill="F5F8F9"/>
            <w:tcMar>
              <w:top w:w="70" w:type="dxa"/>
              <w:left w:w="140" w:type="dxa"/>
              <w:bottom w:w="85" w:type="dxa"/>
              <w:right w:w="140" w:type="dxa"/>
            </w:tcMar>
          </w:tcPr>
          <w:p w14:paraId="5E7C2BCF" w14:textId="77777777" w:rsidR="00BE3968" w:rsidRDefault="00BE3968"/>
          <w:p w14:paraId="5CA9975D" w14:textId="77777777" w:rsidR="00BE3968" w:rsidRDefault="00CA6E70">
            <w:pPr>
              <w:pStyle w:val="CMRBodySmall"/>
            </w:pPr>
            <w:r>
              <w:rPr>
                <w:b/>
              </w:rPr>
              <w:t>PROBLEM S2-091</w:t>
            </w:r>
          </w:p>
          <w:p w14:paraId="7120AB97" w14:textId="77777777" w:rsidR="00BE3968" w:rsidRDefault="00CA6E70">
            <w:r>
              <w:t>Joseph has $1,008.00 available for this month. Rent is $530.00 and the electric bill is $81.00. A phone bill costs another $104.00. A car payment due next month is not included. How much of this month’s money remains after these bills?</w:t>
            </w:r>
          </w:p>
          <w:p w14:paraId="0D63B3C6" w14:textId="77777777" w:rsidR="00BE3968" w:rsidRDefault="00CA6E70">
            <w:pPr>
              <w:pStyle w:val="CMRBodySmall"/>
              <w:spacing w:after="40"/>
            </w:pPr>
            <w:r>
              <w:rPr>
                <w:b/>
              </w:rPr>
              <w:t>STEP 1 — WHAT DO THEY WANT?</w:t>
            </w:r>
          </w:p>
          <w:p w14:paraId="44F46668" w14:textId="77777777" w:rsidR="00BE3968" w:rsidRDefault="00CA6E70">
            <w:pPr>
              <w:pStyle w:val="CMRBodySmall"/>
              <w:spacing w:after="80"/>
            </w:pPr>
            <w:r>
              <w:t>I need to find: _________________________________________________________</w:t>
            </w:r>
          </w:p>
          <w:p w14:paraId="6F097573" w14:textId="77777777" w:rsidR="00BE3968" w:rsidRDefault="00CA6E70">
            <w:pPr>
              <w:pStyle w:val="CMRBodySmall"/>
              <w:spacing w:after="40"/>
            </w:pPr>
            <w:r>
              <w:rPr>
                <w:b/>
              </w:rPr>
              <w:t>STEP 2 — WHAT DO I KNOW?</w:t>
            </w:r>
          </w:p>
          <w:p w14:paraId="58EBBC87" w14:textId="77777777" w:rsidR="00BE3968" w:rsidRDefault="00CA6E70">
            <w:pPr>
              <w:pStyle w:val="CMRBodySmall"/>
              <w:spacing w:after="40"/>
            </w:pPr>
            <w:r>
              <w:t>Useful facts: __________________________________________________________</w:t>
            </w:r>
          </w:p>
          <w:p w14:paraId="66AC7BB4" w14:textId="77777777" w:rsidR="00BE3968" w:rsidRDefault="00CA6E70">
            <w:pPr>
              <w:pStyle w:val="CMRBodySmall"/>
            </w:pPr>
            <w:r>
              <w:t>____________________________________________________________________</w:t>
            </w:r>
          </w:p>
          <w:p w14:paraId="0212A17B" w14:textId="77777777" w:rsidR="00BE3968" w:rsidRDefault="00CA6E70">
            <w:pPr>
              <w:pStyle w:val="CMRBodySmall"/>
              <w:spacing w:after="40"/>
            </w:pPr>
            <w:r>
              <w:rPr>
                <w:b/>
              </w:rPr>
              <w:t>STEP 3 — HOW DO I FIND IT?</w:t>
            </w:r>
          </w:p>
          <w:p w14:paraId="1FC98D2E" w14:textId="77777777" w:rsidR="00BE3968" w:rsidRDefault="00CA6E70">
            <w:pPr>
              <w:pStyle w:val="CMRBodySmall"/>
              <w:spacing w:after="100"/>
            </w:pPr>
            <w:r>
              <w:t>My work: ____________________________________________________________</w:t>
            </w:r>
          </w:p>
          <w:p w14:paraId="1239D89C" w14:textId="77777777" w:rsidR="00BE3968" w:rsidRDefault="00CA6E70">
            <w:pPr>
              <w:pStyle w:val="CMRBodySmall"/>
              <w:spacing w:after="100"/>
            </w:pPr>
            <w:r>
              <w:t>____________________________________________________________________</w:t>
            </w:r>
          </w:p>
          <w:p w14:paraId="50379A4F" w14:textId="77777777" w:rsidR="00BE3968" w:rsidRDefault="00CA6E70">
            <w:pPr>
              <w:pStyle w:val="CMRBodySmall"/>
              <w:spacing w:after="100"/>
            </w:pPr>
            <w:r>
              <w:t>____________________________________________________________________</w:t>
            </w:r>
          </w:p>
          <w:p w14:paraId="0027A70A" w14:textId="77777777" w:rsidR="00BE3968" w:rsidRDefault="00CA6E70">
            <w:pPr>
              <w:pStyle w:val="CMRBodySmall"/>
              <w:spacing w:after="100"/>
            </w:pPr>
            <w:r>
              <w:t>Answer with units: __________________________________________________</w:t>
            </w:r>
          </w:p>
          <w:p w14:paraId="0C3FD20C" w14:textId="77777777" w:rsidR="00BE3968" w:rsidRDefault="00CA6E70">
            <w:pPr>
              <w:pStyle w:val="CMRBodySmall"/>
              <w:spacing w:after="80"/>
            </w:pPr>
            <w:r>
              <w:t>Does the answer make sense? ___________________________________________</w:t>
            </w:r>
          </w:p>
        </w:tc>
      </w:tr>
    </w:tbl>
    <w:p w14:paraId="039012D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9D9E3B8" w14:textId="77777777">
        <w:tc>
          <w:tcPr>
            <w:tcW w:w="10036" w:type="dxa"/>
            <w:tcMar>
              <w:top w:w="70" w:type="dxa"/>
              <w:left w:w="140" w:type="dxa"/>
              <w:bottom w:w="85" w:type="dxa"/>
              <w:right w:w="140" w:type="dxa"/>
            </w:tcMar>
          </w:tcPr>
          <w:p w14:paraId="492F8CB0" w14:textId="77777777" w:rsidR="00BE3968" w:rsidRDefault="00BE3968"/>
          <w:p w14:paraId="403512EC" w14:textId="77777777" w:rsidR="00BE3968" w:rsidRDefault="00CA6E70">
            <w:pPr>
              <w:pStyle w:val="CMRBodySmall"/>
            </w:pPr>
            <w:r>
              <w:rPr>
                <w:b/>
              </w:rPr>
              <w:t>PROBLEM S2-092</w:t>
            </w:r>
          </w:p>
          <w:p w14:paraId="4F23ADDE" w14:textId="77777777" w:rsidR="00BE3968" w:rsidRDefault="00CA6E70">
            <w:r>
              <w:t>This month Angela brings home $1,099.00. Angela pays rent ($562.00), electricity ($43.00), and the phone bill ($76.00). Next month’s insurance bill has not arrived yet. How much is left this month?</w:t>
            </w:r>
          </w:p>
          <w:p w14:paraId="26D1F817" w14:textId="77777777" w:rsidR="00BE3968" w:rsidRDefault="00CA6E70">
            <w:pPr>
              <w:pStyle w:val="CMRBodySmall"/>
              <w:spacing w:after="40"/>
            </w:pPr>
            <w:r>
              <w:rPr>
                <w:b/>
              </w:rPr>
              <w:t>STEP 1 — WHAT DO THEY WANT?</w:t>
            </w:r>
          </w:p>
          <w:p w14:paraId="6027470C" w14:textId="77777777" w:rsidR="00BE3968" w:rsidRDefault="00CA6E70">
            <w:pPr>
              <w:pStyle w:val="CMRBodySmall"/>
              <w:spacing w:after="80"/>
            </w:pPr>
            <w:r>
              <w:t>I need to find: _________________________________________________________</w:t>
            </w:r>
          </w:p>
          <w:p w14:paraId="5DDD7624" w14:textId="77777777" w:rsidR="00BE3968" w:rsidRDefault="00CA6E70">
            <w:pPr>
              <w:pStyle w:val="CMRBodySmall"/>
              <w:spacing w:after="40"/>
            </w:pPr>
            <w:r>
              <w:rPr>
                <w:b/>
              </w:rPr>
              <w:t>STEP 2 — WHAT DO I KNOW?</w:t>
            </w:r>
          </w:p>
          <w:p w14:paraId="140A3AAB" w14:textId="77777777" w:rsidR="00BE3968" w:rsidRDefault="00CA6E70">
            <w:pPr>
              <w:pStyle w:val="CMRBodySmall"/>
              <w:spacing w:after="40"/>
            </w:pPr>
            <w:r>
              <w:t>Useful facts: __________________________________________________________</w:t>
            </w:r>
          </w:p>
          <w:p w14:paraId="677961B3" w14:textId="77777777" w:rsidR="00BE3968" w:rsidRDefault="00CA6E70">
            <w:pPr>
              <w:pStyle w:val="CMRBodySmall"/>
            </w:pPr>
            <w:r>
              <w:t>____________________________________________________________________</w:t>
            </w:r>
          </w:p>
          <w:p w14:paraId="36A5F6FB" w14:textId="77777777" w:rsidR="00BE3968" w:rsidRDefault="00CA6E70">
            <w:pPr>
              <w:pStyle w:val="CMRBodySmall"/>
              <w:spacing w:after="40"/>
            </w:pPr>
            <w:r>
              <w:rPr>
                <w:b/>
              </w:rPr>
              <w:t>STEP 3 — HOW DO I FIND IT?</w:t>
            </w:r>
          </w:p>
          <w:p w14:paraId="1800C4B1" w14:textId="77777777" w:rsidR="00BE3968" w:rsidRDefault="00CA6E70">
            <w:pPr>
              <w:pStyle w:val="CMRBodySmall"/>
              <w:spacing w:after="100"/>
            </w:pPr>
            <w:r>
              <w:t>My work: ____________________________________________________________</w:t>
            </w:r>
          </w:p>
          <w:p w14:paraId="7086750B" w14:textId="77777777" w:rsidR="00BE3968" w:rsidRDefault="00CA6E70">
            <w:pPr>
              <w:pStyle w:val="CMRBodySmall"/>
              <w:spacing w:after="100"/>
            </w:pPr>
            <w:r>
              <w:t>____________________________________________________________________</w:t>
            </w:r>
          </w:p>
          <w:p w14:paraId="7145106B" w14:textId="77777777" w:rsidR="00BE3968" w:rsidRDefault="00CA6E70">
            <w:pPr>
              <w:pStyle w:val="CMRBodySmall"/>
              <w:spacing w:after="100"/>
            </w:pPr>
            <w:r>
              <w:t>____________________________________________________________________</w:t>
            </w:r>
          </w:p>
          <w:p w14:paraId="0193C898" w14:textId="77777777" w:rsidR="00BE3968" w:rsidRDefault="00CA6E70">
            <w:pPr>
              <w:pStyle w:val="CMRBodySmall"/>
              <w:spacing w:after="100"/>
            </w:pPr>
            <w:r>
              <w:t>Answer with units: __________________________________________________</w:t>
            </w:r>
          </w:p>
          <w:p w14:paraId="1D831C1A" w14:textId="77777777" w:rsidR="00BE3968" w:rsidRDefault="00CA6E70">
            <w:pPr>
              <w:pStyle w:val="CMRBodySmall"/>
              <w:spacing w:after="80"/>
            </w:pPr>
            <w:r>
              <w:t>Does the answer make sense? ___________________________________________</w:t>
            </w:r>
          </w:p>
        </w:tc>
      </w:tr>
    </w:tbl>
    <w:p w14:paraId="4701D9C1" w14:textId="77777777" w:rsidR="00BE3968" w:rsidRDefault="00CA6E70">
      <w:r>
        <w:br w:type="page"/>
      </w:r>
    </w:p>
    <w:p w14:paraId="2D0BA36C" w14:textId="77777777" w:rsidR="00BE3968" w:rsidRDefault="00CA6E70">
      <w:pPr>
        <w:pStyle w:val="CMRSmallLabel"/>
        <w:spacing w:after="60"/>
      </w:pPr>
      <w:r>
        <w:rPr>
          <w:b w:val="0"/>
        </w:rPr>
        <w:t>SECTION 2  |  TOPIC 10  |  PRACTICE PAGE 2/5</w:t>
      </w:r>
    </w:p>
    <w:p w14:paraId="328925B3" w14:textId="77777777" w:rsidR="00BE3968" w:rsidRDefault="00CA6E70">
      <w:pPr>
        <w:pStyle w:val="CMRPageTitle"/>
        <w:spacing w:after="60"/>
      </w:pPr>
      <w:r>
        <w:rPr>
          <w:b w:val="0"/>
        </w:rPr>
        <w:t>Planning a budget</w:t>
      </w:r>
    </w:p>
    <w:p w14:paraId="5278181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9723685" w14:textId="77777777">
        <w:tc>
          <w:tcPr>
            <w:tcW w:w="10036" w:type="dxa"/>
            <w:shd w:val="clear" w:color="auto" w:fill="F5F8F9"/>
            <w:tcMar>
              <w:top w:w="70" w:type="dxa"/>
              <w:left w:w="140" w:type="dxa"/>
              <w:bottom w:w="85" w:type="dxa"/>
              <w:right w:w="140" w:type="dxa"/>
            </w:tcMar>
          </w:tcPr>
          <w:p w14:paraId="64414947" w14:textId="77777777" w:rsidR="00BE3968" w:rsidRDefault="00BE3968"/>
          <w:p w14:paraId="37A50C99" w14:textId="77777777" w:rsidR="00BE3968" w:rsidRDefault="00CA6E70">
            <w:pPr>
              <w:pStyle w:val="CMRBodySmall"/>
            </w:pPr>
            <w:r>
              <w:rPr>
                <w:b/>
              </w:rPr>
              <w:t>PROBLEM S2-093</w:t>
            </w:r>
          </w:p>
          <w:p w14:paraId="51E12153" w14:textId="77777777" w:rsidR="00BE3968" w:rsidRDefault="00CA6E70">
            <w:r>
              <w:t>Carlos’s budget for the month is $1,195.00. Three bills are due now: $76.00 for electricity, $91.00 for the phone, and $555.00 for rent. A friend owes Carlos $20.00 but has not paid yet. How much money is left after the bills?</w:t>
            </w:r>
          </w:p>
          <w:p w14:paraId="44C83B87" w14:textId="77777777" w:rsidR="00BE3968" w:rsidRDefault="00CA6E70">
            <w:pPr>
              <w:pStyle w:val="CMRBodySmall"/>
              <w:spacing w:after="40"/>
            </w:pPr>
            <w:r>
              <w:rPr>
                <w:b/>
              </w:rPr>
              <w:t>STEP 1 — WHAT DO THEY WANT?</w:t>
            </w:r>
          </w:p>
          <w:p w14:paraId="50A083BB" w14:textId="77777777" w:rsidR="00BE3968" w:rsidRDefault="00CA6E70">
            <w:pPr>
              <w:pStyle w:val="CMRBodySmall"/>
              <w:spacing w:after="80"/>
            </w:pPr>
            <w:r>
              <w:t>I need to find: _________________________________________________________</w:t>
            </w:r>
          </w:p>
          <w:p w14:paraId="38EA8708" w14:textId="77777777" w:rsidR="00BE3968" w:rsidRDefault="00CA6E70">
            <w:pPr>
              <w:pStyle w:val="CMRBodySmall"/>
              <w:spacing w:after="40"/>
            </w:pPr>
            <w:r>
              <w:rPr>
                <w:b/>
              </w:rPr>
              <w:t>STEP 2 — WHAT DO I KNOW?</w:t>
            </w:r>
          </w:p>
          <w:p w14:paraId="184B1F8A" w14:textId="77777777" w:rsidR="00BE3968" w:rsidRDefault="00CA6E70">
            <w:pPr>
              <w:pStyle w:val="CMRBodySmall"/>
              <w:spacing w:after="40"/>
            </w:pPr>
            <w:r>
              <w:t>Useful facts: __________________________________________________________</w:t>
            </w:r>
          </w:p>
          <w:p w14:paraId="1505BE9D" w14:textId="77777777" w:rsidR="00BE3968" w:rsidRDefault="00CA6E70">
            <w:pPr>
              <w:pStyle w:val="CMRBodySmall"/>
            </w:pPr>
            <w:r>
              <w:t>____________________________________________________________________</w:t>
            </w:r>
          </w:p>
          <w:p w14:paraId="186E3978" w14:textId="77777777" w:rsidR="00BE3968" w:rsidRDefault="00CA6E70">
            <w:pPr>
              <w:pStyle w:val="CMRBodySmall"/>
              <w:spacing w:after="40"/>
            </w:pPr>
            <w:r>
              <w:rPr>
                <w:b/>
              </w:rPr>
              <w:t>STEP 3 — HOW DO I FIND IT?</w:t>
            </w:r>
          </w:p>
          <w:p w14:paraId="579F7F6B" w14:textId="77777777" w:rsidR="00BE3968" w:rsidRDefault="00CA6E70">
            <w:pPr>
              <w:pStyle w:val="CMRBodySmall"/>
              <w:spacing w:after="100"/>
            </w:pPr>
            <w:r>
              <w:t>My work: ____________________________________________________________</w:t>
            </w:r>
          </w:p>
          <w:p w14:paraId="1CE80902" w14:textId="77777777" w:rsidR="00BE3968" w:rsidRDefault="00CA6E70">
            <w:pPr>
              <w:pStyle w:val="CMRBodySmall"/>
              <w:spacing w:after="100"/>
            </w:pPr>
            <w:r>
              <w:t>____________________________________________________________________</w:t>
            </w:r>
          </w:p>
          <w:p w14:paraId="0CAE631A" w14:textId="77777777" w:rsidR="00BE3968" w:rsidRDefault="00CA6E70">
            <w:pPr>
              <w:pStyle w:val="CMRBodySmall"/>
              <w:spacing w:after="100"/>
            </w:pPr>
            <w:r>
              <w:t>____________________________________________________________________</w:t>
            </w:r>
          </w:p>
          <w:p w14:paraId="191C99F7" w14:textId="77777777" w:rsidR="00BE3968" w:rsidRDefault="00CA6E70">
            <w:pPr>
              <w:pStyle w:val="CMRBodySmall"/>
              <w:spacing w:after="100"/>
            </w:pPr>
            <w:r>
              <w:t>Answer with units: __________________________________________________</w:t>
            </w:r>
          </w:p>
          <w:p w14:paraId="794B5113" w14:textId="77777777" w:rsidR="00BE3968" w:rsidRDefault="00CA6E70">
            <w:pPr>
              <w:pStyle w:val="CMRBodySmall"/>
              <w:spacing w:after="80"/>
            </w:pPr>
            <w:r>
              <w:t>Does the answer make sense? ___________________________________________</w:t>
            </w:r>
          </w:p>
        </w:tc>
      </w:tr>
    </w:tbl>
    <w:p w14:paraId="0DA2667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FCAEBAB" w14:textId="77777777">
        <w:tc>
          <w:tcPr>
            <w:tcW w:w="10036" w:type="dxa"/>
            <w:tcMar>
              <w:top w:w="70" w:type="dxa"/>
              <w:left w:w="140" w:type="dxa"/>
              <w:bottom w:w="85" w:type="dxa"/>
              <w:right w:w="140" w:type="dxa"/>
            </w:tcMar>
          </w:tcPr>
          <w:p w14:paraId="2A415DB0" w14:textId="77777777" w:rsidR="00BE3968" w:rsidRDefault="00BE3968"/>
          <w:p w14:paraId="28B3F1D8" w14:textId="77777777" w:rsidR="00BE3968" w:rsidRDefault="00CA6E70">
            <w:pPr>
              <w:pStyle w:val="CMRBodySmall"/>
            </w:pPr>
            <w:r>
              <w:rPr>
                <w:b/>
              </w:rPr>
              <w:t>PROBLEM S2-094</w:t>
            </w:r>
          </w:p>
          <w:p w14:paraId="1A51BB32" w14:textId="77777777" w:rsidR="00BE3968" w:rsidRDefault="00CA6E70">
            <w:r>
              <w:t>Nicole has $1,187.00 available for this month. Rent is $516.00 and the electric bill is $79.00. A phone bill costs another $48.00. A car payment due next month is not included. How much of this month’s money remains after these bills?</w:t>
            </w:r>
          </w:p>
          <w:p w14:paraId="4C872AD4" w14:textId="77777777" w:rsidR="00BE3968" w:rsidRDefault="00CA6E70">
            <w:pPr>
              <w:pStyle w:val="CMRBodySmall"/>
              <w:spacing w:after="40"/>
            </w:pPr>
            <w:r>
              <w:rPr>
                <w:b/>
              </w:rPr>
              <w:t>STEP 1 — WHAT DO THEY WANT?</w:t>
            </w:r>
          </w:p>
          <w:p w14:paraId="7882F3A9" w14:textId="77777777" w:rsidR="00BE3968" w:rsidRDefault="00CA6E70">
            <w:pPr>
              <w:pStyle w:val="CMRBodySmall"/>
              <w:spacing w:after="80"/>
            </w:pPr>
            <w:r>
              <w:t>I need to find: _________________________________________________________</w:t>
            </w:r>
          </w:p>
          <w:p w14:paraId="52CA82C5" w14:textId="77777777" w:rsidR="00BE3968" w:rsidRDefault="00CA6E70">
            <w:pPr>
              <w:pStyle w:val="CMRBodySmall"/>
              <w:spacing w:after="40"/>
            </w:pPr>
            <w:r>
              <w:rPr>
                <w:b/>
              </w:rPr>
              <w:t>STEP 2 — WHAT DO I KNOW?</w:t>
            </w:r>
          </w:p>
          <w:p w14:paraId="3E079A74" w14:textId="77777777" w:rsidR="00BE3968" w:rsidRDefault="00CA6E70">
            <w:pPr>
              <w:pStyle w:val="CMRBodySmall"/>
              <w:spacing w:after="40"/>
            </w:pPr>
            <w:r>
              <w:t>Useful facts: __________________________________________________________</w:t>
            </w:r>
          </w:p>
          <w:p w14:paraId="44BD3AA4" w14:textId="77777777" w:rsidR="00BE3968" w:rsidRDefault="00CA6E70">
            <w:pPr>
              <w:pStyle w:val="CMRBodySmall"/>
            </w:pPr>
            <w:r>
              <w:t>____________________________________________________________________</w:t>
            </w:r>
          </w:p>
          <w:p w14:paraId="2A7F9200" w14:textId="77777777" w:rsidR="00BE3968" w:rsidRDefault="00CA6E70">
            <w:pPr>
              <w:pStyle w:val="CMRBodySmall"/>
              <w:spacing w:after="40"/>
            </w:pPr>
            <w:r>
              <w:rPr>
                <w:b/>
              </w:rPr>
              <w:t>STEP 3 — HOW DO I FIND IT?</w:t>
            </w:r>
          </w:p>
          <w:p w14:paraId="7B10DD78" w14:textId="77777777" w:rsidR="00BE3968" w:rsidRDefault="00CA6E70">
            <w:pPr>
              <w:pStyle w:val="CMRBodySmall"/>
              <w:spacing w:after="100"/>
            </w:pPr>
            <w:r>
              <w:t>My work: ____________________________________________________________</w:t>
            </w:r>
          </w:p>
          <w:p w14:paraId="510D2BC5" w14:textId="77777777" w:rsidR="00BE3968" w:rsidRDefault="00CA6E70">
            <w:pPr>
              <w:pStyle w:val="CMRBodySmall"/>
              <w:spacing w:after="100"/>
            </w:pPr>
            <w:r>
              <w:t>____________________________________________________________________</w:t>
            </w:r>
          </w:p>
          <w:p w14:paraId="0155030E" w14:textId="77777777" w:rsidR="00BE3968" w:rsidRDefault="00CA6E70">
            <w:pPr>
              <w:pStyle w:val="CMRBodySmall"/>
              <w:spacing w:after="100"/>
            </w:pPr>
            <w:r>
              <w:t>____________________________________________________________________</w:t>
            </w:r>
          </w:p>
          <w:p w14:paraId="3562E570" w14:textId="77777777" w:rsidR="00BE3968" w:rsidRDefault="00CA6E70">
            <w:pPr>
              <w:pStyle w:val="CMRBodySmall"/>
              <w:spacing w:after="100"/>
            </w:pPr>
            <w:r>
              <w:t>Answer with units: __________________________________________________</w:t>
            </w:r>
          </w:p>
          <w:p w14:paraId="2E08B9C1" w14:textId="77777777" w:rsidR="00BE3968" w:rsidRDefault="00CA6E70">
            <w:pPr>
              <w:pStyle w:val="CMRBodySmall"/>
              <w:spacing w:after="80"/>
            </w:pPr>
            <w:r>
              <w:t>Does the answer make sense? ___________________________________________</w:t>
            </w:r>
          </w:p>
        </w:tc>
      </w:tr>
    </w:tbl>
    <w:p w14:paraId="46BFCEB2" w14:textId="77777777" w:rsidR="00BE3968" w:rsidRDefault="00CA6E70">
      <w:r>
        <w:br w:type="page"/>
      </w:r>
    </w:p>
    <w:p w14:paraId="476958C2" w14:textId="77777777" w:rsidR="00BE3968" w:rsidRDefault="00CA6E70">
      <w:pPr>
        <w:pStyle w:val="CMRSmallLabel"/>
        <w:spacing w:after="60"/>
      </w:pPr>
      <w:r>
        <w:rPr>
          <w:b w:val="0"/>
        </w:rPr>
        <w:t>SECTION 2  |  TOPIC 10  |  PRACTICE PAGE 3/5</w:t>
      </w:r>
    </w:p>
    <w:p w14:paraId="2F7ED901" w14:textId="77777777" w:rsidR="00BE3968" w:rsidRDefault="00CA6E70">
      <w:pPr>
        <w:pStyle w:val="CMRPageTitle"/>
        <w:spacing w:after="60"/>
      </w:pPr>
      <w:r>
        <w:rPr>
          <w:b w:val="0"/>
        </w:rPr>
        <w:t>Planning a budget</w:t>
      </w:r>
    </w:p>
    <w:p w14:paraId="3057BCA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5B723B3" w14:textId="77777777">
        <w:tc>
          <w:tcPr>
            <w:tcW w:w="10036" w:type="dxa"/>
            <w:shd w:val="clear" w:color="auto" w:fill="F5F8F9"/>
            <w:tcMar>
              <w:top w:w="70" w:type="dxa"/>
              <w:left w:w="140" w:type="dxa"/>
              <w:bottom w:w="85" w:type="dxa"/>
              <w:right w:w="140" w:type="dxa"/>
            </w:tcMar>
          </w:tcPr>
          <w:p w14:paraId="30EC27FC" w14:textId="77777777" w:rsidR="00BE3968" w:rsidRDefault="00BE3968"/>
          <w:p w14:paraId="6EC6AA90" w14:textId="77777777" w:rsidR="00BE3968" w:rsidRDefault="00CA6E70">
            <w:pPr>
              <w:pStyle w:val="CMRBodySmall"/>
            </w:pPr>
            <w:r>
              <w:rPr>
                <w:b/>
              </w:rPr>
              <w:t>PROBLEM S2-095</w:t>
            </w:r>
          </w:p>
          <w:p w14:paraId="568A431B" w14:textId="77777777" w:rsidR="00BE3968" w:rsidRDefault="00CA6E70">
            <w:r>
              <w:t>This month Luis brings home $1,378.00. Luis pays rent ($557.00), electricity ($53.00), and the phone bill ($51.00). Next month’s insurance bill has not arrived yet. How much is left this month?</w:t>
            </w:r>
          </w:p>
          <w:p w14:paraId="113D5920" w14:textId="77777777" w:rsidR="00BE3968" w:rsidRDefault="00CA6E70">
            <w:pPr>
              <w:pStyle w:val="CMRBodySmall"/>
              <w:spacing w:after="40"/>
            </w:pPr>
            <w:r>
              <w:rPr>
                <w:b/>
              </w:rPr>
              <w:t>STEP 1 — WHAT DO THEY WANT?</w:t>
            </w:r>
          </w:p>
          <w:p w14:paraId="7990CCD4" w14:textId="77777777" w:rsidR="00BE3968" w:rsidRDefault="00CA6E70">
            <w:pPr>
              <w:pStyle w:val="CMRBodySmall"/>
              <w:spacing w:after="80"/>
            </w:pPr>
            <w:r>
              <w:t>I need to find: _________________________________________________________</w:t>
            </w:r>
          </w:p>
          <w:p w14:paraId="430EE7A9" w14:textId="77777777" w:rsidR="00BE3968" w:rsidRDefault="00CA6E70">
            <w:pPr>
              <w:pStyle w:val="CMRBodySmall"/>
              <w:spacing w:after="40"/>
            </w:pPr>
            <w:r>
              <w:rPr>
                <w:b/>
              </w:rPr>
              <w:t>STEP 2 — WHAT DO I KNOW?</w:t>
            </w:r>
          </w:p>
          <w:p w14:paraId="2DDA27F8" w14:textId="77777777" w:rsidR="00BE3968" w:rsidRDefault="00CA6E70">
            <w:pPr>
              <w:pStyle w:val="CMRBodySmall"/>
              <w:spacing w:after="40"/>
            </w:pPr>
            <w:r>
              <w:t>Useful facts: __________________________________________________________</w:t>
            </w:r>
          </w:p>
          <w:p w14:paraId="253C2C50" w14:textId="77777777" w:rsidR="00BE3968" w:rsidRDefault="00CA6E70">
            <w:pPr>
              <w:pStyle w:val="CMRBodySmall"/>
            </w:pPr>
            <w:r>
              <w:t>____________________________________________________________________</w:t>
            </w:r>
          </w:p>
          <w:p w14:paraId="107CBD07" w14:textId="77777777" w:rsidR="00BE3968" w:rsidRDefault="00CA6E70">
            <w:pPr>
              <w:pStyle w:val="CMRBodySmall"/>
              <w:spacing w:after="40"/>
            </w:pPr>
            <w:r>
              <w:rPr>
                <w:b/>
              </w:rPr>
              <w:t>STEP 3 — HOW DO I FIND IT?</w:t>
            </w:r>
          </w:p>
          <w:p w14:paraId="1C6C5F5B" w14:textId="77777777" w:rsidR="00BE3968" w:rsidRDefault="00CA6E70">
            <w:pPr>
              <w:pStyle w:val="CMRBodySmall"/>
              <w:spacing w:after="100"/>
            </w:pPr>
            <w:r>
              <w:t>My work: ____________________________________________________________</w:t>
            </w:r>
          </w:p>
          <w:p w14:paraId="0492E72D" w14:textId="77777777" w:rsidR="00BE3968" w:rsidRDefault="00CA6E70">
            <w:pPr>
              <w:pStyle w:val="CMRBodySmall"/>
              <w:spacing w:after="100"/>
            </w:pPr>
            <w:r>
              <w:t>____________________________________________________________________</w:t>
            </w:r>
          </w:p>
          <w:p w14:paraId="12BB56E8" w14:textId="77777777" w:rsidR="00BE3968" w:rsidRDefault="00CA6E70">
            <w:pPr>
              <w:pStyle w:val="CMRBodySmall"/>
              <w:spacing w:after="100"/>
            </w:pPr>
            <w:r>
              <w:t>____________________________________________________________________</w:t>
            </w:r>
          </w:p>
          <w:p w14:paraId="3801C68B" w14:textId="77777777" w:rsidR="00BE3968" w:rsidRDefault="00CA6E70">
            <w:pPr>
              <w:pStyle w:val="CMRBodySmall"/>
              <w:spacing w:after="100"/>
            </w:pPr>
            <w:r>
              <w:t>Answer with units: __________________________________________________</w:t>
            </w:r>
          </w:p>
          <w:p w14:paraId="372A882E" w14:textId="77777777" w:rsidR="00BE3968" w:rsidRDefault="00CA6E70">
            <w:pPr>
              <w:pStyle w:val="CMRBodySmall"/>
              <w:spacing w:after="80"/>
            </w:pPr>
            <w:r>
              <w:t>Does the answer make sense? ___________________________________________</w:t>
            </w:r>
          </w:p>
        </w:tc>
      </w:tr>
    </w:tbl>
    <w:p w14:paraId="0DE185D0"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5371C86" w14:textId="77777777">
        <w:tc>
          <w:tcPr>
            <w:tcW w:w="10036" w:type="dxa"/>
            <w:tcMar>
              <w:top w:w="70" w:type="dxa"/>
              <w:left w:w="140" w:type="dxa"/>
              <w:bottom w:w="85" w:type="dxa"/>
              <w:right w:w="140" w:type="dxa"/>
            </w:tcMar>
          </w:tcPr>
          <w:p w14:paraId="1FD732BD" w14:textId="77777777" w:rsidR="00BE3968" w:rsidRDefault="00BE3968"/>
          <w:p w14:paraId="1DC23CA7" w14:textId="77777777" w:rsidR="00BE3968" w:rsidRDefault="00CA6E70">
            <w:pPr>
              <w:pStyle w:val="CMRBodySmall"/>
            </w:pPr>
            <w:r>
              <w:rPr>
                <w:b/>
              </w:rPr>
              <w:t>PROBLEM S2-096</w:t>
            </w:r>
          </w:p>
          <w:p w14:paraId="3F9D8ACA" w14:textId="77777777" w:rsidR="00BE3968" w:rsidRDefault="00CA6E70">
            <w:r>
              <w:t>Grace’s budget for the month is $1,025.00. Three bills are due now: $70.00 for electricity, $88.00 for the phone, and $568.00 for rent. A friend owes Grace $20.00 but has not paid yet. How much money is left after the bills?</w:t>
            </w:r>
          </w:p>
          <w:p w14:paraId="19E24319" w14:textId="77777777" w:rsidR="00BE3968" w:rsidRDefault="00CA6E70">
            <w:pPr>
              <w:pStyle w:val="CMRBodySmall"/>
              <w:spacing w:after="40"/>
            </w:pPr>
            <w:r>
              <w:rPr>
                <w:b/>
              </w:rPr>
              <w:t>STEP 1 — WHAT DO THEY WANT?</w:t>
            </w:r>
          </w:p>
          <w:p w14:paraId="1834D626" w14:textId="77777777" w:rsidR="00BE3968" w:rsidRDefault="00CA6E70">
            <w:pPr>
              <w:pStyle w:val="CMRBodySmall"/>
              <w:spacing w:after="80"/>
            </w:pPr>
            <w:r>
              <w:t>I need to find: _________________________________________________________</w:t>
            </w:r>
          </w:p>
          <w:p w14:paraId="3E082EE5" w14:textId="77777777" w:rsidR="00BE3968" w:rsidRDefault="00CA6E70">
            <w:pPr>
              <w:pStyle w:val="CMRBodySmall"/>
              <w:spacing w:after="40"/>
            </w:pPr>
            <w:r>
              <w:rPr>
                <w:b/>
              </w:rPr>
              <w:t>STEP 2 — WHAT DO I KNOW?</w:t>
            </w:r>
          </w:p>
          <w:p w14:paraId="5AFBDEC8" w14:textId="77777777" w:rsidR="00BE3968" w:rsidRDefault="00CA6E70">
            <w:pPr>
              <w:pStyle w:val="CMRBodySmall"/>
              <w:spacing w:after="40"/>
            </w:pPr>
            <w:r>
              <w:t>Useful facts: __________________________________________________________</w:t>
            </w:r>
          </w:p>
          <w:p w14:paraId="0B9E8576" w14:textId="77777777" w:rsidR="00BE3968" w:rsidRDefault="00CA6E70">
            <w:pPr>
              <w:pStyle w:val="CMRBodySmall"/>
            </w:pPr>
            <w:r>
              <w:t>____________________________________________________________________</w:t>
            </w:r>
          </w:p>
          <w:p w14:paraId="5B72BB6F" w14:textId="77777777" w:rsidR="00BE3968" w:rsidRDefault="00CA6E70">
            <w:pPr>
              <w:pStyle w:val="CMRBodySmall"/>
              <w:spacing w:after="40"/>
            </w:pPr>
            <w:r>
              <w:rPr>
                <w:b/>
              </w:rPr>
              <w:t>STEP 3 — HOW DO I FIND IT?</w:t>
            </w:r>
          </w:p>
          <w:p w14:paraId="5B8D7AAC" w14:textId="77777777" w:rsidR="00BE3968" w:rsidRDefault="00CA6E70">
            <w:pPr>
              <w:pStyle w:val="CMRBodySmall"/>
              <w:spacing w:after="100"/>
            </w:pPr>
            <w:r>
              <w:t>My work: ____________________________________________________________</w:t>
            </w:r>
          </w:p>
          <w:p w14:paraId="5DA80128" w14:textId="77777777" w:rsidR="00BE3968" w:rsidRDefault="00CA6E70">
            <w:pPr>
              <w:pStyle w:val="CMRBodySmall"/>
              <w:spacing w:after="100"/>
            </w:pPr>
            <w:r>
              <w:t>____________________________________________________________________</w:t>
            </w:r>
          </w:p>
          <w:p w14:paraId="11415239" w14:textId="77777777" w:rsidR="00BE3968" w:rsidRDefault="00CA6E70">
            <w:pPr>
              <w:pStyle w:val="CMRBodySmall"/>
              <w:spacing w:after="100"/>
            </w:pPr>
            <w:r>
              <w:t>____________________________________________________________________</w:t>
            </w:r>
          </w:p>
          <w:p w14:paraId="11FBFD65" w14:textId="77777777" w:rsidR="00BE3968" w:rsidRDefault="00CA6E70">
            <w:pPr>
              <w:pStyle w:val="CMRBodySmall"/>
              <w:spacing w:after="100"/>
            </w:pPr>
            <w:r>
              <w:t>Answer with units: __________________________________________________</w:t>
            </w:r>
          </w:p>
          <w:p w14:paraId="0B34D75F" w14:textId="77777777" w:rsidR="00BE3968" w:rsidRDefault="00CA6E70">
            <w:pPr>
              <w:pStyle w:val="CMRBodySmall"/>
              <w:spacing w:after="80"/>
            </w:pPr>
            <w:r>
              <w:t>Does the answer make sense? ___________________________________________</w:t>
            </w:r>
          </w:p>
        </w:tc>
      </w:tr>
    </w:tbl>
    <w:p w14:paraId="2E4DFF52" w14:textId="77777777" w:rsidR="00BE3968" w:rsidRDefault="00CA6E70">
      <w:r>
        <w:br w:type="page"/>
      </w:r>
    </w:p>
    <w:p w14:paraId="0148C0F0" w14:textId="77777777" w:rsidR="00BE3968" w:rsidRDefault="00CA6E70">
      <w:pPr>
        <w:pStyle w:val="CMRSmallLabel"/>
        <w:spacing w:after="60"/>
      </w:pPr>
      <w:r>
        <w:rPr>
          <w:b w:val="0"/>
        </w:rPr>
        <w:t>SECTION 2  |  TOPIC 10  |  PRACTICE PAGE 4/5</w:t>
      </w:r>
    </w:p>
    <w:p w14:paraId="5F1E69FD" w14:textId="77777777" w:rsidR="00BE3968" w:rsidRDefault="00CA6E70">
      <w:pPr>
        <w:pStyle w:val="CMRPageTitle"/>
        <w:spacing w:after="60"/>
      </w:pPr>
      <w:r>
        <w:rPr>
          <w:b w:val="0"/>
        </w:rPr>
        <w:t>Planning a budget</w:t>
      </w:r>
    </w:p>
    <w:p w14:paraId="2CD4EE9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83BBF78" w14:textId="77777777">
        <w:tc>
          <w:tcPr>
            <w:tcW w:w="10036" w:type="dxa"/>
            <w:shd w:val="clear" w:color="auto" w:fill="F5F8F9"/>
            <w:tcMar>
              <w:top w:w="70" w:type="dxa"/>
              <w:left w:w="140" w:type="dxa"/>
              <w:bottom w:w="85" w:type="dxa"/>
              <w:right w:w="140" w:type="dxa"/>
            </w:tcMar>
          </w:tcPr>
          <w:p w14:paraId="7FD220CB" w14:textId="77777777" w:rsidR="00BE3968" w:rsidRDefault="00BE3968"/>
          <w:p w14:paraId="3B411B4F" w14:textId="77777777" w:rsidR="00BE3968" w:rsidRDefault="00CA6E70">
            <w:pPr>
              <w:pStyle w:val="CMRBodySmall"/>
            </w:pPr>
            <w:r>
              <w:rPr>
                <w:b/>
              </w:rPr>
              <w:t>PROBLEM S2-097</w:t>
            </w:r>
          </w:p>
          <w:p w14:paraId="4BC18070" w14:textId="77777777" w:rsidR="00BE3968" w:rsidRDefault="00CA6E70">
            <w:r>
              <w:t>Daniel has $1,370.00 available for this month. Rent is $615.00 and the electric bill is $49.00. A phone bill costs another $101.00. A car payment due next month is not included. How much of this month’s money remains after these bills?</w:t>
            </w:r>
          </w:p>
          <w:p w14:paraId="59692140" w14:textId="77777777" w:rsidR="00BE3968" w:rsidRDefault="00CA6E70">
            <w:pPr>
              <w:pStyle w:val="CMRBodySmall"/>
              <w:spacing w:after="40"/>
            </w:pPr>
            <w:r>
              <w:rPr>
                <w:b/>
              </w:rPr>
              <w:t>STEP 1 — WHAT DO THEY WANT?</w:t>
            </w:r>
          </w:p>
          <w:p w14:paraId="312D88EA" w14:textId="77777777" w:rsidR="00BE3968" w:rsidRDefault="00CA6E70">
            <w:pPr>
              <w:pStyle w:val="CMRBodySmall"/>
              <w:spacing w:after="80"/>
            </w:pPr>
            <w:r>
              <w:t>I need to find: _________________________________________________________</w:t>
            </w:r>
          </w:p>
          <w:p w14:paraId="3AEA4BBB" w14:textId="77777777" w:rsidR="00BE3968" w:rsidRDefault="00CA6E70">
            <w:pPr>
              <w:pStyle w:val="CMRBodySmall"/>
              <w:spacing w:after="40"/>
            </w:pPr>
            <w:r>
              <w:rPr>
                <w:b/>
              </w:rPr>
              <w:t>STEP 2 — WHAT DO I KNOW?</w:t>
            </w:r>
          </w:p>
          <w:p w14:paraId="49680CCA" w14:textId="77777777" w:rsidR="00BE3968" w:rsidRDefault="00CA6E70">
            <w:pPr>
              <w:pStyle w:val="CMRBodySmall"/>
              <w:spacing w:after="40"/>
            </w:pPr>
            <w:r>
              <w:t>Useful facts: __________________________________________________________</w:t>
            </w:r>
          </w:p>
          <w:p w14:paraId="37BF82A4" w14:textId="77777777" w:rsidR="00BE3968" w:rsidRDefault="00CA6E70">
            <w:pPr>
              <w:pStyle w:val="CMRBodySmall"/>
            </w:pPr>
            <w:r>
              <w:t>____________________________________________________________________</w:t>
            </w:r>
          </w:p>
          <w:p w14:paraId="49039E93" w14:textId="77777777" w:rsidR="00BE3968" w:rsidRDefault="00CA6E70">
            <w:pPr>
              <w:pStyle w:val="CMRBodySmall"/>
              <w:spacing w:after="40"/>
            </w:pPr>
            <w:r>
              <w:rPr>
                <w:b/>
              </w:rPr>
              <w:t>STEP 3 — HOW DO I FIND IT?</w:t>
            </w:r>
          </w:p>
          <w:p w14:paraId="2AE754CE" w14:textId="77777777" w:rsidR="00BE3968" w:rsidRDefault="00CA6E70">
            <w:pPr>
              <w:pStyle w:val="CMRBodySmall"/>
              <w:spacing w:after="100"/>
            </w:pPr>
            <w:r>
              <w:t>My work: ____________________________________________________________</w:t>
            </w:r>
          </w:p>
          <w:p w14:paraId="07AD2FCB" w14:textId="77777777" w:rsidR="00BE3968" w:rsidRDefault="00CA6E70">
            <w:pPr>
              <w:pStyle w:val="CMRBodySmall"/>
              <w:spacing w:after="100"/>
            </w:pPr>
            <w:r>
              <w:t>____________________________________________________________________</w:t>
            </w:r>
          </w:p>
          <w:p w14:paraId="1A0F20C4" w14:textId="77777777" w:rsidR="00BE3968" w:rsidRDefault="00CA6E70">
            <w:pPr>
              <w:pStyle w:val="CMRBodySmall"/>
              <w:spacing w:after="100"/>
            </w:pPr>
            <w:r>
              <w:t>____________________________________________________________________</w:t>
            </w:r>
          </w:p>
          <w:p w14:paraId="5168C483" w14:textId="77777777" w:rsidR="00BE3968" w:rsidRDefault="00CA6E70">
            <w:pPr>
              <w:pStyle w:val="CMRBodySmall"/>
              <w:spacing w:after="100"/>
            </w:pPr>
            <w:r>
              <w:t>Answer with units: __________________________________________________</w:t>
            </w:r>
          </w:p>
          <w:p w14:paraId="3B47B01B" w14:textId="77777777" w:rsidR="00BE3968" w:rsidRDefault="00CA6E70">
            <w:pPr>
              <w:pStyle w:val="CMRBodySmall"/>
              <w:spacing w:after="80"/>
            </w:pPr>
            <w:r>
              <w:t>Does the answer make sense? ___________________________________________</w:t>
            </w:r>
          </w:p>
        </w:tc>
      </w:tr>
    </w:tbl>
    <w:p w14:paraId="372D394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46C8048" w14:textId="77777777">
        <w:tc>
          <w:tcPr>
            <w:tcW w:w="10036" w:type="dxa"/>
            <w:tcMar>
              <w:top w:w="70" w:type="dxa"/>
              <w:left w:w="140" w:type="dxa"/>
              <w:bottom w:w="85" w:type="dxa"/>
              <w:right w:w="140" w:type="dxa"/>
            </w:tcMar>
          </w:tcPr>
          <w:p w14:paraId="5CFA6A92" w14:textId="77777777" w:rsidR="00BE3968" w:rsidRDefault="00BE3968"/>
          <w:p w14:paraId="0DD75BD4" w14:textId="77777777" w:rsidR="00BE3968" w:rsidRDefault="00CA6E70">
            <w:pPr>
              <w:pStyle w:val="CMRBodySmall"/>
            </w:pPr>
            <w:r>
              <w:rPr>
                <w:b/>
              </w:rPr>
              <w:t>PROBLEM S2-098</w:t>
            </w:r>
          </w:p>
          <w:p w14:paraId="19EA8000" w14:textId="77777777" w:rsidR="00BE3968" w:rsidRDefault="00CA6E70">
            <w:r>
              <w:t>This month Marcus brings home $1,095.00. Marcus pays rent ($626.00), electricity ($74.00), and the phone bill ($47.00). Next month’s insurance bill has not arrived yet. How much is left this month?</w:t>
            </w:r>
          </w:p>
          <w:p w14:paraId="543D4B61" w14:textId="77777777" w:rsidR="00BE3968" w:rsidRDefault="00CA6E70">
            <w:pPr>
              <w:pStyle w:val="CMRBodySmall"/>
              <w:spacing w:after="40"/>
            </w:pPr>
            <w:r>
              <w:rPr>
                <w:b/>
              </w:rPr>
              <w:t>STEP 1 — WHAT DO THEY WANT?</w:t>
            </w:r>
          </w:p>
          <w:p w14:paraId="4E8197BD" w14:textId="77777777" w:rsidR="00BE3968" w:rsidRDefault="00CA6E70">
            <w:pPr>
              <w:pStyle w:val="CMRBodySmall"/>
              <w:spacing w:after="80"/>
            </w:pPr>
            <w:r>
              <w:t>I need to find: _________________________________________________________</w:t>
            </w:r>
          </w:p>
          <w:p w14:paraId="5CA6FCC8" w14:textId="77777777" w:rsidR="00BE3968" w:rsidRDefault="00CA6E70">
            <w:pPr>
              <w:pStyle w:val="CMRBodySmall"/>
              <w:spacing w:after="40"/>
            </w:pPr>
            <w:r>
              <w:rPr>
                <w:b/>
              </w:rPr>
              <w:t>STEP 2 — WHAT DO I KNOW?</w:t>
            </w:r>
          </w:p>
          <w:p w14:paraId="0D3C7DAB" w14:textId="77777777" w:rsidR="00BE3968" w:rsidRDefault="00CA6E70">
            <w:pPr>
              <w:pStyle w:val="CMRBodySmall"/>
              <w:spacing w:after="40"/>
            </w:pPr>
            <w:r>
              <w:t>Useful facts: __________________________________________________________</w:t>
            </w:r>
          </w:p>
          <w:p w14:paraId="64ADCA02" w14:textId="77777777" w:rsidR="00BE3968" w:rsidRDefault="00CA6E70">
            <w:pPr>
              <w:pStyle w:val="CMRBodySmall"/>
            </w:pPr>
            <w:r>
              <w:t>____________________________________________________________________</w:t>
            </w:r>
          </w:p>
          <w:p w14:paraId="7A2B941A" w14:textId="77777777" w:rsidR="00BE3968" w:rsidRDefault="00CA6E70">
            <w:pPr>
              <w:pStyle w:val="CMRBodySmall"/>
              <w:spacing w:after="40"/>
            </w:pPr>
            <w:r>
              <w:rPr>
                <w:b/>
              </w:rPr>
              <w:t>STEP 3 — HOW DO I FIND IT?</w:t>
            </w:r>
          </w:p>
          <w:p w14:paraId="74DDA06E" w14:textId="77777777" w:rsidR="00BE3968" w:rsidRDefault="00CA6E70">
            <w:pPr>
              <w:pStyle w:val="CMRBodySmall"/>
              <w:spacing w:after="100"/>
            </w:pPr>
            <w:r>
              <w:t>My work: ____________________________________________________________</w:t>
            </w:r>
          </w:p>
          <w:p w14:paraId="756086E1" w14:textId="77777777" w:rsidR="00BE3968" w:rsidRDefault="00CA6E70">
            <w:pPr>
              <w:pStyle w:val="CMRBodySmall"/>
              <w:spacing w:after="100"/>
            </w:pPr>
            <w:r>
              <w:t>____________________________________________________________________</w:t>
            </w:r>
          </w:p>
          <w:p w14:paraId="13236DBC" w14:textId="77777777" w:rsidR="00BE3968" w:rsidRDefault="00CA6E70">
            <w:pPr>
              <w:pStyle w:val="CMRBodySmall"/>
              <w:spacing w:after="100"/>
            </w:pPr>
            <w:r>
              <w:t>____________________________________________________________________</w:t>
            </w:r>
          </w:p>
          <w:p w14:paraId="513592D9" w14:textId="77777777" w:rsidR="00BE3968" w:rsidRDefault="00CA6E70">
            <w:pPr>
              <w:pStyle w:val="CMRBodySmall"/>
              <w:spacing w:after="100"/>
            </w:pPr>
            <w:r>
              <w:t>Answer with units: __________________________________________________</w:t>
            </w:r>
          </w:p>
          <w:p w14:paraId="0F4F6899" w14:textId="77777777" w:rsidR="00BE3968" w:rsidRDefault="00CA6E70">
            <w:pPr>
              <w:pStyle w:val="CMRBodySmall"/>
              <w:spacing w:after="80"/>
            </w:pPr>
            <w:r>
              <w:t>Does the answer make sense? ___________________________________________</w:t>
            </w:r>
          </w:p>
        </w:tc>
      </w:tr>
    </w:tbl>
    <w:p w14:paraId="01824E09" w14:textId="77777777" w:rsidR="00BE3968" w:rsidRDefault="00CA6E70">
      <w:r>
        <w:br w:type="page"/>
      </w:r>
    </w:p>
    <w:p w14:paraId="7EF856C1" w14:textId="77777777" w:rsidR="00BE3968" w:rsidRDefault="00CA6E70">
      <w:pPr>
        <w:pStyle w:val="CMRSmallLabel"/>
        <w:spacing w:after="60"/>
      </w:pPr>
      <w:r>
        <w:rPr>
          <w:b w:val="0"/>
        </w:rPr>
        <w:t>SECTION 2  |  TOPIC 10  |  PRACTICE PAGE 5/5</w:t>
      </w:r>
    </w:p>
    <w:p w14:paraId="18251FC1" w14:textId="77777777" w:rsidR="00BE3968" w:rsidRDefault="00CA6E70">
      <w:pPr>
        <w:pStyle w:val="CMRPageTitle"/>
        <w:spacing w:after="60"/>
      </w:pPr>
      <w:r>
        <w:rPr>
          <w:b w:val="0"/>
        </w:rPr>
        <w:t>Planning a budget</w:t>
      </w:r>
    </w:p>
    <w:p w14:paraId="633FF4D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C954C18" w14:textId="77777777">
        <w:tc>
          <w:tcPr>
            <w:tcW w:w="10036" w:type="dxa"/>
            <w:shd w:val="clear" w:color="auto" w:fill="F5F8F9"/>
            <w:tcMar>
              <w:top w:w="70" w:type="dxa"/>
              <w:left w:w="140" w:type="dxa"/>
              <w:bottom w:w="85" w:type="dxa"/>
              <w:right w:w="140" w:type="dxa"/>
            </w:tcMar>
          </w:tcPr>
          <w:p w14:paraId="27A1ECF9" w14:textId="77777777" w:rsidR="00BE3968" w:rsidRDefault="00BE3968"/>
          <w:p w14:paraId="0A0CDDC2" w14:textId="77777777" w:rsidR="00BE3968" w:rsidRDefault="00CA6E70">
            <w:pPr>
              <w:pStyle w:val="CMRBodySmall"/>
            </w:pPr>
            <w:r>
              <w:rPr>
                <w:b/>
              </w:rPr>
              <w:t>PROBLEM S2-099</w:t>
            </w:r>
          </w:p>
          <w:p w14:paraId="2AA41207" w14:textId="77777777" w:rsidR="00BE3968" w:rsidRDefault="00CA6E70">
            <w:r>
              <w:t>Linda’s budget for the month is $980.00. Three bills are due now: $55.00 for electricity, $75.00 for the phone, and $609.00 for rent. A friend owes Linda $20.00 but has not paid yet. How much money is left after the bills?</w:t>
            </w:r>
          </w:p>
          <w:p w14:paraId="73545302" w14:textId="77777777" w:rsidR="00BE3968" w:rsidRDefault="00CA6E70">
            <w:pPr>
              <w:pStyle w:val="CMRBodySmall"/>
              <w:spacing w:after="40"/>
            </w:pPr>
            <w:r>
              <w:rPr>
                <w:b/>
              </w:rPr>
              <w:t>STEP 1 — WHAT DO THEY WANT?</w:t>
            </w:r>
          </w:p>
          <w:p w14:paraId="050163F9" w14:textId="77777777" w:rsidR="00BE3968" w:rsidRDefault="00CA6E70">
            <w:pPr>
              <w:pStyle w:val="CMRBodySmall"/>
              <w:spacing w:after="80"/>
            </w:pPr>
            <w:r>
              <w:t>I need to find: _________________________________________________________</w:t>
            </w:r>
          </w:p>
          <w:p w14:paraId="2164FED5" w14:textId="77777777" w:rsidR="00BE3968" w:rsidRDefault="00CA6E70">
            <w:pPr>
              <w:pStyle w:val="CMRBodySmall"/>
              <w:spacing w:after="40"/>
            </w:pPr>
            <w:r>
              <w:rPr>
                <w:b/>
              </w:rPr>
              <w:t>STEP 2 — WHAT DO I KNOW?</w:t>
            </w:r>
          </w:p>
          <w:p w14:paraId="3A90EDC6" w14:textId="77777777" w:rsidR="00BE3968" w:rsidRDefault="00CA6E70">
            <w:pPr>
              <w:pStyle w:val="CMRBodySmall"/>
              <w:spacing w:after="40"/>
            </w:pPr>
            <w:r>
              <w:t>Useful facts: __________________________________________________________</w:t>
            </w:r>
          </w:p>
          <w:p w14:paraId="64FE87D7" w14:textId="77777777" w:rsidR="00BE3968" w:rsidRDefault="00CA6E70">
            <w:pPr>
              <w:pStyle w:val="CMRBodySmall"/>
            </w:pPr>
            <w:r>
              <w:t>____________________________________________________________________</w:t>
            </w:r>
          </w:p>
          <w:p w14:paraId="13AE24D1" w14:textId="77777777" w:rsidR="00BE3968" w:rsidRDefault="00CA6E70">
            <w:pPr>
              <w:pStyle w:val="CMRBodySmall"/>
              <w:spacing w:after="40"/>
            </w:pPr>
            <w:r>
              <w:rPr>
                <w:b/>
              </w:rPr>
              <w:t>STEP 3 — HOW DO I FIND IT?</w:t>
            </w:r>
          </w:p>
          <w:p w14:paraId="1AC71402" w14:textId="77777777" w:rsidR="00BE3968" w:rsidRDefault="00CA6E70">
            <w:pPr>
              <w:pStyle w:val="CMRBodySmall"/>
              <w:spacing w:after="100"/>
            </w:pPr>
            <w:r>
              <w:t>My work: ____________________________________________________________</w:t>
            </w:r>
          </w:p>
          <w:p w14:paraId="62575F66" w14:textId="77777777" w:rsidR="00BE3968" w:rsidRDefault="00CA6E70">
            <w:pPr>
              <w:pStyle w:val="CMRBodySmall"/>
              <w:spacing w:after="100"/>
            </w:pPr>
            <w:r>
              <w:t>____________________________________________________________________</w:t>
            </w:r>
          </w:p>
          <w:p w14:paraId="4CF3C19E" w14:textId="77777777" w:rsidR="00BE3968" w:rsidRDefault="00CA6E70">
            <w:pPr>
              <w:pStyle w:val="CMRBodySmall"/>
              <w:spacing w:after="100"/>
            </w:pPr>
            <w:r>
              <w:t>____________________________________________________________________</w:t>
            </w:r>
          </w:p>
          <w:p w14:paraId="3E57A403" w14:textId="77777777" w:rsidR="00BE3968" w:rsidRDefault="00CA6E70">
            <w:pPr>
              <w:pStyle w:val="CMRBodySmall"/>
              <w:spacing w:after="100"/>
            </w:pPr>
            <w:r>
              <w:t>Answer with units: __________________________________________________</w:t>
            </w:r>
          </w:p>
          <w:p w14:paraId="433BEA38" w14:textId="77777777" w:rsidR="00BE3968" w:rsidRDefault="00CA6E70">
            <w:pPr>
              <w:pStyle w:val="CMRBodySmall"/>
              <w:spacing w:after="80"/>
            </w:pPr>
            <w:r>
              <w:t>Does the answer make sense? ___________________________________________</w:t>
            </w:r>
          </w:p>
        </w:tc>
      </w:tr>
    </w:tbl>
    <w:p w14:paraId="3695282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03D8391" w14:textId="77777777">
        <w:tc>
          <w:tcPr>
            <w:tcW w:w="10036" w:type="dxa"/>
            <w:tcMar>
              <w:top w:w="70" w:type="dxa"/>
              <w:left w:w="140" w:type="dxa"/>
              <w:bottom w:w="85" w:type="dxa"/>
              <w:right w:w="140" w:type="dxa"/>
            </w:tcMar>
          </w:tcPr>
          <w:p w14:paraId="13336978" w14:textId="77777777" w:rsidR="00BE3968" w:rsidRDefault="00BE3968"/>
          <w:p w14:paraId="3661E4A1" w14:textId="77777777" w:rsidR="00BE3968" w:rsidRDefault="00CA6E70">
            <w:pPr>
              <w:pStyle w:val="CMRBodySmall"/>
            </w:pPr>
            <w:r>
              <w:rPr>
                <w:b/>
              </w:rPr>
              <w:t>PROBLEM S2-100</w:t>
            </w:r>
          </w:p>
          <w:p w14:paraId="648CCBA1" w14:textId="77777777" w:rsidR="00BE3968" w:rsidRDefault="00CA6E70">
            <w:r>
              <w:t>Carmen has $1,302.00 available for this month. Rent is $583.00 and the electric bill is $64.00. A phone bill costs another $38.00. A car payment due next month is not included. How much of this month’s money remains after these bills?</w:t>
            </w:r>
          </w:p>
          <w:p w14:paraId="086CC2D9" w14:textId="77777777" w:rsidR="00BE3968" w:rsidRDefault="00CA6E70">
            <w:pPr>
              <w:pStyle w:val="CMRBodySmall"/>
              <w:spacing w:after="40"/>
            </w:pPr>
            <w:r>
              <w:rPr>
                <w:b/>
              </w:rPr>
              <w:t>STEP 1 — WHAT DO THEY WANT?</w:t>
            </w:r>
          </w:p>
          <w:p w14:paraId="4F7BACC3" w14:textId="77777777" w:rsidR="00BE3968" w:rsidRDefault="00CA6E70">
            <w:pPr>
              <w:pStyle w:val="CMRBodySmall"/>
              <w:spacing w:after="80"/>
            </w:pPr>
            <w:r>
              <w:t>I need to find: _________________________________________________________</w:t>
            </w:r>
          </w:p>
          <w:p w14:paraId="569F9BF1" w14:textId="77777777" w:rsidR="00BE3968" w:rsidRDefault="00CA6E70">
            <w:pPr>
              <w:pStyle w:val="CMRBodySmall"/>
              <w:spacing w:after="40"/>
            </w:pPr>
            <w:r>
              <w:rPr>
                <w:b/>
              </w:rPr>
              <w:t>STEP 2 — WHAT DO I KNOW?</w:t>
            </w:r>
          </w:p>
          <w:p w14:paraId="442E43FE" w14:textId="77777777" w:rsidR="00BE3968" w:rsidRDefault="00CA6E70">
            <w:pPr>
              <w:pStyle w:val="CMRBodySmall"/>
              <w:spacing w:after="40"/>
            </w:pPr>
            <w:r>
              <w:t>Useful facts: __________________________________________________________</w:t>
            </w:r>
          </w:p>
          <w:p w14:paraId="3DF34024" w14:textId="77777777" w:rsidR="00BE3968" w:rsidRDefault="00CA6E70">
            <w:pPr>
              <w:pStyle w:val="CMRBodySmall"/>
            </w:pPr>
            <w:r>
              <w:t>____________________________________________________________________</w:t>
            </w:r>
          </w:p>
          <w:p w14:paraId="37F068E4" w14:textId="77777777" w:rsidR="00BE3968" w:rsidRDefault="00CA6E70">
            <w:pPr>
              <w:pStyle w:val="CMRBodySmall"/>
              <w:spacing w:after="40"/>
            </w:pPr>
            <w:r>
              <w:rPr>
                <w:b/>
              </w:rPr>
              <w:t>STEP 3 — HOW DO I FIND IT?</w:t>
            </w:r>
          </w:p>
          <w:p w14:paraId="1CF4B511" w14:textId="77777777" w:rsidR="00BE3968" w:rsidRDefault="00CA6E70">
            <w:pPr>
              <w:pStyle w:val="CMRBodySmall"/>
              <w:spacing w:after="100"/>
            </w:pPr>
            <w:r>
              <w:t>My work: ____________________________________________________________</w:t>
            </w:r>
          </w:p>
          <w:p w14:paraId="72D31687" w14:textId="77777777" w:rsidR="00BE3968" w:rsidRDefault="00CA6E70">
            <w:pPr>
              <w:pStyle w:val="CMRBodySmall"/>
              <w:spacing w:after="100"/>
            </w:pPr>
            <w:r>
              <w:t>____________________________________________________________________</w:t>
            </w:r>
          </w:p>
          <w:p w14:paraId="27143294" w14:textId="77777777" w:rsidR="00BE3968" w:rsidRDefault="00CA6E70">
            <w:pPr>
              <w:pStyle w:val="CMRBodySmall"/>
              <w:spacing w:after="100"/>
            </w:pPr>
            <w:r>
              <w:t>____________________________________________________________________</w:t>
            </w:r>
          </w:p>
          <w:p w14:paraId="4CE52338" w14:textId="77777777" w:rsidR="00BE3968" w:rsidRDefault="00CA6E70">
            <w:pPr>
              <w:pStyle w:val="CMRBodySmall"/>
              <w:spacing w:after="100"/>
            </w:pPr>
            <w:r>
              <w:t>Answer with units: __________________________________________________</w:t>
            </w:r>
          </w:p>
          <w:p w14:paraId="0D84F1D0" w14:textId="77777777" w:rsidR="00BE3968" w:rsidRDefault="00CA6E70">
            <w:pPr>
              <w:pStyle w:val="CMRBodySmall"/>
              <w:spacing w:after="80"/>
            </w:pPr>
            <w:r>
              <w:t>Does the answer make sense? ___________________________________________</w:t>
            </w:r>
          </w:p>
        </w:tc>
      </w:tr>
    </w:tbl>
    <w:p w14:paraId="12ED24B3" w14:textId="77777777" w:rsidR="00BE3968" w:rsidRDefault="00CA6E70">
      <w:r>
        <w:br w:type="page"/>
      </w:r>
    </w:p>
    <w:p w14:paraId="2EA5A465" w14:textId="77777777" w:rsidR="00BE3968" w:rsidRDefault="00CA6E70">
      <w:pPr>
        <w:pStyle w:val="CMRSmallLabel"/>
        <w:spacing w:after="60"/>
      </w:pPr>
      <w:r>
        <w:rPr>
          <w:b w:val="0"/>
        </w:rPr>
        <w:t>SECTION 2  |  TOPIC 11  |  PRACTICE PAGE 1/5</w:t>
      </w:r>
    </w:p>
    <w:p w14:paraId="23A08777" w14:textId="77777777" w:rsidR="00BE3968" w:rsidRDefault="00CA6E70">
      <w:pPr>
        <w:pStyle w:val="CMRPageTitle"/>
        <w:spacing w:after="60"/>
      </w:pPr>
      <w:r>
        <w:rPr>
          <w:b w:val="0"/>
        </w:rPr>
        <w:t>Comparing unit prices</w:t>
      </w:r>
    </w:p>
    <w:p w14:paraId="6079B2BA" w14:textId="77777777" w:rsidR="00BE3968" w:rsidRDefault="00CA6E70">
      <w:pPr>
        <w:pStyle w:val="CMRBodySmall"/>
        <w:spacing w:after="100"/>
      </w:pPr>
      <w:r>
        <w:t>Use the same three steps: Compare costs for the same amount rather than guessing by package price.</w:t>
      </w:r>
    </w:p>
    <w:tbl>
      <w:tblPr>
        <w:tblW w:w="0" w:type="auto"/>
        <w:tblLayout w:type="fixed"/>
        <w:tblLook w:val="04A0" w:firstRow="1" w:lastRow="0" w:firstColumn="1" w:lastColumn="0" w:noHBand="0" w:noVBand="1"/>
      </w:tblPr>
      <w:tblGrid>
        <w:gridCol w:w="10036"/>
      </w:tblGrid>
      <w:tr w:rsidR="00BE3968" w14:paraId="3CEFE76A" w14:textId="77777777">
        <w:tc>
          <w:tcPr>
            <w:tcW w:w="10036" w:type="dxa"/>
            <w:shd w:val="clear" w:color="auto" w:fill="F5F8F9"/>
            <w:tcMar>
              <w:top w:w="70" w:type="dxa"/>
              <w:left w:w="140" w:type="dxa"/>
              <w:bottom w:w="85" w:type="dxa"/>
              <w:right w:w="140" w:type="dxa"/>
            </w:tcMar>
          </w:tcPr>
          <w:p w14:paraId="37CA62E3" w14:textId="77777777" w:rsidR="00BE3968" w:rsidRDefault="00BE3968"/>
          <w:p w14:paraId="6A4065B8" w14:textId="77777777" w:rsidR="00BE3968" w:rsidRDefault="00CA6E70">
            <w:pPr>
              <w:pStyle w:val="CMRBodySmall"/>
            </w:pPr>
            <w:r>
              <w:rPr>
                <w:b/>
              </w:rPr>
              <w:t>PROBLEM S2-101</w:t>
            </w:r>
          </w:p>
          <w:p w14:paraId="438B3A15" w14:textId="77777777" w:rsidR="00BE3968" w:rsidRDefault="00CA6E70">
            <w:r>
              <w:t>Angela compares two packs of dishcloths. The 5-pack costs $10.00. The 2-pack costs $3.00. The 5-pack has a brighter label. Which pack is cheaper per dishcloth, and what is the price of one dishcloth in that pack?</w:t>
            </w:r>
          </w:p>
          <w:p w14:paraId="4F40033B" w14:textId="77777777" w:rsidR="00BE3968" w:rsidRDefault="00CA6E70">
            <w:pPr>
              <w:pStyle w:val="CMRBodySmall"/>
              <w:spacing w:after="40"/>
            </w:pPr>
            <w:r>
              <w:rPr>
                <w:b/>
              </w:rPr>
              <w:t>STEP 1 — WHAT DO THEY WANT?</w:t>
            </w:r>
          </w:p>
          <w:p w14:paraId="65C8D2D6" w14:textId="77777777" w:rsidR="00BE3968" w:rsidRDefault="00CA6E70">
            <w:pPr>
              <w:pStyle w:val="CMRBodySmall"/>
              <w:spacing w:after="80"/>
            </w:pPr>
            <w:r>
              <w:t>I need to find: _________________________________________________________</w:t>
            </w:r>
          </w:p>
          <w:p w14:paraId="644D44DD" w14:textId="77777777" w:rsidR="00BE3968" w:rsidRDefault="00CA6E70">
            <w:pPr>
              <w:pStyle w:val="CMRBodySmall"/>
              <w:spacing w:after="40"/>
            </w:pPr>
            <w:r>
              <w:rPr>
                <w:b/>
              </w:rPr>
              <w:t>STEP 2 — WHAT DO I KNOW?</w:t>
            </w:r>
          </w:p>
          <w:p w14:paraId="0357CC6C" w14:textId="77777777" w:rsidR="00BE3968" w:rsidRDefault="00CA6E70">
            <w:pPr>
              <w:pStyle w:val="CMRBodySmall"/>
              <w:spacing w:after="40"/>
            </w:pPr>
            <w:r>
              <w:t>Useful facts: __________________________________________________________</w:t>
            </w:r>
          </w:p>
          <w:p w14:paraId="5A4A018E" w14:textId="77777777" w:rsidR="00BE3968" w:rsidRDefault="00CA6E70">
            <w:pPr>
              <w:pStyle w:val="CMRBodySmall"/>
            </w:pPr>
            <w:r>
              <w:t>____________________________________________________________________</w:t>
            </w:r>
          </w:p>
          <w:p w14:paraId="642A98DF" w14:textId="77777777" w:rsidR="00BE3968" w:rsidRDefault="00CA6E70">
            <w:pPr>
              <w:pStyle w:val="CMRBodySmall"/>
              <w:spacing w:after="40"/>
            </w:pPr>
            <w:r>
              <w:rPr>
                <w:b/>
              </w:rPr>
              <w:t>STEP 3 — HOW DO I FIND IT?</w:t>
            </w:r>
          </w:p>
          <w:p w14:paraId="51379F9E" w14:textId="77777777" w:rsidR="00BE3968" w:rsidRDefault="00CA6E70">
            <w:pPr>
              <w:pStyle w:val="CMRBodySmall"/>
              <w:spacing w:after="100"/>
            </w:pPr>
            <w:r>
              <w:t>My work: ____________________________________________________________</w:t>
            </w:r>
          </w:p>
          <w:p w14:paraId="5DF34CDC" w14:textId="77777777" w:rsidR="00BE3968" w:rsidRDefault="00CA6E70">
            <w:pPr>
              <w:pStyle w:val="CMRBodySmall"/>
              <w:spacing w:after="100"/>
            </w:pPr>
            <w:r>
              <w:t>____________________________________________________________________</w:t>
            </w:r>
          </w:p>
          <w:p w14:paraId="59D8734E" w14:textId="77777777" w:rsidR="00BE3968" w:rsidRDefault="00CA6E70">
            <w:pPr>
              <w:pStyle w:val="CMRBodySmall"/>
              <w:spacing w:after="100"/>
            </w:pPr>
            <w:r>
              <w:t>____________________________________________________________________</w:t>
            </w:r>
          </w:p>
          <w:p w14:paraId="5FCC59F1" w14:textId="77777777" w:rsidR="00BE3968" w:rsidRDefault="00CA6E70">
            <w:pPr>
              <w:pStyle w:val="CMRBodySmall"/>
              <w:spacing w:after="100"/>
            </w:pPr>
            <w:r>
              <w:t>Answer with units: __________________________________________________</w:t>
            </w:r>
          </w:p>
          <w:p w14:paraId="3DA34DE4" w14:textId="77777777" w:rsidR="00BE3968" w:rsidRDefault="00CA6E70">
            <w:pPr>
              <w:pStyle w:val="CMRBodySmall"/>
              <w:spacing w:after="80"/>
            </w:pPr>
            <w:r>
              <w:t>Does the answer make sense? ___________________________________________</w:t>
            </w:r>
          </w:p>
        </w:tc>
      </w:tr>
    </w:tbl>
    <w:p w14:paraId="5A8DA13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34643C6" w14:textId="77777777">
        <w:tc>
          <w:tcPr>
            <w:tcW w:w="10036" w:type="dxa"/>
            <w:tcMar>
              <w:top w:w="70" w:type="dxa"/>
              <w:left w:w="140" w:type="dxa"/>
              <w:bottom w:w="85" w:type="dxa"/>
              <w:right w:w="140" w:type="dxa"/>
            </w:tcMar>
          </w:tcPr>
          <w:p w14:paraId="066E1D9D" w14:textId="77777777" w:rsidR="00BE3968" w:rsidRDefault="00BE3968"/>
          <w:p w14:paraId="4972BBB8" w14:textId="77777777" w:rsidR="00BE3968" w:rsidRDefault="00CA6E70">
            <w:pPr>
              <w:pStyle w:val="CMRBodySmall"/>
            </w:pPr>
            <w:r>
              <w:rPr>
                <w:b/>
              </w:rPr>
              <w:t>PROBLEM S2-102</w:t>
            </w:r>
          </w:p>
          <w:p w14:paraId="519857B6" w14:textId="77777777" w:rsidR="00BE3968" w:rsidRDefault="00CA6E70">
            <w:r>
              <w:t>David needs notebooks for work. Store brand: a 4-pack for $6.00. Name brand: a 7-pack for $7.00. David has heard both last equally long. Which pack costs less for each notebook? Give the price per notebook.</w:t>
            </w:r>
          </w:p>
          <w:p w14:paraId="5C69C119" w14:textId="77777777" w:rsidR="00BE3968" w:rsidRDefault="00CA6E70">
            <w:pPr>
              <w:pStyle w:val="CMRBodySmall"/>
              <w:spacing w:after="40"/>
            </w:pPr>
            <w:r>
              <w:rPr>
                <w:b/>
              </w:rPr>
              <w:t>STEP 1 — WHAT DO THEY WANT?</w:t>
            </w:r>
          </w:p>
          <w:p w14:paraId="6021D012" w14:textId="77777777" w:rsidR="00BE3968" w:rsidRDefault="00CA6E70">
            <w:pPr>
              <w:pStyle w:val="CMRBodySmall"/>
              <w:spacing w:after="80"/>
            </w:pPr>
            <w:r>
              <w:t>I need to find: _________________________________________________________</w:t>
            </w:r>
          </w:p>
          <w:p w14:paraId="0C382346" w14:textId="77777777" w:rsidR="00BE3968" w:rsidRDefault="00CA6E70">
            <w:pPr>
              <w:pStyle w:val="CMRBodySmall"/>
              <w:spacing w:after="40"/>
            </w:pPr>
            <w:r>
              <w:rPr>
                <w:b/>
              </w:rPr>
              <w:t>STEP 2 — WHAT DO I KNOW?</w:t>
            </w:r>
          </w:p>
          <w:p w14:paraId="60ADFB03" w14:textId="77777777" w:rsidR="00BE3968" w:rsidRDefault="00CA6E70">
            <w:pPr>
              <w:pStyle w:val="CMRBodySmall"/>
              <w:spacing w:after="40"/>
            </w:pPr>
            <w:r>
              <w:t>Useful facts: __________________________________________________________</w:t>
            </w:r>
          </w:p>
          <w:p w14:paraId="0D837FFA" w14:textId="77777777" w:rsidR="00BE3968" w:rsidRDefault="00CA6E70">
            <w:pPr>
              <w:pStyle w:val="CMRBodySmall"/>
            </w:pPr>
            <w:r>
              <w:t>____________________________________________________________________</w:t>
            </w:r>
          </w:p>
          <w:p w14:paraId="08D16427" w14:textId="77777777" w:rsidR="00BE3968" w:rsidRDefault="00CA6E70">
            <w:pPr>
              <w:pStyle w:val="CMRBodySmall"/>
              <w:spacing w:after="40"/>
            </w:pPr>
            <w:r>
              <w:rPr>
                <w:b/>
              </w:rPr>
              <w:t>STEP 3 — HOW DO I FIND IT?</w:t>
            </w:r>
          </w:p>
          <w:p w14:paraId="63FBE6D6" w14:textId="77777777" w:rsidR="00BE3968" w:rsidRDefault="00CA6E70">
            <w:pPr>
              <w:pStyle w:val="CMRBodySmall"/>
              <w:spacing w:after="100"/>
            </w:pPr>
            <w:r>
              <w:t>My work: ____________________________________________________________</w:t>
            </w:r>
          </w:p>
          <w:p w14:paraId="51D38232" w14:textId="77777777" w:rsidR="00BE3968" w:rsidRDefault="00CA6E70">
            <w:pPr>
              <w:pStyle w:val="CMRBodySmall"/>
              <w:spacing w:after="100"/>
            </w:pPr>
            <w:r>
              <w:t>____________________________________________________________________</w:t>
            </w:r>
          </w:p>
          <w:p w14:paraId="3A36ABEE" w14:textId="77777777" w:rsidR="00BE3968" w:rsidRDefault="00CA6E70">
            <w:pPr>
              <w:pStyle w:val="CMRBodySmall"/>
              <w:spacing w:after="100"/>
            </w:pPr>
            <w:r>
              <w:t>____________________________________________________________________</w:t>
            </w:r>
          </w:p>
          <w:p w14:paraId="5E6E9549" w14:textId="77777777" w:rsidR="00BE3968" w:rsidRDefault="00CA6E70">
            <w:pPr>
              <w:pStyle w:val="CMRBodySmall"/>
              <w:spacing w:after="100"/>
            </w:pPr>
            <w:r>
              <w:t>Answer with units: __________________________________________________</w:t>
            </w:r>
          </w:p>
          <w:p w14:paraId="53620AD4" w14:textId="77777777" w:rsidR="00BE3968" w:rsidRDefault="00CA6E70">
            <w:pPr>
              <w:pStyle w:val="CMRBodySmall"/>
              <w:spacing w:after="80"/>
            </w:pPr>
            <w:r>
              <w:t>Does the answer make sense? ___________________________________________</w:t>
            </w:r>
          </w:p>
        </w:tc>
      </w:tr>
    </w:tbl>
    <w:p w14:paraId="69A2FE2F" w14:textId="77777777" w:rsidR="00BE3968" w:rsidRDefault="00CA6E70">
      <w:r>
        <w:br w:type="page"/>
      </w:r>
    </w:p>
    <w:p w14:paraId="2CFE49A3" w14:textId="77777777" w:rsidR="00BE3968" w:rsidRDefault="00CA6E70">
      <w:pPr>
        <w:pStyle w:val="CMRSmallLabel"/>
        <w:spacing w:after="60"/>
      </w:pPr>
      <w:r>
        <w:rPr>
          <w:b w:val="0"/>
        </w:rPr>
        <w:t>SECTION 2  |  TOPIC 11  |  PRACTICE PAGE 2/5</w:t>
      </w:r>
    </w:p>
    <w:p w14:paraId="325BAFA8" w14:textId="77777777" w:rsidR="00BE3968" w:rsidRDefault="00CA6E70">
      <w:pPr>
        <w:pStyle w:val="CMRPageTitle"/>
        <w:spacing w:after="60"/>
      </w:pPr>
      <w:r>
        <w:rPr>
          <w:b w:val="0"/>
        </w:rPr>
        <w:t>Comparing unit prices</w:t>
      </w:r>
    </w:p>
    <w:p w14:paraId="026E97C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AA16E14" w14:textId="77777777">
        <w:tc>
          <w:tcPr>
            <w:tcW w:w="10036" w:type="dxa"/>
            <w:shd w:val="clear" w:color="auto" w:fill="F5F8F9"/>
            <w:tcMar>
              <w:top w:w="70" w:type="dxa"/>
              <w:left w:w="140" w:type="dxa"/>
              <w:bottom w:w="85" w:type="dxa"/>
              <w:right w:w="140" w:type="dxa"/>
            </w:tcMar>
          </w:tcPr>
          <w:p w14:paraId="67C1554D" w14:textId="77777777" w:rsidR="00BE3968" w:rsidRDefault="00BE3968"/>
          <w:p w14:paraId="7EF26B06" w14:textId="77777777" w:rsidR="00BE3968" w:rsidRDefault="00CA6E70">
            <w:pPr>
              <w:pStyle w:val="CMRBodySmall"/>
            </w:pPr>
            <w:r>
              <w:rPr>
                <w:b/>
              </w:rPr>
              <w:t>PROBLEM S2-103</w:t>
            </w:r>
          </w:p>
          <w:p w14:paraId="3500C648" w14:textId="77777777" w:rsidR="00BE3968" w:rsidRDefault="00CA6E70">
            <w:r>
              <w:t>A store sells a 2-pack of batteries for $6.00 or a 6-pack of the same batteries for $21.00. Both packs are the same quality, and neither is on sale. Which pack has the lower price per battery, and what is that price?</w:t>
            </w:r>
          </w:p>
          <w:p w14:paraId="79C390CB" w14:textId="77777777" w:rsidR="00BE3968" w:rsidRDefault="00CA6E70">
            <w:pPr>
              <w:pStyle w:val="CMRBodySmall"/>
              <w:spacing w:after="40"/>
            </w:pPr>
            <w:r>
              <w:rPr>
                <w:b/>
              </w:rPr>
              <w:t>STEP 1 — WHAT DO THEY WANT?</w:t>
            </w:r>
          </w:p>
          <w:p w14:paraId="5E96B760" w14:textId="77777777" w:rsidR="00BE3968" w:rsidRDefault="00CA6E70">
            <w:pPr>
              <w:pStyle w:val="CMRBodySmall"/>
              <w:spacing w:after="80"/>
            </w:pPr>
            <w:r>
              <w:t>I need to find: _________________________________________________________</w:t>
            </w:r>
          </w:p>
          <w:p w14:paraId="5705D2FD" w14:textId="77777777" w:rsidR="00BE3968" w:rsidRDefault="00CA6E70">
            <w:pPr>
              <w:pStyle w:val="CMRBodySmall"/>
              <w:spacing w:after="40"/>
            </w:pPr>
            <w:r>
              <w:rPr>
                <w:b/>
              </w:rPr>
              <w:t>STEP 2 — WHAT DO I KNOW?</w:t>
            </w:r>
          </w:p>
          <w:p w14:paraId="157C0A15" w14:textId="77777777" w:rsidR="00BE3968" w:rsidRDefault="00CA6E70">
            <w:pPr>
              <w:pStyle w:val="CMRBodySmall"/>
              <w:spacing w:after="40"/>
            </w:pPr>
            <w:r>
              <w:t>Useful facts: __________________________________________________________</w:t>
            </w:r>
          </w:p>
          <w:p w14:paraId="529B76C2" w14:textId="77777777" w:rsidR="00BE3968" w:rsidRDefault="00CA6E70">
            <w:pPr>
              <w:pStyle w:val="CMRBodySmall"/>
            </w:pPr>
            <w:r>
              <w:t>____________________________________________________________________</w:t>
            </w:r>
          </w:p>
          <w:p w14:paraId="3127D3FC" w14:textId="77777777" w:rsidR="00BE3968" w:rsidRDefault="00CA6E70">
            <w:pPr>
              <w:pStyle w:val="CMRBodySmall"/>
              <w:spacing w:after="40"/>
            </w:pPr>
            <w:r>
              <w:rPr>
                <w:b/>
              </w:rPr>
              <w:t>STEP 3 — HOW DO I FIND IT?</w:t>
            </w:r>
          </w:p>
          <w:p w14:paraId="5FFC266A" w14:textId="77777777" w:rsidR="00BE3968" w:rsidRDefault="00CA6E70">
            <w:pPr>
              <w:pStyle w:val="CMRBodySmall"/>
              <w:spacing w:after="100"/>
            </w:pPr>
            <w:r>
              <w:t>My work: ____________________________________________________________</w:t>
            </w:r>
          </w:p>
          <w:p w14:paraId="675A8F5D" w14:textId="77777777" w:rsidR="00BE3968" w:rsidRDefault="00CA6E70">
            <w:pPr>
              <w:pStyle w:val="CMRBodySmall"/>
              <w:spacing w:after="100"/>
            </w:pPr>
            <w:r>
              <w:t>____________________________________________________________________</w:t>
            </w:r>
          </w:p>
          <w:p w14:paraId="183AE157" w14:textId="77777777" w:rsidR="00BE3968" w:rsidRDefault="00CA6E70">
            <w:pPr>
              <w:pStyle w:val="CMRBodySmall"/>
              <w:spacing w:after="100"/>
            </w:pPr>
            <w:r>
              <w:t>____________________________________________________________________</w:t>
            </w:r>
          </w:p>
          <w:p w14:paraId="25E3986E" w14:textId="77777777" w:rsidR="00BE3968" w:rsidRDefault="00CA6E70">
            <w:pPr>
              <w:pStyle w:val="CMRBodySmall"/>
              <w:spacing w:after="100"/>
            </w:pPr>
            <w:r>
              <w:t>Answer with units: __________________________________________________</w:t>
            </w:r>
          </w:p>
          <w:p w14:paraId="275B74ED" w14:textId="77777777" w:rsidR="00BE3968" w:rsidRDefault="00CA6E70">
            <w:pPr>
              <w:pStyle w:val="CMRBodySmall"/>
              <w:spacing w:after="80"/>
            </w:pPr>
            <w:r>
              <w:t>Does the answer make sense? ___________________________________________</w:t>
            </w:r>
          </w:p>
        </w:tc>
      </w:tr>
    </w:tbl>
    <w:p w14:paraId="1E08E82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6744F54" w14:textId="77777777">
        <w:tc>
          <w:tcPr>
            <w:tcW w:w="10036" w:type="dxa"/>
            <w:tcMar>
              <w:top w:w="70" w:type="dxa"/>
              <w:left w:w="140" w:type="dxa"/>
              <w:bottom w:w="85" w:type="dxa"/>
              <w:right w:w="140" w:type="dxa"/>
            </w:tcMar>
          </w:tcPr>
          <w:p w14:paraId="56BE255C" w14:textId="77777777" w:rsidR="00BE3968" w:rsidRDefault="00BE3968"/>
          <w:p w14:paraId="57AC1F6D" w14:textId="77777777" w:rsidR="00BE3968" w:rsidRDefault="00CA6E70">
            <w:pPr>
              <w:pStyle w:val="CMRBodySmall"/>
            </w:pPr>
            <w:r>
              <w:rPr>
                <w:b/>
              </w:rPr>
              <w:t>PROBLEM S2-104</w:t>
            </w:r>
          </w:p>
          <w:p w14:paraId="013E6CBF" w14:textId="77777777" w:rsidR="00BE3968" w:rsidRDefault="00CA6E70">
            <w:r>
              <w:t>Luis compares two packs of towels. The 5-pack costs $5.00. The 2-pack costs $3.00. The 5-pack has a brighter label. Which pack is cheaper per towel, and what is the price of one towel in that pack?</w:t>
            </w:r>
          </w:p>
          <w:p w14:paraId="52DE8E30" w14:textId="77777777" w:rsidR="00BE3968" w:rsidRDefault="00CA6E70">
            <w:pPr>
              <w:pStyle w:val="CMRBodySmall"/>
              <w:spacing w:after="40"/>
            </w:pPr>
            <w:r>
              <w:rPr>
                <w:b/>
              </w:rPr>
              <w:t>STEP 1 — WHAT DO THEY WANT?</w:t>
            </w:r>
          </w:p>
          <w:p w14:paraId="3F01A71F" w14:textId="77777777" w:rsidR="00BE3968" w:rsidRDefault="00CA6E70">
            <w:pPr>
              <w:pStyle w:val="CMRBodySmall"/>
              <w:spacing w:after="80"/>
            </w:pPr>
            <w:r>
              <w:t>I need to find: _________________________________________________________</w:t>
            </w:r>
          </w:p>
          <w:p w14:paraId="3D7533D8" w14:textId="77777777" w:rsidR="00BE3968" w:rsidRDefault="00CA6E70">
            <w:pPr>
              <w:pStyle w:val="CMRBodySmall"/>
              <w:spacing w:after="40"/>
            </w:pPr>
            <w:r>
              <w:rPr>
                <w:b/>
              </w:rPr>
              <w:t>STEP 2 — WHAT DO I KNOW?</w:t>
            </w:r>
          </w:p>
          <w:p w14:paraId="5452A84E" w14:textId="77777777" w:rsidR="00BE3968" w:rsidRDefault="00CA6E70">
            <w:pPr>
              <w:pStyle w:val="CMRBodySmall"/>
              <w:spacing w:after="40"/>
            </w:pPr>
            <w:r>
              <w:t>Useful facts: __________________________________________________________</w:t>
            </w:r>
          </w:p>
          <w:p w14:paraId="020F9314" w14:textId="77777777" w:rsidR="00BE3968" w:rsidRDefault="00CA6E70">
            <w:pPr>
              <w:pStyle w:val="CMRBodySmall"/>
            </w:pPr>
            <w:r>
              <w:t>____________________________________________________________________</w:t>
            </w:r>
          </w:p>
          <w:p w14:paraId="2A8A1878" w14:textId="77777777" w:rsidR="00BE3968" w:rsidRDefault="00CA6E70">
            <w:pPr>
              <w:pStyle w:val="CMRBodySmall"/>
              <w:spacing w:after="40"/>
            </w:pPr>
            <w:r>
              <w:rPr>
                <w:b/>
              </w:rPr>
              <w:t>STEP 3 — HOW DO I FIND IT?</w:t>
            </w:r>
          </w:p>
          <w:p w14:paraId="0ED981E6" w14:textId="77777777" w:rsidR="00BE3968" w:rsidRDefault="00CA6E70">
            <w:pPr>
              <w:pStyle w:val="CMRBodySmall"/>
              <w:spacing w:after="100"/>
            </w:pPr>
            <w:r>
              <w:t>My work: ____________________________________________________________</w:t>
            </w:r>
          </w:p>
          <w:p w14:paraId="495917EA" w14:textId="77777777" w:rsidR="00BE3968" w:rsidRDefault="00CA6E70">
            <w:pPr>
              <w:pStyle w:val="CMRBodySmall"/>
              <w:spacing w:after="100"/>
            </w:pPr>
            <w:r>
              <w:t>____________________________________________________________________</w:t>
            </w:r>
          </w:p>
          <w:p w14:paraId="79F75128" w14:textId="77777777" w:rsidR="00BE3968" w:rsidRDefault="00CA6E70">
            <w:pPr>
              <w:pStyle w:val="CMRBodySmall"/>
              <w:spacing w:after="100"/>
            </w:pPr>
            <w:r>
              <w:t>____________________________________________________________________</w:t>
            </w:r>
          </w:p>
          <w:p w14:paraId="1FF173FA" w14:textId="77777777" w:rsidR="00BE3968" w:rsidRDefault="00CA6E70">
            <w:pPr>
              <w:pStyle w:val="CMRBodySmall"/>
              <w:spacing w:after="100"/>
            </w:pPr>
            <w:r>
              <w:t>Answer with units: __________________________________________________</w:t>
            </w:r>
          </w:p>
          <w:p w14:paraId="0CFB0ED2" w14:textId="77777777" w:rsidR="00BE3968" w:rsidRDefault="00CA6E70">
            <w:pPr>
              <w:pStyle w:val="CMRBodySmall"/>
              <w:spacing w:after="80"/>
            </w:pPr>
            <w:r>
              <w:t>Does the answer make sense? ___________________________________________</w:t>
            </w:r>
          </w:p>
        </w:tc>
      </w:tr>
    </w:tbl>
    <w:p w14:paraId="07141679" w14:textId="77777777" w:rsidR="00BE3968" w:rsidRDefault="00CA6E70">
      <w:r>
        <w:br w:type="page"/>
      </w:r>
    </w:p>
    <w:p w14:paraId="28AEC1FA" w14:textId="77777777" w:rsidR="00BE3968" w:rsidRDefault="00CA6E70">
      <w:pPr>
        <w:pStyle w:val="CMRSmallLabel"/>
        <w:spacing w:after="60"/>
      </w:pPr>
      <w:r>
        <w:rPr>
          <w:b w:val="0"/>
        </w:rPr>
        <w:t>SECTION 2  |  TOPIC 11  |  PRACTICE PAGE 3/5</w:t>
      </w:r>
    </w:p>
    <w:p w14:paraId="53545921" w14:textId="77777777" w:rsidR="00BE3968" w:rsidRDefault="00CA6E70">
      <w:pPr>
        <w:pStyle w:val="CMRPageTitle"/>
        <w:spacing w:after="60"/>
      </w:pPr>
      <w:r>
        <w:rPr>
          <w:b w:val="0"/>
        </w:rPr>
        <w:t>Comparing unit prices</w:t>
      </w:r>
    </w:p>
    <w:p w14:paraId="65EC218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BCC3180" w14:textId="77777777">
        <w:tc>
          <w:tcPr>
            <w:tcW w:w="10036" w:type="dxa"/>
            <w:shd w:val="clear" w:color="auto" w:fill="F5F8F9"/>
            <w:tcMar>
              <w:top w:w="70" w:type="dxa"/>
              <w:left w:w="140" w:type="dxa"/>
              <w:bottom w:w="85" w:type="dxa"/>
              <w:right w:w="140" w:type="dxa"/>
            </w:tcMar>
          </w:tcPr>
          <w:p w14:paraId="2ECE1586" w14:textId="77777777" w:rsidR="00BE3968" w:rsidRDefault="00BE3968"/>
          <w:p w14:paraId="331C9058" w14:textId="77777777" w:rsidR="00BE3968" w:rsidRDefault="00CA6E70">
            <w:pPr>
              <w:pStyle w:val="CMRBodySmall"/>
            </w:pPr>
            <w:r>
              <w:rPr>
                <w:b/>
              </w:rPr>
              <w:t>PROBLEM S2-105</w:t>
            </w:r>
          </w:p>
          <w:p w14:paraId="69DA5190" w14:textId="77777777" w:rsidR="00BE3968" w:rsidRDefault="00CA6E70">
            <w:r>
              <w:t>Patricia needs dishcloths for work. Store brand: a 4-pack for $8.00. Name brand: a 7-pack for $17.50. Patricia has heard both last equally long. Which pack costs less for each dishcloth? Give the price per dishcloth.</w:t>
            </w:r>
          </w:p>
          <w:p w14:paraId="7777FA18" w14:textId="77777777" w:rsidR="00BE3968" w:rsidRDefault="00CA6E70">
            <w:pPr>
              <w:pStyle w:val="CMRBodySmall"/>
              <w:spacing w:after="40"/>
            </w:pPr>
            <w:r>
              <w:rPr>
                <w:b/>
              </w:rPr>
              <w:t>STEP 1 — WHAT DO THEY WANT?</w:t>
            </w:r>
          </w:p>
          <w:p w14:paraId="50C2636D" w14:textId="77777777" w:rsidR="00BE3968" w:rsidRDefault="00CA6E70">
            <w:pPr>
              <w:pStyle w:val="CMRBodySmall"/>
              <w:spacing w:after="80"/>
            </w:pPr>
            <w:r>
              <w:t>I need to find: _________________________________________________________</w:t>
            </w:r>
          </w:p>
          <w:p w14:paraId="4C6D3E6A" w14:textId="77777777" w:rsidR="00BE3968" w:rsidRDefault="00CA6E70">
            <w:pPr>
              <w:pStyle w:val="CMRBodySmall"/>
              <w:spacing w:after="40"/>
            </w:pPr>
            <w:r>
              <w:rPr>
                <w:b/>
              </w:rPr>
              <w:t>STEP 2 — WHAT DO I KNOW?</w:t>
            </w:r>
          </w:p>
          <w:p w14:paraId="16003EFA" w14:textId="77777777" w:rsidR="00BE3968" w:rsidRDefault="00CA6E70">
            <w:pPr>
              <w:pStyle w:val="CMRBodySmall"/>
              <w:spacing w:after="40"/>
            </w:pPr>
            <w:r>
              <w:t>Useful facts: __________________________________________________________</w:t>
            </w:r>
          </w:p>
          <w:p w14:paraId="227CC7D3" w14:textId="77777777" w:rsidR="00BE3968" w:rsidRDefault="00CA6E70">
            <w:pPr>
              <w:pStyle w:val="CMRBodySmall"/>
            </w:pPr>
            <w:r>
              <w:t>____________________________________________________________________</w:t>
            </w:r>
          </w:p>
          <w:p w14:paraId="280ABCAD" w14:textId="77777777" w:rsidR="00BE3968" w:rsidRDefault="00CA6E70">
            <w:pPr>
              <w:pStyle w:val="CMRBodySmall"/>
              <w:spacing w:after="40"/>
            </w:pPr>
            <w:r>
              <w:rPr>
                <w:b/>
              </w:rPr>
              <w:t>STEP 3 — HOW DO I FIND IT?</w:t>
            </w:r>
          </w:p>
          <w:p w14:paraId="3EF4F637" w14:textId="77777777" w:rsidR="00BE3968" w:rsidRDefault="00CA6E70">
            <w:pPr>
              <w:pStyle w:val="CMRBodySmall"/>
              <w:spacing w:after="100"/>
            </w:pPr>
            <w:r>
              <w:t>My work: ____________________________________________________________</w:t>
            </w:r>
          </w:p>
          <w:p w14:paraId="56966CC1" w14:textId="77777777" w:rsidR="00BE3968" w:rsidRDefault="00CA6E70">
            <w:pPr>
              <w:pStyle w:val="CMRBodySmall"/>
              <w:spacing w:after="100"/>
            </w:pPr>
            <w:r>
              <w:t>____________________________________________________________________</w:t>
            </w:r>
          </w:p>
          <w:p w14:paraId="63D6FA9C" w14:textId="77777777" w:rsidR="00BE3968" w:rsidRDefault="00CA6E70">
            <w:pPr>
              <w:pStyle w:val="CMRBodySmall"/>
              <w:spacing w:after="100"/>
            </w:pPr>
            <w:r>
              <w:t>____________________________________________________________________</w:t>
            </w:r>
          </w:p>
          <w:p w14:paraId="49590BFC" w14:textId="77777777" w:rsidR="00BE3968" w:rsidRDefault="00CA6E70">
            <w:pPr>
              <w:pStyle w:val="CMRBodySmall"/>
              <w:spacing w:after="100"/>
            </w:pPr>
            <w:r>
              <w:t>Answer with units: __________________________________________________</w:t>
            </w:r>
          </w:p>
          <w:p w14:paraId="782DB02A" w14:textId="77777777" w:rsidR="00BE3968" w:rsidRDefault="00CA6E70">
            <w:pPr>
              <w:pStyle w:val="CMRBodySmall"/>
              <w:spacing w:after="80"/>
            </w:pPr>
            <w:r>
              <w:t>Does the answer make sense? ___________________________________________</w:t>
            </w:r>
          </w:p>
        </w:tc>
      </w:tr>
    </w:tbl>
    <w:p w14:paraId="3393A0E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50C1DB6" w14:textId="77777777">
        <w:tc>
          <w:tcPr>
            <w:tcW w:w="10036" w:type="dxa"/>
            <w:tcMar>
              <w:top w:w="70" w:type="dxa"/>
              <w:left w:w="140" w:type="dxa"/>
              <w:bottom w:w="85" w:type="dxa"/>
              <w:right w:w="140" w:type="dxa"/>
            </w:tcMar>
          </w:tcPr>
          <w:p w14:paraId="419016CE" w14:textId="77777777" w:rsidR="00BE3968" w:rsidRDefault="00BE3968"/>
          <w:p w14:paraId="4FC7BDB8" w14:textId="77777777" w:rsidR="00BE3968" w:rsidRDefault="00CA6E70">
            <w:pPr>
              <w:pStyle w:val="CMRBodySmall"/>
            </w:pPr>
            <w:r>
              <w:rPr>
                <w:b/>
              </w:rPr>
              <w:t>PROBLEM S2-106</w:t>
            </w:r>
          </w:p>
          <w:p w14:paraId="3CC6105D" w14:textId="77777777" w:rsidR="00BE3968" w:rsidRDefault="00CA6E70">
            <w:r>
              <w:t>A store sells a 4-pack of notebooks for $8.00 or a 8-pack of the same notebooks for $14.00. Both packs are the same quality, and neither is on sale. Which pack has the lower price per notebook, and what is that price?</w:t>
            </w:r>
          </w:p>
          <w:p w14:paraId="156E956E" w14:textId="77777777" w:rsidR="00BE3968" w:rsidRDefault="00CA6E70">
            <w:pPr>
              <w:pStyle w:val="CMRBodySmall"/>
              <w:spacing w:after="40"/>
            </w:pPr>
            <w:r>
              <w:rPr>
                <w:b/>
              </w:rPr>
              <w:t>STEP 1 — WHAT DO THEY WANT?</w:t>
            </w:r>
          </w:p>
          <w:p w14:paraId="4E67680A" w14:textId="77777777" w:rsidR="00BE3968" w:rsidRDefault="00CA6E70">
            <w:pPr>
              <w:pStyle w:val="CMRBodySmall"/>
              <w:spacing w:after="80"/>
            </w:pPr>
            <w:r>
              <w:t>I need to find: _________________________________________________________</w:t>
            </w:r>
          </w:p>
          <w:p w14:paraId="700F219E" w14:textId="77777777" w:rsidR="00BE3968" w:rsidRDefault="00CA6E70">
            <w:pPr>
              <w:pStyle w:val="CMRBodySmall"/>
              <w:spacing w:after="40"/>
            </w:pPr>
            <w:r>
              <w:rPr>
                <w:b/>
              </w:rPr>
              <w:t>STEP 2 — WHAT DO I KNOW?</w:t>
            </w:r>
          </w:p>
          <w:p w14:paraId="0F89B060" w14:textId="77777777" w:rsidR="00BE3968" w:rsidRDefault="00CA6E70">
            <w:pPr>
              <w:pStyle w:val="CMRBodySmall"/>
              <w:spacing w:after="40"/>
            </w:pPr>
            <w:r>
              <w:t>Useful facts: __________________________________________________________</w:t>
            </w:r>
          </w:p>
          <w:p w14:paraId="303FFDA9" w14:textId="77777777" w:rsidR="00BE3968" w:rsidRDefault="00CA6E70">
            <w:pPr>
              <w:pStyle w:val="CMRBodySmall"/>
            </w:pPr>
            <w:r>
              <w:t>____________________________________________________________________</w:t>
            </w:r>
          </w:p>
          <w:p w14:paraId="21F30B5F" w14:textId="77777777" w:rsidR="00BE3968" w:rsidRDefault="00CA6E70">
            <w:pPr>
              <w:pStyle w:val="CMRBodySmall"/>
              <w:spacing w:after="40"/>
            </w:pPr>
            <w:r>
              <w:rPr>
                <w:b/>
              </w:rPr>
              <w:t>STEP 3 — HOW DO I FIND IT?</w:t>
            </w:r>
          </w:p>
          <w:p w14:paraId="0408003A" w14:textId="77777777" w:rsidR="00BE3968" w:rsidRDefault="00CA6E70">
            <w:pPr>
              <w:pStyle w:val="CMRBodySmall"/>
              <w:spacing w:after="100"/>
            </w:pPr>
            <w:r>
              <w:t>My work: ____________________________________________________________</w:t>
            </w:r>
          </w:p>
          <w:p w14:paraId="41FD53D6" w14:textId="77777777" w:rsidR="00BE3968" w:rsidRDefault="00CA6E70">
            <w:pPr>
              <w:pStyle w:val="CMRBodySmall"/>
              <w:spacing w:after="100"/>
            </w:pPr>
            <w:r>
              <w:t>____________________________________________________________________</w:t>
            </w:r>
          </w:p>
          <w:p w14:paraId="2E861D5F" w14:textId="77777777" w:rsidR="00BE3968" w:rsidRDefault="00CA6E70">
            <w:pPr>
              <w:pStyle w:val="CMRBodySmall"/>
              <w:spacing w:after="100"/>
            </w:pPr>
            <w:r>
              <w:t>____________________________________________________________________</w:t>
            </w:r>
          </w:p>
          <w:p w14:paraId="6A219D2D" w14:textId="77777777" w:rsidR="00BE3968" w:rsidRDefault="00CA6E70">
            <w:pPr>
              <w:pStyle w:val="CMRBodySmall"/>
              <w:spacing w:after="100"/>
            </w:pPr>
            <w:r>
              <w:t>Answer with units: __________________________________________________</w:t>
            </w:r>
          </w:p>
          <w:p w14:paraId="2697B51F" w14:textId="77777777" w:rsidR="00BE3968" w:rsidRDefault="00CA6E70">
            <w:pPr>
              <w:pStyle w:val="CMRBodySmall"/>
              <w:spacing w:after="80"/>
            </w:pPr>
            <w:r>
              <w:t>Does the answer make sense? ___________________________________________</w:t>
            </w:r>
          </w:p>
        </w:tc>
      </w:tr>
    </w:tbl>
    <w:p w14:paraId="5CDC927A" w14:textId="77777777" w:rsidR="00BE3968" w:rsidRDefault="00CA6E70">
      <w:r>
        <w:br w:type="page"/>
      </w:r>
    </w:p>
    <w:p w14:paraId="14EC377A" w14:textId="77777777" w:rsidR="00BE3968" w:rsidRDefault="00CA6E70">
      <w:pPr>
        <w:pStyle w:val="CMRSmallLabel"/>
        <w:spacing w:after="60"/>
      </w:pPr>
      <w:r>
        <w:rPr>
          <w:b w:val="0"/>
        </w:rPr>
        <w:t>SECTION 2  |  TOPIC 11  |  PRACTICE PAGE 4/5</w:t>
      </w:r>
    </w:p>
    <w:p w14:paraId="4518FF0A" w14:textId="77777777" w:rsidR="00BE3968" w:rsidRDefault="00CA6E70">
      <w:pPr>
        <w:pStyle w:val="CMRPageTitle"/>
        <w:spacing w:after="60"/>
      </w:pPr>
      <w:r>
        <w:rPr>
          <w:b w:val="0"/>
        </w:rPr>
        <w:t>Comparing unit prices</w:t>
      </w:r>
    </w:p>
    <w:p w14:paraId="6AFCF38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A2FD3DA" w14:textId="77777777">
        <w:tc>
          <w:tcPr>
            <w:tcW w:w="10036" w:type="dxa"/>
            <w:shd w:val="clear" w:color="auto" w:fill="F5F8F9"/>
            <w:tcMar>
              <w:top w:w="70" w:type="dxa"/>
              <w:left w:w="140" w:type="dxa"/>
              <w:bottom w:w="85" w:type="dxa"/>
              <w:right w:w="140" w:type="dxa"/>
            </w:tcMar>
          </w:tcPr>
          <w:p w14:paraId="05186F06" w14:textId="77777777" w:rsidR="00BE3968" w:rsidRDefault="00BE3968"/>
          <w:p w14:paraId="1567E3F7" w14:textId="77777777" w:rsidR="00BE3968" w:rsidRDefault="00CA6E70">
            <w:pPr>
              <w:pStyle w:val="CMRBodySmall"/>
            </w:pPr>
            <w:r>
              <w:rPr>
                <w:b/>
              </w:rPr>
              <w:t>PROBLEM S2-107</w:t>
            </w:r>
          </w:p>
          <w:p w14:paraId="4DA149B4" w14:textId="77777777" w:rsidR="00BE3968" w:rsidRDefault="00CA6E70">
            <w:r>
              <w:t>Carlos compares two packs of batteries. The 6-pack costs $21.00. The 4-pack costs $12.00. The 6-pack has a brighter label. Which pack is cheaper per battery, and what is the price of one battery in that pack?</w:t>
            </w:r>
          </w:p>
          <w:p w14:paraId="3F956977" w14:textId="77777777" w:rsidR="00BE3968" w:rsidRDefault="00CA6E70">
            <w:pPr>
              <w:pStyle w:val="CMRBodySmall"/>
              <w:spacing w:after="40"/>
            </w:pPr>
            <w:r>
              <w:rPr>
                <w:b/>
              </w:rPr>
              <w:t>STEP 1 — WHAT DO THEY WANT?</w:t>
            </w:r>
          </w:p>
          <w:p w14:paraId="61FBC35C" w14:textId="77777777" w:rsidR="00BE3968" w:rsidRDefault="00CA6E70">
            <w:pPr>
              <w:pStyle w:val="CMRBodySmall"/>
              <w:spacing w:after="80"/>
            </w:pPr>
            <w:r>
              <w:t>I need to find: _________________________________________________________</w:t>
            </w:r>
          </w:p>
          <w:p w14:paraId="1282850E" w14:textId="77777777" w:rsidR="00BE3968" w:rsidRDefault="00CA6E70">
            <w:pPr>
              <w:pStyle w:val="CMRBodySmall"/>
              <w:spacing w:after="40"/>
            </w:pPr>
            <w:r>
              <w:rPr>
                <w:b/>
              </w:rPr>
              <w:t>STEP 2 — WHAT DO I KNOW?</w:t>
            </w:r>
          </w:p>
          <w:p w14:paraId="34371B64" w14:textId="77777777" w:rsidR="00BE3968" w:rsidRDefault="00CA6E70">
            <w:pPr>
              <w:pStyle w:val="CMRBodySmall"/>
              <w:spacing w:after="40"/>
            </w:pPr>
            <w:r>
              <w:t>Useful facts: __________________________________________________________</w:t>
            </w:r>
          </w:p>
          <w:p w14:paraId="412292BC" w14:textId="77777777" w:rsidR="00BE3968" w:rsidRDefault="00CA6E70">
            <w:pPr>
              <w:pStyle w:val="CMRBodySmall"/>
            </w:pPr>
            <w:r>
              <w:t>____________________________________________________________________</w:t>
            </w:r>
          </w:p>
          <w:p w14:paraId="6664141B" w14:textId="77777777" w:rsidR="00BE3968" w:rsidRDefault="00CA6E70">
            <w:pPr>
              <w:pStyle w:val="CMRBodySmall"/>
              <w:spacing w:after="40"/>
            </w:pPr>
            <w:r>
              <w:rPr>
                <w:b/>
              </w:rPr>
              <w:t>STEP 3 — HOW DO I FIND IT?</w:t>
            </w:r>
          </w:p>
          <w:p w14:paraId="28643989" w14:textId="77777777" w:rsidR="00BE3968" w:rsidRDefault="00CA6E70">
            <w:pPr>
              <w:pStyle w:val="CMRBodySmall"/>
              <w:spacing w:after="100"/>
            </w:pPr>
            <w:r>
              <w:t>My work: ____________________________________________________________</w:t>
            </w:r>
          </w:p>
          <w:p w14:paraId="27FFFB90" w14:textId="77777777" w:rsidR="00BE3968" w:rsidRDefault="00CA6E70">
            <w:pPr>
              <w:pStyle w:val="CMRBodySmall"/>
              <w:spacing w:after="100"/>
            </w:pPr>
            <w:r>
              <w:t>____________________________________________________________________</w:t>
            </w:r>
          </w:p>
          <w:p w14:paraId="22627F08" w14:textId="77777777" w:rsidR="00BE3968" w:rsidRDefault="00CA6E70">
            <w:pPr>
              <w:pStyle w:val="CMRBodySmall"/>
              <w:spacing w:after="100"/>
            </w:pPr>
            <w:r>
              <w:t>____________________________________________________________________</w:t>
            </w:r>
          </w:p>
          <w:p w14:paraId="37B026D4" w14:textId="77777777" w:rsidR="00BE3968" w:rsidRDefault="00CA6E70">
            <w:pPr>
              <w:pStyle w:val="CMRBodySmall"/>
              <w:spacing w:after="100"/>
            </w:pPr>
            <w:r>
              <w:t>Answer with units: __________________________________________________</w:t>
            </w:r>
          </w:p>
          <w:p w14:paraId="7BCE7372" w14:textId="77777777" w:rsidR="00BE3968" w:rsidRDefault="00CA6E70">
            <w:pPr>
              <w:pStyle w:val="CMRBodySmall"/>
              <w:spacing w:after="80"/>
            </w:pPr>
            <w:r>
              <w:t>Does the answer make sense? ___________________________________________</w:t>
            </w:r>
          </w:p>
        </w:tc>
      </w:tr>
    </w:tbl>
    <w:p w14:paraId="57DF1A5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28EF901" w14:textId="77777777">
        <w:tc>
          <w:tcPr>
            <w:tcW w:w="10036" w:type="dxa"/>
            <w:tcMar>
              <w:top w:w="70" w:type="dxa"/>
              <w:left w:w="140" w:type="dxa"/>
              <w:bottom w:w="85" w:type="dxa"/>
              <w:right w:w="140" w:type="dxa"/>
            </w:tcMar>
          </w:tcPr>
          <w:p w14:paraId="2502C577" w14:textId="77777777" w:rsidR="00BE3968" w:rsidRDefault="00BE3968"/>
          <w:p w14:paraId="765E26BE" w14:textId="77777777" w:rsidR="00BE3968" w:rsidRDefault="00CA6E70">
            <w:pPr>
              <w:pStyle w:val="CMRBodySmall"/>
            </w:pPr>
            <w:r>
              <w:rPr>
                <w:b/>
              </w:rPr>
              <w:t>PROBLEM S2-108</w:t>
            </w:r>
          </w:p>
          <w:p w14:paraId="15012FED" w14:textId="77777777" w:rsidR="00BE3968" w:rsidRDefault="00CA6E70">
            <w:r>
              <w:t>Elaine needs towels for work. Store brand: a 2-pack for $4.00. Name brand: a 4-pack for $6.00. Elaine has heard both last equally long. Which pack costs less for each towel? Give the price per towel.</w:t>
            </w:r>
          </w:p>
          <w:p w14:paraId="699855F6" w14:textId="77777777" w:rsidR="00BE3968" w:rsidRDefault="00CA6E70">
            <w:pPr>
              <w:pStyle w:val="CMRBodySmall"/>
              <w:spacing w:after="40"/>
            </w:pPr>
            <w:r>
              <w:rPr>
                <w:b/>
              </w:rPr>
              <w:t>STEP 1 — WHAT DO THEY WANT?</w:t>
            </w:r>
          </w:p>
          <w:p w14:paraId="1426A76B" w14:textId="77777777" w:rsidR="00BE3968" w:rsidRDefault="00CA6E70">
            <w:pPr>
              <w:pStyle w:val="CMRBodySmall"/>
              <w:spacing w:after="80"/>
            </w:pPr>
            <w:r>
              <w:t>I need to find: _________________________________________________________</w:t>
            </w:r>
          </w:p>
          <w:p w14:paraId="29F180AD" w14:textId="77777777" w:rsidR="00BE3968" w:rsidRDefault="00CA6E70">
            <w:pPr>
              <w:pStyle w:val="CMRBodySmall"/>
              <w:spacing w:after="40"/>
            </w:pPr>
            <w:r>
              <w:rPr>
                <w:b/>
              </w:rPr>
              <w:t>STEP 2 — WHAT DO I KNOW?</w:t>
            </w:r>
          </w:p>
          <w:p w14:paraId="30E2274B" w14:textId="77777777" w:rsidR="00BE3968" w:rsidRDefault="00CA6E70">
            <w:pPr>
              <w:pStyle w:val="CMRBodySmall"/>
              <w:spacing w:after="40"/>
            </w:pPr>
            <w:r>
              <w:t>Useful facts: __________________________________________________________</w:t>
            </w:r>
          </w:p>
          <w:p w14:paraId="6F0A35CB" w14:textId="77777777" w:rsidR="00BE3968" w:rsidRDefault="00CA6E70">
            <w:pPr>
              <w:pStyle w:val="CMRBodySmall"/>
            </w:pPr>
            <w:r>
              <w:t>____________________________________________________________________</w:t>
            </w:r>
          </w:p>
          <w:p w14:paraId="75BEACDF" w14:textId="77777777" w:rsidR="00BE3968" w:rsidRDefault="00CA6E70">
            <w:pPr>
              <w:pStyle w:val="CMRBodySmall"/>
              <w:spacing w:after="40"/>
            </w:pPr>
            <w:r>
              <w:rPr>
                <w:b/>
              </w:rPr>
              <w:t>STEP 3 — HOW DO I FIND IT?</w:t>
            </w:r>
          </w:p>
          <w:p w14:paraId="2EFAD83B" w14:textId="77777777" w:rsidR="00BE3968" w:rsidRDefault="00CA6E70">
            <w:pPr>
              <w:pStyle w:val="CMRBodySmall"/>
              <w:spacing w:after="100"/>
            </w:pPr>
            <w:r>
              <w:t>My work: ____________________________________________________________</w:t>
            </w:r>
          </w:p>
          <w:p w14:paraId="68461497" w14:textId="77777777" w:rsidR="00BE3968" w:rsidRDefault="00CA6E70">
            <w:pPr>
              <w:pStyle w:val="CMRBodySmall"/>
              <w:spacing w:after="100"/>
            </w:pPr>
            <w:r>
              <w:t>____________________________________________________________________</w:t>
            </w:r>
          </w:p>
          <w:p w14:paraId="6390D7CB" w14:textId="77777777" w:rsidR="00BE3968" w:rsidRDefault="00CA6E70">
            <w:pPr>
              <w:pStyle w:val="CMRBodySmall"/>
              <w:spacing w:after="100"/>
            </w:pPr>
            <w:r>
              <w:t>____________________________________________________________________</w:t>
            </w:r>
          </w:p>
          <w:p w14:paraId="46B37903" w14:textId="77777777" w:rsidR="00BE3968" w:rsidRDefault="00CA6E70">
            <w:pPr>
              <w:pStyle w:val="CMRBodySmall"/>
              <w:spacing w:after="100"/>
            </w:pPr>
            <w:r>
              <w:t>Answer with units: __________________________________________________</w:t>
            </w:r>
          </w:p>
          <w:p w14:paraId="6E364200" w14:textId="77777777" w:rsidR="00BE3968" w:rsidRDefault="00CA6E70">
            <w:pPr>
              <w:pStyle w:val="CMRBodySmall"/>
              <w:spacing w:after="80"/>
            </w:pPr>
            <w:r>
              <w:t>Does the answer make sense? ___________________________________________</w:t>
            </w:r>
          </w:p>
        </w:tc>
      </w:tr>
    </w:tbl>
    <w:p w14:paraId="31F370B5" w14:textId="77777777" w:rsidR="00BE3968" w:rsidRDefault="00CA6E70">
      <w:r>
        <w:br w:type="page"/>
      </w:r>
    </w:p>
    <w:p w14:paraId="6337A552" w14:textId="77777777" w:rsidR="00BE3968" w:rsidRDefault="00CA6E70">
      <w:pPr>
        <w:pStyle w:val="CMRSmallLabel"/>
        <w:spacing w:after="60"/>
      </w:pPr>
      <w:r>
        <w:rPr>
          <w:b w:val="0"/>
        </w:rPr>
        <w:t>SECTION 2  |  TOPIC 11  |  PRACTICE PAGE 5/5</w:t>
      </w:r>
    </w:p>
    <w:p w14:paraId="68CE2543" w14:textId="77777777" w:rsidR="00BE3968" w:rsidRDefault="00CA6E70">
      <w:pPr>
        <w:pStyle w:val="CMRPageTitle"/>
        <w:spacing w:after="60"/>
      </w:pPr>
      <w:r>
        <w:rPr>
          <w:b w:val="0"/>
        </w:rPr>
        <w:t>Comparing unit prices</w:t>
      </w:r>
    </w:p>
    <w:p w14:paraId="4778597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47DE76F" w14:textId="77777777">
        <w:tc>
          <w:tcPr>
            <w:tcW w:w="10036" w:type="dxa"/>
            <w:shd w:val="clear" w:color="auto" w:fill="F5F8F9"/>
            <w:tcMar>
              <w:top w:w="70" w:type="dxa"/>
              <w:left w:w="140" w:type="dxa"/>
              <w:bottom w:w="85" w:type="dxa"/>
              <w:right w:w="140" w:type="dxa"/>
            </w:tcMar>
          </w:tcPr>
          <w:p w14:paraId="6F0C7002" w14:textId="77777777" w:rsidR="00BE3968" w:rsidRDefault="00BE3968"/>
          <w:p w14:paraId="4B31F7C2" w14:textId="77777777" w:rsidR="00BE3968" w:rsidRDefault="00CA6E70">
            <w:pPr>
              <w:pStyle w:val="CMRBodySmall"/>
            </w:pPr>
            <w:r>
              <w:rPr>
                <w:b/>
              </w:rPr>
              <w:t>PROBLEM S2-109</w:t>
            </w:r>
          </w:p>
          <w:p w14:paraId="56FAB134" w14:textId="77777777" w:rsidR="00BE3968" w:rsidRDefault="00CA6E70">
            <w:r>
              <w:t>A store sells a 4-pack of dishcloths for $8.00 or a 6-pack of the same dishcloths for $15.00. Both packs are the same quality, and neither is on sale. Which pack has the lower price per dishcloth, and what is that price?</w:t>
            </w:r>
          </w:p>
          <w:p w14:paraId="6A6D0F06" w14:textId="77777777" w:rsidR="00BE3968" w:rsidRDefault="00CA6E70">
            <w:pPr>
              <w:pStyle w:val="CMRBodySmall"/>
              <w:spacing w:after="40"/>
            </w:pPr>
            <w:r>
              <w:rPr>
                <w:b/>
              </w:rPr>
              <w:t>STEP 1 — WHAT DO THEY WANT?</w:t>
            </w:r>
          </w:p>
          <w:p w14:paraId="74E65209" w14:textId="77777777" w:rsidR="00BE3968" w:rsidRDefault="00CA6E70">
            <w:pPr>
              <w:pStyle w:val="CMRBodySmall"/>
              <w:spacing w:after="80"/>
            </w:pPr>
            <w:r>
              <w:t>I need to find: _________________________________________________________</w:t>
            </w:r>
          </w:p>
          <w:p w14:paraId="42E622F3" w14:textId="77777777" w:rsidR="00BE3968" w:rsidRDefault="00CA6E70">
            <w:pPr>
              <w:pStyle w:val="CMRBodySmall"/>
              <w:spacing w:after="40"/>
            </w:pPr>
            <w:r>
              <w:rPr>
                <w:b/>
              </w:rPr>
              <w:t>STEP 2 — WHAT DO I KNOW?</w:t>
            </w:r>
          </w:p>
          <w:p w14:paraId="11D78B8A" w14:textId="77777777" w:rsidR="00BE3968" w:rsidRDefault="00CA6E70">
            <w:pPr>
              <w:pStyle w:val="CMRBodySmall"/>
              <w:spacing w:after="40"/>
            </w:pPr>
            <w:r>
              <w:t>Useful facts: __________________________________________________________</w:t>
            </w:r>
          </w:p>
          <w:p w14:paraId="1510D6A5" w14:textId="77777777" w:rsidR="00BE3968" w:rsidRDefault="00CA6E70">
            <w:pPr>
              <w:pStyle w:val="CMRBodySmall"/>
            </w:pPr>
            <w:r>
              <w:t>____________________________________________________________________</w:t>
            </w:r>
          </w:p>
          <w:p w14:paraId="4207438B" w14:textId="77777777" w:rsidR="00BE3968" w:rsidRDefault="00CA6E70">
            <w:pPr>
              <w:pStyle w:val="CMRBodySmall"/>
              <w:spacing w:after="40"/>
            </w:pPr>
            <w:r>
              <w:rPr>
                <w:b/>
              </w:rPr>
              <w:t>STEP 3 — HOW DO I FIND IT?</w:t>
            </w:r>
          </w:p>
          <w:p w14:paraId="2BB70FE7" w14:textId="77777777" w:rsidR="00BE3968" w:rsidRDefault="00CA6E70">
            <w:pPr>
              <w:pStyle w:val="CMRBodySmall"/>
              <w:spacing w:after="100"/>
            </w:pPr>
            <w:r>
              <w:t>My work: ____________________________________________________________</w:t>
            </w:r>
          </w:p>
          <w:p w14:paraId="28E9D3AE" w14:textId="77777777" w:rsidR="00BE3968" w:rsidRDefault="00CA6E70">
            <w:pPr>
              <w:pStyle w:val="CMRBodySmall"/>
              <w:spacing w:after="100"/>
            </w:pPr>
            <w:r>
              <w:t>____________________________________________________________________</w:t>
            </w:r>
          </w:p>
          <w:p w14:paraId="2D6A8DFB" w14:textId="77777777" w:rsidR="00BE3968" w:rsidRDefault="00CA6E70">
            <w:pPr>
              <w:pStyle w:val="CMRBodySmall"/>
              <w:spacing w:after="100"/>
            </w:pPr>
            <w:r>
              <w:t>____________________________________________________________________</w:t>
            </w:r>
          </w:p>
          <w:p w14:paraId="6BD5B2DE" w14:textId="77777777" w:rsidR="00BE3968" w:rsidRDefault="00CA6E70">
            <w:pPr>
              <w:pStyle w:val="CMRBodySmall"/>
              <w:spacing w:after="100"/>
            </w:pPr>
            <w:r>
              <w:t>Answer with units: __________________________________________________</w:t>
            </w:r>
          </w:p>
          <w:p w14:paraId="003BE2F1" w14:textId="77777777" w:rsidR="00BE3968" w:rsidRDefault="00CA6E70">
            <w:pPr>
              <w:pStyle w:val="CMRBodySmall"/>
              <w:spacing w:after="80"/>
            </w:pPr>
            <w:r>
              <w:t>Does the answer make sense? ___________________________________________</w:t>
            </w:r>
          </w:p>
        </w:tc>
      </w:tr>
    </w:tbl>
    <w:p w14:paraId="3D24436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A6719B3" w14:textId="77777777">
        <w:tc>
          <w:tcPr>
            <w:tcW w:w="10036" w:type="dxa"/>
            <w:tcMar>
              <w:top w:w="70" w:type="dxa"/>
              <w:left w:w="140" w:type="dxa"/>
              <w:bottom w:w="85" w:type="dxa"/>
              <w:right w:w="140" w:type="dxa"/>
            </w:tcMar>
          </w:tcPr>
          <w:p w14:paraId="333B73FD" w14:textId="77777777" w:rsidR="00BE3968" w:rsidRDefault="00BE3968"/>
          <w:p w14:paraId="0ADD703A" w14:textId="77777777" w:rsidR="00BE3968" w:rsidRDefault="00CA6E70">
            <w:pPr>
              <w:pStyle w:val="CMRBodySmall"/>
            </w:pPr>
            <w:r>
              <w:rPr>
                <w:b/>
              </w:rPr>
              <w:t>PROBLEM S2-110</w:t>
            </w:r>
          </w:p>
          <w:p w14:paraId="6C272733" w14:textId="77777777" w:rsidR="00BE3968" w:rsidRDefault="00CA6E70">
            <w:r>
              <w:t>Maria compares two packs of notebooks. The 8-pack costs $18.00. The 4-pack costs $10.00. The 8-pack has a brighter label. Which pack is cheaper per notebook, and what is the price of one notebook in that pack?</w:t>
            </w:r>
          </w:p>
          <w:p w14:paraId="3517D054" w14:textId="77777777" w:rsidR="00BE3968" w:rsidRDefault="00CA6E70">
            <w:pPr>
              <w:pStyle w:val="CMRBodySmall"/>
              <w:spacing w:after="40"/>
            </w:pPr>
            <w:r>
              <w:rPr>
                <w:b/>
              </w:rPr>
              <w:t>STEP 1 — WHAT DO THEY WANT?</w:t>
            </w:r>
          </w:p>
          <w:p w14:paraId="6DA009A5" w14:textId="77777777" w:rsidR="00BE3968" w:rsidRDefault="00CA6E70">
            <w:pPr>
              <w:pStyle w:val="CMRBodySmall"/>
              <w:spacing w:after="80"/>
            </w:pPr>
            <w:r>
              <w:t>I need to find: _________________________________________________________</w:t>
            </w:r>
          </w:p>
          <w:p w14:paraId="2F9EE4B2" w14:textId="77777777" w:rsidR="00BE3968" w:rsidRDefault="00CA6E70">
            <w:pPr>
              <w:pStyle w:val="CMRBodySmall"/>
              <w:spacing w:after="40"/>
            </w:pPr>
            <w:r>
              <w:rPr>
                <w:b/>
              </w:rPr>
              <w:t>STEP 2 — WHAT DO I KNOW?</w:t>
            </w:r>
          </w:p>
          <w:p w14:paraId="7DB84DE9" w14:textId="77777777" w:rsidR="00BE3968" w:rsidRDefault="00CA6E70">
            <w:pPr>
              <w:pStyle w:val="CMRBodySmall"/>
              <w:spacing w:after="40"/>
            </w:pPr>
            <w:r>
              <w:t>Useful facts: __________________________________________________________</w:t>
            </w:r>
          </w:p>
          <w:p w14:paraId="2291EE44" w14:textId="77777777" w:rsidR="00BE3968" w:rsidRDefault="00CA6E70">
            <w:pPr>
              <w:pStyle w:val="CMRBodySmall"/>
            </w:pPr>
            <w:r>
              <w:t>____________________________________________________________________</w:t>
            </w:r>
          </w:p>
          <w:p w14:paraId="536E5BAD" w14:textId="77777777" w:rsidR="00BE3968" w:rsidRDefault="00CA6E70">
            <w:pPr>
              <w:pStyle w:val="CMRBodySmall"/>
              <w:spacing w:after="40"/>
            </w:pPr>
            <w:r>
              <w:rPr>
                <w:b/>
              </w:rPr>
              <w:t>STEP 3 — HOW DO I FIND IT?</w:t>
            </w:r>
          </w:p>
          <w:p w14:paraId="4BBFE5CC" w14:textId="77777777" w:rsidR="00BE3968" w:rsidRDefault="00CA6E70">
            <w:pPr>
              <w:pStyle w:val="CMRBodySmall"/>
              <w:spacing w:after="100"/>
            </w:pPr>
            <w:r>
              <w:t>My work: ____________________________________________________________</w:t>
            </w:r>
          </w:p>
          <w:p w14:paraId="1BDF96CF" w14:textId="77777777" w:rsidR="00BE3968" w:rsidRDefault="00CA6E70">
            <w:pPr>
              <w:pStyle w:val="CMRBodySmall"/>
              <w:spacing w:after="100"/>
            </w:pPr>
            <w:r>
              <w:t>____________________________________________________________________</w:t>
            </w:r>
          </w:p>
          <w:p w14:paraId="6BA9328D" w14:textId="77777777" w:rsidR="00BE3968" w:rsidRDefault="00CA6E70">
            <w:pPr>
              <w:pStyle w:val="CMRBodySmall"/>
              <w:spacing w:after="100"/>
            </w:pPr>
            <w:r>
              <w:t>____________________________________________________________________</w:t>
            </w:r>
          </w:p>
          <w:p w14:paraId="550543A2" w14:textId="77777777" w:rsidR="00BE3968" w:rsidRDefault="00CA6E70">
            <w:pPr>
              <w:pStyle w:val="CMRBodySmall"/>
              <w:spacing w:after="100"/>
            </w:pPr>
            <w:r>
              <w:t>Answer with units: __________________________________________________</w:t>
            </w:r>
          </w:p>
          <w:p w14:paraId="460073CB" w14:textId="77777777" w:rsidR="00BE3968" w:rsidRDefault="00CA6E70">
            <w:pPr>
              <w:pStyle w:val="CMRBodySmall"/>
              <w:spacing w:after="80"/>
            </w:pPr>
            <w:r>
              <w:t>Does the answer make sense? ___________________________________________</w:t>
            </w:r>
          </w:p>
        </w:tc>
      </w:tr>
    </w:tbl>
    <w:p w14:paraId="0051B189" w14:textId="77777777" w:rsidR="00BE3968" w:rsidRDefault="00CA6E70">
      <w:r>
        <w:br w:type="page"/>
      </w:r>
    </w:p>
    <w:p w14:paraId="59148F83" w14:textId="77777777" w:rsidR="00BE3968" w:rsidRDefault="00CA6E70">
      <w:pPr>
        <w:pStyle w:val="CMRSmallLabel"/>
        <w:spacing w:after="60"/>
      </w:pPr>
      <w:r>
        <w:rPr>
          <w:b w:val="0"/>
        </w:rPr>
        <w:t>SECTION 2  |  TOPIC 12  |  PRACTICE PAGE 1/5</w:t>
      </w:r>
    </w:p>
    <w:p w14:paraId="04D27E05" w14:textId="77777777" w:rsidR="00BE3968" w:rsidRDefault="00CA6E70">
      <w:pPr>
        <w:pStyle w:val="CMRPageTitle"/>
        <w:spacing w:after="60"/>
      </w:pPr>
      <w:r>
        <w:rPr>
          <w:b w:val="0"/>
        </w:rPr>
        <w:t>Store discounts</w:t>
      </w:r>
    </w:p>
    <w:p w14:paraId="1A39371F" w14:textId="77777777" w:rsidR="00BE3968" w:rsidRDefault="00CA6E70">
      <w:pPr>
        <w:pStyle w:val="CMRBodySmall"/>
        <w:spacing w:after="100"/>
      </w:pPr>
      <w:r>
        <w:t>Use the same three steps: Find the amount saved and the price after a sale discount.</w:t>
      </w:r>
    </w:p>
    <w:tbl>
      <w:tblPr>
        <w:tblW w:w="0" w:type="auto"/>
        <w:tblLayout w:type="fixed"/>
        <w:tblLook w:val="04A0" w:firstRow="1" w:lastRow="0" w:firstColumn="1" w:lastColumn="0" w:noHBand="0" w:noVBand="1"/>
      </w:tblPr>
      <w:tblGrid>
        <w:gridCol w:w="10036"/>
      </w:tblGrid>
      <w:tr w:rsidR="00BE3968" w14:paraId="4A5811F6" w14:textId="77777777">
        <w:tc>
          <w:tcPr>
            <w:tcW w:w="10036" w:type="dxa"/>
            <w:shd w:val="clear" w:color="auto" w:fill="F5F8F9"/>
            <w:tcMar>
              <w:top w:w="70" w:type="dxa"/>
              <w:left w:w="140" w:type="dxa"/>
              <w:bottom w:w="85" w:type="dxa"/>
              <w:right w:w="140" w:type="dxa"/>
            </w:tcMar>
          </w:tcPr>
          <w:p w14:paraId="200467AC" w14:textId="77777777" w:rsidR="00BE3968" w:rsidRDefault="00BE3968"/>
          <w:p w14:paraId="6409E8EE" w14:textId="77777777" w:rsidR="00BE3968" w:rsidRDefault="00CA6E70">
            <w:pPr>
              <w:pStyle w:val="CMRBodySmall"/>
            </w:pPr>
            <w:r>
              <w:rPr>
                <w:b/>
              </w:rPr>
              <w:t>PROBLEM S2-111</w:t>
            </w:r>
          </w:p>
          <w:p w14:paraId="6B39DC2F" w14:textId="77777777" w:rsidR="00BE3968" w:rsidRDefault="00CA6E70">
            <w:r>
              <w:t>James has a 50%-off coupon for one item. James uses it on a jacket that costs $20.00. A pair of gloves costs $5.00, but the coupon cannot be used on them and James does not buy them. What is the price of the jacket after the coupon, before tax?</w:t>
            </w:r>
          </w:p>
          <w:p w14:paraId="25C0DC3B" w14:textId="77777777" w:rsidR="00BE3968" w:rsidRDefault="00CA6E70">
            <w:pPr>
              <w:pStyle w:val="CMRBodySmall"/>
              <w:spacing w:after="40"/>
            </w:pPr>
            <w:r>
              <w:rPr>
                <w:b/>
              </w:rPr>
              <w:t>STEP 1 — WHAT DO THEY WANT?</w:t>
            </w:r>
          </w:p>
          <w:p w14:paraId="72CD7F4C" w14:textId="77777777" w:rsidR="00BE3968" w:rsidRDefault="00CA6E70">
            <w:pPr>
              <w:pStyle w:val="CMRBodySmall"/>
              <w:spacing w:after="80"/>
            </w:pPr>
            <w:r>
              <w:t>I need to find: _________________________________________________________</w:t>
            </w:r>
          </w:p>
          <w:p w14:paraId="50998BD5" w14:textId="77777777" w:rsidR="00BE3968" w:rsidRDefault="00CA6E70">
            <w:pPr>
              <w:pStyle w:val="CMRBodySmall"/>
              <w:spacing w:after="40"/>
            </w:pPr>
            <w:r>
              <w:rPr>
                <w:b/>
              </w:rPr>
              <w:t>STEP 2 — WHAT DO I KNOW?</w:t>
            </w:r>
          </w:p>
          <w:p w14:paraId="2D9642B9" w14:textId="77777777" w:rsidR="00BE3968" w:rsidRDefault="00CA6E70">
            <w:pPr>
              <w:pStyle w:val="CMRBodySmall"/>
              <w:spacing w:after="40"/>
            </w:pPr>
            <w:r>
              <w:t>Useful facts: __________________________________________________________</w:t>
            </w:r>
          </w:p>
          <w:p w14:paraId="788A6C99" w14:textId="77777777" w:rsidR="00BE3968" w:rsidRDefault="00CA6E70">
            <w:pPr>
              <w:pStyle w:val="CMRBodySmall"/>
            </w:pPr>
            <w:r>
              <w:t>____________________________________________________________________</w:t>
            </w:r>
          </w:p>
          <w:p w14:paraId="71752F07" w14:textId="77777777" w:rsidR="00BE3968" w:rsidRDefault="00CA6E70">
            <w:pPr>
              <w:pStyle w:val="CMRBodySmall"/>
              <w:spacing w:after="40"/>
            </w:pPr>
            <w:r>
              <w:rPr>
                <w:b/>
              </w:rPr>
              <w:t>STEP 3 — HOW DO I FIND IT?</w:t>
            </w:r>
          </w:p>
          <w:p w14:paraId="379A0CB7" w14:textId="77777777" w:rsidR="00BE3968" w:rsidRDefault="00CA6E70">
            <w:pPr>
              <w:pStyle w:val="CMRBodySmall"/>
              <w:spacing w:after="100"/>
            </w:pPr>
            <w:r>
              <w:t>My work: ____________________________________________________________</w:t>
            </w:r>
          </w:p>
          <w:p w14:paraId="2BE694FC" w14:textId="77777777" w:rsidR="00BE3968" w:rsidRDefault="00CA6E70">
            <w:pPr>
              <w:pStyle w:val="CMRBodySmall"/>
              <w:spacing w:after="100"/>
            </w:pPr>
            <w:r>
              <w:t>____________________________________________________________________</w:t>
            </w:r>
          </w:p>
          <w:p w14:paraId="47EE4C7B" w14:textId="77777777" w:rsidR="00BE3968" w:rsidRDefault="00CA6E70">
            <w:pPr>
              <w:pStyle w:val="CMRBodySmall"/>
              <w:spacing w:after="100"/>
            </w:pPr>
            <w:r>
              <w:t>____________________________________________________________________</w:t>
            </w:r>
          </w:p>
          <w:p w14:paraId="1BF8E8B9" w14:textId="77777777" w:rsidR="00BE3968" w:rsidRDefault="00CA6E70">
            <w:pPr>
              <w:pStyle w:val="CMRBodySmall"/>
              <w:spacing w:after="100"/>
            </w:pPr>
            <w:r>
              <w:t>Answer with units: __________________________________________________</w:t>
            </w:r>
          </w:p>
          <w:p w14:paraId="3704B31C" w14:textId="77777777" w:rsidR="00BE3968" w:rsidRDefault="00CA6E70">
            <w:pPr>
              <w:pStyle w:val="CMRBodySmall"/>
              <w:spacing w:after="80"/>
            </w:pPr>
            <w:r>
              <w:t>Does the answer make sense? ___________________________________________</w:t>
            </w:r>
          </w:p>
        </w:tc>
      </w:tr>
    </w:tbl>
    <w:p w14:paraId="2FB5ED9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F6676B3" w14:textId="77777777">
        <w:tc>
          <w:tcPr>
            <w:tcW w:w="10036" w:type="dxa"/>
            <w:tcMar>
              <w:top w:w="70" w:type="dxa"/>
              <w:left w:w="140" w:type="dxa"/>
              <w:bottom w:w="85" w:type="dxa"/>
              <w:right w:w="140" w:type="dxa"/>
            </w:tcMar>
          </w:tcPr>
          <w:p w14:paraId="7167E6C2" w14:textId="77777777" w:rsidR="00BE3968" w:rsidRDefault="00BE3968"/>
          <w:p w14:paraId="3A0C8FD2" w14:textId="77777777" w:rsidR="00BE3968" w:rsidRDefault="00CA6E70">
            <w:pPr>
              <w:pStyle w:val="CMRBodySmall"/>
            </w:pPr>
            <w:r>
              <w:rPr>
                <w:b/>
              </w:rPr>
              <w:t>PROBLEM S2-112</w:t>
            </w:r>
          </w:p>
          <w:p w14:paraId="0EF64222" w14:textId="77777777" w:rsidR="00BE3968" w:rsidRDefault="00CA6E70">
            <w:r>
              <w:t>Felicia sees a work shirt marked $80.00 with a 25% discount. A hat on the same rack costs $5.00, but Felicia buys only the work shirt. What is the sale price of the work shirt before tax?</w:t>
            </w:r>
          </w:p>
          <w:p w14:paraId="1853D9D6" w14:textId="77777777" w:rsidR="00BE3968" w:rsidRDefault="00CA6E70">
            <w:pPr>
              <w:pStyle w:val="CMRBodySmall"/>
              <w:spacing w:after="40"/>
            </w:pPr>
            <w:r>
              <w:rPr>
                <w:b/>
              </w:rPr>
              <w:t>STEP 1 — WHAT DO THEY WANT?</w:t>
            </w:r>
          </w:p>
          <w:p w14:paraId="63D8A528" w14:textId="77777777" w:rsidR="00BE3968" w:rsidRDefault="00CA6E70">
            <w:pPr>
              <w:pStyle w:val="CMRBodySmall"/>
              <w:spacing w:after="80"/>
            </w:pPr>
            <w:r>
              <w:t>I need to find: _________________________________________________________</w:t>
            </w:r>
          </w:p>
          <w:p w14:paraId="0944D523" w14:textId="77777777" w:rsidR="00BE3968" w:rsidRDefault="00CA6E70">
            <w:pPr>
              <w:pStyle w:val="CMRBodySmall"/>
              <w:spacing w:after="40"/>
            </w:pPr>
            <w:r>
              <w:rPr>
                <w:b/>
              </w:rPr>
              <w:t>STEP 2 — WHAT DO I KNOW?</w:t>
            </w:r>
          </w:p>
          <w:p w14:paraId="30B15EE1" w14:textId="77777777" w:rsidR="00BE3968" w:rsidRDefault="00CA6E70">
            <w:pPr>
              <w:pStyle w:val="CMRBodySmall"/>
              <w:spacing w:after="40"/>
            </w:pPr>
            <w:r>
              <w:t>Useful facts: __________________________________________________________</w:t>
            </w:r>
          </w:p>
          <w:p w14:paraId="1F91BC4D" w14:textId="77777777" w:rsidR="00BE3968" w:rsidRDefault="00CA6E70">
            <w:pPr>
              <w:pStyle w:val="CMRBodySmall"/>
            </w:pPr>
            <w:r>
              <w:t>____________________________________________________________________</w:t>
            </w:r>
          </w:p>
          <w:p w14:paraId="34F1924A" w14:textId="77777777" w:rsidR="00BE3968" w:rsidRDefault="00CA6E70">
            <w:pPr>
              <w:pStyle w:val="CMRBodySmall"/>
              <w:spacing w:after="40"/>
            </w:pPr>
            <w:r>
              <w:rPr>
                <w:b/>
              </w:rPr>
              <w:t>STEP 3 — HOW DO I FIND IT?</w:t>
            </w:r>
          </w:p>
          <w:p w14:paraId="32860331" w14:textId="77777777" w:rsidR="00BE3968" w:rsidRDefault="00CA6E70">
            <w:pPr>
              <w:pStyle w:val="CMRBodySmall"/>
              <w:spacing w:after="100"/>
            </w:pPr>
            <w:r>
              <w:t>My work: ____________________________________________________________</w:t>
            </w:r>
          </w:p>
          <w:p w14:paraId="5A352E44" w14:textId="77777777" w:rsidR="00BE3968" w:rsidRDefault="00CA6E70">
            <w:pPr>
              <w:pStyle w:val="CMRBodySmall"/>
              <w:spacing w:after="100"/>
            </w:pPr>
            <w:r>
              <w:t>____________________________________________________________________</w:t>
            </w:r>
          </w:p>
          <w:p w14:paraId="453CBAC6" w14:textId="77777777" w:rsidR="00BE3968" w:rsidRDefault="00CA6E70">
            <w:pPr>
              <w:pStyle w:val="CMRBodySmall"/>
              <w:spacing w:after="100"/>
            </w:pPr>
            <w:r>
              <w:t>____________________________________________________________________</w:t>
            </w:r>
          </w:p>
          <w:p w14:paraId="45D61020" w14:textId="77777777" w:rsidR="00BE3968" w:rsidRDefault="00CA6E70">
            <w:pPr>
              <w:pStyle w:val="CMRBodySmall"/>
              <w:spacing w:after="100"/>
            </w:pPr>
            <w:r>
              <w:t>Answer with units: __________________________________________________</w:t>
            </w:r>
          </w:p>
          <w:p w14:paraId="40357F6E" w14:textId="77777777" w:rsidR="00BE3968" w:rsidRDefault="00CA6E70">
            <w:pPr>
              <w:pStyle w:val="CMRBodySmall"/>
              <w:spacing w:after="80"/>
            </w:pPr>
            <w:r>
              <w:t>Does the answer make sense? ___________________________________________</w:t>
            </w:r>
          </w:p>
        </w:tc>
      </w:tr>
    </w:tbl>
    <w:p w14:paraId="78E4A5C3" w14:textId="77777777" w:rsidR="00BE3968" w:rsidRDefault="00CA6E70">
      <w:r>
        <w:br w:type="page"/>
      </w:r>
    </w:p>
    <w:p w14:paraId="76B829E4" w14:textId="77777777" w:rsidR="00BE3968" w:rsidRDefault="00CA6E70">
      <w:pPr>
        <w:pStyle w:val="CMRSmallLabel"/>
        <w:spacing w:after="60"/>
      </w:pPr>
      <w:r>
        <w:rPr>
          <w:b w:val="0"/>
        </w:rPr>
        <w:t>SECTION 2  |  TOPIC 12  |  PRACTICE PAGE 2/5</w:t>
      </w:r>
    </w:p>
    <w:p w14:paraId="122BFA01" w14:textId="77777777" w:rsidR="00BE3968" w:rsidRDefault="00CA6E70">
      <w:pPr>
        <w:pStyle w:val="CMRPageTitle"/>
        <w:spacing w:after="60"/>
      </w:pPr>
      <w:r>
        <w:rPr>
          <w:b w:val="0"/>
        </w:rPr>
        <w:t>Store discounts</w:t>
      </w:r>
    </w:p>
    <w:p w14:paraId="3C22BAA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A46950E" w14:textId="77777777">
        <w:tc>
          <w:tcPr>
            <w:tcW w:w="10036" w:type="dxa"/>
            <w:shd w:val="clear" w:color="auto" w:fill="F5F8F9"/>
            <w:tcMar>
              <w:top w:w="70" w:type="dxa"/>
              <w:left w:w="140" w:type="dxa"/>
              <w:bottom w:w="85" w:type="dxa"/>
              <w:right w:w="140" w:type="dxa"/>
            </w:tcMar>
          </w:tcPr>
          <w:p w14:paraId="1B604F2C" w14:textId="77777777" w:rsidR="00BE3968" w:rsidRDefault="00BE3968"/>
          <w:p w14:paraId="58CA1A08" w14:textId="77777777" w:rsidR="00BE3968" w:rsidRDefault="00CA6E70">
            <w:pPr>
              <w:pStyle w:val="CMRBodySmall"/>
            </w:pPr>
            <w:r>
              <w:rPr>
                <w:b/>
              </w:rPr>
              <w:t>PROBLEM S2-113</w:t>
            </w:r>
          </w:p>
          <w:p w14:paraId="5C5596F2" w14:textId="77777777" w:rsidR="00BE3968" w:rsidRDefault="00CA6E70">
            <w:r>
              <w:t>A pair of shoes is regularly $100.00. Today it is 25% off. Monica also looks at a $7.00 belt but decides not to buy it. How much does Monica pay for the pair of shoes before tax?</w:t>
            </w:r>
          </w:p>
          <w:p w14:paraId="5A8CAD49" w14:textId="77777777" w:rsidR="00BE3968" w:rsidRDefault="00CA6E70">
            <w:pPr>
              <w:pStyle w:val="CMRBodySmall"/>
              <w:spacing w:after="40"/>
            </w:pPr>
            <w:r>
              <w:rPr>
                <w:b/>
              </w:rPr>
              <w:t>STEP 1 — WHAT DO THEY WANT?</w:t>
            </w:r>
          </w:p>
          <w:p w14:paraId="61E0AE85" w14:textId="77777777" w:rsidR="00BE3968" w:rsidRDefault="00CA6E70">
            <w:pPr>
              <w:pStyle w:val="CMRBodySmall"/>
              <w:spacing w:after="80"/>
            </w:pPr>
            <w:r>
              <w:t>I need to find: _________________________________________________________</w:t>
            </w:r>
          </w:p>
          <w:p w14:paraId="03941ED4" w14:textId="77777777" w:rsidR="00BE3968" w:rsidRDefault="00CA6E70">
            <w:pPr>
              <w:pStyle w:val="CMRBodySmall"/>
              <w:spacing w:after="40"/>
            </w:pPr>
            <w:r>
              <w:rPr>
                <w:b/>
              </w:rPr>
              <w:t>STEP 2 — WHAT DO I KNOW?</w:t>
            </w:r>
          </w:p>
          <w:p w14:paraId="646F5DD1" w14:textId="77777777" w:rsidR="00BE3968" w:rsidRDefault="00CA6E70">
            <w:pPr>
              <w:pStyle w:val="CMRBodySmall"/>
              <w:spacing w:after="40"/>
            </w:pPr>
            <w:r>
              <w:t>Useful facts: __________________________________________________________</w:t>
            </w:r>
          </w:p>
          <w:p w14:paraId="1F6EFA9D" w14:textId="77777777" w:rsidR="00BE3968" w:rsidRDefault="00CA6E70">
            <w:pPr>
              <w:pStyle w:val="CMRBodySmall"/>
            </w:pPr>
            <w:r>
              <w:t>____________________________________________________________________</w:t>
            </w:r>
          </w:p>
          <w:p w14:paraId="7F910AC9" w14:textId="77777777" w:rsidR="00BE3968" w:rsidRDefault="00CA6E70">
            <w:pPr>
              <w:pStyle w:val="CMRBodySmall"/>
              <w:spacing w:after="40"/>
            </w:pPr>
            <w:r>
              <w:rPr>
                <w:b/>
              </w:rPr>
              <w:t>STEP 3 — HOW DO I FIND IT?</w:t>
            </w:r>
          </w:p>
          <w:p w14:paraId="7A57B23C" w14:textId="77777777" w:rsidR="00BE3968" w:rsidRDefault="00CA6E70">
            <w:pPr>
              <w:pStyle w:val="CMRBodySmall"/>
              <w:spacing w:after="100"/>
            </w:pPr>
            <w:r>
              <w:t>My work: ____________________________________________________________</w:t>
            </w:r>
          </w:p>
          <w:p w14:paraId="115D9352" w14:textId="77777777" w:rsidR="00BE3968" w:rsidRDefault="00CA6E70">
            <w:pPr>
              <w:pStyle w:val="CMRBodySmall"/>
              <w:spacing w:after="100"/>
            </w:pPr>
            <w:r>
              <w:t>____________________________________________________________________</w:t>
            </w:r>
          </w:p>
          <w:p w14:paraId="4DE97D71" w14:textId="77777777" w:rsidR="00BE3968" w:rsidRDefault="00CA6E70">
            <w:pPr>
              <w:pStyle w:val="CMRBodySmall"/>
              <w:spacing w:after="100"/>
            </w:pPr>
            <w:r>
              <w:t>____________________________________________________________________</w:t>
            </w:r>
          </w:p>
          <w:p w14:paraId="117E2AED" w14:textId="77777777" w:rsidR="00BE3968" w:rsidRDefault="00CA6E70">
            <w:pPr>
              <w:pStyle w:val="CMRBodySmall"/>
              <w:spacing w:after="100"/>
            </w:pPr>
            <w:r>
              <w:t>Answer with units: __________________________________________________</w:t>
            </w:r>
          </w:p>
          <w:p w14:paraId="30417587" w14:textId="77777777" w:rsidR="00BE3968" w:rsidRDefault="00CA6E70">
            <w:pPr>
              <w:pStyle w:val="CMRBodySmall"/>
              <w:spacing w:after="80"/>
            </w:pPr>
            <w:r>
              <w:t>Does the answer make sense? ___________________________________________</w:t>
            </w:r>
          </w:p>
        </w:tc>
      </w:tr>
    </w:tbl>
    <w:p w14:paraId="60D1323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3502DDB" w14:textId="77777777">
        <w:tc>
          <w:tcPr>
            <w:tcW w:w="10036" w:type="dxa"/>
            <w:tcMar>
              <w:top w:w="70" w:type="dxa"/>
              <w:left w:w="140" w:type="dxa"/>
              <w:bottom w:w="85" w:type="dxa"/>
              <w:right w:w="140" w:type="dxa"/>
            </w:tcMar>
          </w:tcPr>
          <w:p w14:paraId="547F8885" w14:textId="77777777" w:rsidR="00BE3968" w:rsidRDefault="00BE3968"/>
          <w:p w14:paraId="3BA546C9" w14:textId="77777777" w:rsidR="00BE3968" w:rsidRDefault="00CA6E70">
            <w:pPr>
              <w:pStyle w:val="CMRBodySmall"/>
            </w:pPr>
            <w:r>
              <w:rPr>
                <w:b/>
              </w:rPr>
              <w:t>PROBLEM S2-114</w:t>
            </w:r>
          </w:p>
          <w:p w14:paraId="4E995925" w14:textId="77777777" w:rsidR="00BE3968" w:rsidRDefault="00CA6E70">
            <w:r>
              <w:t>Rosa has a 10%-off coupon for one item. Rosa uses it on a winter coat that costs $60.00. A pair of gloves costs $5.00, but the coupon cannot be used on them and Rosa does not buy them. What is the price of the winter coat after the coupon, before tax?</w:t>
            </w:r>
          </w:p>
          <w:p w14:paraId="6BFDCF42" w14:textId="77777777" w:rsidR="00BE3968" w:rsidRDefault="00CA6E70">
            <w:pPr>
              <w:pStyle w:val="CMRBodySmall"/>
              <w:spacing w:after="40"/>
            </w:pPr>
            <w:r>
              <w:rPr>
                <w:b/>
              </w:rPr>
              <w:t>STEP 1 — WHAT DO THEY WANT?</w:t>
            </w:r>
          </w:p>
          <w:p w14:paraId="0305099F" w14:textId="77777777" w:rsidR="00BE3968" w:rsidRDefault="00CA6E70">
            <w:pPr>
              <w:pStyle w:val="CMRBodySmall"/>
              <w:spacing w:after="80"/>
            </w:pPr>
            <w:r>
              <w:t>I need to find: _________________________________________________________</w:t>
            </w:r>
          </w:p>
          <w:p w14:paraId="734EC8F0" w14:textId="77777777" w:rsidR="00BE3968" w:rsidRDefault="00CA6E70">
            <w:pPr>
              <w:pStyle w:val="CMRBodySmall"/>
              <w:spacing w:after="40"/>
            </w:pPr>
            <w:r>
              <w:rPr>
                <w:b/>
              </w:rPr>
              <w:t>STEP 2 — WHAT DO I KNOW?</w:t>
            </w:r>
          </w:p>
          <w:p w14:paraId="307F9787" w14:textId="77777777" w:rsidR="00BE3968" w:rsidRDefault="00CA6E70">
            <w:pPr>
              <w:pStyle w:val="CMRBodySmall"/>
              <w:spacing w:after="40"/>
            </w:pPr>
            <w:r>
              <w:t>Useful facts: __________________________________________________________</w:t>
            </w:r>
          </w:p>
          <w:p w14:paraId="29E4D5A9" w14:textId="77777777" w:rsidR="00BE3968" w:rsidRDefault="00CA6E70">
            <w:pPr>
              <w:pStyle w:val="CMRBodySmall"/>
            </w:pPr>
            <w:r>
              <w:t>____________________________________________________________________</w:t>
            </w:r>
          </w:p>
          <w:p w14:paraId="4AE5700A" w14:textId="77777777" w:rsidR="00BE3968" w:rsidRDefault="00CA6E70">
            <w:pPr>
              <w:pStyle w:val="CMRBodySmall"/>
              <w:spacing w:after="40"/>
            </w:pPr>
            <w:r>
              <w:rPr>
                <w:b/>
              </w:rPr>
              <w:t>STEP 3 — HOW DO I FIND IT?</w:t>
            </w:r>
          </w:p>
          <w:p w14:paraId="5F07F996" w14:textId="77777777" w:rsidR="00BE3968" w:rsidRDefault="00CA6E70">
            <w:pPr>
              <w:pStyle w:val="CMRBodySmall"/>
              <w:spacing w:after="100"/>
            </w:pPr>
            <w:r>
              <w:t>My work: ____________________________________________________________</w:t>
            </w:r>
          </w:p>
          <w:p w14:paraId="4FFED40C" w14:textId="77777777" w:rsidR="00BE3968" w:rsidRDefault="00CA6E70">
            <w:pPr>
              <w:pStyle w:val="CMRBodySmall"/>
              <w:spacing w:after="100"/>
            </w:pPr>
            <w:r>
              <w:t>____________________________________________________________________</w:t>
            </w:r>
          </w:p>
          <w:p w14:paraId="7E19A10E" w14:textId="77777777" w:rsidR="00BE3968" w:rsidRDefault="00CA6E70">
            <w:pPr>
              <w:pStyle w:val="CMRBodySmall"/>
              <w:spacing w:after="100"/>
            </w:pPr>
            <w:r>
              <w:t>____________________________________________________________________</w:t>
            </w:r>
          </w:p>
          <w:p w14:paraId="384487FA" w14:textId="77777777" w:rsidR="00BE3968" w:rsidRDefault="00CA6E70">
            <w:pPr>
              <w:pStyle w:val="CMRBodySmall"/>
              <w:spacing w:after="100"/>
            </w:pPr>
            <w:r>
              <w:t>Answer with units: __________________________________________________</w:t>
            </w:r>
          </w:p>
          <w:p w14:paraId="38215F42" w14:textId="77777777" w:rsidR="00BE3968" w:rsidRDefault="00CA6E70">
            <w:pPr>
              <w:pStyle w:val="CMRBodySmall"/>
              <w:spacing w:after="80"/>
            </w:pPr>
            <w:r>
              <w:t>Does the answer make sense? ___________________________________________</w:t>
            </w:r>
          </w:p>
        </w:tc>
      </w:tr>
    </w:tbl>
    <w:p w14:paraId="65FC2451" w14:textId="77777777" w:rsidR="00BE3968" w:rsidRDefault="00CA6E70">
      <w:r>
        <w:br w:type="page"/>
      </w:r>
    </w:p>
    <w:p w14:paraId="150A17B6" w14:textId="77777777" w:rsidR="00BE3968" w:rsidRDefault="00CA6E70">
      <w:pPr>
        <w:pStyle w:val="CMRSmallLabel"/>
        <w:spacing w:after="60"/>
      </w:pPr>
      <w:r>
        <w:rPr>
          <w:b w:val="0"/>
        </w:rPr>
        <w:t>SECTION 2  |  TOPIC 12  |  PRACTICE PAGE 3/5</w:t>
      </w:r>
    </w:p>
    <w:p w14:paraId="3F3C6441" w14:textId="77777777" w:rsidR="00BE3968" w:rsidRDefault="00CA6E70">
      <w:pPr>
        <w:pStyle w:val="CMRPageTitle"/>
        <w:spacing w:after="60"/>
      </w:pPr>
      <w:r>
        <w:rPr>
          <w:b w:val="0"/>
        </w:rPr>
        <w:t>Store discounts</w:t>
      </w:r>
    </w:p>
    <w:p w14:paraId="0ADEE1D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5118F68" w14:textId="77777777">
        <w:tc>
          <w:tcPr>
            <w:tcW w:w="10036" w:type="dxa"/>
            <w:shd w:val="clear" w:color="auto" w:fill="F5F8F9"/>
            <w:tcMar>
              <w:top w:w="70" w:type="dxa"/>
              <w:left w:w="140" w:type="dxa"/>
              <w:bottom w:w="85" w:type="dxa"/>
              <w:right w:w="140" w:type="dxa"/>
            </w:tcMar>
          </w:tcPr>
          <w:p w14:paraId="238BA35E" w14:textId="77777777" w:rsidR="00BE3968" w:rsidRDefault="00BE3968"/>
          <w:p w14:paraId="3F071CF3" w14:textId="77777777" w:rsidR="00BE3968" w:rsidRDefault="00CA6E70">
            <w:pPr>
              <w:pStyle w:val="CMRBodySmall"/>
            </w:pPr>
            <w:r>
              <w:rPr>
                <w:b/>
              </w:rPr>
              <w:t>PROBLEM S2-115</w:t>
            </w:r>
          </w:p>
          <w:p w14:paraId="0EEE5AEA" w14:textId="77777777" w:rsidR="00BE3968" w:rsidRDefault="00CA6E70">
            <w:r>
              <w:t>Jasmine sees a jacket marked $50.00 with a 25% discount. A hat on the same rack costs $9.00, but Jasmine buys only the jacket. What is the sale price of the jacket before tax?</w:t>
            </w:r>
          </w:p>
          <w:p w14:paraId="6922852B" w14:textId="77777777" w:rsidR="00BE3968" w:rsidRDefault="00CA6E70">
            <w:pPr>
              <w:pStyle w:val="CMRBodySmall"/>
              <w:spacing w:after="40"/>
            </w:pPr>
            <w:r>
              <w:rPr>
                <w:b/>
              </w:rPr>
              <w:t>STEP 1 — WHAT DO THEY WANT?</w:t>
            </w:r>
          </w:p>
          <w:p w14:paraId="6C5BAB5E" w14:textId="77777777" w:rsidR="00BE3968" w:rsidRDefault="00CA6E70">
            <w:pPr>
              <w:pStyle w:val="CMRBodySmall"/>
              <w:spacing w:after="80"/>
            </w:pPr>
            <w:r>
              <w:t>I need to find: _________________________________________________________</w:t>
            </w:r>
          </w:p>
          <w:p w14:paraId="13CA32CE" w14:textId="77777777" w:rsidR="00BE3968" w:rsidRDefault="00CA6E70">
            <w:pPr>
              <w:pStyle w:val="CMRBodySmall"/>
              <w:spacing w:after="40"/>
            </w:pPr>
            <w:r>
              <w:rPr>
                <w:b/>
              </w:rPr>
              <w:t>STEP 2 — WHAT DO I KNOW?</w:t>
            </w:r>
          </w:p>
          <w:p w14:paraId="4F0BD3D7" w14:textId="77777777" w:rsidR="00BE3968" w:rsidRDefault="00CA6E70">
            <w:pPr>
              <w:pStyle w:val="CMRBodySmall"/>
              <w:spacing w:after="40"/>
            </w:pPr>
            <w:r>
              <w:t>Useful facts: __________________________________________________________</w:t>
            </w:r>
          </w:p>
          <w:p w14:paraId="13CAB221" w14:textId="77777777" w:rsidR="00BE3968" w:rsidRDefault="00CA6E70">
            <w:pPr>
              <w:pStyle w:val="CMRBodySmall"/>
            </w:pPr>
            <w:r>
              <w:t>____________________________________________________________________</w:t>
            </w:r>
          </w:p>
          <w:p w14:paraId="6220595A" w14:textId="77777777" w:rsidR="00BE3968" w:rsidRDefault="00CA6E70">
            <w:pPr>
              <w:pStyle w:val="CMRBodySmall"/>
              <w:spacing w:after="40"/>
            </w:pPr>
            <w:r>
              <w:rPr>
                <w:b/>
              </w:rPr>
              <w:t>STEP 3 — HOW DO I FIND IT?</w:t>
            </w:r>
          </w:p>
          <w:p w14:paraId="0E10C8D6" w14:textId="77777777" w:rsidR="00BE3968" w:rsidRDefault="00CA6E70">
            <w:pPr>
              <w:pStyle w:val="CMRBodySmall"/>
              <w:spacing w:after="100"/>
            </w:pPr>
            <w:r>
              <w:t>My work: ____________________________________________________________</w:t>
            </w:r>
          </w:p>
          <w:p w14:paraId="34F565E0" w14:textId="77777777" w:rsidR="00BE3968" w:rsidRDefault="00CA6E70">
            <w:pPr>
              <w:pStyle w:val="CMRBodySmall"/>
              <w:spacing w:after="100"/>
            </w:pPr>
            <w:r>
              <w:t>____________________________________________________________________</w:t>
            </w:r>
          </w:p>
          <w:p w14:paraId="45521BB1" w14:textId="77777777" w:rsidR="00BE3968" w:rsidRDefault="00CA6E70">
            <w:pPr>
              <w:pStyle w:val="CMRBodySmall"/>
              <w:spacing w:after="100"/>
            </w:pPr>
            <w:r>
              <w:t>____________________________________________________________________</w:t>
            </w:r>
          </w:p>
          <w:p w14:paraId="79FD1C8E" w14:textId="77777777" w:rsidR="00BE3968" w:rsidRDefault="00CA6E70">
            <w:pPr>
              <w:pStyle w:val="CMRBodySmall"/>
              <w:spacing w:after="100"/>
            </w:pPr>
            <w:r>
              <w:t>Answer with units: __________________________________________________</w:t>
            </w:r>
          </w:p>
          <w:p w14:paraId="7E3D69D2" w14:textId="77777777" w:rsidR="00BE3968" w:rsidRDefault="00CA6E70">
            <w:pPr>
              <w:pStyle w:val="CMRBodySmall"/>
              <w:spacing w:after="80"/>
            </w:pPr>
            <w:r>
              <w:t>Does the answer make sense? ___________________________________________</w:t>
            </w:r>
          </w:p>
        </w:tc>
      </w:tr>
    </w:tbl>
    <w:p w14:paraId="5DB754D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52E5731" w14:textId="77777777">
        <w:tc>
          <w:tcPr>
            <w:tcW w:w="10036" w:type="dxa"/>
            <w:tcMar>
              <w:top w:w="70" w:type="dxa"/>
              <w:left w:w="140" w:type="dxa"/>
              <w:bottom w:w="85" w:type="dxa"/>
              <w:right w:w="140" w:type="dxa"/>
            </w:tcMar>
          </w:tcPr>
          <w:p w14:paraId="5D3E573A" w14:textId="77777777" w:rsidR="00BE3968" w:rsidRDefault="00BE3968"/>
          <w:p w14:paraId="3BA542D5" w14:textId="77777777" w:rsidR="00BE3968" w:rsidRDefault="00CA6E70">
            <w:pPr>
              <w:pStyle w:val="CMRBodySmall"/>
            </w:pPr>
            <w:r>
              <w:rPr>
                <w:b/>
              </w:rPr>
              <w:t>PROBLEM S2-116</w:t>
            </w:r>
          </w:p>
          <w:p w14:paraId="4E01BB65" w14:textId="77777777" w:rsidR="00BE3968" w:rsidRDefault="00CA6E70">
            <w:r>
              <w:t>A work shirt is regularly $80.00. Today it is 25% off. Anthony also looks at a $8.00 belt but decides not to buy it. How much does Anthony pay for the work shirt before tax?</w:t>
            </w:r>
          </w:p>
          <w:p w14:paraId="337EFF9D" w14:textId="77777777" w:rsidR="00BE3968" w:rsidRDefault="00CA6E70">
            <w:pPr>
              <w:pStyle w:val="CMRBodySmall"/>
              <w:spacing w:after="40"/>
            </w:pPr>
            <w:r>
              <w:rPr>
                <w:b/>
              </w:rPr>
              <w:t>STEP 1 — WHAT DO THEY WANT?</w:t>
            </w:r>
          </w:p>
          <w:p w14:paraId="2A20EF6C" w14:textId="77777777" w:rsidR="00BE3968" w:rsidRDefault="00CA6E70">
            <w:pPr>
              <w:pStyle w:val="CMRBodySmall"/>
              <w:spacing w:after="80"/>
            </w:pPr>
            <w:r>
              <w:t>I need to find: _________________________________________________________</w:t>
            </w:r>
          </w:p>
          <w:p w14:paraId="4C8DBD5A" w14:textId="77777777" w:rsidR="00BE3968" w:rsidRDefault="00CA6E70">
            <w:pPr>
              <w:pStyle w:val="CMRBodySmall"/>
              <w:spacing w:after="40"/>
            </w:pPr>
            <w:r>
              <w:rPr>
                <w:b/>
              </w:rPr>
              <w:t>STEP 2 — WHAT DO I KNOW?</w:t>
            </w:r>
          </w:p>
          <w:p w14:paraId="74A60B98" w14:textId="77777777" w:rsidR="00BE3968" w:rsidRDefault="00CA6E70">
            <w:pPr>
              <w:pStyle w:val="CMRBodySmall"/>
              <w:spacing w:after="40"/>
            </w:pPr>
            <w:r>
              <w:t>Useful facts: __________________________________________________________</w:t>
            </w:r>
          </w:p>
          <w:p w14:paraId="2117C79F" w14:textId="77777777" w:rsidR="00BE3968" w:rsidRDefault="00CA6E70">
            <w:pPr>
              <w:pStyle w:val="CMRBodySmall"/>
            </w:pPr>
            <w:r>
              <w:t>____________________________________________________________________</w:t>
            </w:r>
          </w:p>
          <w:p w14:paraId="2851ECEA" w14:textId="77777777" w:rsidR="00BE3968" w:rsidRDefault="00CA6E70">
            <w:pPr>
              <w:pStyle w:val="CMRBodySmall"/>
              <w:spacing w:after="40"/>
            </w:pPr>
            <w:r>
              <w:rPr>
                <w:b/>
              </w:rPr>
              <w:t>STEP 3 — HOW DO I FIND IT?</w:t>
            </w:r>
          </w:p>
          <w:p w14:paraId="69FA91CA" w14:textId="77777777" w:rsidR="00BE3968" w:rsidRDefault="00CA6E70">
            <w:pPr>
              <w:pStyle w:val="CMRBodySmall"/>
              <w:spacing w:after="100"/>
            </w:pPr>
            <w:r>
              <w:t>My work: ____________________________________________________________</w:t>
            </w:r>
          </w:p>
          <w:p w14:paraId="4CB7E8D8" w14:textId="77777777" w:rsidR="00BE3968" w:rsidRDefault="00CA6E70">
            <w:pPr>
              <w:pStyle w:val="CMRBodySmall"/>
              <w:spacing w:after="100"/>
            </w:pPr>
            <w:r>
              <w:t>____________________________________________________________________</w:t>
            </w:r>
          </w:p>
          <w:p w14:paraId="466C86FA" w14:textId="77777777" w:rsidR="00BE3968" w:rsidRDefault="00CA6E70">
            <w:pPr>
              <w:pStyle w:val="CMRBodySmall"/>
              <w:spacing w:after="100"/>
            </w:pPr>
            <w:r>
              <w:t>____________________________________________________________________</w:t>
            </w:r>
          </w:p>
          <w:p w14:paraId="4C82FCDC" w14:textId="77777777" w:rsidR="00BE3968" w:rsidRDefault="00CA6E70">
            <w:pPr>
              <w:pStyle w:val="CMRBodySmall"/>
              <w:spacing w:after="100"/>
            </w:pPr>
            <w:r>
              <w:t>Answer with units: __________________________________________________</w:t>
            </w:r>
          </w:p>
          <w:p w14:paraId="582B6E2B" w14:textId="77777777" w:rsidR="00BE3968" w:rsidRDefault="00CA6E70">
            <w:pPr>
              <w:pStyle w:val="CMRBodySmall"/>
              <w:spacing w:after="80"/>
            </w:pPr>
            <w:r>
              <w:t>Does the answer make sense? ___________________________________________</w:t>
            </w:r>
          </w:p>
        </w:tc>
      </w:tr>
    </w:tbl>
    <w:p w14:paraId="2DD3B809" w14:textId="77777777" w:rsidR="00BE3968" w:rsidRDefault="00CA6E70">
      <w:r>
        <w:br w:type="page"/>
      </w:r>
    </w:p>
    <w:p w14:paraId="2E4804D1" w14:textId="77777777" w:rsidR="00BE3968" w:rsidRDefault="00CA6E70">
      <w:pPr>
        <w:pStyle w:val="CMRSmallLabel"/>
        <w:spacing w:after="60"/>
      </w:pPr>
      <w:r>
        <w:rPr>
          <w:b w:val="0"/>
        </w:rPr>
        <w:t>SECTION 2  |  TOPIC 12  |  PRACTICE PAGE 4/5</w:t>
      </w:r>
    </w:p>
    <w:p w14:paraId="1BED8DB6" w14:textId="77777777" w:rsidR="00BE3968" w:rsidRDefault="00CA6E70">
      <w:pPr>
        <w:pStyle w:val="CMRPageTitle"/>
        <w:spacing w:after="60"/>
      </w:pPr>
      <w:r>
        <w:rPr>
          <w:b w:val="0"/>
        </w:rPr>
        <w:t>Store discounts</w:t>
      </w:r>
    </w:p>
    <w:p w14:paraId="0362330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FEFD6D8" w14:textId="77777777">
        <w:tc>
          <w:tcPr>
            <w:tcW w:w="10036" w:type="dxa"/>
            <w:shd w:val="clear" w:color="auto" w:fill="F5F8F9"/>
            <w:tcMar>
              <w:top w:w="70" w:type="dxa"/>
              <w:left w:w="140" w:type="dxa"/>
              <w:bottom w:w="85" w:type="dxa"/>
              <w:right w:w="140" w:type="dxa"/>
            </w:tcMar>
          </w:tcPr>
          <w:p w14:paraId="694D021D" w14:textId="77777777" w:rsidR="00BE3968" w:rsidRDefault="00BE3968"/>
          <w:p w14:paraId="4A56F990" w14:textId="77777777" w:rsidR="00BE3968" w:rsidRDefault="00CA6E70">
            <w:pPr>
              <w:pStyle w:val="CMRBodySmall"/>
            </w:pPr>
            <w:r>
              <w:rPr>
                <w:b/>
              </w:rPr>
              <w:t>PROBLEM S2-117</w:t>
            </w:r>
          </w:p>
          <w:p w14:paraId="05B0D9CA" w14:textId="77777777" w:rsidR="00BE3968" w:rsidRDefault="00CA6E70">
            <w:r>
              <w:t>Joseph has a 50%-off coupon for one item. Joseph uses it on a pair of shoes that costs $40.00. A pair of gloves costs $9.00, but the coupon cannot be used on them and Joseph does not buy them. What is the price of the pair of shoes after the coupon, before tax?</w:t>
            </w:r>
          </w:p>
          <w:p w14:paraId="6C9FD101" w14:textId="77777777" w:rsidR="00BE3968" w:rsidRDefault="00CA6E70">
            <w:pPr>
              <w:pStyle w:val="CMRBodySmall"/>
              <w:spacing w:after="40"/>
            </w:pPr>
            <w:r>
              <w:rPr>
                <w:b/>
              </w:rPr>
              <w:t>STEP 1 — WHAT DO THEY WANT?</w:t>
            </w:r>
          </w:p>
          <w:p w14:paraId="4A21FD29" w14:textId="77777777" w:rsidR="00BE3968" w:rsidRDefault="00CA6E70">
            <w:pPr>
              <w:pStyle w:val="CMRBodySmall"/>
              <w:spacing w:after="80"/>
            </w:pPr>
            <w:r>
              <w:t>I need to find: _________________________________________________________</w:t>
            </w:r>
          </w:p>
          <w:p w14:paraId="14F9FA05" w14:textId="77777777" w:rsidR="00BE3968" w:rsidRDefault="00CA6E70">
            <w:pPr>
              <w:pStyle w:val="CMRBodySmall"/>
              <w:spacing w:after="40"/>
            </w:pPr>
            <w:r>
              <w:rPr>
                <w:b/>
              </w:rPr>
              <w:t>STEP 2 — WHAT DO I KNOW?</w:t>
            </w:r>
          </w:p>
          <w:p w14:paraId="54F9496A" w14:textId="77777777" w:rsidR="00BE3968" w:rsidRDefault="00CA6E70">
            <w:pPr>
              <w:pStyle w:val="CMRBodySmall"/>
              <w:spacing w:after="40"/>
            </w:pPr>
            <w:r>
              <w:t>Useful facts: __________________________________________________________</w:t>
            </w:r>
          </w:p>
          <w:p w14:paraId="7A8238CD" w14:textId="77777777" w:rsidR="00BE3968" w:rsidRDefault="00CA6E70">
            <w:pPr>
              <w:pStyle w:val="CMRBodySmall"/>
            </w:pPr>
            <w:r>
              <w:t>____________________________________________________________________</w:t>
            </w:r>
          </w:p>
          <w:p w14:paraId="70CA13BF" w14:textId="77777777" w:rsidR="00BE3968" w:rsidRDefault="00CA6E70">
            <w:pPr>
              <w:pStyle w:val="CMRBodySmall"/>
              <w:spacing w:after="40"/>
            </w:pPr>
            <w:r>
              <w:rPr>
                <w:b/>
              </w:rPr>
              <w:t>STEP 3 — HOW DO I FIND IT?</w:t>
            </w:r>
          </w:p>
          <w:p w14:paraId="13646938" w14:textId="77777777" w:rsidR="00BE3968" w:rsidRDefault="00CA6E70">
            <w:pPr>
              <w:pStyle w:val="CMRBodySmall"/>
              <w:spacing w:after="100"/>
            </w:pPr>
            <w:r>
              <w:t>My work: ____________________________________________________________</w:t>
            </w:r>
          </w:p>
          <w:p w14:paraId="0E25534D" w14:textId="77777777" w:rsidR="00BE3968" w:rsidRDefault="00CA6E70">
            <w:pPr>
              <w:pStyle w:val="CMRBodySmall"/>
              <w:spacing w:after="100"/>
            </w:pPr>
            <w:r>
              <w:t>____________________________________________________________________</w:t>
            </w:r>
          </w:p>
          <w:p w14:paraId="48F96F2A" w14:textId="77777777" w:rsidR="00BE3968" w:rsidRDefault="00CA6E70">
            <w:pPr>
              <w:pStyle w:val="CMRBodySmall"/>
              <w:spacing w:after="100"/>
            </w:pPr>
            <w:r>
              <w:t>____________________________________________________________________</w:t>
            </w:r>
          </w:p>
          <w:p w14:paraId="242A6EF5" w14:textId="77777777" w:rsidR="00BE3968" w:rsidRDefault="00CA6E70">
            <w:pPr>
              <w:pStyle w:val="CMRBodySmall"/>
              <w:spacing w:after="100"/>
            </w:pPr>
            <w:r>
              <w:t>Answer with units: __________________________________________________</w:t>
            </w:r>
          </w:p>
          <w:p w14:paraId="0AEF7889" w14:textId="77777777" w:rsidR="00BE3968" w:rsidRDefault="00CA6E70">
            <w:pPr>
              <w:pStyle w:val="CMRBodySmall"/>
              <w:spacing w:after="80"/>
            </w:pPr>
            <w:r>
              <w:t>Does the answer make sense? ___________________________________________</w:t>
            </w:r>
          </w:p>
        </w:tc>
      </w:tr>
    </w:tbl>
    <w:p w14:paraId="4F11E35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EDC3F7F" w14:textId="77777777">
        <w:tc>
          <w:tcPr>
            <w:tcW w:w="10036" w:type="dxa"/>
            <w:tcMar>
              <w:top w:w="70" w:type="dxa"/>
              <w:left w:w="140" w:type="dxa"/>
              <w:bottom w:w="85" w:type="dxa"/>
              <w:right w:w="140" w:type="dxa"/>
            </w:tcMar>
          </w:tcPr>
          <w:p w14:paraId="7C4BC716" w14:textId="77777777" w:rsidR="00BE3968" w:rsidRDefault="00BE3968"/>
          <w:p w14:paraId="02219D91" w14:textId="77777777" w:rsidR="00BE3968" w:rsidRDefault="00CA6E70">
            <w:pPr>
              <w:pStyle w:val="CMRBodySmall"/>
            </w:pPr>
            <w:r>
              <w:rPr>
                <w:b/>
              </w:rPr>
              <w:t>PROBLEM S2-118</w:t>
            </w:r>
          </w:p>
          <w:p w14:paraId="5EA67FD7" w14:textId="77777777" w:rsidR="00BE3968" w:rsidRDefault="00CA6E70">
            <w:r>
              <w:t>Angela sees a winter coat marked $40.00 with a 20% discount. A hat on the same rack costs $7.00, but Angela buys only the winter coat. What is the sale price of the winter coat before tax?</w:t>
            </w:r>
          </w:p>
          <w:p w14:paraId="348355D7" w14:textId="77777777" w:rsidR="00BE3968" w:rsidRDefault="00CA6E70">
            <w:pPr>
              <w:pStyle w:val="CMRBodySmall"/>
              <w:spacing w:after="40"/>
            </w:pPr>
            <w:r>
              <w:rPr>
                <w:b/>
              </w:rPr>
              <w:t>STEP 1 — WHAT DO THEY WANT?</w:t>
            </w:r>
          </w:p>
          <w:p w14:paraId="2D80F7D1" w14:textId="77777777" w:rsidR="00BE3968" w:rsidRDefault="00CA6E70">
            <w:pPr>
              <w:pStyle w:val="CMRBodySmall"/>
              <w:spacing w:after="80"/>
            </w:pPr>
            <w:r>
              <w:t>I need to find: _________________________________________________________</w:t>
            </w:r>
          </w:p>
          <w:p w14:paraId="47AFD72E" w14:textId="77777777" w:rsidR="00BE3968" w:rsidRDefault="00CA6E70">
            <w:pPr>
              <w:pStyle w:val="CMRBodySmall"/>
              <w:spacing w:after="40"/>
            </w:pPr>
            <w:r>
              <w:rPr>
                <w:b/>
              </w:rPr>
              <w:t>STEP 2 — WHAT DO I KNOW?</w:t>
            </w:r>
          </w:p>
          <w:p w14:paraId="3FDED9C6" w14:textId="77777777" w:rsidR="00BE3968" w:rsidRDefault="00CA6E70">
            <w:pPr>
              <w:pStyle w:val="CMRBodySmall"/>
              <w:spacing w:after="40"/>
            </w:pPr>
            <w:r>
              <w:t>Useful facts: __________________________________________________________</w:t>
            </w:r>
          </w:p>
          <w:p w14:paraId="63556781" w14:textId="77777777" w:rsidR="00BE3968" w:rsidRDefault="00CA6E70">
            <w:pPr>
              <w:pStyle w:val="CMRBodySmall"/>
            </w:pPr>
            <w:r>
              <w:t>____________________________________________________________________</w:t>
            </w:r>
          </w:p>
          <w:p w14:paraId="5E70B340" w14:textId="77777777" w:rsidR="00BE3968" w:rsidRDefault="00CA6E70">
            <w:pPr>
              <w:pStyle w:val="CMRBodySmall"/>
              <w:spacing w:after="40"/>
            </w:pPr>
            <w:r>
              <w:rPr>
                <w:b/>
              </w:rPr>
              <w:t>STEP 3 — HOW DO I FIND IT?</w:t>
            </w:r>
          </w:p>
          <w:p w14:paraId="249993F7" w14:textId="77777777" w:rsidR="00BE3968" w:rsidRDefault="00CA6E70">
            <w:pPr>
              <w:pStyle w:val="CMRBodySmall"/>
              <w:spacing w:after="100"/>
            </w:pPr>
            <w:r>
              <w:t>My work: ____________________________________________________________</w:t>
            </w:r>
          </w:p>
          <w:p w14:paraId="32CE2BEB" w14:textId="77777777" w:rsidR="00BE3968" w:rsidRDefault="00CA6E70">
            <w:pPr>
              <w:pStyle w:val="CMRBodySmall"/>
              <w:spacing w:after="100"/>
            </w:pPr>
            <w:r>
              <w:t>____________________________________________________________________</w:t>
            </w:r>
          </w:p>
          <w:p w14:paraId="2A77B143" w14:textId="77777777" w:rsidR="00BE3968" w:rsidRDefault="00CA6E70">
            <w:pPr>
              <w:pStyle w:val="CMRBodySmall"/>
              <w:spacing w:after="100"/>
            </w:pPr>
            <w:r>
              <w:t>____________________________________________________________________</w:t>
            </w:r>
          </w:p>
          <w:p w14:paraId="4CD8177A" w14:textId="77777777" w:rsidR="00BE3968" w:rsidRDefault="00CA6E70">
            <w:pPr>
              <w:pStyle w:val="CMRBodySmall"/>
              <w:spacing w:after="100"/>
            </w:pPr>
            <w:r>
              <w:t>Answer with units: __________________________________________________</w:t>
            </w:r>
          </w:p>
          <w:p w14:paraId="19098FBF" w14:textId="77777777" w:rsidR="00BE3968" w:rsidRDefault="00CA6E70">
            <w:pPr>
              <w:pStyle w:val="CMRBodySmall"/>
              <w:spacing w:after="80"/>
            </w:pPr>
            <w:r>
              <w:t>Does the answer make sense? ___________________________________________</w:t>
            </w:r>
          </w:p>
        </w:tc>
      </w:tr>
    </w:tbl>
    <w:p w14:paraId="027CABF4" w14:textId="77777777" w:rsidR="00BE3968" w:rsidRDefault="00CA6E70">
      <w:r>
        <w:br w:type="page"/>
      </w:r>
    </w:p>
    <w:p w14:paraId="03DD67B1" w14:textId="77777777" w:rsidR="00BE3968" w:rsidRDefault="00CA6E70">
      <w:pPr>
        <w:pStyle w:val="CMRSmallLabel"/>
        <w:spacing w:after="60"/>
      </w:pPr>
      <w:r>
        <w:rPr>
          <w:b w:val="0"/>
        </w:rPr>
        <w:t>SECTION 2  |  TOPIC 12  |  PRACTICE PAGE 5/5</w:t>
      </w:r>
    </w:p>
    <w:p w14:paraId="5FDF9FAF" w14:textId="77777777" w:rsidR="00BE3968" w:rsidRDefault="00CA6E70">
      <w:pPr>
        <w:pStyle w:val="CMRPageTitle"/>
        <w:spacing w:after="60"/>
      </w:pPr>
      <w:r>
        <w:rPr>
          <w:b w:val="0"/>
        </w:rPr>
        <w:t>Store discounts</w:t>
      </w:r>
    </w:p>
    <w:p w14:paraId="20FDD7C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B5BCBAA" w14:textId="77777777">
        <w:tc>
          <w:tcPr>
            <w:tcW w:w="10036" w:type="dxa"/>
            <w:shd w:val="clear" w:color="auto" w:fill="F5F8F9"/>
            <w:tcMar>
              <w:top w:w="70" w:type="dxa"/>
              <w:left w:w="140" w:type="dxa"/>
              <w:bottom w:w="85" w:type="dxa"/>
              <w:right w:w="140" w:type="dxa"/>
            </w:tcMar>
          </w:tcPr>
          <w:p w14:paraId="454AD3D7" w14:textId="77777777" w:rsidR="00BE3968" w:rsidRDefault="00BE3968"/>
          <w:p w14:paraId="62ADB8F1" w14:textId="77777777" w:rsidR="00BE3968" w:rsidRDefault="00CA6E70">
            <w:pPr>
              <w:pStyle w:val="CMRBodySmall"/>
            </w:pPr>
            <w:r>
              <w:rPr>
                <w:b/>
              </w:rPr>
              <w:t>PROBLEM S2-119</w:t>
            </w:r>
          </w:p>
          <w:p w14:paraId="3D9CED96" w14:textId="77777777" w:rsidR="00BE3968" w:rsidRDefault="00CA6E70">
            <w:r>
              <w:t>A jacket is regularly $50.00. Today it is 25% off. Carlos also looks at a $4.00 belt but decides not to buy it. How much does Carlos pay for the jacket before tax?</w:t>
            </w:r>
          </w:p>
          <w:p w14:paraId="48536CE2" w14:textId="77777777" w:rsidR="00BE3968" w:rsidRDefault="00CA6E70">
            <w:pPr>
              <w:pStyle w:val="CMRBodySmall"/>
              <w:spacing w:after="40"/>
            </w:pPr>
            <w:r>
              <w:rPr>
                <w:b/>
              </w:rPr>
              <w:t>STEP 1 — WHAT DO THEY WANT?</w:t>
            </w:r>
          </w:p>
          <w:p w14:paraId="4384E854" w14:textId="77777777" w:rsidR="00BE3968" w:rsidRDefault="00CA6E70">
            <w:pPr>
              <w:pStyle w:val="CMRBodySmall"/>
              <w:spacing w:after="80"/>
            </w:pPr>
            <w:r>
              <w:t>I need to find: _________________________________________________________</w:t>
            </w:r>
          </w:p>
          <w:p w14:paraId="5CD1AA44" w14:textId="77777777" w:rsidR="00BE3968" w:rsidRDefault="00CA6E70">
            <w:pPr>
              <w:pStyle w:val="CMRBodySmall"/>
              <w:spacing w:after="40"/>
            </w:pPr>
            <w:r>
              <w:rPr>
                <w:b/>
              </w:rPr>
              <w:t>STEP 2 — WHAT DO I KNOW?</w:t>
            </w:r>
          </w:p>
          <w:p w14:paraId="727DE50A" w14:textId="77777777" w:rsidR="00BE3968" w:rsidRDefault="00CA6E70">
            <w:pPr>
              <w:pStyle w:val="CMRBodySmall"/>
              <w:spacing w:after="40"/>
            </w:pPr>
            <w:r>
              <w:t>Useful facts: __________________________________________________________</w:t>
            </w:r>
          </w:p>
          <w:p w14:paraId="62C8B7E0" w14:textId="77777777" w:rsidR="00BE3968" w:rsidRDefault="00CA6E70">
            <w:pPr>
              <w:pStyle w:val="CMRBodySmall"/>
            </w:pPr>
            <w:r>
              <w:t>____________________________________________________________________</w:t>
            </w:r>
          </w:p>
          <w:p w14:paraId="49430755" w14:textId="77777777" w:rsidR="00BE3968" w:rsidRDefault="00CA6E70">
            <w:pPr>
              <w:pStyle w:val="CMRBodySmall"/>
              <w:spacing w:after="40"/>
            </w:pPr>
            <w:r>
              <w:rPr>
                <w:b/>
              </w:rPr>
              <w:t>STEP 3 — HOW DO I FIND IT?</w:t>
            </w:r>
          </w:p>
          <w:p w14:paraId="2B7D247E" w14:textId="77777777" w:rsidR="00BE3968" w:rsidRDefault="00CA6E70">
            <w:pPr>
              <w:pStyle w:val="CMRBodySmall"/>
              <w:spacing w:after="100"/>
            </w:pPr>
            <w:r>
              <w:t>My work: ____________________________________________________________</w:t>
            </w:r>
          </w:p>
          <w:p w14:paraId="7AEDBCBA" w14:textId="77777777" w:rsidR="00BE3968" w:rsidRDefault="00CA6E70">
            <w:pPr>
              <w:pStyle w:val="CMRBodySmall"/>
              <w:spacing w:after="100"/>
            </w:pPr>
            <w:r>
              <w:t>____________________________________________________________________</w:t>
            </w:r>
          </w:p>
          <w:p w14:paraId="0D6E2C4D" w14:textId="77777777" w:rsidR="00BE3968" w:rsidRDefault="00CA6E70">
            <w:pPr>
              <w:pStyle w:val="CMRBodySmall"/>
              <w:spacing w:after="100"/>
            </w:pPr>
            <w:r>
              <w:t>____________________________________________________________________</w:t>
            </w:r>
          </w:p>
          <w:p w14:paraId="56A63BD8" w14:textId="77777777" w:rsidR="00BE3968" w:rsidRDefault="00CA6E70">
            <w:pPr>
              <w:pStyle w:val="CMRBodySmall"/>
              <w:spacing w:after="100"/>
            </w:pPr>
            <w:r>
              <w:t>Answer with units: __________________________________________________</w:t>
            </w:r>
          </w:p>
          <w:p w14:paraId="4252BE50" w14:textId="77777777" w:rsidR="00BE3968" w:rsidRDefault="00CA6E70">
            <w:pPr>
              <w:pStyle w:val="CMRBodySmall"/>
              <w:spacing w:after="80"/>
            </w:pPr>
            <w:r>
              <w:t>Does the answer make sense? ___________________________________________</w:t>
            </w:r>
          </w:p>
        </w:tc>
      </w:tr>
    </w:tbl>
    <w:p w14:paraId="0BA1395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2850777" w14:textId="77777777">
        <w:tc>
          <w:tcPr>
            <w:tcW w:w="10036" w:type="dxa"/>
            <w:tcMar>
              <w:top w:w="70" w:type="dxa"/>
              <w:left w:w="140" w:type="dxa"/>
              <w:bottom w:w="85" w:type="dxa"/>
              <w:right w:w="140" w:type="dxa"/>
            </w:tcMar>
          </w:tcPr>
          <w:p w14:paraId="43216664" w14:textId="77777777" w:rsidR="00BE3968" w:rsidRDefault="00BE3968"/>
          <w:p w14:paraId="7361F579" w14:textId="77777777" w:rsidR="00BE3968" w:rsidRDefault="00CA6E70">
            <w:pPr>
              <w:pStyle w:val="CMRBodySmall"/>
            </w:pPr>
            <w:r>
              <w:rPr>
                <w:b/>
              </w:rPr>
              <w:t>PROBLEM S2-120</w:t>
            </w:r>
          </w:p>
          <w:p w14:paraId="1013196C" w14:textId="77777777" w:rsidR="00BE3968" w:rsidRDefault="00CA6E70">
            <w:r>
              <w:t>Nicole has a 20%-off coupon for one item. Nicole uses it on a work shirt that costs $60.00. A pair of gloves costs $5.00, but the coupon cannot be used on them and Nicole does not buy them. What is the price of the work shirt after the coupon, before tax?</w:t>
            </w:r>
          </w:p>
          <w:p w14:paraId="47C2FE74" w14:textId="77777777" w:rsidR="00BE3968" w:rsidRDefault="00CA6E70">
            <w:pPr>
              <w:pStyle w:val="CMRBodySmall"/>
              <w:spacing w:after="40"/>
            </w:pPr>
            <w:r>
              <w:rPr>
                <w:b/>
              </w:rPr>
              <w:t>STEP 1 — WHAT DO THEY WANT?</w:t>
            </w:r>
          </w:p>
          <w:p w14:paraId="1EA88727" w14:textId="77777777" w:rsidR="00BE3968" w:rsidRDefault="00CA6E70">
            <w:pPr>
              <w:pStyle w:val="CMRBodySmall"/>
              <w:spacing w:after="80"/>
            </w:pPr>
            <w:r>
              <w:t>I need to find: _________________________________________________________</w:t>
            </w:r>
          </w:p>
          <w:p w14:paraId="4255A2EF" w14:textId="77777777" w:rsidR="00BE3968" w:rsidRDefault="00CA6E70">
            <w:pPr>
              <w:pStyle w:val="CMRBodySmall"/>
              <w:spacing w:after="40"/>
            </w:pPr>
            <w:r>
              <w:rPr>
                <w:b/>
              </w:rPr>
              <w:t>STEP 2 — WHAT DO I KNOW?</w:t>
            </w:r>
          </w:p>
          <w:p w14:paraId="6A587467" w14:textId="77777777" w:rsidR="00BE3968" w:rsidRDefault="00CA6E70">
            <w:pPr>
              <w:pStyle w:val="CMRBodySmall"/>
              <w:spacing w:after="40"/>
            </w:pPr>
            <w:r>
              <w:t>Useful facts: __________________________________________________________</w:t>
            </w:r>
          </w:p>
          <w:p w14:paraId="5E767B7E" w14:textId="77777777" w:rsidR="00BE3968" w:rsidRDefault="00CA6E70">
            <w:pPr>
              <w:pStyle w:val="CMRBodySmall"/>
            </w:pPr>
            <w:r>
              <w:t>____________________________________________________________________</w:t>
            </w:r>
          </w:p>
          <w:p w14:paraId="026C7615" w14:textId="77777777" w:rsidR="00BE3968" w:rsidRDefault="00CA6E70">
            <w:pPr>
              <w:pStyle w:val="CMRBodySmall"/>
              <w:spacing w:after="40"/>
            </w:pPr>
            <w:r>
              <w:rPr>
                <w:b/>
              </w:rPr>
              <w:t>STEP 3 — HOW DO I FIND IT?</w:t>
            </w:r>
          </w:p>
          <w:p w14:paraId="15FAA6EC" w14:textId="77777777" w:rsidR="00BE3968" w:rsidRDefault="00CA6E70">
            <w:pPr>
              <w:pStyle w:val="CMRBodySmall"/>
              <w:spacing w:after="100"/>
            </w:pPr>
            <w:r>
              <w:t>My work: ____________________________________________________________</w:t>
            </w:r>
          </w:p>
          <w:p w14:paraId="4BE2746B" w14:textId="77777777" w:rsidR="00BE3968" w:rsidRDefault="00CA6E70">
            <w:pPr>
              <w:pStyle w:val="CMRBodySmall"/>
              <w:spacing w:after="100"/>
            </w:pPr>
            <w:r>
              <w:t>____________________________________________________________________</w:t>
            </w:r>
          </w:p>
          <w:p w14:paraId="4998FEB1" w14:textId="77777777" w:rsidR="00BE3968" w:rsidRDefault="00CA6E70">
            <w:pPr>
              <w:pStyle w:val="CMRBodySmall"/>
              <w:spacing w:after="100"/>
            </w:pPr>
            <w:r>
              <w:t>____________________________________________________________________</w:t>
            </w:r>
          </w:p>
          <w:p w14:paraId="0D6FB3A1" w14:textId="77777777" w:rsidR="00BE3968" w:rsidRDefault="00CA6E70">
            <w:pPr>
              <w:pStyle w:val="CMRBodySmall"/>
              <w:spacing w:after="100"/>
            </w:pPr>
            <w:r>
              <w:t>Answer with units: __________________________________________________</w:t>
            </w:r>
          </w:p>
          <w:p w14:paraId="114AED79" w14:textId="77777777" w:rsidR="00BE3968" w:rsidRDefault="00CA6E70">
            <w:pPr>
              <w:pStyle w:val="CMRBodySmall"/>
              <w:spacing w:after="80"/>
            </w:pPr>
            <w:r>
              <w:t>Does the answer make sense? ___________________________________________</w:t>
            </w:r>
          </w:p>
        </w:tc>
      </w:tr>
    </w:tbl>
    <w:p w14:paraId="447BFECD" w14:textId="77777777" w:rsidR="00BE3968" w:rsidRDefault="00CA6E70">
      <w:r>
        <w:br w:type="page"/>
      </w:r>
    </w:p>
    <w:p w14:paraId="63EADC82" w14:textId="77777777" w:rsidR="00BE3968" w:rsidRDefault="00CA6E70">
      <w:pPr>
        <w:pStyle w:val="CMRSmallLabel"/>
        <w:spacing w:after="60"/>
      </w:pPr>
      <w:r>
        <w:rPr>
          <w:b w:val="0"/>
        </w:rPr>
        <w:t>SECTION 2  |  TOPIC 13  |  PRACTICE PAGE 1/5</w:t>
      </w:r>
    </w:p>
    <w:p w14:paraId="441A567F" w14:textId="77777777" w:rsidR="00BE3968" w:rsidRDefault="00CA6E70">
      <w:pPr>
        <w:pStyle w:val="CMRPageTitle"/>
        <w:spacing w:after="60"/>
      </w:pPr>
      <w:r>
        <w:rPr>
          <w:b w:val="0"/>
        </w:rPr>
        <w:t>Sales tax</w:t>
      </w:r>
    </w:p>
    <w:p w14:paraId="417515DC" w14:textId="77777777" w:rsidR="00BE3968" w:rsidRDefault="00CA6E70">
      <w:pPr>
        <w:pStyle w:val="CMRBodySmall"/>
        <w:spacing w:after="100"/>
      </w:pPr>
      <w:r>
        <w:t>Use the same three steps: Understand the extra amount added to a taxable purchase.</w:t>
      </w:r>
    </w:p>
    <w:tbl>
      <w:tblPr>
        <w:tblW w:w="0" w:type="auto"/>
        <w:tblLayout w:type="fixed"/>
        <w:tblLook w:val="04A0" w:firstRow="1" w:lastRow="0" w:firstColumn="1" w:lastColumn="0" w:noHBand="0" w:noVBand="1"/>
      </w:tblPr>
      <w:tblGrid>
        <w:gridCol w:w="10036"/>
      </w:tblGrid>
      <w:tr w:rsidR="00BE3968" w14:paraId="34D8BF1E" w14:textId="77777777">
        <w:tc>
          <w:tcPr>
            <w:tcW w:w="10036" w:type="dxa"/>
            <w:shd w:val="clear" w:color="auto" w:fill="F5F8F9"/>
            <w:tcMar>
              <w:top w:w="70" w:type="dxa"/>
              <w:left w:w="140" w:type="dxa"/>
              <w:bottom w:w="85" w:type="dxa"/>
              <w:right w:w="140" w:type="dxa"/>
            </w:tcMar>
          </w:tcPr>
          <w:p w14:paraId="43D47CF4" w14:textId="77777777" w:rsidR="00BE3968" w:rsidRDefault="00BE3968"/>
          <w:p w14:paraId="49CA62EC" w14:textId="77777777" w:rsidR="00BE3968" w:rsidRDefault="00CA6E70">
            <w:pPr>
              <w:pStyle w:val="CMRBodySmall"/>
            </w:pPr>
            <w:r>
              <w:rPr>
                <w:b/>
              </w:rPr>
              <w:t>PROBLEM S2-121</w:t>
            </w:r>
          </w:p>
          <w:p w14:paraId="7441E01B" w14:textId="77777777" w:rsidR="00BE3968" w:rsidRDefault="00CA6E70">
            <w:r>
              <w:t>Grace buys household supplies priced at $20.00 and another item for $10.00. Both items are taxable, and sales tax is 8%. A coupon Grace has is for next month and cannot be used today. What is the total price, including tax?</w:t>
            </w:r>
          </w:p>
          <w:p w14:paraId="1E3F6CFD" w14:textId="77777777" w:rsidR="00BE3968" w:rsidRDefault="00CA6E70">
            <w:pPr>
              <w:pStyle w:val="CMRBodySmall"/>
              <w:spacing w:after="40"/>
            </w:pPr>
            <w:r>
              <w:rPr>
                <w:b/>
              </w:rPr>
              <w:t>STEP 1 — WHAT DO THEY WANT?</w:t>
            </w:r>
          </w:p>
          <w:p w14:paraId="0244DF16" w14:textId="77777777" w:rsidR="00BE3968" w:rsidRDefault="00CA6E70">
            <w:pPr>
              <w:pStyle w:val="CMRBodySmall"/>
              <w:spacing w:after="80"/>
            </w:pPr>
            <w:r>
              <w:t>I need to find: _________________________________________________________</w:t>
            </w:r>
          </w:p>
          <w:p w14:paraId="272EF2CF" w14:textId="77777777" w:rsidR="00BE3968" w:rsidRDefault="00CA6E70">
            <w:pPr>
              <w:pStyle w:val="CMRBodySmall"/>
              <w:spacing w:after="40"/>
            </w:pPr>
            <w:r>
              <w:rPr>
                <w:b/>
              </w:rPr>
              <w:t>STEP 2 — WHAT DO I KNOW?</w:t>
            </w:r>
          </w:p>
          <w:p w14:paraId="4F25C24C" w14:textId="77777777" w:rsidR="00BE3968" w:rsidRDefault="00CA6E70">
            <w:pPr>
              <w:pStyle w:val="CMRBodySmall"/>
              <w:spacing w:after="40"/>
            </w:pPr>
            <w:r>
              <w:t>Useful facts: __________________________________________________________</w:t>
            </w:r>
          </w:p>
          <w:p w14:paraId="769BB8F2" w14:textId="77777777" w:rsidR="00BE3968" w:rsidRDefault="00CA6E70">
            <w:pPr>
              <w:pStyle w:val="CMRBodySmall"/>
            </w:pPr>
            <w:r>
              <w:t>____________________________________________________________________</w:t>
            </w:r>
          </w:p>
          <w:p w14:paraId="4F1305DD" w14:textId="77777777" w:rsidR="00BE3968" w:rsidRDefault="00CA6E70">
            <w:pPr>
              <w:pStyle w:val="CMRBodySmall"/>
              <w:spacing w:after="40"/>
            </w:pPr>
            <w:r>
              <w:rPr>
                <w:b/>
              </w:rPr>
              <w:t>STEP 3 — HOW DO I FIND IT?</w:t>
            </w:r>
          </w:p>
          <w:p w14:paraId="27D4C322" w14:textId="77777777" w:rsidR="00BE3968" w:rsidRDefault="00CA6E70">
            <w:pPr>
              <w:pStyle w:val="CMRBodySmall"/>
              <w:spacing w:after="100"/>
            </w:pPr>
            <w:r>
              <w:t>My work: ____________________________________________________________</w:t>
            </w:r>
          </w:p>
          <w:p w14:paraId="284EACA5" w14:textId="77777777" w:rsidR="00BE3968" w:rsidRDefault="00CA6E70">
            <w:pPr>
              <w:pStyle w:val="CMRBodySmall"/>
              <w:spacing w:after="100"/>
            </w:pPr>
            <w:r>
              <w:t>____________________________________________________________________</w:t>
            </w:r>
          </w:p>
          <w:p w14:paraId="6D41FFBE" w14:textId="77777777" w:rsidR="00BE3968" w:rsidRDefault="00CA6E70">
            <w:pPr>
              <w:pStyle w:val="CMRBodySmall"/>
              <w:spacing w:after="100"/>
            </w:pPr>
            <w:r>
              <w:t>____________________________________________________________________</w:t>
            </w:r>
          </w:p>
          <w:p w14:paraId="17FD1902" w14:textId="77777777" w:rsidR="00BE3968" w:rsidRDefault="00CA6E70">
            <w:pPr>
              <w:pStyle w:val="CMRBodySmall"/>
              <w:spacing w:after="100"/>
            </w:pPr>
            <w:r>
              <w:t>Answer with units: __________________________________________________</w:t>
            </w:r>
          </w:p>
          <w:p w14:paraId="63B5144D" w14:textId="77777777" w:rsidR="00BE3968" w:rsidRDefault="00CA6E70">
            <w:pPr>
              <w:pStyle w:val="CMRBodySmall"/>
              <w:spacing w:after="80"/>
            </w:pPr>
            <w:r>
              <w:t>Does the answer make sense? ___________________________________________</w:t>
            </w:r>
          </w:p>
        </w:tc>
      </w:tr>
    </w:tbl>
    <w:p w14:paraId="7A28A00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5A8FA60" w14:textId="77777777">
        <w:tc>
          <w:tcPr>
            <w:tcW w:w="10036" w:type="dxa"/>
            <w:tcMar>
              <w:top w:w="70" w:type="dxa"/>
              <w:left w:w="140" w:type="dxa"/>
              <w:bottom w:w="85" w:type="dxa"/>
              <w:right w:w="140" w:type="dxa"/>
            </w:tcMar>
          </w:tcPr>
          <w:p w14:paraId="038F8330" w14:textId="77777777" w:rsidR="00BE3968" w:rsidRDefault="00BE3968"/>
          <w:p w14:paraId="33A871B9" w14:textId="77777777" w:rsidR="00BE3968" w:rsidRDefault="00CA6E70">
            <w:pPr>
              <w:pStyle w:val="CMRBodySmall"/>
            </w:pPr>
            <w:r>
              <w:rPr>
                <w:b/>
              </w:rPr>
              <w:t>PROBLEM S2-122</w:t>
            </w:r>
          </w:p>
          <w:p w14:paraId="601FA344" w14:textId="77777777" w:rsidR="00BE3968" w:rsidRDefault="00CA6E70">
            <w:r>
              <w:t>Daniel buys a lamp for $75.00 and a rug for $10.00. The sales tax rate is 5% on both. The store offers free delivery. What is Daniel’s total with tax?</w:t>
            </w:r>
          </w:p>
          <w:p w14:paraId="38C75879" w14:textId="77777777" w:rsidR="00BE3968" w:rsidRDefault="00CA6E70">
            <w:pPr>
              <w:pStyle w:val="CMRBodySmall"/>
              <w:spacing w:after="40"/>
            </w:pPr>
            <w:r>
              <w:rPr>
                <w:b/>
              </w:rPr>
              <w:t>STEP 1 — WHAT DO THEY WANT?</w:t>
            </w:r>
          </w:p>
          <w:p w14:paraId="5299DB98" w14:textId="77777777" w:rsidR="00BE3968" w:rsidRDefault="00CA6E70">
            <w:pPr>
              <w:pStyle w:val="CMRBodySmall"/>
              <w:spacing w:after="80"/>
            </w:pPr>
            <w:r>
              <w:t>I need to find: _________________________________________________________</w:t>
            </w:r>
          </w:p>
          <w:p w14:paraId="738A348D" w14:textId="77777777" w:rsidR="00BE3968" w:rsidRDefault="00CA6E70">
            <w:pPr>
              <w:pStyle w:val="CMRBodySmall"/>
              <w:spacing w:after="40"/>
            </w:pPr>
            <w:r>
              <w:rPr>
                <w:b/>
              </w:rPr>
              <w:t>STEP 2 — WHAT DO I KNOW?</w:t>
            </w:r>
          </w:p>
          <w:p w14:paraId="180EF95D" w14:textId="77777777" w:rsidR="00BE3968" w:rsidRDefault="00CA6E70">
            <w:pPr>
              <w:pStyle w:val="CMRBodySmall"/>
              <w:spacing w:after="40"/>
            </w:pPr>
            <w:r>
              <w:t>Useful facts: __________________________________________________________</w:t>
            </w:r>
          </w:p>
          <w:p w14:paraId="11812D3E" w14:textId="77777777" w:rsidR="00BE3968" w:rsidRDefault="00CA6E70">
            <w:pPr>
              <w:pStyle w:val="CMRBodySmall"/>
            </w:pPr>
            <w:r>
              <w:t>____________________________________________________________________</w:t>
            </w:r>
          </w:p>
          <w:p w14:paraId="23B16FCD" w14:textId="77777777" w:rsidR="00BE3968" w:rsidRDefault="00CA6E70">
            <w:pPr>
              <w:pStyle w:val="CMRBodySmall"/>
              <w:spacing w:after="40"/>
            </w:pPr>
            <w:r>
              <w:rPr>
                <w:b/>
              </w:rPr>
              <w:t>STEP 3 — HOW DO I FIND IT?</w:t>
            </w:r>
          </w:p>
          <w:p w14:paraId="691AE1DD" w14:textId="77777777" w:rsidR="00BE3968" w:rsidRDefault="00CA6E70">
            <w:pPr>
              <w:pStyle w:val="CMRBodySmall"/>
              <w:spacing w:after="100"/>
            </w:pPr>
            <w:r>
              <w:t>My work: ____________________________________________________________</w:t>
            </w:r>
          </w:p>
          <w:p w14:paraId="4757C5AF" w14:textId="77777777" w:rsidR="00BE3968" w:rsidRDefault="00CA6E70">
            <w:pPr>
              <w:pStyle w:val="CMRBodySmall"/>
              <w:spacing w:after="100"/>
            </w:pPr>
            <w:r>
              <w:t>____________________________________________________________________</w:t>
            </w:r>
          </w:p>
          <w:p w14:paraId="0D47A1B8" w14:textId="77777777" w:rsidR="00BE3968" w:rsidRDefault="00CA6E70">
            <w:pPr>
              <w:pStyle w:val="CMRBodySmall"/>
              <w:spacing w:after="100"/>
            </w:pPr>
            <w:r>
              <w:t>____________________________________________________________________</w:t>
            </w:r>
          </w:p>
          <w:p w14:paraId="1013CCD7" w14:textId="77777777" w:rsidR="00BE3968" w:rsidRDefault="00CA6E70">
            <w:pPr>
              <w:pStyle w:val="CMRBodySmall"/>
              <w:spacing w:after="100"/>
            </w:pPr>
            <w:r>
              <w:t>Answer with units: __________________________________________________</w:t>
            </w:r>
          </w:p>
          <w:p w14:paraId="62A60209" w14:textId="77777777" w:rsidR="00BE3968" w:rsidRDefault="00CA6E70">
            <w:pPr>
              <w:pStyle w:val="CMRBodySmall"/>
              <w:spacing w:after="80"/>
            </w:pPr>
            <w:r>
              <w:t>Does the answer make sense? ___________________________________________</w:t>
            </w:r>
          </w:p>
        </w:tc>
      </w:tr>
    </w:tbl>
    <w:p w14:paraId="0E99E5F5" w14:textId="77777777" w:rsidR="00BE3968" w:rsidRDefault="00CA6E70">
      <w:r>
        <w:br w:type="page"/>
      </w:r>
    </w:p>
    <w:p w14:paraId="41179A81" w14:textId="77777777" w:rsidR="00BE3968" w:rsidRDefault="00CA6E70">
      <w:pPr>
        <w:pStyle w:val="CMRSmallLabel"/>
        <w:spacing w:after="60"/>
      </w:pPr>
      <w:r>
        <w:rPr>
          <w:b w:val="0"/>
        </w:rPr>
        <w:t>SECTION 2  |  TOPIC 13  |  PRACTICE PAGE 2/5</w:t>
      </w:r>
    </w:p>
    <w:p w14:paraId="418F3109" w14:textId="77777777" w:rsidR="00BE3968" w:rsidRDefault="00CA6E70">
      <w:pPr>
        <w:pStyle w:val="CMRPageTitle"/>
        <w:spacing w:after="60"/>
      </w:pPr>
      <w:r>
        <w:rPr>
          <w:b w:val="0"/>
        </w:rPr>
        <w:t>Sales tax</w:t>
      </w:r>
    </w:p>
    <w:p w14:paraId="2D590ED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EC52FBB" w14:textId="77777777">
        <w:tc>
          <w:tcPr>
            <w:tcW w:w="10036" w:type="dxa"/>
            <w:shd w:val="clear" w:color="auto" w:fill="F5F8F9"/>
            <w:tcMar>
              <w:top w:w="70" w:type="dxa"/>
              <w:left w:w="140" w:type="dxa"/>
              <w:bottom w:w="85" w:type="dxa"/>
              <w:right w:w="140" w:type="dxa"/>
            </w:tcMar>
          </w:tcPr>
          <w:p w14:paraId="4C9C4A5E" w14:textId="77777777" w:rsidR="00BE3968" w:rsidRDefault="00BE3968"/>
          <w:p w14:paraId="22DDCB52" w14:textId="77777777" w:rsidR="00BE3968" w:rsidRDefault="00CA6E70">
            <w:pPr>
              <w:pStyle w:val="CMRBodySmall"/>
            </w:pPr>
            <w:r>
              <w:rPr>
                <w:b/>
              </w:rPr>
              <w:t>PROBLEM S2-123</w:t>
            </w:r>
          </w:p>
          <w:p w14:paraId="31CDD418" w14:textId="77777777" w:rsidR="00BE3968" w:rsidRDefault="00CA6E70">
            <w:r>
              <w:t>Before tax, Marcus’s items cost $35.00 and $20.00. The state adds 8% sales tax to the whole purchase. Marcus paid with a debit card. How much was charged to the card?</w:t>
            </w:r>
          </w:p>
          <w:p w14:paraId="404E6540" w14:textId="77777777" w:rsidR="00BE3968" w:rsidRDefault="00CA6E70">
            <w:pPr>
              <w:pStyle w:val="CMRBodySmall"/>
              <w:spacing w:after="40"/>
            </w:pPr>
            <w:r>
              <w:rPr>
                <w:b/>
              </w:rPr>
              <w:t>STEP 1 — WHAT DO THEY WANT?</w:t>
            </w:r>
          </w:p>
          <w:p w14:paraId="1A8F1B7F" w14:textId="77777777" w:rsidR="00BE3968" w:rsidRDefault="00CA6E70">
            <w:pPr>
              <w:pStyle w:val="CMRBodySmall"/>
              <w:spacing w:after="80"/>
            </w:pPr>
            <w:r>
              <w:t>I need to find: _________________________________________________________</w:t>
            </w:r>
          </w:p>
          <w:p w14:paraId="7F1EA968" w14:textId="77777777" w:rsidR="00BE3968" w:rsidRDefault="00CA6E70">
            <w:pPr>
              <w:pStyle w:val="CMRBodySmall"/>
              <w:spacing w:after="40"/>
            </w:pPr>
            <w:r>
              <w:rPr>
                <w:b/>
              </w:rPr>
              <w:t>STEP 2 — WHAT DO I KNOW?</w:t>
            </w:r>
          </w:p>
          <w:p w14:paraId="5655E58E" w14:textId="77777777" w:rsidR="00BE3968" w:rsidRDefault="00CA6E70">
            <w:pPr>
              <w:pStyle w:val="CMRBodySmall"/>
              <w:spacing w:after="40"/>
            </w:pPr>
            <w:r>
              <w:t>Useful facts: __________________________________________________________</w:t>
            </w:r>
          </w:p>
          <w:p w14:paraId="38544C48" w14:textId="77777777" w:rsidR="00BE3968" w:rsidRDefault="00CA6E70">
            <w:pPr>
              <w:pStyle w:val="CMRBodySmall"/>
            </w:pPr>
            <w:r>
              <w:t>____________________________________________________________________</w:t>
            </w:r>
          </w:p>
          <w:p w14:paraId="14FF3BE1" w14:textId="77777777" w:rsidR="00BE3968" w:rsidRDefault="00CA6E70">
            <w:pPr>
              <w:pStyle w:val="CMRBodySmall"/>
              <w:spacing w:after="40"/>
            </w:pPr>
            <w:r>
              <w:rPr>
                <w:b/>
              </w:rPr>
              <w:t>STEP 3 — HOW DO I FIND IT?</w:t>
            </w:r>
          </w:p>
          <w:p w14:paraId="1EA8D26D" w14:textId="77777777" w:rsidR="00BE3968" w:rsidRDefault="00CA6E70">
            <w:pPr>
              <w:pStyle w:val="CMRBodySmall"/>
              <w:spacing w:after="100"/>
            </w:pPr>
            <w:r>
              <w:t>My work: ____________________________________________________________</w:t>
            </w:r>
          </w:p>
          <w:p w14:paraId="4D9D4F1A" w14:textId="77777777" w:rsidR="00BE3968" w:rsidRDefault="00CA6E70">
            <w:pPr>
              <w:pStyle w:val="CMRBodySmall"/>
              <w:spacing w:after="100"/>
            </w:pPr>
            <w:r>
              <w:t>____________________________________________________________________</w:t>
            </w:r>
          </w:p>
          <w:p w14:paraId="26F0786E" w14:textId="77777777" w:rsidR="00BE3968" w:rsidRDefault="00CA6E70">
            <w:pPr>
              <w:pStyle w:val="CMRBodySmall"/>
              <w:spacing w:after="100"/>
            </w:pPr>
            <w:r>
              <w:t>____________________________________________________________________</w:t>
            </w:r>
          </w:p>
          <w:p w14:paraId="7248E195" w14:textId="77777777" w:rsidR="00BE3968" w:rsidRDefault="00CA6E70">
            <w:pPr>
              <w:pStyle w:val="CMRBodySmall"/>
              <w:spacing w:after="100"/>
            </w:pPr>
            <w:r>
              <w:t>Answer with units: __________________________________________________</w:t>
            </w:r>
          </w:p>
          <w:p w14:paraId="71031839" w14:textId="77777777" w:rsidR="00BE3968" w:rsidRDefault="00CA6E70">
            <w:pPr>
              <w:pStyle w:val="CMRBodySmall"/>
              <w:spacing w:after="80"/>
            </w:pPr>
            <w:r>
              <w:t>Does the answer make sense? ___________________________________________</w:t>
            </w:r>
          </w:p>
        </w:tc>
      </w:tr>
    </w:tbl>
    <w:p w14:paraId="0DC4D78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9C0A9CD" w14:textId="77777777">
        <w:tc>
          <w:tcPr>
            <w:tcW w:w="10036" w:type="dxa"/>
            <w:tcMar>
              <w:top w:w="70" w:type="dxa"/>
              <w:left w:w="140" w:type="dxa"/>
              <w:bottom w:w="85" w:type="dxa"/>
              <w:right w:w="140" w:type="dxa"/>
            </w:tcMar>
          </w:tcPr>
          <w:p w14:paraId="538C16AD" w14:textId="77777777" w:rsidR="00BE3968" w:rsidRDefault="00BE3968"/>
          <w:p w14:paraId="404EC822" w14:textId="77777777" w:rsidR="00BE3968" w:rsidRDefault="00CA6E70">
            <w:pPr>
              <w:pStyle w:val="CMRBodySmall"/>
            </w:pPr>
            <w:r>
              <w:rPr>
                <w:b/>
              </w:rPr>
              <w:t>PROBLEM S2-124</w:t>
            </w:r>
          </w:p>
          <w:p w14:paraId="29609FA9" w14:textId="77777777" w:rsidR="00BE3968" w:rsidRDefault="00CA6E70">
            <w:r>
              <w:t>Linda buys household supplies priced at $20.00 and another item for $25.00. Both items are taxable, and sales tax is 5%. A coupon Linda has is for next month and cannot be used today. What is the total price, including tax?</w:t>
            </w:r>
          </w:p>
          <w:p w14:paraId="7AD9F207" w14:textId="77777777" w:rsidR="00BE3968" w:rsidRDefault="00CA6E70">
            <w:pPr>
              <w:pStyle w:val="CMRBodySmall"/>
              <w:spacing w:after="40"/>
            </w:pPr>
            <w:r>
              <w:rPr>
                <w:b/>
              </w:rPr>
              <w:t>STEP 1 — WHAT DO THEY WANT?</w:t>
            </w:r>
          </w:p>
          <w:p w14:paraId="1626FC5E" w14:textId="77777777" w:rsidR="00BE3968" w:rsidRDefault="00CA6E70">
            <w:pPr>
              <w:pStyle w:val="CMRBodySmall"/>
              <w:spacing w:after="80"/>
            </w:pPr>
            <w:r>
              <w:t>I need to find: _________________________________________________________</w:t>
            </w:r>
          </w:p>
          <w:p w14:paraId="70AC6582" w14:textId="77777777" w:rsidR="00BE3968" w:rsidRDefault="00CA6E70">
            <w:pPr>
              <w:pStyle w:val="CMRBodySmall"/>
              <w:spacing w:after="40"/>
            </w:pPr>
            <w:r>
              <w:rPr>
                <w:b/>
              </w:rPr>
              <w:t>STEP 2 — WHAT DO I KNOW?</w:t>
            </w:r>
          </w:p>
          <w:p w14:paraId="20BF1162" w14:textId="77777777" w:rsidR="00BE3968" w:rsidRDefault="00CA6E70">
            <w:pPr>
              <w:pStyle w:val="CMRBodySmall"/>
              <w:spacing w:after="40"/>
            </w:pPr>
            <w:r>
              <w:t>Useful facts: __________________________________________________________</w:t>
            </w:r>
          </w:p>
          <w:p w14:paraId="5D0A9878" w14:textId="77777777" w:rsidR="00BE3968" w:rsidRDefault="00CA6E70">
            <w:pPr>
              <w:pStyle w:val="CMRBodySmall"/>
            </w:pPr>
            <w:r>
              <w:t>____________________________________________________________________</w:t>
            </w:r>
          </w:p>
          <w:p w14:paraId="7A881273" w14:textId="77777777" w:rsidR="00BE3968" w:rsidRDefault="00CA6E70">
            <w:pPr>
              <w:pStyle w:val="CMRBodySmall"/>
              <w:spacing w:after="40"/>
            </w:pPr>
            <w:r>
              <w:rPr>
                <w:b/>
              </w:rPr>
              <w:t>STEP 3 — HOW DO I FIND IT?</w:t>
            </w:r>
          </w:p>
          <w:p w14:paraId="5138C455" w14:textId="77777777" w:rsidR="00BE3968" w:rsidRDefault="00CA6E70">
            <w:pPr>
              <w:pStyle w:val="CMRBodySmall"/>
              <w:spacing w:after="100"/>
            </w:pPr>
            <w:r>
              <w:t>My work: ____________________________________________________________</w:t>
            </w:r>
          </w:p>
          <w:p w14:paraId="09D0C2C7" w14:textId="77777777" w:rsidR="00BE3968" w:rsidRDefault="00CA6E70">
            <w:pPr>
              <w:pStyle w:val="CMRBodySmall"/>
              <w:spacing w:after="100"/>
            </w:pPr>
            <w:r>
              <w:t>____________________________________________________________________</w:t>
            </w:r>
          </w:p>
          <w:p w14:paraId="28CD143A" w14:textId="77777777" w:rsidR="00BE3968" w:rsidRDefault="00CA6E70">
            <w:pPr>
              <w:pStyle w:val="CMRBodySmall"/>
              <w:spacing w:after="100"/>
            </w:pPr>
            <w:r>
              <w:t>____________________________________________________________________</w:t>
            </w:r>
          </w:p>
          <w:p w14:paraId="5E8DB6EE" w14:textId="77777777" w:rsidR="00BE3968" w:rsidRDefault="00CA6E70">
            <w:pPr>
              <w:pStyle w:val="CMRBodySmall"/>
              <w:spacing w:after="100"/>
            </w:pPr>
            <w:r>
              <w:t>Answer with units: __________________________________________________</w:t>
            </w:r>
          </w:p>
          <w:p w14:paraId="7DAFBBB2" w14:textId="77777777" w:rsidR="00BE3968" w:rsidRDefault="00CA6E70">
            <w:pPr>
              <w:pStyle w:val="CMRBodySmall"/>
              <w:spacing w:after="80"/>
            </w:pPr>
            <w:r>
              <w:t>Does the answer make sense? ___________________________________________</w:t>
            </w:r>
          </w:p>
        </w:tc>
      </w:tr>
    </w:tbl>
    <w:p w14:paraId="4F3F0D57" w14:textId="77777777" w:rsidR="00BE3968" w:rsidRDefault="00CA6E70">
      <w:r>
        <w:br w:type="page"/>
      </w:r>
    </w:p>
    <w:p w14:paraId="40EFA3B6" w14:textId="77777777" w:rsidR="00BE3968" w:rsidRDefault="00CA6E70">
      <w:pPr>
        <w:pStyle w:val="CMRSmallLabel"/>
        <w:spacing w:after="60"/>
      </w:pPr>
      <w:r>
        <w:rPr>
          <w:b w:val="0"/>
        </w:rPr>
        <w:t>SECTION 2  |  TOPIC 13  |  PRACTICE PAGE 3/5</w:t>
      </w:r>
    </w:p>
    <w:p w14:paraId="4468668B" w14:textId="77777777" w:rsidR="00BE3968" w:rsidRDefault="00CA6E70">
      <w:pPr>
        <w:pStyle w:val="CMRPageTitle"/>
        <w:spacing w:after="60"/>
      </w:pPr>
      <w:r>
        <w:rPr>
          <w:b w:val="0"/>
        </w:rPr>
        <w:t>Sales tax</w:t>
      </w:r>
    </w:p>
    <w:p w14:paraId="7432ABC6"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1A3BED1" w14:textId="77777777">
        <w:tc>
          <w:tcPr>
            <w:tcW w:w="10036" w:type="dxa"/>
            <w:shd w:val="clear" w:color="auto" w:fill="F5F8F9"/>
            <w:tcMar>
              <w:top w:w="70" w:type="dxa"/>
              <w:left w:w="140" w:type="dxa"/>
              <w:bottom w:w="85" w:type="dxa"/>
              <w:right w:w="140" w:type="dxa"/>
            </w:tcMar>
          </w:tcPr>
          <w:p w14:paraId="56F4BD7E" w14:textId="77777777" w:rsidR="00BE3968" w:rsidRDefault="00BE3968"/>
          <w:p w14:paraId="061680A4" w14:textId="77777777" w:rsidR="00BE3968" w:rsidRDefault="00CA6E70">
            <w:pPr>
              <w:pStyle w:val="CMRBodySmall"/>
            </w:pPr>
            <w:r>
              <w:rPr>
                <w:b/>
              </w:rPr>
              <w:t>PROBLEM S2-125</w:t>
            </w:r>
          </w:p>
          <w:p w14:paraId="2851BC57" w14:textId="77777777" w:rsidR="00BE3968" w:rsidRDefault="00CA6E70">
            <w:r>
              <w:t>Carmen buys a lamp for $75.00 and a rug for $10.00. The sales tax rate is 6% on both. The store offers free delivery. What is Carmen’s total with tax?</w:t>
            </w:r>
          </w:p>
          <w:p w14:paraId="62B32840" w14:textId="77777777" w:rsidR="00BE3968" w:rsidRDefault="00CA6E70">
            <w:pPr>
              <w:pStyle w:val="CMRBodySmall"/>
              <w:spacing w:after="40"/>
            </w:pPr>
            <w:r>
              <w:rPr>
                <w:b/>
              </w:rPr>
              <w:t>STEP 1 — WHAT DO THEY WANT?</w:t>
            </w:r>
          </w:p>
          <w:p w14:paraId="0E1C0681" w14:textId="77777777" w:rsidR="00BE3968" w:rsidRDefault="00CA6E70">
            <w:pPr>
              <w:pStyle w:val="CMRBodySmall"/>
              <w:spacing w:after="80"/>
            </w:pPr>
            <w:r>
              <w:t>I need to find: _________________________________________________________</w:t>
            </w:r>
          </w:p>
          <w:p w14:paraId="643241E0" w14:textId="77777777" w:rsidR="00BE3968" w:rsidRDefault="00CA6E70">
            <w:pPr>
              <w:pStyle w:val="CMRBodySmall"/>
              <w:spacing w:after="40"/>
            </w:pPr>
            <w:r>
              <w:rPr>
                <w:b/>
              </w:rPr>
              <w:t>STEP 2 — WHAT DO I KNOW?</w:t>
            </w:r>
          </w:p>
          <w:p w14:paraId="7716255C" w14:textId="77777777" w:rsidR="00BE3968" w:rsidRDefault="00CA6E70">
            <w:pPr>
              <w:pStyle w:val="CMRBodySmall"/>
              <w:spacing w:after="40"/>
            </w:pPr>
            <w:r>
              <w:t>Useful facts: __________________________________________________________</w:t>
            </w:r>
          </w:p>
          <w:p w14:paraId="27A42559" w14:textId="77777777" w:rsidR="00BE3968" w:rsidRDefault="00CA6E70">
            <w:pPr>
              <w:pStyle w:val="CMRBodySmall"/>
            </w:pPr>
            <w:r>
              <w:t>____________________________________________________________________</w:t>
            </w:r>
          </w:p>
          <w:p w14:paraId="5F398299" w14:textId="77777777" w:rsidR="00BE3968" w:rsidRDefault="00CA6E70">
            <w:pPr>
              <w:pStyle w:val="CMRBodySmall"/>
              <w:spacing w:after="40"/>
            </w:pPr>
            <w:r>
              <w:rPr>
                <w:b/>
              </w:rPr>
              <w:t>STEP 3 — HOW DO I FIND IT?</w:t>
            </w:r>
          </w:p>
          <w:p w14:paraId="3C541B6C" w14:textId="77777777" w:rsidR="00BE3968" w:rsidRDefault="00CA6E70">
            <w:pPr>
              <w:pStyle w:val="CMRBodySmall"/>
              <w:spacing w:after="100"/>
            </w:pPr>
            <w:r>
              <w:t>My work: ____________________________________________________________</w:t>
            </w:r>
          </w:p>
          <w:p w14:paraId="01ACD109" w14:textId="77777777" w:rsidR="00BE3968" w:rsidRDefault="00CA6E70">
            <w:pPr>
              <w:pStyle w:val="CMRBodySmall"/>
              <w:spacing w:after="100"/>
            </w:pPr>
            <w:r>
              <w:t>____________________________________________________________________</w:t>
            </w:r>
          </w:p>
          <w:p w14:paraId="5DDBEEBB" w14:textId="77777777" w:rsidR="00BE3968" w:rsidRDefault="00CA6E70">
            <w:pPr>
              <w:pStyle w:val="CMRBodySmall"/>
              <w:spacing w:after="100"/>
            </w:pPr>
            <w:r>
              <w:t>____________________________________________________________________</w:t>
            </w:r>
          </w:p>
          <w:p w14:paraId="59625912" w14:textId="77777777" w:rsidR="00BE3968" w:rsidRDefault="00CA6E70">
            <w:pPr>
              <w:pStyle w:val="CMRBodySmall"/>
              <w:spacing w:after="100"/>
            </w:pPr>
            <w:r>
              <w:t>Answer with units: __________________________________________________</w:t>
            </w:r>
          </w:p>
          <w:p w14:paraId="2CFFEFEA" w14:textId="77777777" w:rsidR="00BE3968" w:rsidRDefault="00CA6E70">
            <w:pPr>
              <w:pStyle w:val="CMRBodySmall"/>
              <w:spacing w:after="80"/>
            </w:pPr>
            <w:r>
              <w:t>Does the answer make sense? ___________________________________________</w:t>
            </w:r>
          </w:p>
        </w:tc>
      </w:tr>
    </w:tbl>
    <w:p w14:paraId="31DC5DD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A9C9528" w14:textId="77777777">
        <w:tc>
          <w:tcPr>
            <w:tcW w:w="10036" w:type="dxa"/>
            <w:tcMar>
              <w:top w:w="70" w:type="dxa"/>
              <w:left w:w="140" w:type="dxa"/>
              <w:bottom w:w="85" w:type="dxa"/>
              <w:right w:w="140" w:type="dxa"/>
            </w:tcMar>
          </w:tcPr>
          <w:p w14:paraId="6E0831E7" w14:textId="77777777" w:rsidR="00BE3968" w:rsidRDefault="00BE3968"/>
          <w:p w14:paraId="4B6F6B58" w14:textId="77777777" w:rsidR="00BE3968" w:rsidRDefault="00CA6E70">
            <w:pPr>
              <w:pStyle w:val="CMRBodySmall"/>
            </w:pPr>
            <w:r>
              <w:rPr>
                <w:b/>
              </w:rPr>
              <w:t>PROBLEM S2-126</w:t>
            </w:r>
          </w:p>
          <w:p w14:paraId="0C75F5B3" w14:textId="77777777" w:rsidR="00BE3968" w:rsidRDefault="00CA6E70">
            <w:r>
              <w:t>Before tax, David’s items cost $60.00 and $25.00. The state adds 8% sales tax to the whole purchase. David paid with a debit card. How much was charged to the card?</w:t>
            </w:r>
          </w:p>
          <w:p w14:paraId="245F88A1" w14:textId="77777777" w:rsidR="00BE3968" w:rsidRDefault="00CA6E70">
            <w:pPr>
              <w:pStyle w:val="CMRBodySmall"/>
              <w:spacing w:after="40"/>
            </w:pPr>
            <w:r>
              <w:rPr>
                <w:b/>
              </w:rPr>
              <w:t>STEP 1 — WHAT DO THEY WANT?</w:t>
            </w:r>
          </w:p>
          <w:p w14:paraId="00094F99" w14:textId="77777777" w:rsidR="00BE3968" w:rsidRDefault="00CA6E70">
            <w:pPr>
              <w:pStyle w:val="CMRBodySmall"/>
              <w:spacing w:after="80"/>
            </w:pPr>
            <w:r>
              <w:t>I need to find: _________________________________________________________</w:t>
            </w:r>
          </w:p>
          <w:p w14:paraId="003F6286" w14:textId="77777777" w:rsidR="00BE3968" w:rsidRDefault="00CA6E70">
            <w:pPr>
              <w:pStyle w:val="CMRBodySmall"/>
              <w:spacing w:after="40"/>
            </w:pPr>
            <w:r>
              <w:rPr>
                <w:b/>
              </w:rPr>
              <w:t>STEP 2 — WHAT DO I KNOW?</w:t>
            </w:r>
          </w:p>
          <w:p w14:paraId="1AB35C2A" w14:textId="77777777" w:rsidR="00BE3968" w:rsidRDefault="00CA6E70">
            <w:pPr>
              <w:pStyle w:val="CMRBodySmall"/>
              <w:spacing w:after="40"/>
            </w:pPr>
            <w:r>
              <w:t>Useful facts: __________________________________________________________</w:t>
            </w:r>
          </w:p>
          <w:p w14:paraId="6DE38234" w14:textId="77777777" w:rsidR="00BE3968" w:rsidRDefault="00CA6E70">
            <w:pPr>
              <w:pStyle w:val="CMRBodySmall"/>
            </w:pPr>
            <w:r>
              <w:t>____________________________________________________________________</w:t>
            </w:r>
          </w:p>
          <w:p w14:paraId="4C06EC97" w14:textId="77777777" w:rsidR="00BE3968" w:rsidRDefault="00CA6E70">
            <w:pPr>
              <w:pStyle w:val="CMRBodySmall"/>
              <w:spacing w:after="40"/>
            </w:pPr>
            <w:r>
              <w:rPr>
                <w:b/>
              </w:rPr>
              <w:t>STEP 3 — HOW DO I FIND IT?</w:t>
            </w:r>
          </w:p>
          <w:p w14:paraId="40AF45AE" w14:textId="77777777" w:rsidR="00BE3968" w:rsidRDefault="00CA6E70">
            <w:pPr>
              <w:pStyle w:val="CMRBodySmall"/>
              <w:spacing w:after="100"/>
            </w:pPr>
            <w:r>
              <w:t>My work: ____________________________________________________________</w:t>
            </w:r>
          </w:p>
          <w:p w14:paraId="1F110279" w14:textId="77777777" w:rsidR="00BE3968" w:rsidRDefault="00CA6E70">
            <w:pPr>
              <w:pStyle w:val="CMRBodySmall"/>
              <w:spacing w:after="100"/>
            </w:pPr>
            <w:r>
              <w:t>____________________________________________________________________</w:t>
            </w:r>
          </w:p>
          <w:p w14:paraId="6A98A2C3" w14:textId="77777777" w:rsidR="00BE3968" w:rsidRDefault="00CA6E70">
            <w:pPr>
              <w:pStyle w:val="CMRBodySmall"/>
              <w:spacing w:after="100"/>
            </w:pPr>
            <w:r>
              <w:t>____________________________________________________________________</w:t>
            </w:r>
          </w:p>
          <w:p w14:paraId="7CA905A0" w14:textId="77777777" w:rsidR="00BE3968" w:rsidRDefault="00CA6E70">
            <w:pPr>
              <w:pStyle w:val="CMRBodySmall"/>
              <w:spacing w:after="100"/>
            </w:pPr>
            <w:r>
              <w:t>Answer with units: __________________________________________________</w:t>
            </w:r>
          </w:p>
          <w:p w14:paraId="7B49D5D0" w14:textId="77777777" w:rsidR="00BE3968" w:rsidRDefault="00CA6E70">
            <w:pPr>
              <w:pStyle w:val="CMRBodySmall"/>
              <w:spacing w:after="80"/>
            </w:pPr>
            <w:r>
              <w:t>Does the answer make sense? ___________________________________________</w:t>
            </w:r>
          </w:p>
        </w:tc>
      </w:tr>
    </w:tbl>
    <w:p w14:paraId="4412FE77" w14:textId="77777777" w:rsidR="00BE3968" w:rsidRDefault="00CA6E70">
      <w:r>
        <w:br w:type="page"/>
      </w:r>
    </w:p>
    <w:p w14:paraId="27B8FA64" w14:textId="77777777" w:rsidR="00BE3968" w:rsidRDefault="00CA6E70">
      <w:pPr>
        <w:pStyle w:val="CMRSmallLabel"/>
        <w:spacing w:after="60"/>
      </w:pPr>
      <w:r>
        <w:rPr>
          <w:b w:val="0"/>
        </w:rPr>
        <w:t>SECTION 2  |  TOPIC 13  |  PRACTICE PAGE 4/5</w:t>
      </w:r>
    </w:p>
    <w:p w14:paraId="7E6A9C06" w14:textId="77777777" w:rsidR="00BE3968" w:rsidRDefault="00CA6E70">
      <w:pPr>
        <w:pStyle w:val="CMRPageTitle"/>
        <w:spacing w:after="60"/>
      </w:pPr>
      <w:r>
        <w:rPr>
          <w:b w:val="0"/>
        </w:rPr>
        <w:t>Sales tax</w:t>
      </w:r>
    </w:p>
    <w:p w14:paraId="5AF0A03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6156F1F" w14:textId="77777777">
        <w:tc>
          <w:tcPr>
            <w:tcW w:w="10036" w:type="dxa"/>
            <w:shd w:val="clear" w:color="auto" w:fill="F5F8F9"/>
            <w:tcMar>
              <w:top w:w="70" w:type="dxa"/>
              <w:left w:w="140" w:type="dxa"/>
              <w:bottom w:w="85" w:type="dxa"/>
              <w:right w:w="140" w:type="dxa"/>
            </w:tcMar>
          </w:tcPr>
          <w:p w14:paraId="5C405359" w14:textId="77777777" w:rsidR="00BE3968" w:rsidRDefault="00BE3968"/>
          <w:p w14:paraId="2ACA5B98" w14:textId="77777777" w:rsidR="00BE3968" w:rsidRDefault="00CA6E70">
            <w:pPr>
              <w:pStyle w:val="CMRBodySmall"/>
            </w:pPr>
            <w:r>
              <w:rPr>
                <w:b/>
              </w:rPr>
              <w:t>PROBLEM S2-127</w:t>
            </w:r>
          </w:p>
          <w:p w14:paraId="30289D07" w14:textId="77777777" w:rsidR="00BE3968" w:rsidRDefault="00CA6E70">
            <w:r>
              <w:t>Tanya buys household supplies priced at $20.00 and another item for $20.00. Both items are taxable, and sales tax is 10%. A coupon Tanya has is for next month and cannot be used today. What is the total price, including tax?</w:t>
            </w:r>
          </w:p>
          <w:p w14:paraId="211CE1F9" w14:textId="77777777" w:rsidR="00BE3968" w:rsidRDefault="00CA6E70">
            <w:pPr>
              <w:pStyle w:val="CMRBodySmall"/>
              <w:spacing w:after="40"/>
            </w:pPr>
            <w:r>
              <w:rPr>
                <w:b/>
              </w:rPr>
              <w:t>STEP 1 — WHAT DO THEY WANT?</w:t>
            </w:r>
          </w:p>
          <w:p w14:paraId="6C15CB6C" w14:textId="77777777" w:rsidR="00BE3968" w:rsidRDefault="00CA6E70">
            <w:pPr>
              <w:pStyle w:val="CMRBodySmall"/>
              <w:spacing w:after="80"/>
            </w:pPr>
            <w:r>
              <w:t>I need to find: _________________________________________________________</w:t>
            </w:r>
          </w:p>
          <w:p w14:paraId="1B29D065" w14:textId="77777777" w:rsidR="00BE3968" w:rsidRDefault="00CA6E70">
            <w:pPr>
              <w:pStyle w:val="CMRBodySmall"/>
              <w:spacing w:after="40"/>
            </w:pPr>
            <w:r>
              <w:rPr>
                <w:b/>
              </w:rPr>
              <w:t>STEP 2 — WHAT DO I KNOW?</w:t>
            </w:r>
          </w:p>
          <w:p w14:paraId="2E2C645F" w14:textId="77777777" w:rsidR="00BE3968" w:rsidRDefault="00CA6E70">
            <w:pPr>
              <w:pStyle w:val="CMRBodySmall"/>
              <w:spacing w:after="40"/>
            </w:pPr>
            <w:r>
              <w:t>Useful facts: __________________________________________________________</w:t>
            </w:r>
          </w:p>
          <w:p w14:paraId="78135465" w14:textId="77777777" w:rsidR="00BE3968" w:rsidRDefault="00CA6E70">
            <w:pPr>
              <w:pStyle w:val="CMRBodySmall"/>
            </w:pPr>
            <w:r>
              <w:t>____________________________________________________________________</w:t>
            </w:r>
          </w:p>
          <w:p w14:paraId="18999643" w14:textId="77777777" w:rsidR="00BE3968" w:rsidRDefault="00CA6E70">
            <w:pPr>
              <w:pStyle w:val="CMRBodySmall"/>
              <w:spacing w:after="40"/>
            </w:pPr>
            <w:r>
              <w:rPr>
                <w:b/>
              </w:rPr>
              <w:t>STEP 3 — HOW DO I FIND IT?</w:t>
            </w:r>
          </w:p>
          <w:p w14:paraId="57264DA6" w14:textId="77777777" w:rsidR="00BE3968" w:rsidRDefault="00CA6E70">
            <w:pPr>
              <w:pStyle w:val="CMRBodySmall"/>
              <w:spacing w:after="100"/>
            </w:pPr>
            <w:r>
              <w:t>My work: ____________________________________________________________</w:t>
            </w:r>
          </w:p>
          <w:p w14:paraId="737DB3D1" w14:textId="77777777" w:rsidR="00BE3968" w:rsidRDefault="00CA6E70">
            <w:pPr>
              <w:pStyle w:val="CMRBodySmall"/>
              <w:spacing w:after="100"/>
            </w:pPr>
            <w:r>
              <w:t>____________________________________________________________________</w:t>
            </w:r>
          </w:p>
          <w:p w14:paraId="386842F3" w14:textId="77777777" w:rsidR="00BE3968" w:rsidRDefault="00CA6E70">
            <w:pPr>
              <w:pStyle w:val="CMRBodySmall"/>
              <w:spacing w:after="100"/>
            </w:pPr>
            <w:r>
              <w:t>____________________________________________________________________</w:t>
            </w:r>
          </w:p>
          <w:p w14:paraId="12DD3F05" w14:textId="77777777" w:rsidR="00BE3968" w:rsidRDefault="00CA6E70">
            <w:pPr>
              <w:pStyle w:val="CMRBodySmall"/>
              <w:spacing w:after="100"/>
            </w:pPr>
            <w:r>
              <w:t>Answer with units: __________________________________________________</w:t>
            </w:r>
          </w:p>
          <w:p w14:paraId="4CC75505" w14:textId="77777777" w:rsidR="00BE3968" w:rsidRDefault="00CA6E70">
            <w:pPr>
              <w:pStyle w:val="CMRBodySmall"/>
              <w:spacing w:after="80"/>
            </w:pPr>
            <w:r>
              <w:t>Does the answer make sense? ___________________________________________</w:t>
            </w:r>
          </w:p>
        </w:tc>
      </w:tr>
    </w:tbl>
    <w:p w14:paraId="4F54A49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0CFE099" w14:textId="77777777">
        <w:tc>
          <w:tcPr>
            <w:tcW w:w="10036" w:type="dxa"/>
            <w:tcMar>
              <w:top w:w="70" w:type="dxa"/>
              <w:left w:w="140" w:type="dxa"/>
              <w:bottom w:w="85" w:type="dxa"/>
              <w:right w:w="140" w:type="dxa"/>
            </w:tcMar>
          </w:tcPr>
          <w:p w14:paraId="7D3C2F9D" w14:textId="77777777" w:rsidR="00BE3968" w:rsidRDefault="00BE3968"/>
          <w:p w14:paraId="08FBA1A9" w14:textId="77777777" w:rsidR="00BE3968" w:rsidRDefault="00CA6E70">
            <w:pPr>
              <w:pStyle w:val="CMRBodySmall"/>
            </w:pPr>
            <w:r>
              <w:rPr>
                <w:b/>
              </w:rPr>
              <w:t>PROBLEM S2-128</w:t>
            </w:r>
          </w:p>
          <w:p w14:paraId="38757B2E" w14:textId="77777777" w:rsidR="00BE3968" w:rsidRDefault="00CA6E70">
            <w:r>
              <w:t>Kevin buys a lamp for $50.00 and a rug for $10.00. The sales tax rate is 10% on both. The store offers free delivery. What is Kevin’s total with tax?</w:t>
            </w:r>
          </w:p>
          <w:p w14:paraId="0E0362B0" w14:textId="77777777" w:rsidR="00BE3968" w:rsidRDefault="00CA6E70">
            <w:pPr>
              <w:pStyle w:val="CMRBodySmall"/>
              <w:spacing w:after="40"/>
            </w:pPr>
            <w:r>
              <w:rPr>
                <w:b/>
              </w:rPr>
              <w:t>STEP 1 — WHAT DO THEY WANT?</w:t>
            </w:r>
          </w:p>
          <w:p w14:paraId="32EDBEA6" w14:textId="77777777" w:rsidR="00BE3968" w:rsidRDefault="00CA6E70">
            <w:pPr>
              <w:pStyle w:val="CMRBodySmall"/>
              <w:spacing w:after="80"/>
            </w:pPr>
            <w:r>
              <w:t>I need to find: _________________________________________________________</w:t>
            </w:r>
          </w:p>
          <w:p w14:paraId="65B7AF6F" w14:textId="77777777" w:rsidR="00BE3968" w:rsidRDefault="00CA6E70">
            <w:pPr>
              <w:pStyle w:val="CMRBodySmall"/>
              <w:spacing w:after="40"/>
            </w:pPr>
            <w:r>
              <w:rPr>
                <w:b/>
              </w:rPr>
              <w:t>STEP 2 — WHAT DO I KNOW?</w:t>
            </w:r>
          </w:p>
          <w:p w14:paraId="52D219F4" w14:textId="77777777" w:rsidR="00BE3968" w:rsidRDefault="00CA6E70">
            <w:pPr>
              <w:pStyle w:val="CMRBodySmall"/>
              <w:spacing w:after="40"/>
            </w:pPr>
            <w:r>
              <w:t>Useful facts: __________________________________________________________</w:t>
            </w:r>
          </w:p>
          <w:p w14:paraId="613A7D4E" w14:textId="77777777" w:rsidR="00BE3968" w:rsidRDefault="00CA6E70">
            <w:pPr>
              <w:pStyle w:val="CMRBodySmall"/>
            </w:pPr>
            <w:r>
              <w:t>____________________________________________________________________</w:t>
            </w:r>
          </w:p>
          <w:p w14:paraId="1BE6071C" w14:textId="77777777" w:rsidR="00BE3968" w:rsidRDefault="00CA6E70">
            <w:pPr>
              <w:pStyle w:val="CMRBodySmall"/>
              <w:spacing w:after="40"/>
            </w:pPr>
            <w:r>
              <w:rPr>
                <w:b/>
              </w:rPr>
              <w:t>STEP 3 — HOW DO I FIND IT?</w:t>
            </w:r>
          </w:p>
          <w:p w14:paraId="62AB749E" w14:textId="77777777" w:rsidR="00BE3968" w:rsidRDefault="00CA6E70">
            <w:pPr>
              <w:pStyle w:val="CMRBodySmall"/>
              <w:spacing w:after="100"/>
            </w:pPr>
            <w:r>
              <w:t>My work: ____________________________________________________________</w:t>
            </w:r>
          </w:p>
          <w:p w14:paraId="66A5BB1F" w14:textId="77777777" w:rsidR="00BE3968" w:rsidRDefault="00CA6E70">
            <w:pPr>
              <w:pStyle w:val="CMRBodySmall"/>
              <w:spacing w:after="100"/>
            </w:pPr>
            <w:r>
              <w:t>____________________________________________________________________</w:t>
            </w:r>
          </w:p>
          <w:p w14:paraId="7F087969" w14:textId="77777777" w:rsidR="00BE3968" w:rsidRDefault="00CA6E70">
            <w:pPr>
              <w:pStyle w:val="CMRBodySmall"/>
              <w:spacing w:after="100"/>
            </w:pPr>
            <w:r>
              <w:t>____________________________________________________________________</w:t>
            </w:r>
          </w:p>
          <w:p w14:paraId="0326B998" w14:textId="77777777" w:rsidR="00BE3968" w:rsidRDefault="00CA6E70">
            <w:pPr>
              <w:pStyle w:val="CMRBodySmall"/>
              <w:spacing w:after="100"/>
            </w:pPr>
            <w:r>
              <w:t>Answer with units: __________________________________________________</w:t>
            </w:r>
          </w:p>
          <w:p w14:paraId="7FAAA6D9" w14:textId="77777777" w:rsidR="00BE3968" w:rsidRDefault="00CA6E70">
            <w:pPr>
              <w:pStyle w:val="CMRBodySmall"/>
              <w:spacing w:after="80"/>
            </w:pPr>
            <w:r>
              <w:t>Does the answer make sense? ___________________________________________</w:t>
            </w:r>
          </w:p>
        </w:tc>
      </w:tr>
    </w:tbl>
    <w:p w14:paraId="51E8319C" w14:textId="77777777" w:rsidR="00BE3968" w:rsidRDefault="00CA6E70">
      <w:r>
        <w:br w:type="page"/>
      </w:r>
    </w:p>
    <w:p w14:paraId="53C41A51" w14:textId="77777777" w:rsidR="00BE3968" w:rsidRDefault="00CA6E70">
      <w:pPr>
        <w:pStyle w:val="CMRSmallLabel"/>
        <w:spacing w:after="60"/>
      </w:pPr>
      <w:r>
        <w:rPr>
          <w:b w:val="0"/>
        </w:rPr>
        <w:t>SECTION 2  |  TOPIC 13  |  PRACTICE PAGE 5/5</w:t>
      </w:r>
    </w:p>
    <w:p w14:paraId="25327DCE" w14:textId="77777777" w:rsidR="00BE3968" w:rsidRDefault="00CA6E70">
      <w:pPr>
        <w:pStyle w:val="CMRPageTitle"/>
        <w:spacing w:after="60"/>
      </w:pPr>
      <w:r>
        <w:rPr>
          <w:b w:val="0"/>
        </w:rPr>
        <w:t>Sales tax</w:t>
      </w:r>
    </w:p>
    <w:p w14:paraId="1D10FC4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15C54DB" w14:textId="77777777">
        <w:tc>
          <w:tcPr>
            <w:tcW w:w="10036" w:type="dxa"/>
            <w:shd w:val="clear" w:color="auto" w:fill="F5F8F9"/>
            <w:tcMar>
              <w:top w:w="70" w:type="dxa"/>
              <w:left w:w="140" w:type="dxa"/>
              <w:bottom w:w="85" w:type="dxa"/>
              <w:right w:w="140" w:type="dxa"/>
            </w:tcMar>
          </w:tcPr>
          <w:p w14:paraId="2FAB5C0E" w14:textId="77777777" w:rsidR="00BE3968" w:rsidRDefault="00BE3968"/>
          <w:p w14:paraId="5BF74F43" w14:textId="77777777" w:rsidR="00BE3968" w:rsidRDefault="00CA6E70">
            <w:pPr>
              <w:pStyle w:val="CMRBodySmall"/>
            </w:pPr>
            <w:r>
              <w:rPr>
                <w:b/>
              </w:rPr>
              <w:t>PROBLEM S2-129</w:t>
            </w:r>
          </w:p>
          <w:p w14:paraId="39A8B6CD" w14:textId="77777777" w:rsidR="00BE3968" w:rsidRDefault="00CA6E70">
            <w:r>
              <w:t>Before tax, Sharon’s items cost $35.00 and $25.00. The state adds 10% sales tax to the whole purchase. Sharon paid with a debit card. How much was charged to the card?</w:t>
            </w:r>
          </w:p>
          <w:p w14:paraId="18799ACF" w14:textId="77777777" w:rsidR="00BE3968" w:rsidRDefault="00CA6E70">
            <w:pPr>
              <w:pStyle w:val="CMRBodySmall"/>
              <w:spacing w:after="40"/>
            </w:pPr>
            <w:r>
              <w:rPr>
                <w:b/>
              </w:rPr>
              <w:t>STEP 1 — WHAT DO THEY WANT?</w:t>
            </w:r>
          </w:p>
          <w:p w14:paraId="0C34C3DB" w14:textId="77777777" w:rsidR="00BE3968" w:rsidRDefault="00CA6E70">
            <w:pPr>
              <w:pStyle w:val="CMRBodySmall"/>
              <w:spacing w:after="80"/>
            </w:pPr>
            <w:r>
              <w:t>I need to find: _________________________________________________________</w:t>
            </w:r>
          </w:p>
          <w:p w14:paraId="5F4A5510" w14:textId="77777777" w:rsidR="00BE3968" w:rsidRDefault="00CA6E70">
            <w:pPr>
              <w:pStyle w:val="CMRBodySmall"/>
              <w:spacing w:after="40"/>
            </w:pPr>
            <w:r>
              <w:rPr>
                <w:b/>
              </w:rPr>
              <w:t>STEP 2 — WHAT DO I KNOW?</w:t>
            </w:r>
          </w:p>
          <w:p w14:paraId="41AE42F8" w14:textId="77777777" w:rsidR="00BE3968" w:rsidRDefault="00CA6E70">
            <w:pPr>
              <w:pStyle w:val="CMRBodySmall"/>
              <w:spacing w:after="40"/>
            </w:pPr>
            <w:r>
              <w:t>Useful facts: __________________________________________________________</w:t>
            </w:r>
          </w:p>
          <w:p w14:paraId="554BFD1C" w14:textId="77777777" w:rsidR="00BE3968" w:rsidRDefault="00CA6E70">
            <w:pPr>
              <w:pStyle w:val="CMRBodySmall"/>
            </w:pPr>
            <w:r>
              <w:t>____________________________________________________________________</w:t>
            </w:r>
          </w:p>
          <w:p w14:paraId="5F39ECEB" w14:textId="77777777" w:rsidR="00BE3968" w:rsidRDefault="00CA6E70">
            <w:pPr>
              <w:pStyle w:val="CMRBodySmall"/>
              <w:spacing w:after="40"/>
            </w:pPr>
            <w:r>
              <w:rPr>
                <w:b/>
              </w:rPr>
              <w:t>STEP 3 — HOW DO I FIND IT?</w:t>
            </w:r>
          </w:p>
          <w:p w14:paraId="4C42D3BA" w14:textId="77777777" w:rsidR="00BE3968" w:rsidRDefault="00CA6E70">
            <w:pPr>
              <w:pStyle w:val="CMRBodySmall"/>
              <w:spacing w:after="100"/>
            </w:pPr>
            <w:r>
              <w:t>My work: ____________________________________________________________</w:t>
            </w:r>
          </w:p>
          <w:p w14:paraId="3AC1770A" w14:textId="77777777" w:rsidR="00BE3968" w:rsidRDefault="00CA6E70">
            <w:pPr>
              <w:pStyle w:val="CMRBodySmall"/>
              <w:spacing w:after="100"/>
            </w:pPr>
            <w:r>
              <w:t>____________________________________________________________________</w:t>
            </w:r>
          </w:p>
          <w:p w14:paraId="2B0086C3" w14:textId="77777777" w:rsidR="00BE3968" w:rsidRDefault="00CA6E70">
            <w:pPr>
              <w:pStyle w:val="CMRBodySmall"/>
              <w:spacing w:after="100"/>
            </w:pPr>
            <w:r>
              <w:t>____________________________________________________________________</w:t>
            </w:r>
          </w:p>
          <w:p w14:paraId="4E3EAF4C" w14:textId="77777777" w:rsidR="00BE3968" w:rsidRDefault="00CA6E70">
            <w:pPr>
              <w:pStyle w:val="CMRBodySmall"/>
              <w:spacing w:after="100"/>
            </w:pPr>
            <w:r>
              <w:t>Answer with units: __________________________________________________</w:t>
            </w:r>
          </w:p>
          <w:p w14:paraId="55D7C2E3" w14:textId="77777777" w:rsidR="00BE3968" w:rsidRDefault="00CA6E70">
            <w:pPr>
              <w:pStyle w:val="CMRBodySmall"/>
              <w:spacing w:after="80"/>
            </w:pPr>
            <w:r>
              <w:t>Does the answer make sense? ___________________________________________</w:t>
            </w:r>
          </w:p>
        </w:tc>
      </w:tr>
    </w:tbl>
    <w:p w14:paraId="5E303FF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9017FB3" w14:textId="77777777">
        <w:tc>
          <w:tcPr>
            <w:tcW w:w="10036" w:type="dxa"/>
            <w:tcMar>
              <w:top w:w="70" w:type="dxa"/>
              <w:left w:w="140" w:type="dxa"/>
              <w:bottom w:w="85" w:type="dxa"/>
              <w:right w:w="140" w:type="dxa"/>
            </w:tcMar>
          </w:tcPr>
          <w:p w14:paraId="7C127124" w14:textId="77777777" w:rsidR="00BE3968" w:rsidRDefault="00BE3968"/>
          <w:p w14:paraId="6A8B7BCB" w14:textId="77777777" w:rsidR="00BE3968" w:rsidRDefault="00CA6E70">
            <w:pPr>
              <w:pStyle w:val="CMRBodySmall"/>
            </w:pPr>
            <w:r>
              <w:rPr>
                <w:b/>
              </w:rPr>
              <w:t>PROBLEM S2-130</w:t>
            </w:r>
          </w:p>
          <w:p w14:paraId="0419158F" w14:textId="77777777" w:rsidR="00BE3968" w:rsidRDefault="00CA6E70">
            <w:r>
              <w:t>Andre buys household supplies priced at $50.00 and another item for $20.00. Both items are taxable, and sales tax is 6%. A coupon Andre has is for next month and cannot be used today. What is the total price, including tax?</w:t>
            </w:r>
          </w:p>
          <w:p w14:paraId="515CB743" w14:textId="77777777" w:rsidR="00BE3968" w:rsidRDefault="00CA6E70">
            <w:pPr>
              <w:pStyle w:val="CMRBodySmall"/>
              <w:spacing w:after="40"/>
            </w:pPr>
            <w:r>
              <w:rPr>
                <w:b/>
              </w:rPr>
              <w:t>STEP 1 — WHAT DO THEY WANT?</w:t>
            </w:r>
          </w:p>
          <w:p w14:paraId="6CEF5489" w14:textId="77777777" w:rsidR="00BE3968" w:rsidRDefault="00CA6E70">
            <w:pPr>
              <w:pStyle w:val="CMRBodySmall"/>
              <w:spacing w:after="80"/>
            </w:pPr>
            <w:r>
              <w:t>I need to find: _________________________________________________________</w:t>
            </w:r>
          </w:p>
          <w:p w14:paraId="348B0BC0" w14:textId="77777777" w:rsidR="00BE3968" w:rsidRDefault="00CA6E70">
            <w:pPr>
              <w:pStyle w:val="CMRBodySmall"/>
              <w:spacing w:after="40"/>
            </w:pPr>
            <w:r>
              <w:rPr>
                <w:b/>
              </w:rPr>
              <w:t>STEP 2 — WHAT DO I KNOW?</w:t>
            </w:r>
          </w:p>
          <w:p w14:paraId="554E8184" w14:textId="77777777" w:rsidR="00BE3968" w:rsidRDefault="00CA6E70">
            <w:pPr>
              <w:pStyle w:val="CMRBodySmall"/>
              <w:spacing w:after="40"/>
            </w:pPr>
            <w:r>
              <w:t>Useful facts: __________________________________________________________</w:t>
            </w:r>
          </w:p>
          <w:p w14:paraId="3FCB8AB5" w14:textId="77777777" w:rsidR="00BE3968" w:rsidRDefault="00CA6E70">
            <w:pPr>
              <w:pStyle w:val="CMRBodySmall"/>
            </w:pPr>
            <w:r>
              <w:t>____________________________________________________________________</w:t>
            </w:r>
          </w:p>
          <w:p w14:paraId="7E950EDA" w14:textId="77777777" w:rsidR="00BE3968" w:rsidRDefault="00CA6E70">
            <w:pPr>
              <w:pStyle w:val="CMRBodySmall"/>
              <w:spacing w:after="40"/>
            </w:pPr>
            <w:r>
              <w:rPr>
                <w:b/>
              </w:rPr>
              <w:t>STEP 3 — HOW DO I FIND IT?</w:t>
            </w:r>
          </w:p>
          <w:p w14:paraId="3767BDE0" w14:textId="77777777" w:rsidR="00BE3968" w:rsidRDefault="00CA6E70">
            <w:pPr>
              <w:pStyle w:val="CMRBodySmall"/>
              <w:spacing w:after="100"/>
            </w:pPr>
            <w:r>
              <w:t>My work: ____________________________________________________________</w:t>
            </w:r>
          </w:p>
          <w:p w14:paraId="21EC1DCF" w14:textId="77777777" w:rsidR="00BE3968" w:rsidRDefault="00CA6E70">
            <w:pPr>
              <w:pStyle w:val="CMRBodySmall"/>
              <w:spacing w:after="100"/>
            </w:pPr>
            <w:r>
              <w:t>____________________________________________________________________</w:t>
            </w:r>
          </w:p>
          <w:p w14:paraId="7A404318" w14:textId="77777777" w:rsidR="00BE3968" w:rsidRDefault="00CA6E70">
            <w:pPr>
              <w:pStyle w:val="CMRBodySmall"/>
              <w:spacing w:after="100"/>
            </w:pPr>
            <w:r>
              <w:t>____________________________________________________________________</w:t>
            </w:r>
          </w:p>
          <w:p w14:paraId="0E5AF911" w14:textId="77777777" w:rsidR="00BE3968" w:rsidRDefault="00CA6E70">
            <w:pPr>
              <w:pStyle w:val="CMRBodySmall"/>
              <w:spacing w:after="100"/>
            </w:pPr>
            <w:r>
              <w:t>Answer with units: __________________________________________________</w:t>
            </w:r>
          </w:p>
          <w:p w14:paraId="5311B2B4" w14:textId="77777777" w:rsidR="00BE3968" w:rsidRDefault="00CA6E70">
            <w:pPr>
              <w:pStyle w:val="CMRBodySmall"/>
              <w:spacing w:after="80"/>
            </w:pPr>
            <w:r>
              <w:t>Does the answer make sense? ___________________________________________</w:t>
            </w:r>
          </w:p>
        </w:tc>
      </w:tr>
    </w:tbl>
    <w:p w14:paraId="798CEDD6" w14:textId="77777777" w:rsidR="00BE3968" w:rsidRDefault="00CA6E70">
      <w:r>
        <w:br w:type="page"/>
      </w:r>
    </w:p>
    <w:p w14:paraId="2E8D1597" w14:textId="77777777" w:rsidR="00BE3968" w:rsidRDefault="00CA6E70">
      <w:pPr>
        <w:pStyle w:val="CMRSmallLabel"/>
        <w:spacing w:after="60"/>
      </w:pPr>
      <w:r>
        <w:rPr>
          <w:b w:val="0"/>
        </w:rPr>
        <w:t>SECTION 2  |  TOPIC 14  |  PRACTICE PAGE 1/5</w:t>
      </w:r>
    </w:p>
    <w:p w14:paraId="75821C97" w14:textId="77777777" w:rsidR="00BE3968" w:rsidRDefault="00CA6E70">
      <w:pPr>
        <w:pStyle w:val="CMRPageTitle"/>
        <w:spacing w:after="60"/>
      </w:pPr>
      <w:r>
        <w:rPr>
          <w:b w:val="0"/>
        </w:rPr>
        <w:t>Restaurant costs</w:t>
      </w:r>
    </w:p>
    <w:p w14:paraId="1B8FCBC9" w14:textId="77777777" w:rsidR="00BE3968" w:rsidRDefault="00CA6E70">
      <w:pPr>
        <w:pStyle w:val="CMRBodySmall"/>
        <w:spacing w:after="100"/>
      </w:pPr>
      <w:r>
        <w:t>Use the same three steps: Work out food costs and tips in everyday dining situations.</w:t>
      </w:r>
    </w:p>
    <w:tbl>
      <w:tblPr>
        <w:tblW w:w="0" w:type="auto"/>
        <w:tblLayout w:type="fixed"/>
        <w:tblLook w:val="04A0" w:firstRow="1" w:lastRow="0" w:firstColumn="1" w:lastColumn="0" w:noHBand="0" w:noVBand="1"/>
      </w:tblPr>
      <w:tblGrid>
        <w:gridCol w:w="10036"/>
      </w:tblGrid>
      <w:tr w:rsidR="00BE3968" w14:paraId="12A058B5" w14:textId="77777777">
        <w:tc>
          <w:tcPr>
            <w:tcW w:w="10036" w:type="dxa"/>
            <w:shd w:val="clear" w:color="auto" w:fill="F5F8F9"/>
            <w:tcMar>
              <w:top w:w="70" w:type="dxa"/>
              <w:left w:w="140" w:type="dxa"/>
              <w:bottom w:w="85" w:type="dxa"/>
              <w:right w:w="140" w:type="dxa"/>
            </w:tcMar>
          </w:tcPr>
          <w:p w14:paraId="7689AC77" w14:textId="77777777" w:rsidR="00BE3968" w:rsidRDefault="00BE3968"/>
          <w:p w14:paraId="1AAA5841" w14:textId="77777777" w:rsidR="00BE3968" w:rsidRDefault="00CA6E70">
            <w:pPr>
              <w:pStyle w:val="CMRBodySmall"/>
            </w:pPr>
            <w:r>
              <w:rPr>
                <w:b/>
              </w:rPr>
              <w:t>PROBLEM S2-131</w:t>
            </w:r>
          </w:p>
          <w:p w14:paraId="14087561" w14:textId="77777777" w:rsidR="00BE3968" w:rsidRDefault="00CA6E70">
            <w:r>
              <w:t>Elaine and Rachel share one check. Elaine’s food is $40.00 and Rachel’s is $12.00. They agree on a 15% tip on the whole check. What do they pay in total?</w:t>
            </w:r>
          </w:p>
          <w:p w14:paraId="238BD3D2" w14:textId="77777777" w:rsidR="00BE3968" w:rsidRDefault="00CA6E70">
            <w:pPr>
              <w:pStyle w:val="CMRBodySmall"/>
              <w:spacing w:after="40"/>
            </w:pPr>
            <w:r>
              <w:rPr>
                <w:b/>
              </w:rPr>
              <w:t>STEP 1 — WHAT DO THEY WANT?</w:t>
            </w:r>
          </w:p>
          <w:p w14:paraId="4649E100" w14:textId="77777777" w:rsidR="00BE3968" w:rsidRDefault="00CA6E70">
            <w:pPr>
              <w:pStyle w:val="CMRBodySmall"/>
              <w:spacing w:after="80"/>
            </w:pPr>
            <w:r>
              <w:t>I need to find: _________________________________________________________</w:t>
            </w:r>
          </w:p>
          <w:p w14:paraId="1B49A24E" w14:textId="77777777" w:rsidR="00BE3968" w:rsidRDefault="00CA6E70">
            <w:pPr>
              <w:pStyle w:val="CMRBodySmall"/>
              <w:spacing w:after="40"/>
            </w:pPr>
            <w:r>
              <w:rPr>
                <w:b/>
              </w:rPr>
              <w:t>STEP 2 — WHAT DO I KNOW?</w:t>
            </w:r>
          </w:p>
          <w:p w14:paraId="72E453FD" w14:textId="77777777" w:rsidR="00BE3968" w:rsidRDefault="00CA6E70">
            <w:pPr>
              <w:pStyle w:val="CMRBodySmall"/>
              <w:spacing w:after="40"/>
            </w:pPr>
            <w:r>
              <w:t>Useful facts: __________________________________________________________</w:t>
            </w:r>
          </w:p>
          <w:p w14:paraId="3C76FFF4" w14:textId="77777777" w:rsidR="00BE3968" w:rsidRDefault="00CA6E70">
            <w:pPr>
              <w:pStyle w:val="CMRBodySmall"/>
            </w:pPr>
            <w:r>
              <w:t>____________________________________________________________________</w:t>
            </w:r>
          </w:p>
          <w:p w14:paraId="3C4614F9" w14:textId="77777777" w:rsidR="00BE3968" w:rsidRDefault="00CA6E70">
            <w:pPr>
              <w:pStyle w:val="CMRBodySmall"/>
              <w:spacing w:after="40"/>
            </w:pPr>
            <w:r>
              <w:rPr>
                <w:b/>
              </w:rPr>
              <w:t>STEP 3 — HOW DO I FIND IT?</w:t>
            </w:r>
          </w:p>
          <w:p w14:paraId="679F6C6C" w14:textId="77777777" w:rsidR="00BE3968" w:rsidRDefault="00CA6E70">
            <w:pPr>
              <w:pStyle w:val="CMRBodySmall"/>
              <w:spacing w:after="100"/>
            </w:pPr>
            <w:r>
              <w:t>My work: ____________________________________________________________</w:t>
            </w:r>
          </w:p>
          <w:p w14:paraId="6A0F4E83" w14:textId="77777777" w:rsidR="00BE3968" w:rsidRDefault="00CA6E70">
            <w:pPr>
              <w:pStyle w:val="CMRBodySmall"/>
              <w:spacing w:after="100"/>
            </w:pPr>
            <w:r>
              <w:t>____________________________________________________________________</w:t>
            </w:r>
          </w:p>
          <w:p w14:paraId="6843EB47" w14:textId="77777777" w:rsidR="00BE3968" w:rsidRDefault="00CA6E70">
            <w:pPr>
              <w:pStyle w:val="CMRBodySmall"/>
              <w:spacing w:after="100"/>
            </w:pPr>
            <w:r>
              <w:t>____________________________________________________________________</w:t>
            </w:r>
          </w:p>
          <w:p w14:paraId="10A5EE05" w14:textId="77777777" w:rsidR="00BE3968" w:rsidRDefault="00CA6E70">
            <w:pPr>
              <w:pStyle w:val="CMRBodySmall"/>
              <w:spacing w:after="100"/>
            </w:pPr>
            <w:r>
              <w:t>Answer with units: __________________________________________________</w:t>
            </w:r>
          </w:p>
          <w:p w14:paraId="48A8E685" w14:textId="77777777" w:rsidR="00BE3968" w:rsidRDefault="00CA6E70">
            <w:pPr>
              <w:pStyle w:val="CMRBodySmall"/>
              <w:spacing w:after="80"/>
            </w:pPr>
            <w:r>
              <w:t>Does the answer make sense? ___________________________________________</w:t>
            </w:r>
          </w:p>
        </w:tc>
      </w:tr>
    </w:tbl>
    <w:p w14:paraId="2C77C9C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2D5FE16" w14:textId="77777777">
        <w:tc>
          <w:tcPr>
            <w:tcW w:w="10036" w:type="dxa"/>
            <w:tcMar>
              <w:top w:w="70" w:type="dxa"/>
              <w:left w:w="140" w:type="dxa"/>
              <w:bottom w:w="85" w:type="dxa"/>
              <w:right w:w="140" w:type="dxa"/>
            </w:tcMar>
          </w:tcPr>
          <w:p w14:paraId="0A85CA91" w14:textId="77777777" w:rsidR="00BE3968" w:rsidRDefault="00BE3968"/>
          <w:p w14:paraId="49B8D146" w14:textId="77777777" w:rsidR="00BE3968" w:rsidRDefault="00CA6E70">
            <w:pPr>
              <w:pStyle w:val="CMRBodySmall"/>
            </w:pPr>
            <w:r>
              <w:rPr>
                <w:b/>
              </w:rPr>
              <w:t>PROBLEM S2-132</w:t>
            </w:r>
          </w:p>
          <w:p w14:paraId="524157E6" w14:textId="77777777" w:rsidR="00BE3968" w:rsidRDefault="00CA6E70">
            <w:r>
              <w:t>A lunch check comes to $20.00. Joseph orders dessert for $8.00, which goes on the same check. Terry leaves a 20% tip on the final check. How much is paid, including tip?</w:t>
            </w:r>
          </w:p>
          <w:p w14:paraId="2FD5FADB" w14:textId="77777777" w:rsidR="00BE3968" w:rsidRDefault="00CA6E70">
            <w:pPr>
              <w:pStyle w:val="CMRBodySmall"/>
              <w:spacing w:after="40"/>
            </w:pPr>
            <w:r>
              <w:rPr>
                <w:b/>
              </w:rPr>
              <w:t>STEP 1 — WHAT DO THEY WANT?</w:t>
            </w:r>
          </w:p>
          <w:p w14:paraId="3F057767" w14:textId="77777777" w:rsidR="00BE3968" w:rsidRDefault="00CA6E70">
            <w:pPr>
              <w:pStyle w:val="CMRBodySmall"/>
              <w:spacing w:after="80"/>
            </w:pPr>
            <w:r>
              <w:t>I need to find: _________________________________________________________</w:t>
            </w:r>
          </w:p>
          <w:p w14:paraId="4FC28E12" w14:textId="77777777" w:rsidR="00BE3968" w:rsidRDefault="00CA6E70">
            <w:pPr>
              <w:pStyle w:val="CMRBodySmall"/>
              <w:spacing w:after="40"/>
            </w:pPr>
            <w:r>
              <w:rPr>
                <w:b/>
              </w:rPr>
              <w:t>STEP 2 — WHAT DO I KNOW?</w:t>
            </w:r>
          </w:p>
          <w:p w14:paraId="75D138B4" w14:textId="77777777" w:rsidR="00BE3968" w:rsidRDefault="00CA6E70">
            <w:pPr>
              <w:pStyle w:val="CMRBodySmall"/>
              <w:spacing w:after="40"/>
            </w:pPr>
            <w:r>
              <w:t>Useful facts: __________________________________________________________</w:t>
            </w:r>
          </w:p>
          <w:p w14:paraId="76794E5E" w14:textId="77777777" w:rsidR="00BE3968" w:rsidRDefault="00CA6E70">
            <w:pPr>
              <w:pStyle w:val="CMRBodySmall"/>
            </w:pPr>
            <w:r>
              <w:t>____________________________________________________________________</w:t>
            </w:r>
          </w:p>
          <w:p w14:paraId="26C06B74" w14:textId="77777777" w:rsidR="00BE3968" w:rsidRDefault="00CA6E70">
            <w:pPr>
              <w:pStyle w:val="CMRBodySmall"/>
              <w:spacing w:after="40"/>
            </w:pPr>
            <w:r>
              <w:rPr>
                <w:b/>
              </w:rPr>
              <w:t>STEP 3 — HOW DO I FIND IT?</w:t>
            </w:r>
          </w:p>
          <w:p w14:paraId="3EE70BFF" w14:textId="77777777" w:rsidR="00BE3968" w:rsidRDefault="00CA6E70">
            <w:pPr>
              <w:pStyle w:val="CMRBodySmall"/>
              <w:spacing w:after="100"/>
            </w:pPr>
            <w:r>
              <w:t>My work: ____________________________________________________________</w:t>
            </w:r>
          </w:p>
          <w:p w14:paraId="40C3FAB9" w14:textId="77777777" w:rsidR="00BE3968" w:rsidRDefault="00CA6E70">
            <w:pPr>
              <w:pStyle w:val="CMRBodySmall"/>
              <w:spacing w:after="100"/>
            </w:pPr>
            <w:r>
              <w:t>____________________________________________________________________</w:t>
            </w:r>
          </w:p>
          <w:p w14:paraId="397650D1" w14:textId="77777777" w:rsidR="00BE3968" w:rsidRDefault="00CA6E70">
            <w:pPr>
              <w:pStyle w:val="CMRBodySmall"/>
              <w:spacing w:after="100"/>
            </w:pPr>
            <w:r>
              <w:t>____________________________________________________________________</w:t>
            </w:r>
          </w:p>
          <w:p w14:paraId="0B0731F4" w14:textId="77777777" w:rsidR="00BE3968" w:rsidRDefault="00CA6E70">
            <w:pPr>
              <w:pStyle w:val="CMRBodySmall"/>
              <w:spacing w:after="100"/>
            </w:pPr>
            <w:r>
              <w:t>Answer with units: __________________________________________________</w:t>
            </w:r>
          </w:p>
          <w:p w14:paraId="2E1410D1" w14:textId="77777777" w:rsidR="00BE3968" w:rsidRDefault="00CA6E70">
            <w:pPr>
              <w:pStyle w:val="CMRBodySmall"/>
              <w:spacing w:after="80"/>
            </w:pPr>
            <w:r>
              <w:t>Does the answer make sense? ___________________________________________</w:t>
            </w:r>
          </w:p>
        </w:tc>
      </w:tr>
    </w:tbl>
    <w:p w14:paraId="76817BDD" w14:textId="77777777" w:rsidR="00BE3968" w:rsidRDefault="00CA6E70">
      <w:r>
        <w:br w:type="page"/>
      </w:r>
    </w:p>
    <w:p w14:paraId="6079C060" w14:textId="77777777" w:rsidR="00BE3968" w:rsidRDefault="00CA6E70">
      <w:pPr>
        <w:pStyle w:val="CMRSmallLabel"/>
        <w:spacing w:after="60"/>
      </w:pPr>
      <w:r>
        <w:rPr>
          <w:b w:val="0"/>
        </w:rPr>
        <w:t>SECTION 2  |  TOPIC 14  |  PRACTICE PAGE 2/5</w:t>
      </w:r>
    </w:p>
    <w:p w14:paraId="39D5FCB7" w14:textId="77777777" w:rsidR="00BE3968" w:rsidRDefault="00CA6E70">
      <w:pPr>
        <w:pStyle w:val="CMRPageTitle"/>
        <w:spacing w:after="60"/>
      </w:pPr>
      <w:r>
        <w:rPr>
          <w:b w:val="0"/>
        </w:rPr>
        <w:t>Restaurant costs</w:t>
      </w:r>
    </w:p>
    <w:p w14:paraId="614CCA2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298516A" w14:textId="77777777">
        <w:tc>
          <w:tcPr>
            <w:tcW w:w="10036" w:type="dxa"/>
            <w:shd w:val="clear" w:color="auto" w:fill="F5F8F9"/>
            <w:tcMar>
              <w:top w:w="70" w:type="dxa"/>
              <w:left w:w="140" w:type="dxa"/>
              <w:bottom w:w="85" w:type="dxa"/>
              <w:right w:w="140" w:type="dxa"/>
            </w:tcMar>
          </w:tcPr>
          <w:p w14:paraId="59F4138E" w14:textId="77777777" w:rsidR="00BE3968" w:rsidRDefault="00BE3968"/>
          <w:p w14:paraId="039F232E" w14:textId="77777777" w:rsidR="00BE3968" w:rsidRDefault="00CA6E70">
            <w:pPr>
              <w:pStyle w:val="CMRBodySmall"/>
            </w:pPr>
            <w:r>
              <w:rPr>
                <w:b/>
              </w:rPr>
              <w:t>PROBLEM S2-133</w:t>
            </w:r>
          </w:p>
          <w:p w14:paraId="0B15411B" w14:textId="77777777" w:rsidR="00BE3968" w:rsidRDefault="00CA6E70">
            <w:r>
              <w:t>Rachel has a restaurant bill of $60.00 and plans to leave a 10% tip. Then David’s meal of $10.00 is added to the same check, and the tip is based on the full bill. How much should be paid altogether, including the tip?</w:t>
            </w:r>
          </w:p>
          <w:p w14:paraId="496F4E6C" w14:textId="77777777" w:rsidR="00BE3968" w:rsidRDefault="00CA6E70">
            <w:pPr>
              <w:pStyle w:val="CMRBodySmall"/>
              <w:spacing w:after="40"/>
            </w:pPr>
            <w:r>
              <w:rPr>
                <w:b/>
              </w:rPr>
              <w:t>STEP 1 — WHAT DO THEY WANT?</w:t>
            </w:r>
          </w:p>
          <w:p w14:paraId="4E20661E" w14:textId="77777777" w:rsidR="00BE3968" w:rsidRDefault="00CA6E70">
            <w:pPr>
              <w:pStyle w:val="CMRBodySmall"/>
              <w:spacing w:after="80"/>
            </w:pPr>
            <w:r>
              <w:t>I need to find: _________________________________________________________</w:t>
            </w:r>
          </w:p>
          <w:p w14:paraId="4BFA616B" w14:textId="77777777" w:rsidR="00BE3968" w:rsidRDefault="00CA6E70">
            <w:pPr>
              <w:pStyle w:val="CMRBodySmall"/>
              <w:spacing w:after="40"/>
            </w:pPr>
            <w:r>
              <w:rPr>
                <w:b/>
              </w:rPr>
              <w:t>STEP 2 — WHAT DO I KNOW?</w:t>
            </w:r>
          </w:p>
          <w:p w14:paraId="5F781B83" w14:textId="77777777" w:rsidR="00BE3968" w:rsidRDefault="00CA6E70">
            <w:pPr>
              <w:pStyle w:val="CMRBodySmall"/>
              <w:spacing w:after="40"/>
            </w:pPr>
            <w:r>
              <w:t>Useful facts: __________________________________________________________</w:t>
            </w:r>
          </w:p>
          <w:p w14:paraId="1DC46209" w14:textId="77777777" w:rsidR="00BE3968" w:rsidRDefault="00CA6E70">
            <w:pPr>
              <w:pStyle w:val="CMRBodySmall"/>
            </w:pPr>
            <w:r>
              <w:t>____________________________________________________________________</w:t>
            </w:r>
          </w:p>
          <w:p w14:paraId="11F1A6E6" w14:textId="77777777" w:rsidR="00BE3968" w:rsidRDefault="00CA6E70">
            <w:pPr>
              <w:pStyle w:val="CMRBodySmall"/>
              <w:spacing w:after="40"/>
            </w:pPr>
            <w:r>
              <w:rPr>
                <w:b/>
              </w:rPr>
              <w:t>STEP 3 — HOW DO I FIND IT?</w:t>
            </w:r>
          </w:p>
          <w:p w14:paraId="7E9C7ECC" w14:textId="77777777" w:rsidR="00BE3968" w:rsidRDefault="00CA6E70">
            <w:pPr>
              <w:pStyle w:val="CMRBodySmall"/>
              <w:spacing w:after="100"/>
            </w:pPr>
            <w:r>
              <w:t>My work: ____________________________________________________________</w:t>
            </w:r>
          </w:p>
          <w:p w14:paraId="54B94F9E" w14:textId="77777777" w:rsidR="00BE3968" w:rsidRDefault="00CA6E70">
            <w:pPr>
              <w:pStyle w:val="CMRBodySmall"/>
              <w:spacing w:after="100"/>
            </w:pPr>
            <w:r>
              <w:t>____________________________________________________________________</w:t>
            </w:r>
          </w:p>
          <w:p w14:paraId="643055CF" w14:textId="77777777" w:rsidR="00BE3968" w:rsidRDefault="00CA6E70">
            <w:pPr>
              <w:pStyle w:val="CMRBodySmall"/>
              <w:spacing w:after="100"/>
            </w:pPr>
            <w:r>
              <w:t>____________________________________________________________________</w:t>
            </w:r>
          </w:p>
          <w:p w14:paraId="2D58D83E" w14:textId="77777777" w:rsidR="00BE3968" w:rsidRDefault="00CA6E70">
            <w:pPr>
              <w:pStyle w:val="CMRBodySmall"/>
              <w:spacing w:after="100"/>
            </w:pPr>
            <w:r>
              <w:t>Answer with units: __________________________________________________</w:t>
            </w:r>
          </w:p>
          <w:p w14:paraId="446C8788" w14:textId="77777777" w:rsidR="00BE3968" w:rsidRDefault="00CA6E70">
            <w:pPr>
              <w:pStyle w:val="CMRBodySmall"/>
              <w:spacing w:after="80"/>
            </w:pPr>
            <w:r>
              <w:t>Does the answer make sense? ___________________________________________</w:t>
            </w:r>
          </w:p>
        </w:tc>
      </w:tr>
    </w:tbl>
    <w:p w14:paraId="7877FD4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9302F88" w14:textId="77777777">
        <w:tc>
          <w:tcPr>
            <w:tcW w:w="10036" w:type="dxa"/>
            <w:tcMar>
              <w:top w:w="70" w:type="dxa"/>
              <w:left w:w="140" w:type="dxa"/>
              <w:bottom w:w="85" w:type="dxa"/>
              <w:right w:w="140" w:type="dxa"/>
            </w:tcMar>
          </w:tcPr>
          <w:p w14:paraId="2E3CD90D" w14:textId="77777777" w:rsidR="00BE3968" w:rsidRDefault="00BE3968"/>
          <w:p w14:paraId="6F5F8131" w14:textId="77777777" w:rsidR="00BE3968" w:rsidRDefault="00CA6E70">
            <w:pPr>
              <w:pStyle w:val="CMRBodySmall"/>
            </w:pPr>
            <w:r>
              <w:rPr>
                <w:b/>
              </w:rPr>
              <w:t>PROBLEM S2-134</w:t>
            </w:r>
          </w:p>
          <w:p w14:paraId="3DEC1ADB" w14:textId="77777777" w:rsidR="00BE3968" w:rsidRDefault="00CA6E70">
            <w:r>
              <w:t>Maria and Robert share one check. Maria’s food is $30.00 and Robert’s is $12.00. They agree on a 10% tip on the whole check. What do they pay in total?</w:t>
            </w:r>
          </w:p>
          <w:p w14:paraId="25CF0652" w14:textId="77777777" w:rsidR="00BE3968" w:rsidRDefault="00CA6E70">
            <w:pPr>
              <w:pStyle w:val="CMRBodySmall"/>
              <w:spacing w:after="40"/>
            </w:pPr>
            <w:r>
              <w:rPr>
                <w:b/>
              </w:rPr>
              <w:t>STEP 1 — WHAT DO THEY WANT?</w:t>
            </w:r>
          </w:p>
          <w:p w14:paraId="12324B90" w14:textId="77777777" w:rsidR="00BE3968" w:rsidRDefault="00CA6E70">
            <w:pPr>
              <w:pStyle w:val="CMRBodySmall"/>
              <w:spacing w:after="80"/>
            </w:pPr>
            <w:r>
              <w:t>I need to find: _________________________________________________________</w:t>
            </w:r>
          </w:p>
          <w:p w14:paraId="2E8989A3" w14:textId="77777777" w:rsidR="00BE3968" w:rsidRDefault="00CA6E70">
            <w:pPr>
              <w:pStyle w:val="CMRBodySmall"/>
              <w:spacing w:after="40"/>
            </w:pPr>
            <w:r>
              <w:rPr>
                <w:b/>
              </w:rPr>
              <w:t>STEP 2 — WHAT DO I KNOW?</w:t>
            </w:r>
          </w:p>
          <w:p w14:paraId="6D720023" w14:textId="77777777" w:rsidR="00BE3968" w:rsidRDefault="00CA6E70">
            <w:pPr>
              <w:pStyle w:val="CMRBodySmall"/>
              <w:spacing w:after="40"/>
            </w:pPr>
            <w:r>
              <w:t>Useful facts: __________________________________________________________</w:t>
            </w:r>
          </w:p>
          <w:p w14:paraId="497C3B52" w14:textId="77777777" w:rsidR="00BE3968" w:rsidRDefault="00CA6E70">
            <w:pPr>
              <w:pStyle w:val="CMRBodySmall"/>
            </w:pPr>
            <w:r>
              <w:t>____________________________________________________________________</w:t>
            </w:r>
          </w:p>
          <w:p w14:paraId="3DFC9553" w14:textId="77777777" w:rsidR="00BE3968" w:rsidRDefault="00CA6E70">
            <w:pPr>
              <w:pStyle w:val="CMRBodySmall"/>
              <w:spacing w:after="40"/>
            </w:pPr>
            <w:r>
              <w:rPr>
                <w:b/>
              </w:rPr>
              <w:t>STEP 3 — HOW DO I FIND IT?</w:t>
            </w:r>
          </w:p>
          <w:p w14:paraId="1DF97782" w14:textId="77777777" w:rsidR="00BE3968" w:rsidRDefault="00CA6E70">
            <w:pPr>
              <w:pStyle w:val="CMRBodySmall"/>
              <w:spacing w:after="100"/>
            </w:pPr>
            <w:r>
              <w:t>My work: ____________________________________________________________</w:t>
            </w:r>
          </w:p>
          <w:p w14:paraId="066A6E5A" w14:textId="77777777" w:rsidR="00BE3968" w:rsidRDefault="00CA6E70">
            <w:pPr>
              <w:pStyle w:val="CMRBodySmall"/>
              <w:spacing w:after="100"/>
            </w:pPr>
            <w:r>
              <w:t>____________________________________________________________________</w:t>
            </w:r>
          </w:p>
          <w:p w14:paraId="3C18280B" w14:textId="77777777" w:rsidR="00BE3968" w:rsidRDefault="00CA6E70">
            <w:pPr>
              <w:pStyle w:val="CMRBodySmall"/>
              <w:spacing w:after="100"/>
            </w:pPr>
            <w:r>
              <w:t>____________________________________________________________________</w:t>
            </w:r>
          </w:p>
          <w:p w14:paraId="05C5146D" w14:textId="77777777" w:rsidR="00BE3968" w:rsidRDefault="00CA6E70">
            <w:pPr>
              <w:pStyle w:val="CMRBodySmall"/>
              <w:spacing w:after="100"/>
            </w:pPr>
            <w:r>
              <w:t>Answer with units: __________________________________________________</w:t>
            </w:r>
          </w:p>
          <w:p w14:paraId="74AD58AF" w14:textId="77777777" w:rsidR="00BE3968" w:rsidRDefault="00CA6E70">
            <w:pPr>
              <w:pStyle w:val="CMRBodySmall"/>
              <w:spacing w:after="80"/>
            </w:pPr>
            <w:r>
              <w:t>Does the answer make sense? ___________________________________________</w:t>
            </w:r>
          </w:p>
        </w:tc>
      </w:tr>
    </w:tbl>
    <w:p w14:paraId="089C34EC" w14:textId="77777777" w:rsidR="00BE3968" w:rsidRDefault="00CA6E70">
      <w:r>
        <w:br w:type="page"/>
      </w:r>
    </w:p>
    <w:p w14:paraId="6BA70445" w14:textId="77777777" w:rsidR="00BE3968" w:rsidRDefault="00CA6E70">
      <w:pPr>
        <w:pStyle w:val="CMRSmallLabel"/>
        <w:spacing w:after="60"/>
      </w:pPr>
      <w:r>
        <w:rPr>
          <w:b w:val="0"/>
        </w:rPr>
        <w:t>SECTION 2  |  TOPIC 14  |  PRACTICE PAGE 3/5</w:t>
      </w:r>
    </w:p>
    <w:p w14:paraId="015BB04C" w14:textId="77777777" w:rsidR="00BE3968" w:rsidRDefault="00CA6E70">
      <w:pPr>
        <w:pStyle w:val="CMRPageTitle"/>
        <w:spacing w:after="60"/>
      </w:pPr>
      <w:r>
        <w:rPr>
          <w:b w:val="0"/>
        </w:rPr>
        <w:t>Restaurant costs</w:t>
      </w:r>
    </w:p>
    <w:p w14:paraId="3587165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03782D3" w14:textId="77777777">
        <w:tc>
          <w:tcPr>
            <w:tcW w:w="10036" w:type="dxa"/>
            <w:shd w:val="clear" w:color="auto" w:fill="F5F8F9"/>
            <w:tcMar>
              <w:top w:w="70" w:type="dxa"/>
              <w:left w:w="140" w:type="dxa"/>
              <w:bottom w:w="85" w:type="dxa"/>
              <w:right w:w="140" w:type="dxa"/>
            </w:tcMar>
          </w:tcPr>
          <w:p w14:paraId="1A720E49" w14:textId="77777777" w:rsidR="00BE3968" w:rsidRDefault="00BE3968"/>
          <w:p w14:paraId="249AC84F" w14:textId="77777777" w:rsidR="00BE3968" w:rsidRDefault="00CA6E70">
            <w:pPr>
              <w:pStyle w:val="CMRBodySmall"/>
            </w:pPr>
            <w:r>
              <w:rPr>
                <w:b/>
              </w:rPr>
              <w:t>PROBLEM S2-135</w:t>
            </w:r>
          </w:p>
          <w:p w14:paraId="6103449B" w14:textId="77777777" w:rsidR="00BE3968" w:rsidRDefault="00CA6E70">
            <w:r>
              <w:t>A lunch check comes to $50.00. Carlos orders dessert for $8.00, which goes on the same check. Robert leaves a 20% tip on the final check. How much is paid, including tip?</w:t>
            </w:r>
          </w:p>
          <w:p w14:paraId="556BDA34" w14:textId="77777777" w:rsidR="00BE3968" w:rsidRDefault="00CA6E70">
            <w:pPr>
              <w:pStyle w:val="CMRBodySmall"/>
              <w:spacing w:after="40"/>
            </w:pPr>
            <w:r>
              <w:rPr>
                <w:b/>
              </w:rPr>
              <w:t>STEP 1 — WHAT DO THEY WANT?</w:t>
            </w:r>
          </w:p>
          <w:p w14:paraId="259EEC50" w14:textId="77777777" w:rsidR="00BE3968" w:rsidRDefault="00CA6E70">
            <w:pPr>
              <w:pStyle w:val="CMRBodySmall"/>
              <w:spacing w:after="80"/>
            </w:pPr>
            <w:r>
              <w:t>I need to find: _________________________________________________________</w:t>
            </w:r>
          </w:p>
          <w:p w14:paraId="5CDC705C" w14:textId="77777777" w:rsidR="00BE3968" w:rsidRDefault="00CA6E70">
            <w:pPr>
              <w:pStyle w:val="CMRBodySmall"/>
              <w:spacing w:after="40"/>
            </w:pPr>
            <w:r>
              <w:rPr>
                <w:b/>
              </w:rPr>
              <w:t>STEP 2 — WHAT DO I KNOW?</w:t>
            </w:r>
          </w:p>
          <w:p w14:paraId="0FCF5536" w14:textId="77777777" w:rsidR="00BE3968" w:rsidRDefault="00CA6E70">
            <w:pPr>
              <w:pStyle w:val="CMRBodySmall"/>
              <w:spacing w:after="40"/>
            </w:pPr>
            <w:r>
              <w:t>Useful facts: __________________________________________________________</w:t>
            </w:r>
          </w:p>
          <w:p w14:paraId="2004BFA7" w14:textId="77777777" w:rsidR="00BE3968" w:rsidRDefault="00CA6E70">
            <w:pPr>
              <w:pStyle w:val="CMRBodySmall"/>
            </w:pPr>
            <w:r>
              <w:t>____________________________________________________________________</w:t>
            </w:r>
          </w:p>
          <w:p w14:paraId="713924A2" w14:textId="77777777" w:rsidR="00BE3968" w:rsidRDefault="00CA6E70">
            <w:pPr>
              <w:pStyle w:val="CMRBodySmall"/>
              <w:spacing w:after="40"/>
            </w:pPr>
            <w:r>
              <w:rPr>
                <w:b/>
              </w:rPr>
              <w:t>STEP 3 — HOW DO I FIND IT?</w:t>
            </w:r>
          </w:p>
          <w:p w14:paraId="383F592E" w14:textId="77777777" w:rsidR="00BE3968" w:rsidRDefault="00CA6E70">
            <w:pPr>
              <w:pStyle w:val="CMRBodySmall"/>
              <w:spacing w:after="100"/>
            </w:pPr>
            <w:r>
              <w:t>My work: ____________________________________________________________</w:t>
            </w:r>
          </w:p>
          <w:p w14:paraId="714D1D23" w14:textId="77777777" w:rsidR="00BE3968" w:rsidRDefault="00CA6E70">
            <w:pPr>
              <w:pStyle w:val="CMRBodySmall"/>
              <w:spacing w:after="100"/>
            </w:pPr>
            <w:r>
              <w:t>____________________________________________________________________</w:t>
            </w:r>
          </w:p>
          <w:p w14:paraId="3663C957" w14:textId="77777777" w:rsidR="00BE3968" w:rsidRDefault="00CA6E70">
            <w:pPr>
              <w:pStyle w:val="CMRBodySmall"/>
              <w:spacing w:after="100"/>
            </w:pPr>
            <w:r>
              <w:t>____________________________________________________________________</w:t>
            </w:r>
          </w:p>
          <w:p w14:paraId="2D2FF1BD" w14:textId="77777777" w:rsidR="00BE3968" w:rsidRDefault="00CA6E70">
            <w:pPr>
              <w:pStyle w:val="CMRBodySmall"/>
              <w:spacing w:after="100"/>
            </w:pPr>
            <w:r>
              <w:t>Answer with units: __________________________________________________</w:t>
            </w:r>
          </w:p>
          <w:p w14:paraId="23599F0D" w14:textId="77777777" w:rsidR="00BE3968" w:rsidRDefault="00CA6E70">
            <w:pPr>
              <w:pStyle w:val="CMRBodySmall"/>
              <w:spacing w:after="80"/>
            </w:pPr>
            <w:r>
              <w:t>Does the answer make sense? ___________________________________________</w:t>
            </w:r>
          </w:p>
        </w:tc>
      </w:tr>
    </w:tbl>
    <w:p w14:paraId="2CA2AEF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CBCEC8D" w14:textId="77777777">
        <w:tc>
          <w:tcPr>
            <w:tcW w:w="10036" w:type="dxa"/>
            <w:tcMar>
              <w:top w:w="70" w:type="dxa"/>
              <w:left w:w="140" w:type="dxa"/>
              <w:bottom w:w="85" w:type="dxa"/>
              <w:right w:w="140" w:type="dxa"/>
            </w:tcMar>
          </w:tcPr>
          <w:p w14:paraId="781F4385" w14:textId="77777777" w:rsidR="00BE3968" w:rsidRDefault="00BE3968"/>
          <w:p w14:paraId="626E46F1" w14:textId="77777777" w:rsidR="00BE3968" w:rsidRDefault="00CA6E70">
            <w:pPr>
              <w:pStyle w:val="CMRBodySmall"/>
            </w:pPr>
            <w:r>
              <w:rPr>
                <w:b/>
              </w:rPr>
              <w:t>PROBLEM S2-136</w:t>
            </w:r>
          </w:p>
          <w:p w14:paraId="3BA46EAE" w14:textId="77777777" w:rsidR="00BE3968" w:rsidRDefault="00CA6E70">
            <w:r>
              <w:t>Denise has a restaurant bill of $30.00 and plans to leave a 10% tip. Then Kevin’s meal of $10.00 is added to the same check, and the tip is based on the full bill. How much should be paid altogether, including the tip?</w:t>
            </w:r>
          </w:p>
          <w:p w14:paraId="2E36EEF7" w14:textId="77777777" w:rsidR="00BE3968" w:rsidRDefault="00CA6E70">
            <w:pPr>
              <w:pStyle w:val="CMRBodySmall"/>
              <w:spacing w:after="40"/>
            </w:pPr>
            <w:r>
              <w:rPr>
                <w:b/>
              </w:rPr>
              <w:t>STEP 1 — WHAT DO THEY WANT?</w:t>
            </w:r>
          </w:p>
          <w:p w14:paraId="0C7A46D6" w14:textId="77777777" w:rsidR="00BE3968" w:rsidRDefault="00CA6E70">
            <w:pPr>
              <w:pStyle w:val="CMRBodySmall"/>
              <w:spacing w:after="80"/>
            </w:pPr>
            <w:r>
              <w:t>I need to find: _________________________________________________________</w:t>
            </w:r>
          </w:p>
          <w:p w14:paraId="49FC2FB2" w14:textId="77777777" w:rsidR="00BE3968" w:rsidRDefault="00CA6E70">
            <w:pPr>
              <w:pStyle w:val="CMRBodySmall"/>
              <w:spacing w:after="40"/>
            </w:pPr>
            <w:r>
              <w:rPr>
                <w:b/>
              </w:rPr>
              <w:t>STEP 2 — WHAT DO I KNOW?</w:t>
            </w:r>
          </w:p>
          <w:p w14:paraId="6ABEA317" w14:textId="77777777" w:rsidR="00BE3968" w:rsidRDefault="00CA6E70">
            <w:pPr>
              <w:pStyle w:val="CMRBodySmall"/>
              <w:spacing w:after="40"/>
            </w:pPr>
            <w:r>
              <w:t>Useful facts: __________________________________________________________</w:t>
            </w:r>
          </w:p>
          <w:p w14:paraId="2E83AAFC" w14:textId="77777777" w:rsidR="00BE3968" w:rsidRDefault="00CA6E70">
            <w:pPr>
              <w:pStyle w:val="CMRBodySmall"/>
            </w:pPr>
            <w:r>
              <w:t>____________________________________________________________________</w:t>
            </w:r>
          </w:p>
          <w:p w14:paraId="0C43422B" w14:textId="77777777" w:rsidR="00BE3968" w:rsidRDefault="00CA6E70">
            <w:pPr>
              <w:pStyle w:val="CMRBodySmall"/>
              <w:spacing w:after="40"/>
            </w:pPr>
            <w:r>
              <w:rPr>
                <w:b/>
              </w:rPr>
              <w:t>STEP 3 — HOW DO I FIND IT?</w:t>
            </w:r>
          </w:p>
          <w:p w14:paraId="0B4E1D14" w14:textId="77777777" w:rsidR="00BE3968" w:rsidRDefault="00CA6E70">
            <w:pPr>
              <w:pStyle w:val="CMRBodySmall"/>
              <w:spacing w:after="100"/>
            </w:pPr>
            <w:r>
              <w:t>My work: ____________________________________________________________</w:t>
            </w:r>
          </w:p>
          <w:p w14:paraId="4EBE373F" w14:textId="77777777" w:rsidR="00BE3968" w:rsidRDefault="00CA6E70">
            <w:pPr>
              <w:pStyle w:val="CMRBodySmall"/>
              <w:spacing w:after="100"/>
            </w:pPr>
            <w:r>
              <w:t>____________________________________________________________________</w:t>
            </w:r>
          </w:p>
          <w:p w14:paraId="725A4174" w14:textId="77777777" w:rsidR="00BE3968" w:rsidRDefault="00CA6E70">
            <w:pPr>
              <w:pStyle w:val="CMRBodySmall"/>
              <w:spacing w:after="100"/>
            </w:pPr>
            <w:r>
              <w:t>____________________________________________________________________</w:t>
            </w:r>
          </w:p>
          <w:p w14:paraId="0B8DE99E" w14:textId="77777777" w:rsidR="00BE3968" w:rsidRDefault="00CA6E70">
            <w:pPr>
              <w:pStyle w:val="CMRBodySmall"/>
              <w:spacing w:after="100"/>
            </w:pPr>
            <w:r>
              <w:t>Answer with units: __________________________________________________</w:t>
            </w:r>
          </w:p>
          <w:p w14:paraId="5E480A38" w14:textId="77777777" w:rsidR="00BE3968" w:rsidRDefault="00CA6E70">
            <w:pPr>
              <w:pStyle w:val="CMRBodySmall"/>
              <w:spacing w:after="80"/>
            </w:pPr>
            <w:r>
              <w:t>Does the answer make sense? ___________________________________________</w:t>
            </w:r>
          </w:p>
        </w:tc>
      </w:tr>
    </w:tbl>
    <w:p w14:paraId="46CB8768" w14:textId="77777777" w:rsidR="00BE3968" w:rsidRDefault="00CA6E70">
      <w:r>
        <w:br w:type="page"/>
      </w:r>
    </w:p>
    <w:p w14:paraId="091684BD" w14:textId="77777777" w:rsidR="00BE3968" w:rsidRDefault="00CA6E70">
      <w:pPr>
        <w:pStyle w:val="CMRSmallLabel"/>
        <w:spacing w:after="60"/>
      </w:pPr>
      <w:r>
        <w:rPr>
          <w:b w:val="0"/>
        </w:rPr>
        <w:t>SECTION 2  |  TOPIC 14  |  PRACTICE PAGE 4/5</w:t>
      </w:r>
    </w:p>
    <w:p w14:paraId="3FEF05FA" w14:textId="77777777" w:rsidR="00BE3968" w:rsidRDefault="00CA6E70">
      <w:pPr>
        <w:pStyle w:val="CMRPageTitle"/>
        <w:spacing w:after="60"/>
      </w:pPr>
      <w:r>
        <w:rPr>
          <w:b w:val="0"/>
        </w:rPr>
        <w:t>Restaurant costs</w:t>
      </w:r>
    </w:p>
    <w:p w14:paraId="4FC50DF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5AD361B" w14:textId="77777777">
        <w:tc>
          <w:tcPr>
            <w:tcW w:w="10036" w:type="dxa"/>
            <w:shd w:val="clear" w:color="auto" w:fill="F5F8F9"/>
            <w:tcMar>
              <w:top w:w="70" w:type="dxa"/>
              <w:left w:w="140" w:type="dxa"/>
              <w:bottom w:w="85" w:type="dxa"/>
              <w:right w:w="140" w:type="dxa"/>
            </w:tcMar>
          </w:tcPr>
          <w:p w14:paraId="55B52414" w14:textId="77777777" w:rsidR="00BE3968" w:rsidRDefault="00BE3968"/>
          <w:p w14:paraId="2135F653" w14:textId="77777777" w:rsidR="00BE3968" w:rsidRDefault="00CA6E70">
            <w:pPr>
              <w:pStyle w:val="CMRBodySmall"/>
            </w:pPr>
            <w:r>
              <w:rPr>
                <w:b/>
              </w:rPr>
              <w:t>PROBLEM S2-137</w:t>
            </w:r>
          </w:p>
          <w:p w14:paraId="2E378693" w14:textId="77777777" w:rsidR="00BE3968" w:rsidRDefault="00CA6E70">
            <w:r>
              <w:t>James and Tanya share one check. James’s food is $35.00 and Tanya’s is $15.00. They agree on a 20% tip on the whole check. What do they pay in total?</w:t>
            </w:r>
          </w:p>
          <w:p w14:paraId="233286A0" w14:textId="77777777" w:rsidR="00BE3968" w:rsidRDefault="00CA6E70">
            <w:pPr>
              <w:pStyle w:val="CMRBodySmall"/>
              <w:spacing w:after="40"/>
            </w:pPr>
            <w:r>
              <w:rPr>
                <w:b/>
              </w:rPr>
              <w:t>STEP 1 — WHAT DO THEY WANT?</w:t>
            </w:r>
          </w:p>
          <w:p w14:paraId="64637E11" w14:textId="77777777" w:rsidR="00BE3968" w:rsidRDefault="00CA6E70">
            <w:pPr>
              <w:pStyle w:val="CMRBodySmall"/>
              <w:spacing w:after="80"/>
            </w:pPr>
            <w:r>
              <w:t>I need to find: _________________________________________________________</w:t>
            </w:r>
          </w:p>
          <w:p w14:paraId="57E83920" w14:textId="77777777" w:rsidR="00BE3968" w:rsidRDefault="00CA6E70">
            <w:pPr>
              <w:pStyle w:val="CMRBodySmall"/>
              <w:spacing w:after="40"/>
            </w:pPr>
            <w:r>
              <w:rPr>
                <w:b/>
              </w:rPr>
              <w:t>STEP 2 — WHAT DO I KNOW?</w:t>
            </w:r>
          </w:p>
          <w:p w14:paraId="02E4707F" w14:textId="77777777" w:rsidR="00BE3968" w:rsidRDefault="00CA6E70">
            <w:pPr>
              <w:pStyle w:val="CMRBodySmall"/>
              <w:spacing w:after="40"/>
            </w:pPr>
            <w:r>
              <w:t>Useful facts: __________________________________________________________</w:t>
            </w:r>
          </w:p>
          <w:p w14:paraId="10BC72E2" w14:textId="77777777" w:rsidR="00BE3968" w:rsidRDefault="00CA6E70">
            <w:pPr>
              <w:pStyle w:val="CMRBodySmall"/>
            </w:pPr>
            <w:r>
              <w:t>____________________________________________________________________</w:t>
            </w:r>
          </w:p>
          <w:p w14:paraId="28900B2B" w14:textId="77777777" w:rsidR="00BE3968" w:rsidRDefault="00CA6E70">
            <w:pPr>
              <w:pStyle w:val="CMRBodySmall"/>
              <w:spacing w:after="40"/>
            </w:pPr>
            <w:r>
              <w:rPr>
                <w:b/>
              </w:rPr>
              <w:t>STEP 3 — HOW DO I FIND IT?</w:t>
            </w:r>
          </w:p>
          <w:p w14:paraId="39092A8B" w14:textId="77777777" w:rsidR="00BE3968" w:rsidRDefault="00CA6E70">
            <w:pPr>
              <w:pStyle w:val="CMRBodySmall"/>
              <w:spacing w:after="100"/>
            </w:pPr>
            <w:r>
              <w:t>My work: ____________________________________________________________</w:t>
            </w:r>
          </w:p>
          <w:p w14:paraId="2FB1D9A2" w14:textId="77777777" w:rsidR="00BE3968" w:rsidRDefault="00CA6E70">
            <w:pPr>
              <w:pStyle w:val="CMRBodySmall"/>
              <w:spacing w:after="100"/>
            </w:pPr>
            <w:r>
              <w:t>____________________________________________________________________</w:t>
            </w:r>
          </w:p>
          <w:p w14:paraId="54F6EC19" w14:textId="77777777" w:rsidR="00BE3968" w:rsidRDefault="00CA6E70">
            <w:pPr>
              <w:pStyle w:val="CMRBodySmall"/>
              <w:spacing w:after="100"/>
            </w:pPr>
            <w:r>
              <w:t>____________________________________________________________________</w:t>
            </w:r>
          </w:p>
          <w:p w14:paraId="1FCC6987" w14:textId="77777777" w:rsidR="00BE3968" w:rsidRDefault="00CA6E70">
            <w:pPr>
              <w:pStyle w:val="CMRBodySmall"/>
              <w:spacing w:after="100"/>
            </w:pPr>
            <w:r>
              <w:t>Answer with units: __________________________________________________</w:t>
            </w:r>
          </w:p>
          <w:p w14:paraId="7FF92FD7" w14:textId="77777777" w:rsidR="00BE3968" w:rsidRDefault="00CA6E70">
            <w:pPr>
              <w:pStyle w:val="CMRBodySmall"/>
              <w:spacing w:after="80"/>
            </w:pPr>
            <w:r>
              <w:t>Does the answer make sense? ___________________________________________</w:t>
            </w:r>
          </w:p>
        </w:tc>
      </w:tr>
    </w:tbl>
    <w:p w14:paraId="31016BF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3769001" w14:textId="77777777">
        <w:tc>
          <w:tcPr>
            <w:tcW w:w="10036" w:type="dxa"/>
            <w:tcMar>
              <w:top w:w="70" w:type="dxa"/>
              <w:left w:w="140" w:type="dxa"/>
              <w:bottom w:w="85" w:type="dxa"/>
              <w:right w:w="140" w:type="dxa"/>
            </w:tcMar>
          </w:tcPr>
          <w:p w14:paraId="1E97F1D9" w14:textId="77777777" w:rsidR="00BE3968" w:rsidRDefault="00BE3968"/>
          <w:p w14:paraId="4625C2C3" w14:textId="77777777" w:rsidR="00BE3968" w:rsidRDefault="00CA6E70">
            <w:pPr>
              <w:pStyle w:val="CMRBodySmall"/>
            </w:pPr>
            <w:r>
              <w:rPr>
                <w:b/>
              </w:rPr>
              <w:t>PROBLEM S2-138</w:t>
            </w:r>
          </w:p>
          <w:p w14:paraId="31AD7DC5" w14:textId="77777777" w:rsidR="00BE3968" w:rsidRDefault="00CA6E70">
            <w:r>
              <w:t>A lunch check comes to $20.00. Luis orders dessert for $10.00, which goes on the same check. Felicia leaves a 10% tip on the final check. How much is paid, including tip?</w:t>
            </w:r>
          </w:p>
          <w:p w14:paraId="67BEBA9E" w14:textId="77777777" w:rsidR="00BE3968" w:rsidRDefault="00CA6E70">
            <w:pPr>
              <w:pStyle w:val="CMRBodySmall"/>
              <w:spacing w:after="40"/>
            </w:pPr>
            <w:r>
              <w:rPr>
                <w:b/>
              </w:rPr>
              <w:t>STEP 1 — WHAT DO THEY WANT?</w:t>
            </w:r>
          </w:p>
          <w:p w14:paraId="1B0A2740" w14:textId="77777777" w:rsidR="00BE3968" w:rsidRDefault="00CA6E70">
            <w:pPr>
              <w:pStyle w:val="CMRBodySmall"/>
              <w:spacing w:after="80"/>
            </w:pPr>
            <w:r>
              <w:t>I need to find: _________________________________________________________</w:t>
            </w:r>
          </w:p>
          <w:p w14:paraId="6F9092A5" w14:textId="77777777" w:rsidR="00BE3968" w:rsidRDefault="00CA6E70">
            <w:pPr>
              <w:pStyle w:val="CMRBodySmall"/>
              <w:spacing w:after="40"/>
            </w:pPr>
            <w:r>
              <w:rPr>
                <w:b/>
              </w:rPr>
              <w:t>STEP 2 — WHAT DO I KNOW?</w:t>
            </w:r>
          </w:p>
          <w:p w14:paraId="1856C053" w14:textId="77777777" w:rsidR="00BE3968" w:rsidRDefault="00CA6E70">
            <w:pPr>
              <w:pStyle w:val="CMRBodySmall"/>
              <w:spacing w:after="40"/>
            </w:pPr>
            <w:r>
              <w:t>Useful facts: __________________________________________________________</w:t>
            </w:r>
          </w:p>
          <w:p w14:paraId="531CF7B5" w14:textId="77777777" w:rsidR="00BE3968" w:rsidRDefault="00CA6E70">
            <w:pPr>
              <w:pStyle w:val="CMRBodySmall"/>
            </w:pPr>
            <w:r>
              <w:t>____________________________________________________________________</w:t>
            </w:r>
          </w:p>
          <w:p w14:paraId="1957C681" w14:textId="77777777" w:rsidR="00BE3968" w:rsidRDefault="00CA6E70">
            <w:pPr>
              <w:pStyle w:val="CMRBodySmall"/>
              <w:spacing w:after="40"/>
            </w:pPr>
            <w:r>
              <w:rPr>
                <w:b/>
              </w:rPr>
              <w:t>STEP 3 — HOW DO I FIND IT?</w:t>
            </w:r>
          </w:p>
          <w:p w14:paraId="5766FDFB" w14:textId="77777777" w:rsidR="00BE3968" w:rsidRDefault="00CA6E70">
            <w:pPr>
              <w:pStyle w:val="CMRBodySmall"/>
              <w:spacing w:after="100"/>
            </w:pPr>
            <w:r>
              <w:t>My work: ____________________________________________________________</w:t>
            </w:r>
          </w:p>
          <w:p w14:paraId="252A6C17" w14:textId="77777777" w:rsidR="00BE3968" w:rsidRDefault="00CA6E70">
            <w:pPr>
              <w:pStyle w:val="CMRBodySmall"/>
              <w:spacing w:after="100"/>
            </w:pPr>
            <w:r>
              <w:t>____________________________________________________________________</w:t>
            </w:r>
          </w:p>
          <w:p w14:paraId="67816307" w14:textId="77777777" w:rsidR="00BE3968" w:rsidRDefault="00CA6E70">
            <w:pPr>
              <w:pStyle w:val="CMRBodySmall"/>
              <w:spacing w:after="100"/>
            </w:pPr>
            <w:r>
              <w:t>____________________________________________________________________</w:t>
            </w:r>
          </w:p>
          <w:p w14:paraId="69C0F7FB" w14:textId="77777777" w:rsidR="00BE3968" w:rsidRDefault="00CA6E70">
            <w:pPr>
              <w:pStyle w:val="CMRBodySmall"/>
              <w:spacing w:after="100"/>
            </w:pPr>
            <w:r>
              <w:t>Answer with units: __________________________________________________</w:t>
            </w:r>
          </w:p>
          <w:p w14:paraId="2AF63C5D" w14:textId="77777777" w:rsidR="00BE3968" w:rsidRDefault="00CA6E70">
            <w:pPr>
              <w:pStyle w:val="CMRBodySmall"/>
              <w:spacing w:after="80"/>
            </w:pPr>
            <w:r>
              <w:t>Does the answer make sense? ___________________________________________</w:t>
            </w:r>
          </w:p>
        </w:tc>
      </w:tr>
    </w:tbl>
    <w:p w14:paraId="367F567F" w14:textId="77777777" w:rsidR="00BE3968" w:rsidRDefault="00CA6E70">
      <w:r>
        <w:br w:type="page"/>
      </w:r>
    </w:p>
    <w:p w14:paraId="4E2621B3" w14:textId="77777777" w:rsidR="00BE3968" w:rsidRDefault="00CA6E70">
      <w:pPr>
        <w:pStyle w:val="CMRSmallLabel"/>
        <w:spacing w:after="60"/>
      </w:pPr>
      <w:r>
        <w:rPr>
          <w:b w:val="0"/>
        </w:rPr>
        <w:t>SECTION 2  |  TOPIC 14  |  PRACTICE PAGE 5/5</w:t>
      </w:r>
    </w:p>
    <w:p w14:paraId="27E7A885" w14:textId="77777777" w:rsidR="00BE3968" w:rsidRDefault="00CA6E70">
      <w:pPr>
        <w:pStyle w:val="CMRPageTitle"/>
        <w:spacing w:after="60"/>
      </w:pPr>
      <w:r>
        <w:rPr>
          <w:b w:val="0"/>
        </w:rPr>
        <w:t>Restaurant costs</w:t>
      </w:r>
    </w:p>
    <w:p w14:paraId="7D38BDA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5524716" w14:textId="77777777">
        <w:tc>
          <w:tcPr>
            <w:tcW w:w="10036" w:type="dxa"/>
            <w:shd w:val="clear" w:color="auto" w:fill="F5F8F9"/>
            <w:tcMar>
              <w:top w:w="70" w:type="dxa"/>
              <w:left w:w="140" w:type="dxa"/>
              <w:bottom w:w="85" w:type="dxa"/>
              <w:right w:w="140" w:type="dxa"/>
            </w:tcMar>
          </w:tcPr>
          <w:p w14:paraId="04D06027" w14:textId="77777777" w:rsidR="00BE3968" w:rsidRDefault="00BE3968"/>
          <w:p w14:paraId="4905595C" w14:textId="77777777" w:rsidR="00BE3968" w:rsidRDefault="00CA6E70">
            <w:pPr>
              <w:pStyle w:val="CMRBodySmall"/>
            </w:pPr>
            <w:r>
              <w:rPr>
                <w:b/>
              </w:rPr>
              <w:t>PROBLEM S2-139</w:t>
            </w:r>
          </w:p>
          <w:p w14:paraId="6D420A2B" w14:textId="77777777" w:rsidR="00BE3968" w:rsidRDefault="00CA6E70">
            <w:r>
              <w:t>Monica has a restaurant bill of $30.00 and plans to leave a 20% tip. Then Andre’s meal of $10.00 is added to the same check, and the tip is based on the full bill. How much should be paid altogether, including the tip?</w:t>
            </w:r>
          </w:p>
          <w:p w14:paraId="198CF51B" w14:textId="77777777" w:rsidR="00BE3968" w:rsidRDefault="00CA6E70">
            <w:pPr>
              <w:pStyle w:val="CMRBodySmall"/>
              <w:spacing w:after="40"/>
            </w:pPr>
            <w:r>
              <w:rPr>
                <w:b/>
              </w:rPr>
              <w:t>STEP 1 — WHAT DO THEY WANT?</w:t>
            </w:r>
          </w:p>
          <w:p w14:paraId="4FA3CC6C" w14:textId="77777777" w:rsidR="00BE3968" w:rsidRDefault="00CA6E70">
            <w:pPr>
              <w:pStyle w:val="CMRBodySmall"/>
              <w:spacing w:after="80"/>
            </w:pPr>
            <w:r>
              <w:t>I need to find: _________________________________________________________</w:t>
            </w:r>
          </w:p>
          <w:p w14:paraId="59E62D3D" w14:textId="77777777" w:rsidR="00BE3968" w:rsidRDefault="00CA6E70">
            <w:pPr>
              <w:pStyle w:val="CMRBodySmall"/>
              <w:spacing w:after="40"/>
            </w:pPr>
            <w:r>
              <w:rPr>
                <w:b/>
              </w:rPr>
              <w:t>STEP 2 — WHAT DO I KNOW?</w:t>
            </w:r>
          </w:p>
          <w:p w14:paraId="6E626D7A" w14:textId="77777777" w:rsidR="00BE3968" w:rsidRDefault="00CA6E70">
            <w:pPr>
              <w:pStyle w:val="CMRBodySmall"/>
              <w:spacing w:after="40"/>
            </w:pPr>
            <w:r>
              <w:t>Useful facts: __________________________________________________________</w:t>
            </w:r>
          </w:p>
          <w:p w14:paraId="510EC5E0" w14:textId="77777777" w:rsidR="00BE3968" w:rsidRDefault="00CA6E70">
            <w:pPr>
              <w:pStyle w:val="CMRBodySmall"/>
            </w:pPr>
            <w:r>
              <w:t>____________________________________________________________________</w:t>
            </w:r>
          </w:p>
          <w:p w14:paraId="3EC9F339" w14:textId="77777777" w:rsidR="00BE3968" w:rsidRDefault="00CA6E70">
            <w:pPr>
              <w:pStyle w:val="CMRBodySmall"/>
              <w:spacing w:after="40"/>
            </w:pPr>
            <w:r>
              <w:rPr>
                <w:b/>
              </w:rPr>
              <w:t>STEP 3 — HOW DO I FIND IT?</w:t>
            </w:r>
          </w:p>
          <w:p w14:paraId="6484AB2B" w14:textId="77777777" w:rsidR="00BE3968" w:rsidRDefault="00CA6E70">
            <w:pPr>
              <w:pStyle w:val="CMRBodySmall"/>
              <w:spacing w:after="100"/>
            </w:pPr>
            <w:r>
              <w:t>My work: ____________________________________________________________</w:t>
            </w:r>
          </w:p>
          <w:p w14:paraId="50A78C2D" w14:textId="77777777" w:rsidR="00BE3968" w:rsidRDefault="00CA6E70">
            <w:pPr>
              <w:pStyle w:val="CMRBodySmall"/>
              <w:spacing w:after="100"/>
            </w:pPr>
            <w:r>
              <w:t>____________________________________________________________________</w:t>
            </w:r>
          </w:p>
          <w:p w14:paraId="46B98858" w14:textId="77777777" w:rsidR="00BE3968" w:rsidRDefault="00CA6E70">
            <w:pPr>
              <w:pStyle w:val="CMRBodySmall"/>
              <w:spacing w:after="100"/>
            </w:pPr>
            <w:r>
              <w:t>____________________________________________________________________</w:t>
            </w:r>
          </w:p>
          <w:p w14:paraId="56B06452" w14:textId="77777777" w:rsidR="00BE3968" w:rsidRDefault="00CA6E70">
            <w:pPr>
              <w:pStyle w:val="CMRBodySmall"/>
              <w:spacing w:after="100"/>
            </w:pPr>
            <w:r>
              <w:t>Answer with units: __________________________________________________</w:t>
            </w:r>
          </w:p>
          <w:p w14:paraId="48057B26" w14:textId="77777777" w:rsidR="00BE3968" w:rsidRDefault="00CA6E70">
            <w:pPr>
              <w:pStyle w:val="CMRBodySmall"/>
              <w:spacing w:after="80"/>
            </w:pPr>
            <w:r>
              <w:t>Does the answer make sense? ___________________________________________</w:t>
            </w:r>
          </w:p>
        </w:tc>
      </w:tr>
    </w:tbl>
    <w:p w14:paraId="107DC82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82DAA4F" w14:textId="77777777">
        <w:tc>
          <w:tcPr>
            <w:tcW w:w="10036" w:type="dxa"/>
            <w:tcMar>
              <w:top w:w="70" w:type="dxa"/>
              <w:left w:w="140" w:type="dxa"/>
              <w:bottom w:w="85" w:type="dxa"/>
              <w:right w:w="140" w:type="dxa"/>
            </w:tcMar>
          </w:tcPr>
          <w:p w14:paraId="44741346" w14:textId="77777777" w:rsidR="00BE3968" w:rsidRDefault="00BE3968"/>
          <w:p w14:paraId="34144A7C" w14:textId="77777777" w:rsidR="00BE3968" w:rsidRDefault="00CA6E70">
            <w:pPr>
              <w:pStyle w:val="CMRBodySmall"/>
            </w:pPr>
            <w:r>
              <w:rPr>
                <w:b/>
              </w:rPr>
              <w:t>PROBLEM S2-140</w:t>
            </w:r>
          </w:p>
          <w:p w14:paraId="097A39A9" w14:textId="77777777" w:rsidR="00BE3968" w:rsidRDefault="00CA6E70">
            <w:r>
              <w:t>Rosa and Monica share one check. Rosa’s food is $40.00 and Monica’s is $10.00. They agree on a 10% tip on the whole check. What do they pay in total?</w:t>
            </w:r>
          </w:p>
          <w:p w14:paraId="3102CE3B" w14:textId="77777777" w:rsidR="00BE3968" w:rsidRDefault="00CA6E70">
            <w:pPr>
              <w:pStyle w:val="CMRBodySmall"/>
              <w:spacing w:after="40"/>
            </w:pPr>
            <w:r>
              <w:rPr>
                <w:b/>
              </w:rPr>
              <w:t>STEP 1 — WHAT DO THEY WANT?</w:t>
            </w:r>
          </w:p>
          <w:p w14:paraId="53AE6BFF" w14:textId="77777777" w:rsidR="00BE3968" w:rsidRDefault="00CA6E70">
            <w:pPr>
              <w:pStyle w:val="CMRBodySmall"/>
              <w:spacing w:after="80"/>
            </w:pPr>
            <w:r>
              <w:t>I need to find: _________________________________________________________</w:t>
            </w:r>
          </w:p>
          <w:p w14:paraId="6572092D" w14:textId="77777777" w:rsidR="00BE3968" w:rsidRDefault="00CA6E70">
            <w:pPr>
              <w:pStyle w:val="CMRBodySmall"/>
              <w:spacing w:after="40"/>
            </w:pPr>
            <w:r>
              <w:rPr>
                <w:b/>
              </w:rPr>
              <w:t>STEP 2 — WHAT DO I KNOW?</w:t>
            </w:r>
          </w:p>
          <w:p w14:paraId="62D6E0A2" w14:textId="77777777" w:rsidR="00BE3968" w:rsidRDefault="00CA6E70">
            <w:pPr>
              <w:pStyle w:val="CMRBodySmall"/>
              <w:spacing w:after="40"/>
            </w:pPr>
            <w:r>
              <w:t>Useful facts: __________________________________________________________</w:t>
            </w:r>
          </w:p>
          <w:p w14:paraId="68748629" w14:textId="77777777" w:rsidR="00BE3968" w:rsidRDefault="00CA6E70">
            <w:pPr>
              <w:pStyle w:val="CMRBodySmall"/>
            </w:pPr>
            <w:r>
              <w:t>____________________________________________________________________</w:t>
            </w:r>
          </w:p>
          <w:p w14:paraId="594BAE88" w14:textId="77777777" w:rsidR="00BE3968" w:rsidRDefault="00CA6E70">
            <w:pPr>
              <w:pStyle w:val="CMRBodySmall"/>
              <w:spacing w:after="40"/>
            </w:pPr>
            <w:r>
              <w:rPr>
                <w:b/>
              </w:rPr>
              <w:t>STEP 3 — HOW DO I FIND IT?</w:t>
            </w:r>
          </w:p>
          <w:p w14:paraId="477376DD" w14:textId="77777777" w:rsidR="00BE3968" w:rsidRDefault="00CA6E70">
            <w:pPr>
              <w:pStyle w:val="CMRBodySmall"/>
              <w:spacing w:after="100"/>
            </w:pPr>
            <w:r>
              <w:t>My work: ____________________________________________________________</w:t>
            </w:r>
          </w:p>
          <w:p w14:paraId="33A3E5DC" w14:textId="77777777" w:rsidR="00BE3968" w:rsidRDefault="00CA6E70">
            <w:pPr>
              <w:pStyle w:val="CMRBodySmall"/>
              <w:spacing w:after="100"/>
            </w:pPr>
            <w:r>
              <w:t>____________________________________________________________________</w:t>
            </w:r>
          </w:p>
          <w:p w14:paraId="31B60024" w14:textId="77777777" w:rsidR="00BE3968" w:rsidRDefault="00CA6E70">
            <w:pPr>
              <w:pStyle w:val="CMRBodySmall"/>
              <w:spacing w:after="100"/>
            </w:pPr>
            <w:r>
              <w:t>____________________________________________________________________</w:t>
            </w:r>
          </w:p>
          <w:p w14:paraId="2E30290A" w14:textId="77777777" w:rsidR="00BE3968" w:rsidRDefault="00CA6E70">
            <w:pPr>
              <w:pStyle w:val="CMRBodySmall"/>
              <w:spacing w:after="100"/>
            </w:pPr>
            <w:r>
              <w:t>Answer with units: __________________________________________________</w:t>
            </w:r>
          </w:p>
          <w:p w14:paraId="08A334CF" w14:textId="77777777" w:rsidR="00BE3968" w:rsidRDefault="00CA6E70">
            <w:pPr>
              <w:pStyle w:val="CMRBodySmall"/>
              <w:spacing w:after="80"/>
            </w:pPr>
            <w:r>
              <w:t>Does the answer make sense? ___________________________________________</w:t>
            </w:r>
          </w:p>
        </w:tc>
      </w:tr>
    </w:tbl>
    <w:p w14:paraId="0AEB92FC" w14:textId="77777777" w:rsidR="00BE3968" w:rsidRDefault="00CA6E70">
      <w:r>
        <w:br w:type="page"/>
      </w:r>
    </w:p>
    <w:p w14:paraId="0A7291CF" w14:textId="77777777" w:rsidR="00BE3968" w:rsidRDefault="00CA6E70">
      <w:pPr>
        <w:pStyle w:val="CMRSmallLabel"/>
        <w:spacing w:after="60"/>
      </w:pPr>
      <w:r>
        <w:rPr>
          <w:b w:val="0"/>
        </w:rPr>
        <w:t>SECTION 2  |  TOPIC 15  |  PRACTICE PAGE 1/5</w:t>
      </w:r>
    </w:p>
    <w:p w14:paraId="685077E1" w14:textId="77777777" w:rsidR="00BE3968" w:rsidRDefault="00CA6E70">
      <w:pPr>
        <w:pStyle w:val="CMRPageTitle"/>
        <w:spacing w:after="60"/>
      </w:pPr>
      <w:r>
        <w:rPr>
          <w:b w:val="0"/>
        </w:rPr>
        <w:t>Saving for a goal</w:t>
      </w:r>
    </w:p>
    <w:p w14:paraId="7213F017" w14:textId="77777777" w:rsidR="00BE3968" w:rsidRDefault="00CA6E70">
      <w:pPr>
        <w:pStyle w:val="CMRBodySmall"/>
        <w:spacing w:after="100"/>
      </w:pPr>
      <w:r>
        <w:t>Use the same three steps: Plan how regular contributions move someone toward a goal.</w:t>
      </w:r>
    </w:p>
    <w:tbl>
      <w:tblPr>
        <w:tblW w:w="0" w:type="auto"/>
        <w:tblLayout w:type="fixed"/>
        <w:tblLook w:val="04A0" w:firstRow="1" w:lastRow="0" w:firstColumn="1" w:lastColumn="0" w:noHBand="0" w:noVBand="1"/>
      </w:tblPr>
      <w:tblGrid>
        <w:gridCol w:w="10036"/>
      </w:tblGrid>
      <w:tr w:rsidR="00BE3968" w14:paraId="5903FF61" w14:textId="77777777">
        <w:tc>
          <w:tcPr>
            <w:tcW w:w="10036" w:type="dxa"/>
            <w:shd w:val="clear" w:color="auto" w:fill="F5F8F9"/>
            <w:tcMar>
              <w:top w:w="70" w:type="dxa"/>
              <w:left w:w="140" w:type="dxa"/>
              <w:bottom w:w="85" w:type="dxa"/>
              <w:right w:w="140" w:type="dxa"/>
            </w:tcMar>
          </w:tcPr>
          <w:p w14:paraId="01EE9E24" w14:textId="77777777" w:rsidR="00BE3968" w:rsidRDefault="00BE3968"/>
          <w:p w14:paraId="3A358141" w14:textId="77777777" w:rsidR="00BE3968" w:rsidRDefault="00CA6E70">
            <w:pPr>
              <w:pStyle w:val="CMRBodySmall"/>
            </w:pPr>
            <w:r>
              <w:rPr>
                <w:b/>
              </w:rPr>
              <w:t>PROBLEM S2-141</w:t>
            </w:r>
          </w:p>
          <w:p w14:paraId="31AC5A9B" w14:textId="77777777" w:rsidR="00BE3968" w:rsidRDefault="00CA6E70">
            <w:r>
              <w:t>A certification test costs $186.00. Anthony starts with $56.00 saved, then puts away $12.00 every week for 8 weeks. How much more does Anthony need?</w:t>
            </w:r>
          </w:p>
          <w:p w14:paraId="3C1CBB6F" w14:textId="77777777" w:rsidR="00BE3968" w:rsidRDefault="00CA6E70">
            <w:pPr>
              <w:pStyle w:val="CMRBodySmall"/>
              <w:spacing w:after="40"/>
            </w:pPr>
            <w:r>
              <w:rPr>
                <w:b/>
              </w:rPr>
              <w:t>STEP 1 — WHAT DO THEY WANT?</w:t>
            </w:r>
          </w:p>
          <w:p w14:paraId="354F63F9" w14:textId="77777777" w:rsidR="00BE3968" w:rsidRDefault="00CA6E70">
            <w:pPr>
              <w:pStyle w:val="CMRBodySmall"/>
              <w:spacing w:after="80"/>
            </w:pPr>
            <w:r>
              <w:t>I need to find: _________________________________________________________</w:t>
            </w:r>
          </w:p>
          <w:p w14:paraId="41BB0858" w14:textId="77777777" w:rsidR="00BE3968" w:rsidRDefault="00CA6E70">
            <w:pPr>
              <w:pStyle w:val="CMRBodySmall"/>
              <w:spacing w:after="40"/>
            </w:pPr>
            <w:r>
              <w:rPr>
                <w:b/>
              </w:rPr>
              <w:t>STEP 2 — WHAT DO I KNOW?</w:t>
            </w:r>
          </w:p>
          <w:p w14:paraId="3F3BFD59" w14:textId="77777777" w:rsidR="00BE3968" w:rsidRDefault="00CA6E70">
            <w:pPr>
              <w:pStyle w:val="CMRBodySmall"/>
              <w:spacing w:after="40"/>
            </w:pPr>
            <w:r>
              <w:t>Useful facts: __________________________________________________________</w:t>
            </w:r>
          </w:p>
          <w:p w14:paraId="7B730FF4" w14:textId="77777777" w:rsidR="00BE3968" w:rsidRDefault="00CA6E70">
            <w:pPr>
              <w:pStyle w:val="CMRBodySmall"/>
            </w:pPr>
            <w:r>
              <w:t>____________________________________________________________________</w:t>
            </w:r>
          </w:p>
          <w:p w14:paraId="0837EE91" w14:textId="77777777" w:rsidR="00BE3968" w:rsidRDefault="00CA6E70">
            <w:pPr>
              <w:pStyle w:val="CMRBodySmall"/>
              <w:spacing w:after="40"/>
            </w:pPr>
            <w:r>
              <w:rPr>
                <w:b/>
              </w:rPr>
              <w:t>STEP 3 — HOW DO I FIND IT?</w:t>
            </w:r>
          </w:p>
          <w:p w14:paraId="64C7EBF1" w14:textId="77777777" w:rsidR="00BE3968" w:rsidRDefault="00CA6E70">
            <w:pPr>
              <w:pStyle w:val="CMRBodySmall"/>
              <w:spacing w:after="100"/>
            </w:pPr>
            <w:r>
              <w:t>My work: ____________________________________________________________</w:t>
            </w:r>
          </w:p>
          <w:p w14:paraId="64B37063" w14:textId="77777777" w:rsidR="00BE3968" w:rsidRDefault="00CA6E70">
            <w:pPr>
              <w:pStyle w:val="CMRBodySmall"/>
              <w:spacing w:after="100"/>
            </w:pPr>
            <w:r>
              <w:t>____________________________________________________________________</w:t>
            </w:r>
          </w:p>
          <w:p w14:paraId="52EB7F20" w14:textId="77777777" w:rsidR="00BE3968" w:rsidRDefault="00CA6E70">
            <w:pPr>
              <w:pStyle w:val="CMRBodySmall"/>
              <w:spacing w:after="100"/>
            </w:pPr>
            <w:r>
              <w:t>____________________________________________________________________</w:t>
            </w:r>
          </w:p>
          <w:p w14:paraId="2F78BD73" w14:textId="77777777" w:rsidR="00BE3968" w:rsidRDefault="00CA6E70">
            <w:pPr>
              <w:pStyle w:val="CMRBodySmall"/>
              <w:spacing w:after="100"/>
            </w:pPr>
            <w:r>
              <w:t>Answer with units: __________________________________________________</w:t>
            </w:r>
          </w:p>
          <w:p w14:paraId="4608C1EA" w14:textId="77777777" w:rsidR="00BE3968" w:rsidRDefault="00CA6E70">
            <w:pPr>
              <w:pStyle w:val="CMRBodySmall"/>
              <w:spacing w:after="80"/>
            </w:pPr>
            <w:r>
              <w:t>Does the answer make sense? ___________________________________________</w:t>
            </w:r>
          </w:p>
        </w:tc>
      </w:tr>
    </w:tbl>
    <w:p w14:paraId="0969101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7634132" w14:textId="77777777">
        <w:tc>
          <w:tcPr>
            <w:tcW w:w="10036" w:type="dxa"/>
            <w:tcMar>
              <w:top w:w="70" w:type="dxa"/>
              <w:left w:w="140" w:type="dxa"/>
              <w:bottom w:w="85" w:type="dxa"/>
              <w:right w:w="140" w:type="dxa"/>
            </w:tcMar>
          </w:tcPr>
          <w:p w14:paraId="1E9C2D9C" w14:textId="77777777" w:rsidR="00BE3968" w:rsidRDefault="00BE3968"/>
          <w:p w14:paraId="688E83EC" w14:textId="77777777" w:rsidR="00BE3968" w:rsidRDefault="00CA6E70">
            <w:pPr>
              <w:pStyle w:val="CMRBodySmall"/>
            </w:pPr>
            <w:r>
              <w:rPr>
                <w:b/>
              </w:rPr>
              <w:t>PROBLEM S2-142</w:t>
            </w:r>
          </w:p>
          <w:p w14:paraId="3E67F529" w14:textId="77777777" w:rsidR="00BE3968" w:rsidRDefault="00CA6E70">
            <w:r>
              <w:t>Joseph has already saved $43.00 for a job-training class and plans to save $5.00 each week for 3 weeks. The class costs $90.00. How much more will Joseph need after those weeks to reach the goal?</w:t>
            </w:r>
          </w:p>
          <w:p w14:paraId="35350C79" w14:textId="77777777" w:rsidR="00BE3968" w:rsidRDefault="00CA6E70">
            <w:pPr>
              <w:pStyle w:val="CMRBodySmall"/>
              <w:spacing w:after="40"/>
            </w:pPr>
            <w:r>
              <w:rPr>
                <w:b/>
              </w:rPr>
              <w:t>STEP 1 — WHAT DO THEY WANT?</w:t>
            </w:r>
          </w:p>
          <w:p w14:paraId="4F2C4AFC" w14:textId="77777777" w:rsidR="00BE3968" w:rsidRDefault="00CA6E70">
            <w:pPr>
              <w:pStyle w:val="CMRBodySmall"/>
              <w:spacing w:after="80"/>
            </w:pPr>
            <w:r>
              <w:t>I need to find: _________________________________________________________</w:t>
            </w:r>
          </w:p>
          <w:p w14:paraId="714574E5" w14:textId="77777777" w:rsidR="00BE3968" w:rsidRDefault="00CA6E70">
            <w:pPr>
              <w:pStyle w:val="CMRBodySmall"/>
              <w:spacing w:after="40"/>
            </w:pPr>
            <w:r>
              <w:rPr>
                <w:b/>
              </w:rPr>
              <w:t>STEP 2 — WHAT DO I KNOW?</w:t>
            </w:r>
          </w:p>
          <w:p w14:paraId="10A25CBF" w14:textId="77777777" w:rsidR="00BE3968" w:rsidRDefault="00CA6E70">
            <w:pPr>
              <w:pStyle w:val="CMRBodySmall"/>
              <w:spacing w:after="40"/>
            </w:pPr>
            <w:r>
              <w:t>Useful facts: __________________________________________________________</w:t>
            </w:r>
          </w:p>
          <w:p w14:paraId="3FCCC010" w14:textId="77777777" w:rsidR="00BE3968" w:rsidRDefault="00CA6E70">
            <w:pPr>
              <w:pStyle w:val="CMRBodySmall"/>
            </w:pPr>
            <w:r>
              <w:t>____________________________________________________________________</w:t>
            </w:r>
          </w:p>
          <w:p w14:paraId="2CF0F3E4" w14:textId="77777777" w:rsidR="00BE3968" w:rsidRDefault="00CA6E70">
            <w:pPr>
              <w:pStyle w:val="CMRBodySmall"/>
              <w:spacing w:after="40"/>
            </w:pPr>
            <w:r>
              <w:rPr>
                <w:b/>
              </w:rPr>
              <w:t>STEP 3 — HOW DO I FIND IT?</w:t>
            </w:r>
          </w:p>
          <w:p w14:paraId="32C92FA5" w14:textId="77777777" w:rsidR="00BE3968" w:rsidRDefault="00CA6E70">
            <w:pPr>
              <w:pStyle w:val="CMRBodySmall"/>
              <w:spacing w:after="100"/>
            </w:pPr>
            <w:r>
              <w:t>My work: ____________________________________________________________</w:t>
            </w:r>
          </w:p>
          <w:p w14:paraId="6B35A129" w14:textId="77777777" w:rsidR="00BE3968" w:rsidRDefault="00CA6E70">
            <w:pPr>
              <w:pStyle w:val="CMRBodySmall"/>
              <w:spacing w:after="100"/>
            </w:pPr>
            <w:r>
              <w:t>____________________________________________________________________</w:t>
            </w:r>
          </w:p>
          <w:p w14:paraId="03748208" w14:textId="77777777" w:rsidR="00BE3968" w:rsidRDefault="00CA6E70">
            <w:pPr>
              <w:pStyle w:val="CMRBodySmall"/>
              <w:spacing w:after="100"/>
            </w:pPr>
            <w:r>
              <w:t>____________________________________________________________________</w:t>
            </w:r>
          </w:p>
          <w:p w14:paraId="27AD222F" w14:textId="77777777" w:rsidR="00BE3968" w:rsidRDefault="00CA6E70">
            <w:pPr>
              <w:pStyle w:val="CMRBodySmall"/>
              <w:spacing w:after="100"/>
            </w:pPr>
            <w:r>
              <w:t>Answer with units: __________________________________________________</w:t>
            </w:r>
          </w:p>
          <w:p w14:paraId="38051E2C" w14:textId="77777777" w:rsidR="00BE3968" w:rsidRDefault="00CA6E70">
            <w:pPr>
              <w:pStyle w:val="CMRBodySmall"/>
              <w:spacing w:after="80"/>
            </w:pPr>
            <w:r>
              <w:t>Does the answer make sense? ___________________________________________</w:t>
            </w:r>
          </w:p>
        </w:tc>
      </w:tr>
    </w:tbl>
    <w:p w14:paraId="75C8F261" w14:textId="77777777" w:rsidR="00BE3968" w:rsidRDefault="00CA6E70">
      <w:r>
        <w:br w:type="page"/>
      </w:r>
    </w:p>
    <w:p w14:paraId="39075D90" w14:textId="77777777" w:rsidR="00BE3968" w:rsidRDefault="00CA6E70">
      <w:pPr>
        <w:pStyle w:val="CMRSmallLabel"/>
        <w:spacing w:after="60"/>
      </w:pPr>
      <w:r>
        <w:rPr>
          <w:b w:val="0"/>
        </w:rPr>
        <w:t>SECTION 2  |  TOPIC 15  |  PRACTICE PAGE 2/5</w:t>
      </w:r>
    </w:p>
    <w:p w14:paraId="6A9D2D8F" w14:textId="77777777" w:rsidR="00BE3968" w:rsidRDefault="00CA6E70">
      <w:pPr>
        <w:pStyle w:val="CMRPageTitle"/>
        <w:spacing w:after="60"/>
      </w:pPr>
      <w:r>
        <w:rPr>
          <w:b w:val="0"/>
        </w:rPr>
        <w:t>Saving for a goal</w:t>
      </w:r>
    </w:p>
    <w:p w14:paraId="2AE9B56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12E19AF" w14:textId="77777777">
        <w:tc>
          <w:tcPr>
            <w:tcW w:w="10036" w:type="dxa"/>
            <w:shd w:val="clear" w:color="auto" w:fill="F5F8F9"/>
            <w:tcMar>
              <w:top w:w="70" w:type="dxa"/>
              <w:left w:w="140" w:type="dxa"/>
              <w:bottom w:w="85" w:type="dxa"/>
              <w:right w:w="140" w:type="dxa"/>
            </w:tcMar>
          </w:tcPr>
          <w:p w14:paraId="62E0B37D" w14:textId="77777777" w:rsidR="00BE3968" w:rsidRDefault="00BE3968"/>
          <w:p w14:paraId="6152AD68" w14:textId="77777777" w:rsidR="00BE3968" w:rsidRDefault="00CA6E70">
            <w:pPr>
              <w:pStyle w:val="CMRBodySmall"/>
            </w:pPr>
            <w:r>
              <w:rPr>
                <w:b/>
              </w:rPr>
              <w:t>PROBLEM S2-143</w:t>
            </w:r>
          </w:p>
          <w:p w14:paraId="3BD3574F" w14:textId="77777777" w:rsidR="00BE3968" w:rsidRDefault="00CA6E70">
            <w:r>
              <w:t>Angela wants $114.00 for a used laptop. Angela has $67.00 now and will add $5.00 a week for 4 weeks. How much will Angela still be short at the end of those weeks?</w:t>
            </w:r>
          </w:p>
          <w:p w14:paraId="35C93416" w14:textId="77777777" w:rsidR="00BE3968" w:rsidRDefault="00CA6E70">
            <w:pPr>
              <w:pStyle w:val="CMRBodySmall"/>
              <w:spacing w:after="40"/>
            </w:pPr>
            <w:r>
              <w:rPr>
                <w:b/>
              </w:rPr>
              <w:t>STEP 1 — WHAT DO THEY WANT?</w:t>
            </w:r>
          </w:p>
          <w:p w14:paraId="02E0074A" w14:textId="77777777" w:rsidR="00BE3968" w:rsidRDefault="00CA6E70">
            <w:pPr>
              <w:pStyle w:val="CMRBodySmall"/>
              <w:spacing w:after="80"/>
            </w:pPr>
            <w:r>
              <w:t>I need to find: _________________________________________________________</w:t>
            </w:r>
          </w:p>
          <w:p w14:paraId="67844672" w14:textId="77777777" w:rsidR="00BE3968" w:rsidRDefault="00CA6E70">
            <w:pPr>
              <w:pStyle w:val="CMRBodySmall"/>
              <w:spacing w:after="40"/>
            </w:pPr>
            <w:r>
              <w:rPr>
                <w:b/>
              </w:rPr>
              <w:t>STEP 2 — WHAT DO I KNOW?</w:t>
            </w:r>
          </w:p>
          <w:p w14:paraId="588F75D5" w14:textId="77777777" w:rsidR="00BE3968" w:rsidRDefault="00CA6E70">
            <w:pPr>
              <w:pStyle w:val="CMRBodySmall"/>
              <w:spacing w:after="40"/>
            </w:pPr>
            <w:r>
              <w:t>Useful facts: __________________________________________________________</w:t>
            </w:r>
          </w:p>
          <w:p w14:paraId="12A844DF" w14:textId="77777777" w:rsidR="00BE3968" w:rsidRDefault="00CA6E70">
            <w:pPr>
              <w:pStyle w:val="CMRBodySmall"/>
            </w:pPr>
            <w:r>
              <w:t>____________________________________________________________________</w:t>
            </w:r>
          </w:p>
          <w:p w14:paraId="5C66E658" w14:textId="77777777" w:rsidR="00BE3968" w:rsidRDefault="00CA6E70">
            <w:pPr>
              <w:pStyle w:val="CMRBodySmall"/>
              <w:spacing w:after="40"/>
            </w:pPr>
            <w:r>
              <w:rPr>
                <w:b/>
              </w:rPr>
              <w:t>STEP 3 — HOW DO I FIND IT?</w:t>
            </w:r>
          </w:p>
          <w:p w14:paraId="729F94CF" w14:textId="77777777" w:rsidR="00BE3968" w:rsidRDefault="00CA6E70">
            <w:pPr>
              <w:pStyle w:val="CMRBodySmall"/>
              <w:spacing w:after="100"/>
            </w:pPr>
            <w:r>
              <w:t>My work: ____________________________________________________________</w:t>
            </w:r>
          </w:p>
          <w:p w14:paraId="6F1CB70B" w14:textId="77777777" w:rsidR="00BE3968" w:rsidRDefault="00CA6E70">
            <w:pPr>
              <w:pStyle w:val="CMRBodySmall"/>
              <w:spacing w:after="100"/>
            </w:pPr>
            <w:r>
              <w:t>____________________________________________________________________</w:t>
            </w:r>
          </w:p>
          <w:p w14:paraId="3BA705ED" w14:textId="77777777" w:rsidR="00BE3968" w:rsidRDefault="00CA6E70">
            <w:pPr>
              <w:pStyle w:val="CMRBodySmall"/>
              <w:spacing w:after="100"/>
            </w:pPr>
            <w:r>
              <w:t>____________________________________________________________________</w:t>
            </w:r>
          </w:p>
          <w:p w14:paraId="119B225A" w14:textId="77777777" w:rsidR="00BE3968" w:rsidRDefault="00CA6E70">
            <w:pPr>
              <w:pStyle w:val="CMRBodySmall"/>
              <w:spacing w:after="100"/>
            </w:pPr>
            <w:r>
              <w:t>Answer with units: __________________________________________________</w:t>
            </w:r>
          </w:p>
          <w:p w14:paraId="07819497" w14:textId="77777777" w:rsidR="00BE3968" w:rsidRDefault="00CA6E70">
            <w:pPr>
              <w:pStyle w:val="CMRBodySmall"/>
              <w:spacing w:after="80"/>
            </w:pPr>
            <w:r>
              <w:t>Does the answer make sense? ___________________________________________</w:t>
            </w:r>
          </w:p>
        </w:tc>
      </w:tr>
    </w:tbl>
    <w:p w14:paraId="309C043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AF81BCC" w14:textId="77777777">
        <w:tc>
          <w:tcPr>
            <w:tcW w:w="10036" w:type="dxa"/>
            <w:tcMar>
              <w:top w:w="70" w:type="dxa"/>
              <w:left w:w="140" w:type="dxa"/>
              <w:bottom w:w="85" w:type="dxa"/>
              <w:right w:w="140" w:type="dxa"/>
            </w:tcMar>
          </w:tcPr>
          <w:p w14:paraId="6C5ADAA4" w14:textId="77777777" w:rsidR="00BE3968" w:rsidRDefault="00BE3968"/>
          <w:p w14:paraId="7482C0E8" w14:textId="77777777" w:rsidR="00BE3968" w:rsidRDefault="00CA6E70">
            <w:pPr>
              <w:pStyle w:val="CMRBodySmall"/>
            </w:pPr>
            <w:r>
              <w:rPr>
                <w:b/>
              </w:rPr>
              <w:t>PROBLEM S2-144</w:t>
            </w:r>
          </w:p>
          <w:p w14:paraId="572F83E2" w14:textId="77777777" w:rsidR="00BE3968" w:rsidRDefault="00CA6E70">
            <w:r>
              <w:t>A certification test costs $111.00. Carlos starts with $48.00 saved, then puts away $13.00 every week for 4 weeks. How much more does Carlos need?</w:t>
            </w:r>
          </w:p>
          <w:p w14:paraId="54E35BD4" w14:textId="77777777" w:rsidR="00BE3968" w:rsidRDefault="00CA6E70">
            <w:pPr>
              <w:pStyle w:val="CMRBodySmall"/>
              <w:spacing w:after="40"/>
            </w:pPr>
            <w:r>
              <w:rPr>
                <w:b/>
              </w:rPr>
              <w:t>STEP 1 — WHAT DO THEY WANT?</w:t>
            </w:r>
          </w:p>
          <w:p w14:paraId="3146AEFB" w14:textId="77777777" w:rsidR="00BE3968" w:rsidRDefault="00CA6E70">
            <w:pPr>
              <w:pStyle w:val="CMRBodySmall"/>
              <w:spacing w:after="80"/>
            </w:pPr>
            <w:r>
              <w:t>I need to find: _________________________________________________________</w:t>
            </w:r>
          </w:p>
          <w:p w14:paraId="7FB39A49" w14:textId="77777777" w:rsidR="00BE3968" w:rsidRDefault="00CA6E70">
            <w:pPr>
              <w:pStyle w:val="CMRBodySmall"/>
              <w:spacing w:after="40"/>
            </w:pPr>
            <w:r>
              <w:rPr>
                <w:b/>
              </w:rPr>
              <w:t>STEP 2 — WHAT DO I KNOW?</w:t>
            </w:r>
          </w:p>
          <w:p w14:paraId="2832F12F" w14:textId="77777777" w:rsidR="00BE3968" w:rsidRDefault="00CA6E70">
            <w:pPr>
              <w:pStyle w:val="CMRBodySmall"/>
              <w:spacing w:after="40"/>
            </w:pPr>
            <w:r>
              <w:t>Useful facts: __________________________________________________________</w:t>
            </w:r>
          </w:p>
          <w:p w14:paraId="455B6BEB" w14:textId="77777777" w:rsidR="00BE3968" w:rsidRDefault="00CA6E70">
            <w:pPr>
              <w:pStyle w:val="CMRBodySmall"/>
            </w:pPr>
            <w:r>
              <w:t>____________________________________________________________________</w:t>
            </w:r>
          </w:p>
          <w:p w14:paraId="5F47FA06" w14:textId="77777777" w:rsidR="00BE3968" w:rsidRDefault="00CA6E70">
            <w:pPr>
              <w:pStyle w:val="CMRBodySmall"/>
              <w:spacing w:after="40"/>
            </w:pPr>
            <w:r>
              <w:rPr>
                <w:b/>
              </w:rPr>
              <w:t>STEP 3 — HOW DO I FIND IT?</w:t>
            </w:r>
          </w:p>
          <w:p w14:paraId="674FA858" w14:textId="77777777" w:rsidR="00BE3968" w:rsidRDefault="00CA6E70">
            <w:pPr>
              <w:pStyle w:val="CMRBodySmall"/>
              <w:spacing w:after="100"/>
            </w:pPr>
            <w:r>
              <w:t>My work: ____________________________________________________________</w:t>
            </w:r>
          </w:p>
          <w:p w14:paraId="75FA34F2" w14:textId="77777777" w:rsidR="00BE3968" w:rsidRDefault="00CA6E70">
            <w:pPr>
              <w:pStyle w:val="CMRBodySmall"/>
              <w:spacing w:after="100"/>
            </w:pPr>
            <w:r>
              <w:t>____________________________________________________________________</w:t>
            </w:r>
          </w:p>
          <w:p w14:paraId="1ACE2738" w14:textId="77777777" w:rsidR="00BE3968" w:rsidRDefault="00CA6E70">
            <w:pPr>
              <w:pStyle w:val="CMRBodySmall"/>
              <w:spacing w:after="100"/>
            </w:pPr>
            <w:r>
              <w:t>____________________________________________________________________</w:t>
            </w:r>
          </w:p>
          <w:p w14:paraId="71C35A32" w14:textId="77777777" w:rsidR="00BE3968" w:rsidRDefault="00CA6E70">
            <w:pPr>
              <w:pStyle w:val="CMRBodySmall"/>
              <w:spacing w:after="100"/>
            </w:pPr>
            <w:r>
              <w:t>Answer with units: __________________________________________________</w:t>
            </w:r>
          </w:p>
          <w:p w14:paraId="6E681B9C" w14:textId="77777777" w:rsidR="00BE3968" w:rsidRDefault="00CA6E70">
            <w:pPr>
              <w:pStyle w:val="CMRBodySmall"/>
              <w:spacing w:after="80"/>
            </w:pPr>
            <w:r>
              <w:t>Does the answer make sense? ___________________________________________</w:t>
            </w:r>
          </w:p>
        </w:tc>
      </w:tr>
    </w:tbl>
    <w:p w14:paraId="0B4F18C9" w14:textId="77777777" w:rsidR="00BE3968" w:rsidRDefault="00CA6E70">
      <w:r>
        <w:br w:type="page"/>
      </w:r>
    </w:p>
    <w:p w14:paraId="747688EB" w14:textId="77777777" w:rsidR="00BE3968" w:rsidRDefault="00CA6E70">
      <w:pPr>
        <w:pStyle w:val="CMRSmallLabel"/>
        <w:spacing w:after="60"/>
      </w:pPr>
      <w:r>
        <w:rPr>
          <w:b w:val="0"/>
        </w:rPr>
        <w:t>SECTION 2  |  TOPIC 15  |  PRACTICE PAGE 3/5</w:t>
      </w:r>
    </w:p>
    <w:p w14:paraId="026F9E87" w14:textId="77777777" w:rsidR="00BE3968" w:rsidRDefault="00CA6E70">
      <w:pPr>
        <w:pStyle w:val="CMRPageTitle"/>
        <w:spacing w:after="60"/>
      </w:pPr>
      <w:r>
        <w:rPr>
          <w:b w:val="0"/>
        </w:rPr>
        <w:t>Saving for a goal</w:t>
      </w:r>
    </w:p>
    <w:p w14:paraId="0F215DF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324A6C3" w14:textId="77777777">
        <w:tc>
          <w:tcPr>
            <w:tcW w:w="10036" w:type="dxa"/>
            <w:shd w:val="clear" w:color="auto" w:fill="F5F8F9"/>
            <w:tcMar>
              <w:top w:w="70" w:type="dxa"/>
              <w:left w:w="140" w:type="dxa"/>
              <w:bottom w:w="85" w:type="dxa"/>
              <w:right w:w="140" w:type="dxa"/>
            </w:tcMar>
          </w:tcPr>
          <w:p w14:paraId="0E1E73B3" w14:textId="77777777" w:rsidR="00BE3968" w:rsidRDefault="00BE3968"/>
          <w:p w14:paraId="41494F87" w14:textId="77777777" w:rsidR="00BE3968" w:rsidRDefault="00CA6E70">
            <w:pPr>
              <w:pStyle w:val="CMRBodySmall"/>
            </w:pPr>
            <w:r>
              <w:rPr>
                <w:b/>
              </w:rPr>
              <w:t>PROBLEM S2-145</w:t>
            </w:r>
          </w:p>
          <w:p w14:paraId="347CBC0B" w14:textId="77777777" w:rsidR="00BE3968" w:rsidRDefault="00CA6E70">
            <w:r>
              <w:t>Nicole has already saved $60.00 for a job-training class and plans to save $6.00 each week for 5 weeks. The class costs $120.00. How much more will Nicole need after those weeks to reach the goal?</w:t>
            </w:r>
          </w:p>
          <w:p w14:paraId="3046CF35" w14:textId="77777777" w:rsidR="00BE3968" w:rsidRDefault="00CA6E70">
            <w:pPr>
              <w:pStyle w:val="CMRBodySmall"/>
              <w:spacing w:after="40"/>
            </w:pPr>
            <w:r>
              <w:rPr>
                <w:b/>
              </w:rPr>
              <w:t>STEP 1 — WHAT DO THEY WANT?</w:t>
            </w:r>
          </w:p>
          <w:p w14:paraId="2787FC99" w14:textId="77777777" w:rsidR="00BE3968" w:rsidRDefault="00CA6E70">
            <w:pPr>
              <w:pStyle w:val="CMRBodySmall"/>
              <w:spacing w:after="80"/>
            </w:pPr>
            <w:r>
              <w:t>I need to find: _________________________________________________________</w:t>
            </w:r>
          </w:p>
          <w:p w14:paraId="26F232FB" w14:textId="77777777" w:rsidR="00BE3968" w:rsidRDefault="00CA6E70">
            <w:pPr>
              <w:pStyle w:val="CMRBodySmall"/>
              <w:spacing w:after="40"/>
            </w:pPr>
            <w:r>
              <w:rPr>
                <w:b/>
              </w:rPr>
              <w:t>STEP 2 — WHAT DO I KNOW?</w:t>
            </w:r>
          </w:p>
          <w:p w14:paraId="349A7FE8" w14:textId="77777777" w:rsidR="00BE3968" w:rsidRDefault="00CA6E70">
            <w:pPr>
              <w:pStyle w:val="CMRBodySmall"/>
              <w:spacing w:after="40"/>
            </w:pPr>
            <w:r>
              <w:t>Useful facts: __________________________________________________________</w:t>
            </w:r>
          </w:p>
          <w:p w14:paraId="2629AE04" w14:textId="77777777" w:rsidR="00BE3968" w:rsidRDefault="00CA6E70">
            <w:pPr>
              <w:pStyle w:val="CMRBodySmall"/>
            </w:pPr>
            <w:r>
              <w:t>____________________________________________________________________</w:t>
            </w:r>
          </w:p>
          <w:p w14:paraId="280594EA" w14:textId="77777777" w:rsidR="00BE3968" w:rsidRDefault="00CA6E70">
            <w:pPr>
              <w:pStyle w:val="CMRBodySmall"/>
              <w:spacing w:after="40"/>
            </w:pPr>
            <w:r>
              <w:rPr>
                <w:b/>
              </w:rPr>
              <w:t>STEP 3 — HOW DO I FIND IT?</w:t>
            </w:r>
          </w:p>
          <w:p w14:paraId="792E9717" w14:textId="77777777" w:rsidR="00BE3968" w:rsidRDefault="00CA6E70">
            <w:pPr>
              <w:pStyle w:val="CMRBodySmall"/>
              <w:spacing w:after="100"/>
            </w:pPr>
            <w:r>
              <w:t>My work: ____________________________________________________________</w:t>
            </w:r>
          </w:p>
          <w:p w14:paraId="0B675581" w14:textId="77777777" w:rsidR="00BE3968" w:rsidRDefault="00CA6E70">
            <w:pPr>
              <w:pStyle w:val="CMRBodySmall"/>
              <w:spacing w:after="100"/>
            </w:pPr>
            <w:r>
              <w:t>____________________________________________________________________</w:t>
            </w:r>
          </w:p>
          <w:p w14:paraId="1647EAFE" w14:textId="77777777" w:rsidR="00BE3968" w:rsidRDefault="00CA6E70">
            <w:pPr>
              <w:pStyle w:val="CMRBodySmall"/>
              <w:spacing w:after="100"/>
            </w:pPr>
            <w:r>
              <w:t>____________________________________________________________________</w:t>
            </w:r>
          </w:p>
          <w:p w14:paraId="600EBD6E" w14:textId="77777777" w:rsidR="00BE3968" w:rsidRDefault="00CA6E70">
            <w:pPr>
              <w:pStyle w:val="CMRBodySmall"/>
              <w:spacing w:after="100"/>
            </w:pPr>
            <w:r>
              <w:t>Answer with units: __________________________________________________</w:t>
            </w:r>
          </w:p>
          <w:p w14:paraId="308616C7" w14:textId="77777777" w:rsidR="00BE3968" w:rsidRDefault="00CA6E70">
            <w:pPr>
              <w:pStyle w:val="CMRBodySmall"/>
              <w:spacing w:after="80"/>
            </w:pPr>
            <w:r>
              <w:t>Does the answer make sense? ___________________________________________</w:t>
            </w:r>
          </w:p>
        </w:tc>
      </w:tr>
    </w:tbl>
    <w:p w14:paraId="501E51D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2318690" w14:textId="77777777">
        <w:tc>
          <w:tcPr>
            <w:tcW w:w="10036" w:type="dxa"/>
            <w:tcMar>
              <w:top w:w="70" w:type="dxa"/>
              <w:left w:w="140" w:type="dxa"/>
              <w:bottom w:w="85" w:type="dxa"/>
              <w:right w:w="140" w:type="dxa"/>
            </w:tcMar>
          </w:tcPr>
          <w:p w14:paraId="36369E7D" w14:textId="77777777" w:rsidR="00BE3968" w:rsidRDefault="00BE3968"/>
          <w:p w14:paraId="686B0523" w14:textId="77777777" w:rsidR="00BE3968" w:rsidRDefault="00CA6E70">
            <w:pPr>
              <w:pStyle w:val="CMRBodySmall"/>
            </w:pPr>
            <w:r>
              <w:rPr>
                <w:b/>
              </w:rPr>
              <w:t>PROBLEM S2-146</w:t>
            </w:r>
          </w:p>
          <w:p w14:paraId="6CB106D9" w14:textId="77777777" w:rsidR="00BE3968" w:rsidRDefault="00CA6E70">
            <w:r>
              <w:t>Luis wants $206.00 for a used laptop. Luis has $59.00 now and will add $18.00 a week for 7 weeks. How much will Luis still be short at the end of those weeks?</w:t>
            </w:r>
          </w:p>
          <w:p w14:paraId="5E60ABB1" w14:textId="77777777" w:rsidR="00BE3968" w:rsidRDefault="00CA6E70">
            <w:pPr>
              <w:pStyle w:val="CMRBodySmall"/>
              <w:spacing w:after="40"/>
            </w:pPr>
            <w:r>
              <w:rPr>
                <w:b/>
              </w:rPr>
              <w:t>STEP 1 — WHAT DO THEY WANT?</w:t>
            </w:r>
          </w:p>
          <w:p w14:paraId="3DA77EB1" w14:textId="77777777" w:rsidR="00BE3968" w:rsidRDefault="00CA6E70">
            <w:pPr>
              <w:pStyle w:val="CMRBodySmall"/>
              <w:spacing w:after="80"/>
            </w:pPr>
            <w:r>
              <w:t>I need to find: _________________________________________________________</w:t>
            </w:r>
          </w:p>
          <w:p w14:paraId="5DB41A86" w14:textId="77777777" w:rsidR="00BE3968" w:rsidRDefault="00CA6E70">
            <w:pPr>
              <w:pStyle w:val="CMRBodySmall"/>
              <w:spacing w:after="40"/>
            </w:pPr>
            <w:r>
              <w:rPr>
                <w:b/>
              </w:rPr>
              <w:t>STEP 2 — WHAT DO I KNOW?</w:t>
            </w:r>
          </w:p>
          <w:p w14:paraId="616A78CB" w14:textId="77777777" w:rsidR="00BE3968" w:rsidRDefault="00CA6E70">
            <w:pPr>
              <w:pStyle w:val="CMRBodySmall"/>
              <w:spacing w:after="40"/>
            </w:pPr>
            <w:r>
              <w:t>Useful facts: __________________________________________________________</w:t>
            </w:r>
          </w:p>
          <w:p w14:paraId="4CA8F616" w14:textId="77777777" w:rsidR="00BE3968" w:rsidRDefault="00CA6E70">
            <w:pPr>
              <w:pStyle w:val="CMRBodySmall"/>
            </w:pPr>
            <w:r>
              <w:t>____________________________________________________________________</w:t>
            </w:r>
          </w:p>
          <w:p w14:paraId="08F58AE1" w14:textId="77777777" w:rsidR="00BE3968" w:rsidRDefault="00CA6E70">
            <w:pPr>
              <w:pStyle w:val="CMRBodySmall"/>
              <w:spacing w:after="40"/>
            </w:pPr>
            <w:r>
              <w:rPr>
                <w:b/>
              </w:rPr>
              <w:t>STEP 3 — HOW DO I FIND IT?</w:t>
            </w:r>
          </w:p>
          <w:p w14:paraId="4EDD87E5" w14:textId="77777777" w:rsidR="00BE3968" w:rsidRDefault="00CA6E70">
            <w:pPr>
              <w:pStyle w:val="CMRBodySmall"/>
              <w:spacing w:after="100"/>
            </w:pPr>
            <w:r>
              <w:t>My work: ____________________________________________________________</w:t>
            </w:r>
          </w:p>
          <w:p w14:paraId="23B331D6" w14:textId="77777777" w:rsidR="00BE3968" w:rsidRDefault="00CA6E70">
            <w:pPr>
              <w:pStyle w:val="CMRBodySmall"/>
              <w:spacing w:after="100"/>
            </w:pPr>
            <w:r>
              <w:t>____________________________________________________________________</w:t>
            </w:r>
          </w:p>
          <w:p w14:paraId="2C8BA9D2" w14:textId="77777777" w:rsidR="00BE3968" w:rsidRDefault="00CA6E70">
            <w:pPr>
              <w:pStyle w:val="CMRBodySmall"/>
              <w:spacing w:after="100"/>
            </w:pPr>
            <w:r>
              <w:t>____________________________________________________________________</w:t>
            </w:r>
          </w:p>
          <w:p w14:paraId="04FEB748" w14:textId="77777777" w:rsidR="00BE3968" w:rsidRDefault="00CA6E70">
            <w:pPr>
              <w:pStyle w:val="CMRBodySmall"/>
              <w:spacing w:after="100"/>
            </w:pPr>
            <w:r>
              <w:t>Answer with units: __________________________________________________</w:t>
            </w:r>
          </w:p>
          <w:p w14:paraId="3AC9FE67" w14:textId="77777777" w:rsidR="00BE3968" w:rsidRDefault="00CA6E70">
            <w:pPr>
              <w:pStyle w:val="CMRBodySmall"/>
              <w:spacing w:after="80"/>
            </w:pPr>
            <w:r>
              <w:t>Does the answer make sense? ___________________________________________</w:t>
            </w:r>
          </w:p>
        </w:tc>
      </w:tr>
    </w:tbl>
    <w:p w14:paraId="710437A6" w14:textId="77777777" w:rsidR="00BE3968" w:rsidRDefault="00CA6E70">
      <w:r>
        <w:br w:type="page"/>
      </w:r>
    </w:p>
    <w:p w14:paraId="49D7C687" w14:textId="77777777" w:rsidR="00BE3968" w:rsidRDefault="00CA6E70">
      <w:pPr>
        <w:pStyle w:val="CMRSmallLabel"/>
        <w:spacing w:after="60"/>
      </w:pPr>
      <w:r>
        <w:rPr>
          <w:b w:val="0"/>
        </w:rPr>
        <w:t>SECTION 2  |  TOPIC 15  |  PRACTICE PAGE 4/5</w:t>
      </w:r>
    </w:p>
    <w:p w14:paraId="75E8002E" w14:textId="77777777" w:rsidR="00BE3968" w:rsidRDefault="00CA6E70">
      <w:pPr>
        <w:pStyle w:val="CMRPageTitle"/>
        <w:spacing w:after="60"/>
      </w:pPr>
      <w:r>
        <w:rPr>
          <w:b w:val="0"/>
        </w:rPr>
        <w:t>Saving for a goal</w:t>
      </w:r>
    </w:p>
    <w:p w14:paraId="605BEE6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1C9E913" w14:textId="77777777">
        <w:tc>
          <w:tcPr>
            <w:tcW w:w="10036" w:type="dxa"/>
            <w:shd w:val="clear" w:color="auto" w:fill="F5F8F9"/>
            <w:tcMar>
              <w:top w:w="70" w:type="dxa"/>
              <w:left w:w="140" w:type="dxa"/>
              <w:bottom w:w="85" w:type="dxa"/>
              <w:right w:w="140" w:type="dxa"/>
            </w:tcMar>
          </w:tcPr>
          <w:p w14:paraId="41D6C668" w14:textId="77777777" w:rsidR="00BE3968" w:rsidRDefault="00BE3968"/>
          <w:p w14:paraId="67865274" w14:textId="77777777" w:rsidR="00BE3968" w:rsidRDefault="00CA6E70">
            <w:pPr>
              <w:pStyle w:val="CMRBodySmall"/>
            </w:pPr>
            <w:r>
              <w:rPr>
                <w:b/>
              </w:rPr>
              <w:t>PROBLEM S2-147</w:t>
            </w:r>
          </w:p>
          <w:p w14:paraId="271621B4" w14:textId="77777777" w:rsidR="00BE3968" w:rsidRDefault="00CA6E70">
            <w:r>
              <w:t>A certification test costs $172.00. Grace starts with $62.00 saved, then puts away $18.00 every week for 5 weeks. How much more does Grace need?</w:t>
            </w:r>
          </w:p>
          <w:p w14:paraId="1717D002" w14:textId="77777777" w:rsidR="00BE3968" w:rsidRDefault="00CA6E70">
            <w:pPr>
              <w:pStyle w:val="CMRBodySmall"/>
              <w:spacing w:after="40"/>
            </w:pPr>
            <w:r>
              <w:rPr>
                <w:b/>
              </w:rPr>
              <w:t>STEP 1 — WHAT DO THEY WANT?</w:t>
            </w:r>
          </w:p>
          <w:p w14:paraId="0793997F" w14:textId="77777777" w:rsidR="00BE3968" w:rsidRDefault="00CA6E70">
            <w:pPr>
              <w:pStyle w:val="CMRBodySmall"/>
              <w:spacing w:after="80"/>
            </w:pPr>
            <w:r>
              <w:t>I need to find: _________________________________________________________</w:t>
            </w:r>
          </w:p>
          <w:p w14:paraId="44745C87" w14:textId="77777777" w:rsidR="00BE3968" w:rsidRDefault="00CA6E70">
            <w:pPr>
              <w:pStyle w:val="CMRBodySmall"/>
              <w:spacing w:after="40"/>
            </w:pPr>
            <w:r>
              <w:rPr>
                <w:b/>
              </w:rPr>
              <w:t>STEP 2 — WHAT DO I KNOW?</w:t>
            </w:r>
          </w:p>
          <w:p w14:paraId="3F0E7425" w14:textId="77777777" w:rsidR="00BE3968" w:rsidRDefault="00CA6E70">
            <w:pPr>
              <w:pStyle w:val="CMRBodySmall"/>
              <w:spacing w:after="40"/>
            </w:pPr>
            <w:r>
              <w:t>Useful facts: __________________________________________________________</w:t>
            </w:r>
          </w:p>
          <w:p w14:paraId="288A85C3" w14:textId="77777777" w:rsidR="00BE3968" w:rsidRDefault="00CA6E70">
            <w:pPr>
              <w:pStyle w:val="CMRBodySmall"/>
            </w:pPr>
            <w:r>
              <w:t>____________________________________________________________________</w:t>
            </w:r>
          </w:p>
          <w:p w14:paraId="653A46E8" w14:textId="77777777" w:rsidR="00BE3968" w:rsidRDefault="00CA6E70">
            <w:pPr>
              <w:pStyle w:val="CMRBodySmall"/>
              <w:spacing w:after="40"/>
            </w:pPr>
            <w:r>
              <w:rPr>
                <w:b/>
              </w:rPr>
              <w:t>STEP 3 — HOW DO I FIND IT?</w:t>
            </w:r>
          </w:p>
          <w:p w14:paraId="07BF0D8C" w14:textId="77777777" w:rsidR="00BE3968" w:rsidRDefault="00CA6E70">
            <w:pPr>
              <w:pStyle w:val="CMRBodySmall"/>
              <w:spacing w:after="100"/>
            </w:pPr>
            <w:r>
              <w:t>My work: ____________________________________________________________</w:t>
            </w:r>
          </w:p>
          <w:p w14:paraId="4777707A" w14:textId="77777777" w:rsidR="00BE3968" w:rsidRDefault="00CA6E70">
            <w:pPr>
              <w:pStyle w:val="CMRBodySmall"/>
              <w:spacing w:after="100"/>
            </w:pPr>
            <w:r>
              <w:t>____________________________________________________________________</w:t>
            </w:r>
          </w:p>
          <w:p w14:paraId="4C22D023" w14:textId="77777777" w:rsidR="00BE3968" w:rsidRDefault="00CA6E70">
            <w:pPr>
              <w:pStyle w:val="CMRBodySmall"/>
              <w:spacing w:after="100"/>
            </w:pPr>
            <w:r>
              <w:t>____________________________________________________________________</w:t>
            </w:r>
          </w:p>
          <w:p w14:paraId="6E97A40E" w14:textId="77777777" w:rsidR="00BE3968" w:rsidRDefault="00CA6E70">
            <w:pPr>
              <w:pStyle w:val="CMRBodySmall"/>
              <w:spacing w:after="100"/>
            </w:pPr>
            <w:r>
              <w:t>Answer with units: __________________________________________________</w:t>
            </w:r>
          </w:p>
          <w:p w14:paraId="4A7DA904" w14:textId="77777777" w:rsidR="00BE3968" w:rsidRDefault="00CA6E70">
            <w:pPr>
              <w:pStyle w:val="CMRBodySmall"/>
              <w:spacing w:after="80"/>
            </w:pPr>
            <w:r>
              <w:t>Does the answer make sense? ___________________________________________</w:t>
            </w:r>
          </w:p>
        </w:tc>
      </w:tr>
    </w:tbl>
    <w:p w14:paraId="49FF69F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CF3FF2D" w14:textId="77777777">
        <w:tc>
          <w:tcPr>
            <w:tcW w:w="10036" w:type="dxa"/>
            <w:tcMar>
              <w:top w:w="70" w:type="dxa"/>
              <w:left w:w="140" w:type="dxa"/>
              <w:bottom w:w="85" w:type="dxa"/>
              <w:right w:w="140" w:type="dxa"/>
            </w:tcMar>
          </w:tcPr>
          <w:p w14:paraId="66906644" w14:textId="77777777" w:rsidR="00BE3968" w:rsidRDefault="00BE3968"/>
          <w:p w14:paraId="4CB03A7C" w14:textId="77777777" w:rsidR="00BE3968" w:rsidRDefault="00CA6E70">
            <w:pPr>
              <w:pStyle w:val="CMRBodySmall"/>
            </w:pPr>
            <w:r>
              <w:rPr>
                <w:b/>
              </w:rPr>
              <w:t>PROBLEM S2-148</w:t>
            </w:r>
          </w:p>
          <w:p w14:paraId="1FC08396" w14:textId="77777777" w:rsidR="00BE3968" w:rsidRDefault="00CA6E70">
            <w:r>
              <w:t>Daniel has already saved $77.00 for a job-training class and plans to save $14.00 each week for 7 weeks. The class costs $199.00. How much more will Daniel need after those weeks to reach the goal?</w:t>
            </w:r>
          </w:p>
          <w:p w14:paraId="3784D17B" w14:textId="77777777" w:rsidR="00BE3968" w:rsidRDefault="00CA6E70">
            <w:pPr>
              <w:pStyle w:val="CMRBodySmall"/>
              <w:spacing w:after="40"/>
            </w:pPr>
            <w:r>
              <w:rPr>
                <w:b/>
              </w:rPr>
              <w:t>STEP 1 — WHAT DO THEY WANT?</w:t>
            </w:r>
          </w:p>
          <w:p w14:paraId="7D653A2A" w14:textId="77777777" w:rsidR="00BE3968" w:rsidRDefault="00CA6E70">
            <w:pPr>
              <w:pStyle w:val="CMRBodySmall"/>
              <w:spacing w:after="80"/>
            </w:pPr>
            <w:r>
              <w:t>I need to find: _________________________________________________________</w:t>
            </w:r>
          </w:p>
          <w:p w14:paraId="2F755F56" w14:textId="77777777" w:rsidR="00BE3968" w:rsidRDefault="00CA6E70">
            <w:pPr>
              <w:pStyle w:val="CMRBodySmall"/>
              <w:spacing w:after="40"/>
            </w:pPr>
            <w:r>
              <w:rPr>
                <w:b/>
              </w:rPr>
              <w:t>STEP 2 — WHAT DO I KNOW?</w:t>
            </w:r>
          </w:p>
          <w:p w14:paraId="44D7264E" w14:textId="77777777" w:rsidR="00BE3968" w:rsidRDefault="00CA6E70">
            <w:pPr>
              <w:pStyle w:val="CMRBodySmall"/>
              <w:spacing w:after="40"/>
            </w:pPr>
            <w:r>
              <w:t>Useful facts: __________________________________________________________</w:t>
            </w:r>
          </w:p>
          <w:p w14:paraId="0CE563CB" w14:textId="77777777" w:rsidR="00BE3968" w:rsidRDefault="00CA6E70">
            <w:pPr>
              <w:pStyle w:val="CMRBodySmall"/>
            </w:pPr>
            <w:r>
              <w:t>____________________________________________________________________</w:t>
            </w:r>
          </w:p>
          <w:p w14:paraId="573213F9" w14:textId="77777777" w:rsidR="00BE3968" w:rsidRDefault="00CA6E70">
            <w:pPr>
              <w:pStyle w:val="CMRBodySmall"/>
              <w:spacing w:after="40"/>
            </w:pPr>
            <w:r>
              <w:rPr>
                <w:b/>
              </w:rPr>
              <w:t>STEP 3 — HOW DO I FIND IT?</w:t>
            </w:r>
          </w:p>
          <w:p w14:paraId="37351E42" w14:textId="77777777" w:rsidR="00BE3968" w:rsidRDefault="00CA6E70">
            <w:pPr>
              <w:pStyle w:val="CMRBodySmall"/>
              <w:spacing w:after="100"/>
            </w:pPr>
            <w:r>
              <w:t>My work: ____________________________________________________________</w:t>
            </w:r>
          </w:p>
          <w:p w14:paraId="0BD6ABE9" w14:textId="77777777" w:rsidR="00BE3968" w:rsidRDefault="00CA6E70">
            <w:pPr>
              <w:pStyle w:val="CMRBodySmall"/>
              <w:spacing w:after="100"/>
            </w:pPr>
            <w:r>
              <w:t>____________________________________________________________________</w:t>
            </w:r>
          </w:p>
          <w:p w14:paraId="458DCCA1" w14:textId="77777777" w:rsidR="00BE3968" w:rsidRDefault="00CA6E70">
            <w:pPr>
              <w:pStyle w:val="CMRBodySmall"/>
              <w:spacing w:after="100"/>
            </w:pPr>
            <w:r>
              <w:t>____________________________________________________________________</w:t>
            </w:r>
          </w:p>
          <w:p w14:paraId="6BF02529" w14:textId="77777777" w:rsidR="00BE3968" w:rsidRDefault="00CA6E70">
            <w:pPr>
              <w:pStyle w:val="CMRBodySmall"/>
              <w:spacing w:after="100"/>
            </w:pPr>
            <w:r>
              <w:t>Answer with units: __________________________________________________</w:t>
            </w:r>
          </w:p>
          <w:p w14:paraId="76CE8C94" w14:textId="77777777" w:rsidR="00BE3968" w:rsidRDefault="00CA6E70">
            <w:pPr>
              <w:pStyle w:val="CMRBodySmall"/>
              <w:spacing w:after="80"/>
            </w:pPr>
            <w:r>
              <w:t>Does the answer make sense? ___________________________________________</w:t>
            </w:r>
          </w:p>
        </w:tc>
      </w:tr>
    </w:tbl>
    <w:p w14:paraId="67915376" w14:textId="77777777" w:rsidR="00BE3968" w:rsidRDefault="00CA6E70">
      <w:r>
        <w:br w:type="page"/>
      </w:r>
    </w:p>
    <w:p w14:paraId="4D3BC848" w14:textId="77777777" w:rsidR="00BE3968" w:rsidRDefault="00CA6E70">
      <w:pPr>
        <w:pStyle w:val="CMRSmallLabel"/>
        <w:spacing w:after="60"/>
      </w:pPr>
      <w:r>
        <w:rPr>
          <w:b w:val="0"/>
        </w:rPr>
        <w:t>SECTION 2  |  TOPIC 15  |  PRACTICE PAGE 5/5</w:t>
      </w:r>
    </w:p>
    <w:p w14:paraId="097F5A03" w14:textId="77777777" w:rsidR="00BE3968" w:rsidRDefault="00CA6E70">
      <w:pPr>
        <w:pStyle w:val="CMRPageTitle"/>
        <w:spacing w:after="60"/>
      </w:pPr>
      <w:r>
        <w:rPr>
          <w:b w:val="0"/>
        </w:rPr>
        <w:t>Saving for a goal</w:t>
      </w:r>
    </w:p>
    <w:p w14:paraId="75ACCF1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C2873E8" w14:textId="77777777">
        <w:tc>
          <w:tcPr>
            <w:tcW w:w="10036" w:type="dxa"/>
            <w:shd w:val="clear" w:color="auto" w:fill="F5F8F9"/>
            <w:tcMar>
              <w:top w:w="70" w:type="dxa"/>
              <w:left w:w="140" w:type="dxa"/>
              <w:bottom w:w="85" w:type="dxa"/>
              <w:right w:w="140" w:type="dxa"/>
            </w:tcMar>
          </w:tcPr>
          <w:p w14:paraId="0192D4A6" w14:textId="77777777" w:rsidR="00BE3968" w:rsidRDefault="00BE3968"/>
          <w:p w14:paraId="78F4857F" w14:textId="77777777" w:rsidR="00BE3968" w:rsidRDefault="00CA6E70">
            <w:pPr>
              <w:pStyle w:val="CMRBodySmall"/>
            </w:pPr>
            <w:r>
              <w:rPr>
                <w:b/>
              </w:rPr>
              <w:t>PROBLEM S2-149</w:t>
            </w:r>
          </w:p>
          <w:p w14:paraId="57B244E2" w14:textId="77777777" w:rsidR="00BE3968" w:rsidRDefault="00CA6E70">
            <w:r>
              <w:t>Marcus wants $79.00 for a used laptop. Marcus has $21.00 now and will add $9.00 a week for 4 weeks. How much will Marcus still be short at the end of those weeks?</w:t>
            </w:r>
          </w:p>
          <w:p w14:paraId="6D097F1F" w14:textId="77777777" w:rsidR="00BE3968" w:rsidRDefault="00CA6E70">
            <w:pPr>
              <w:pStyle w:val="CMRBodySmall"/>
              <w:spacing w:after="40"/>
            </w:pPr>
            <w:r>
              <w:rPr>
                <w:b/>
              </w:rPr>
              <w:t>STEP 1 — WHAT DO THEY WANT?</w:t>
            </w:r>
          </w:p>
          <w:p w14:paraId="205EAD1E" w14:textId="77777777" w:rsidR="00BE3968" w:rsidRDefault="00CA6E70">
            <w:pPr>
              <w:pStyle w:val="CMRBodySmall"/>
              <w:spacing w:after="80"/>
            </w:pPr>
            <w:r>
              <w:t>I need to find: _________________________________________________________</w:t>
            </w:r>
          </w:p>
          <w:p w14:paraId="6B241E41" w14:textId="77777777" w:rsidR="00BE3968" w:rsidRDefault="00CA6E70">
            <w:pPr>
              <w:pStyle w:val="CMRBodySmall"/>
              <w:spacing w:after="40"/>
            </w:pPr>
            <w:r>
              <w:rPr>
                <w:b/>
              </w:rPr>
              <w:t>STEP 2 — WHAT DO I KNOW?</w:t>
            </w:r>
          </w:p>
          <w:p w14:paraId="63A992F4" w14:textId="77777777" w:rsidR="00BE3968" w:rsidRDefault="00CA6E70">
            <w:pPr>
              <w:pStyle w:val="CMRBodySmall"/>
              <w:spacing w:after="40"/>
            </w:pPr>
            <w:r>
              <w:t>Useful facts: __________________________________________________________</w:t>
            </w:r>
          </w:p>
          <w:p w14:paraId="7B7797D8" w14:textId="77777777" w:rsidR="00BE3968" w:rsidRDefault="00CA6E70">
            <w:pPr>
              <w:pStyle w:val="CMRBodySmall"/>
            </w:pPr>
            <w:r>
              <w:t>____________________________________________________________________</w:t>
            </w:r>
          </w:p>
          <w:p w14:paraId="36092751" w14:textId="77777777" w:rsidR="00BE3968" w:rsidRDefault="00CA6E70">
            <w:pPr>
              <w:pStyle w:val="CMRBodySmall"/>
              <w:spacing w:after="40"/>
            </w:pPr>
            <w:r>
              <w:rPr>
                <w:b/>
              </w:rPr>
              <w:t>STEP 3 — HOW DO I FIND IT?</w:t>
            </w:r>
          </w:p>
          <w:p w14:paraId="18360CFE" w14:textId="77777777" w:rsidR="00BE3968" w:rsidRDefault="00CA6E70">
            <w:pPr>
              <w:pStyle w:val="CMRBodySmall"/>
              <w:spacing w:after="100"/>
            </w:pPr>
            <w:r>
              <w:t>My work: ____________________________________________________________</w:t>
            </w:r>
          </w:p>
          <w:p w14:paraId="6C9D3972" w14:textId="77777777" w:rsidR="00BE3968" w:rsidRDefault="00CA6E70">
            <w:pPr>
              <w:pStyle w:val="CMRBodySmall"/>
              <w:spacing w:after="100"/>
            </w:pPr>
            <w:r>
              <w:t>____________________________________________________________________</w:t>
            </w:r>
          </w:p>
          <w:p w14:paraId="66B1CE10" w14:textId="77777777" w:rsidR="00BE3968" w:rsidRDefault="00CA6E70">
            <w:pPr>
              <w:pStyle w:val="CMRBodySmall"/>
              <w:spacing w:after="100"/>
            </w:pPr>
            <w:r>
              <w:t>____________________________________________________________________</w:t>
            </w:r>
          </w:p>
          <w:p w14:paraId="4E3B1B32" w14:textId="77777777" w:rsidR="00BE3968" w:rsidRDefault="00CA6E70">
            <w:pPr>
              <w:pStyle w:val="CMRBodySmall"/>
              <w:spacing w:after="100"/>
            </w:pPr>
            <w:r>
              <w:t>Answer with units: __________________________________________________</w:t>
            </w:r>
          </w:p>
          <w:p w14:paraId="4C8F2FC5" w14:textId="77777777" w:rsidR="00BE3968" w:rsidRDefault="00CA6E70">
            <w:pPr>
              <w:pStyle w:val="CMRBodySmall"/>
              <w:spacing w:after="80"/>
            </w:pPr>
            <w:r>
              <w:t>Does the answer make sense? ___________________________________________</w:t>
            </w:r>
          </w:p>
        </w:tc>
      </w:tr>
    </w:tbl>
    <w:p w14:paraId="26F34ED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8BD48C0" w14:textId="77777777">
        <w:tc>
          <w:tcPr>
            <w:tcW w:w="10036" w:type="dxa"/>
            <w:tcMar>
              <w:top w:w="70" w:type="dxa"/>
              <w:left w:w="140" w:type="dxa"/>
              <w:bottom w:w="85" w:type="dxa"/>
              <w:right w:w="140" w:type="dxa"/>
            </w:tcMar>
          </w:tcPr>
          <w:p w14:paraId="5F256E57" w14:textId="77777777" w:rsidR="00BE3968" w:rsidRDefault="00BE3968"/>
          <w:p w14:paraId="3A06FBB0" w14:textId="77777777" w:rsidR="00BE3968" w:rsidRDefault="00CA6E70">
            <w:pPr>
              <w:pStyle w:val="CMRBodySmall"/>
            </w:pPr>
            <w:r>
              <w:rPr>
                <w:b/>
              </w:rPr>
              <w:t>PROBLEM S2-150</w:t>
            </w:r>
          </w:p>
          <w:p w14:paraId="38F260FC" w14:textId="77777777" w:rsidR="00BE3968" w:rsidRDefault="00CA6E70">
            <w:r>
              <w:t>A certification test costs $89.00. Linda starts with $32.00 saved, then puts away $5.00 every week for 8 weeks. How much more does Linda need?</w:t>
            </w:r>
          </w:p>
          <w:p w14:paraId="457F796A" w14:textId="77777777" w:rsidR="00BE3968" w:rsidRDefault="00CA6E70">
            <w:pPr>
              <w:pStyle w:val="CMRBodySmall"/>
              <w:spacing w:after="40"/>
            </w:pPr>
            <w:r>
              <w:rPr>
                <w:b/>
              </w:rPr>
              <w:t>STEP 1 — WHAT DO THEY WANT?</w:t>
            </w:r>
          </w:p>
          <w:p w14:paraId="4661B77E" w14:textId="77777777" w:rsidR="00BE3968" w:rsidRDefault="00CA6E70">
            <w:pPr>
              <w:pStyle w:val="CMRBodySmall"/>
              <w:spacing w:after="80"/>
            </w:pPr>
            <w:r>
              <w:t>I need to find: _________________________________________________________</w:t>
            </w:r>
          </w:p>
          <w:p w14:paraId="2DC92A67" w14:textId="77777777" w:rsidR="00BE3968" w:rsidRDefault="00CA6E70">
            <w:pPr>
              <w:pStyle w:val="CMRBodySmall"/>
              <w:spacing w:after="40"/>
            </w:pPr>
            <w:r>
              <w:rPr>
                <w:b/>
              </w:rPr>
              <w:t>STEP 2 — WHAT DO I KNOW?</w:t>
            </w:r>
          </w:p>
          <w:p w14:paraId="196C6BCA" w14:textId="77777777" w:rsidR="00BE3968" w:rsidRDefault="00CA6E70">
            <w:pPr>
              <w:pStyle w:val="CMRBodySmall"/>
              <w:spacing w:after="40"/>
            </w:pPr>
            <w:r>
              <w:t>Useful facts: __________________________________________________________</w:t>
            </w:r>
          </w:p>
          <w:p w14:paraId="6F6FEAF6" w14:textId="77777777" w:rsidR="00BE3968" w:rsidRDefault="00CA6E70">
            <w:pPr>
              <w:pStyle w:val="CMRBodySmall"/>
            </w:pPr>
            <w:r>
              <w:t>____________________________________________________________________</w:t>
            </w:r>
          </w:p>
          <w:p w14:paraId="3395E39E" w14:textId="77777777" w:rsidR="00BE3968" w:rsidRDefault="00CA6E70">
            <w:pPr>
              <w:pStyle w:val="CMRBodySmall"/>
              <w:spacing w:after="40"/>
            </w:pPr>
            <w:r>
              <w:rPr>
                <w:b/>
              </w:rPr>
              <w:t>STEP 3 — HOW DO I FIND IT?</w:t>
            </w:r>
          </w:p>
          <w:p w14:paraId="1849EECE" w14:textId="77777777" w:rsidR="00BE3968" w:rsidRDefault="00CA6E70">
            <w:pPr>
              <w:pStyle w:val="CMRBodySmall"/>
              <w:spacing w:after="100"/>
            </w:pPr>
            <w:r>
              <w:t>My work: ____________________________________________________________</w:t>
            </w:r>
          </w:p>
          <w:p w14:paraId="675B1679" w14:textId="77777777" w:rsidR="00BE3968" w:rsidRDefault="00CA6E70">
            <w:pPr>
              <w:pStyle w:val="CMRBodySmall"/>
              <w:spacing w:after="100"/>
            </w:pPr>
            <w:r>
              <w:t>____________________________________________________________________</w:t>
            </w:r>
          </w:p>
          <w:p w14:paraId="2C79FE4B" w14:textId="77777777" w:rsidR="00BE3968" w:rsidRDefault="00CA6E70">
            <w:pPr>
              <w:pStyle w:val="CMRBodySmall"/>
              <w:spacing w:after="100"/>
            </w:pPr>
            <w:r>
              <w:t>____________________________________________________________________</w:t>
            </w:r>
          </w:p>
          <w:p w14:paraId="5F1D5105" w14:textId="77777777" w:rsidR="00BE3968" w:rsidRDefault="00CA6E70">
            <w:pPr>
              <w:pStyle w:val="CMRBodySmall"/>
              <w:spacing w:after="100"/>
            </w:pPr>
            <w:r>
              <w:t>Answer with units: __________________________________________________</w:t>
            </w:r>
          </w:p>
          <w:p w14:paraId="02BA1B7D" w14:textId="77777777" w:rsidR="00BE3968" w:rsidRDefault="00CA6E70">
            <w:pPr>
              <w:pStyle w:val="CMRBodySmall"/>
              <w:spacing w:after="80"/>
            </w:pPr>
            <w:r>
              <w:t>Does the answer make sense? ___________________________________________</w:t>
            </w:r>
          </w:p>
        </w:tc>
      </w:tr>
    </w:tbl>
    <w:p w14:paraId="509CCC63" w14:textId="77777777" w:rsidR="00BE3968" w:rsidRDefault="00CA6E70">
      <w:r>
        <w:br w:type="page"/>
      </w:r>
    </w:p>
    <w:p w14:paraId="2A59CC41" w14:textId="77777777" w:rsidR="00BE3968" w:rsidRDefault="00CA6E70">
      <w:pPr>
        <w:pStyle w:val="CMRSmallLabel"/>
        <w:spacing w:after="60"/>
      </w:pPr>
      <w:r>
        <w:rPr>
          <w:b w:val="0"/>
        </w:rPr>
        <w:t>SECTION 2  |  TOPIC 16  |  PRACTICE PAGE 1/5</w:t>
      </w:r>
    </w:p>
    <w:p w14:paraId="51FDAEBB" w14:textId="77777777" w:rsidR="00BE3968" w:rsidRDefault="00CA6E70">
      <w:pPr>
        <w:pStyle w:val="CMRPageTitle"/>
        <w:spacing w:after="60"/>
      </w:pPr>
      <w:r>
        <w:rPr>
          <w:b w:val="0"/>
        </w:rPr>
        <w:t>Recipes and fractions</w:t>
      </w:r>
    </w:p>
    <w:p w14:paraId="0C2522F7" w14:textId="77777777" w:rsidR="00BE3968" w:rsidRDefault="00CA6E70">
      <w:pPr>
        <w:pStyle w:val="CMRBodySmall"/>
        <w:spacing w:after="100"/>
      </w:pPr>
      <w:r>
        <w:t>Use the same three steps: Use fractions when cooking, preparing meals, and sharing supplies.</w:t>
      </w:r>
    </w:p>
    <w:tbl>
      <w:tblPr>
        <w:tblW w:w="0" w:type="auto"/>
        <w:tblLayout w:type="fixed"/>
        <w:tblLook w:val="04A0" w:firstRow="1" w:lastRow="0" w:firstColumn="1" w:lastColumn="0" w:noHBand="0" w:noVBand="1"/>
      </w:tblPr>
      <w:tblGrid>
        <w:gridCol w:w="10036"/>
      </w:tblGrid>
      <w:tr w:rsidR="00BE3968" w14:paraId="779F4B4C" w14:textId="77777777">
        <w:tc>
          <w:tcPr>
            <w:tcW w:w="10036" w:type="dxa"/>
            <w:shd w:val="clear" w:color="auto" w:fill="F5F8F9"/>
            <w:tcMar>
              <w:top w:w="70" w:type="dxa"/>
              <w:left w:w="140" w:type="dxa"/>
              <w:bottom w:w="85" w:type="dxa"/>
              <w:right w:w="140" w:type="dxa"/>
            </w:tcMar>
          </w:tcPr>
          <w:p w14:paraId="07BB07D8" w14:textId="77777777" w:rsidR="00BE3968" w:rsidRDefault="00BE3968"/>
          <w:p w14:paraId="2D28A018" w14:textId="77777777" w:rsidR="00BE3968" w:rsidRDefault="00CA6E70">
            <w:pPr>
              <w:pStyle w:val="CMRBodySmall"/>
            </w:pPr>
            <w:r>
              <w:rPr>
                <w:b/>
              </w:rPr>
              <w:t>PROBLEM S2-151</w:t>
            </w:r>
          </w:p>
          <w:p w14:paraId="0A927C28" w14:textId="77777777" w:rsidR="00BE3968" w:rsidRDefault="00CA6E70">
            <w:r>
              <w:t>David helps a community kitchen prepare 12 sandwiches for a lunch. Of these, 1/2 are set aside for volunteers, and the rest are served to guests. How many sandwiches are set aside for volunteers?</w:t>
            </w:r>
          </w:p>
          <w:p w14:paraId="30B1D04A" w14:textId="77777777" w:rsidR="00BE3968" w:rsidRDefault="00CA6E70">
            <w:pPr>
              <w:pStyle w:val="CMRBodySmall"/>
              <w:spacing w:after="40"/>
            </w:pPr>
            <w:r>
              <w:rPr>
                <w:b/>
              </w:rPr>
              <w:t>STEP 1 — WHAT DO THEY WANT?</w:t>
            </w:r>
          </w:p>
          <w:p w14:paraId="309084D8" w14:textId="77777777" w:rsidR="00BE3968" w:rsidRDefault="00CA6E70">
            <w:pPr>
              <w:pStyle w:val="CMRBodySmall"/>
              <w:spacing w:after="80"/>
            </w:pPr>
            <w:r>
              <w:t>I need to find: _________________________________________________________</w:t>
            </w:r>
          </w:p>
          <w:p w14:paraId="334523C4" w14:textId="77777777" w:rsidR="00BE3968" w:rsidRDefault="00CA6E70">
            <w:pPr>
              <w:pStyle w:val="CMRBodySmall"/>
              <w:spacing w:after="40"/>
            </w:pPr>
            <w:r>
              <w:rPr>
                <w:b/>
              </w:rPr>
              <w:t>STEP 2 — WHAT DO I KNOW?</w:t>
            </w:r>
          </w:p>
          <w:p w14:paraId="7E79F31C" w14:textId="77777777" w:rsidR="00BE3968" w:rsidRDefault="00CA6E70">
            <w:pPr>
              <w:pStyle w:val="CMRBodySmall"/>
              <w:spacing w:after="40"/>
            </w:pPr>
            <w:r>
              <w:t>Useful facts: __________________________________________________________</w:t>
            </w:r>
          </w:p>
          <w:p w14:paraId="2770825E" w14:textId="77777777" w:rsidR="00BE3968" w:rsidRDefault="00CA6E70">
            <w:pPr>
              <w:pStyle w:val="CMRBodySmall"/>
            </w:pPr>
            <w:r>
              <w:t>____________________________________________________________________</w:t>
            </w:r>
          </w:p>
          <w:p w14:paraId="22461A1B" w14:textId="77777777" w:rsidR="00BE3968" w:rsidRDefault="00CA6E70">
            <w:pPr>
              <w:pStyle w:val="CMRBodySmall"/>
              <w:spacing w:after="40"/>
            </w:pPr>
            <w:r>
              <w:rPr>
                <w:b/>
              </w:rPr>
              <w:t>STEP 3 — HOW DO I FIND IT?</w:t>
            </w:r>
          </w:p>
          <w:p w14:paraId="76643BFF" w14:textId="77777777" w:rsidR="00BE3968" w:rsidRDefault="00CA6E70">
            <w:pPr>
              <w:pStyle w:val="CMRBodySmall"/>
              <w:spacing w:after="100"/>
            </w:pPr>
            <w:r>
              <w:t>My work: ____________________________________________________________</w:t>
            </w:r>
          </w:p>
          <w:p w14:paraId="7E5E9CB2" w14:textId="77777777" w:rsidR="00BE3968" w:rsidRDefault="00CA6E70">
            <w:pPr>
              <w:pStyle w:val="CMRBodySmall"/>
              <w:spacing w:after="100"/>
            </w:pPr>
            <w:r>
              <w:t>____________________________________________________________________</w:t>
            </w:r>
          </w:p>
          <w:p w14:paraId="0EAE4AA2" w14:textId="77777777" w:rsidR="00BE3968" w:rsidRDefault="00CA6E70">
            <w:pPr>
              <w:pStyle w:val="CMRBodySmall"/>
              <w:spacing w:after="100"/>
            </w:pPr>
            <w:r>
              <w:t>____________________________________________________________________</w:t>
            </w:r>
          </w:p>
          <w:p w14:paraId="4F71E6F7" w14:textId="77777777" w:rsidR="00BE3968" w:rsidRDefault="00CA6E70">
            <w:pPr>
              <w:pStyle w:val="CMRBodySmall"/>
              <w:spacing w:after="100"/>
            </w:pPr>
            <w:r>
              <w:t>Answer with units: __________________________________________________</w:t>
            </w:r>
          </w:p>
          <w:p w14:paraId="5FB681D2" w14:textId="77777777" w:rsidR="00BE3968" w:rsidRDefault="00CA6E70">
            <w:pPr>
              <w:pStyle w:val="CMRBodySmall"/>
              <w:spacing w:after="80"/>
            </w:pPr>
            <w:r>
              <w:t>Does the answer make sense? ___________________________________________</w:t>
            </w:r>
          </w:p>
        </w:tc>
      </w:tr>
    </w:tbl>
    <w:p w14:paraId="3518A60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B92B0DF" w14:textId="77777777">
        <w:tc>
          <w:tcPr>
            <w:tcW w:w="10036" w:type="dxa"/>
            <w:tcMar>
              <w:top w:w="70" w:type="dxa"/>
              <w:left w:w="140" w:type="dxa"/>
              <w:bottom w:w="85" w:type="dxa"/>
              <w:right w:w="140" w:type="dxa"/>
            </w:tcMar>
          </w:tcPr>
          <w:p w14:paraId="0DA671D4" w14:textId="77777777" w:rsidR="00BE3968" w:rsidRDefault="00BE3968"/>
          <w:p w14:paraId="45697B3A" w14:textId="77777777" w:rsidR="00BE3968" w:rsidRDefault="00CA6E70">
            <w:pPr>
              <w:pStyle w:val="CMRBodySmall"/>
            </w:pPr>
            <w:r>
              <w:rPr>
                <w:b/>
              </w:rPr>
              <w:t>PROBLEM S2-152</w:t>
            </w:r>
          </w:p>
          <w:p w14:paraId="7AA93629" w14:textId="77777777" w:rsidR="00BE3968" w:rsidRDefault="00CA6E70">
            <w:r>
              <w:t>A food bank receives 36 boxes of cereal. Tanya sends 1/4 of the boxes to a family shelter. The shelter is open every day. How many boxes go to the shelter?</w:t>
            </w:r>
          </w:p>
          <w:p w14:paraId="488FB7C8" w14:textId="77777777" w:rsidR="00BE3968" w:rsidRDefault="00CA6E70">
            <w:pPr>
              <w:pStyle w:val="CMRBodySmall"/>
              <w:spacing w:after="40"/>
            </w:pPr>
            <w:r>
              <w:rPr>
                <w:b/>
              </w:rPr>
              <w:t>STEP 1 — WHAT DO THEY WANT?</w:t>
            </w:r>
          </w:p>
          <w:p w14:paraId="4C8A5B48" w14:textId="77777777" w:rsidR="00BE3968" w:rsidRDefault="00CA6E70">
            <w:pPr>
              <w:pStyle w:val="CMRBodySmall"/>
              <w:spacing w:after="80"/>
            </w:pPr>
            <w:r>
              <w:t>I need to find: _________________________________________________________</w:t>
            </w:r>
          </w:p>
          <w:p w14:paraId="72DCBB03" w14:textId="77777777" w:rsidR="00BE3968" w:rsidRDefault="00CA6E70">
            <w:pPr>
              <w:pStyle w:val="CMRBodySmall"/>
              <w:spacing w:after="40"/>
            </w:pPr>
            <w:r>
              <w:rPr>
                <w:b/>
              </w:rPr>
              <w:t>STEP 2 — WHAT DO I KNOW?</w:t>
            </w:r>
          </w:p>
          <w:p w14:paraId="18FF4479" w14:textId="77777777" w:rsidR="00BE3968" w:rsidRDefault="00CA6E70">
            <w:pPr>
              <w:pStyle w:val="CMRBodySmall"/>
              <w:spacing w:after="40"/>
            </w:pPr>
            <w:r>
              <w:t>Useful facts: __________________________________________________________</w:t>
            </w:r>
          </w:p>
          <w:p w14:paraId="13F29C78" w14:textId="77777777" w:rsidR="00BE3968" w:rsidRDefault="00CA6E70">
            <w:pPr>
              <w:pStyle w:val="CMRBodySmall"/>
            </w:pPr>
            <w:r>
              <w:t>____________________________________________________________________</w:t>
            </w:r>
          </w:p>
          <w:p w14:paraId="5D695825" w14:textId="77777777" w:rsidR="00BE3968" w:rsidRDefault="00CA6E70">
            <w:pPr>
              <w:pStyle w:val="CMRBodySmall"/>
              <w:spacing w:after="40"/>
            </w:pPr>
            <w:r>
              <w:rPr>
                <w:b/>
              </w:rPr>
              <w:t>STEP 3 — HOW DO I FIND IT?</w:t>
            </w:r>
          </w:p>
          <w:p w14:paraId="2D677842" w14:textId="77777777" w:rsidR="00BE3968" w:rsidRDefault="00CA6E70">
            <w:pPr>
              <w:pStyle w:val="CMRBodySmall"/>
              <w:spacing w:after="100"/>
            </w:pPr>
            <w:r>
              <w:t>My work: ____________________________________________________________</w:t>
            </w:r>
          </w:p>
          <w:p w14:paraId="757D3645" w14:textId="77777777" w:rsidR="00BE3968" w:rsidRDefault="00CA6E70">
            <w:pPr>
              <w:pStyle w:val="CMRBodySmall"/>
              <w:spacing w:after="100"/>
            </w:pPr>
            <w:r>
              <w:t>____________________________________________________________________</w:t>
            </w:r>
          </w:p>
          <w:p w14:paraId="5F97DB0B" w14:textId="77777777" w:rsidR="00BE3968" w:rsidRDefault="00CA6E70">
            <w:pPr>
              <w:pStyle w:val="CMRBodySmall"/>
              <w:spacing w:after="100"/>
            </w:pPr>
            <w:r>
              <w:t>____________________________________________________________________</w:t>
            </w:r>
          </w:p>
          <w:p w14:paraId="5FBB1713" w14:textId="77777777" w:rsidR="00BE3968" w:rsidRDefault="00CA6E70">
            <w:pPr>
              <w:pStyle w:val="CMRBodySmall"/>
              <w:spacing w:after="100"/>
            </w:pPr>
            <w:r>
              <w:t>Answer with units: __________________________________________________</w:t>
            </w:r>
          </w:p>
          <w:p w14:paraId="27712B31" w14:textId="77777777" w:rsidR="00BE3968" w:rsidRDefault="00CA6E70">
            <w:pPr>
              <w:pStyle w:val="CMRBodySmall"/>
              <w:spacing w:after="80"/>
            </w:pPr>
            <w:r>
              <w:t>Does the answer make sense? ___________________________________________</w:t>
            </w:r>
          </w:p>
        </w:tc>
      </w:tr>
    </w:tbl>
    <w:p w14:paraId="05982C17" w14:textId="77777777" w:rsidR="00BE3968" w:rsidRDefault="00CA6E70">
      <w:r>
        <w:br w:type="page"/>
      </w:r>
    </w:p>
    <w:p w14:paraId="39E01000" w14:textId="77777777" w:rsidR="00BE3968" w:rsidRDefault="00CA6E70">
      <w:pPr>
        <w:pStyle w:val="CMRSmallLabel"/>
        <w:spacing w:after="60"/>
      </w:pPr>
      <w:r>
        <w:rPr>
          <w:b w:val="0"/>
        </w:rPr>
        <w:t>SECTION 2  |  TOPIC 16  |  PRACTICE PAGE 2/5</w:t>
      </w:r>
    </w:p>
    <w:p w14:paraId="63D298D4" w14:textId="77777777" w:rsidR="00BE3968" w:rsidRDefault="00CA6E70">
      <w:pPr>
        <w:pStyle w:val="CMRPageTitle"/>
        <w:spacing w:after="60"/>
      </w:pPr>
      <w:r>
        <w:rPr>
          <w:b w:val="0"/>
        </w:rPr>
        <w:t>Recipes and fractions</w:t>
      </w:r>
    </w:p>
    <w:p w14:paraId="213DEC2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625D037" w14:textId="77777777">
        <w:tc>
          <w:tcPr>
            <w:tcW w:w="10036" w:type="dxa"/>
            <w:shd w:val="clear" w:color="auto" w:fill="F5F8F9"/>
            <w:tcMar>
              <w:top w:w="70" w:type="dxa"/>
              <w:left w:w="140" w:type="dxa"/>
              <w:bottom w:w="85" w:type="dxa"/>
              <w:right w:w="140" w:type="dxa"/>
            </w:tcMar>
          </w:tcPr>
          <w:p w14:paraId="5F98BC80" w14:textId="77777777" w:rsidR="00BE3968" w:rsidRDefault="00BE3968"/>
          <w:p w14:paraId="018466C7" w14:textId="77777777" w:rsidR="00BE3968" w:rsidRDefault="00CA6E70">
            <w:pPr>
              <w:pStyle w:val="CMRBodySmall"/>
            </w:pPr>
            <w:r>
              <w:rPr>
                <w:b/>
              </w:rPr>
              <w:t>PROBLEM S2-153</w:t>
            </w:r>
          </w:p>
          <w:p w14:paraId="4F677F76" w14:textId="77777777" w:rsidR="00BE3968" w:rsidRDefault="00CA6E70">
            <w:r>
              <w:t>Kevin orders 44 pizza slices for a meeting. Of the slices, 1/2 are vegetarian. The meeting starts at noon. How many slices are vegetarian?</w:t>
            </w:r>
          </w:p>
          <w:p w14:paraId="5091C149" w14:textId="77777777" w:rsidR="00BE3968" w:rsidRDefault="00CA6E70">
            <w:pPr>
              <w:pStyle w:val="CMRBodySmall"/>
              <w:spacing w:after="40"/>
            </w:pPr>
            <w:r>
              <w:rPr>
                <w:b/>
              </w:rPr>
              <w:t>STEP 1 — WHAT DO THEY WANT?</w:t>
            </w:r>
          </w:p>
          <w:p w14:paraId="02B0F6A6" w14:textId="77777777" w:rsidR="00BE3968" w:rsidRDefault="00CA6E70">
            <w:pPr>
              <w:pStyle w:val="CMRBodySmall"/>
              <w:spacing w:after="80"/>
            </w:pPr>
            <w:r>
              <w:t>I need to find: _________________________________________________________</w:t>
            </w:r>
          </w:p>
          <w:p w14:paraId="59F2EBB6" w14:textId="77777777" w:rsidR="00BE3968" w:rsidRDefault="00CA6E70">
            <w:pPr>
              <w:pStyle w:val="CMRBodySmall"/>
              <w:spacing w:after="40"/>
            </w:pPr>
            <w:r>
              <w:rPr>
                <w:b/>
              </w:rPr>
              <w:t>STEP 2 — WHAT DO I KNOW?</w:t>
            </w:r>
          </w:p>
          <w:p w14:paraId="574981CE" w14:textId="77777777" w:rsidR="00BE3968" w:rsidRDefault="00CA6E70">
            <w:pPr>
              <w:pStyle w:val="CMRBodySmall"/>
              <w:spacing w:after="40"/>
            </w:pPr>
            <w:r>
              <w:t>Useful facts: __________________________________________________________</w:t>
            </w:r>
          </w:p>
          <w:p w14:paraId="3A05A0C4" w14:textId="77777777" w:rsidR="00BE3968" w:rsidRDefault="00CA6E70">
            <w:pPr>
              <w:pStyle w:val="CMRBodySmall"/>
            </w:pPr>
            <w:r>
              <w:t>____________________________________________________________________</w:t>
            </w:r>
          </w:p>
          <w:p w14:paraId="04F54C62" w14:textId="77777777" w:rsidR="00BE3968" w:rsidRDefault="00CA6E70">
            <w:pPr>
              <w:pStyle w:val="CMRBodySmall"/>
              <w:spacing w:after="40"/>
            </w:pPr>
            <w:r>
              <w:rPr>
                <w:b/>
              </w:rPr>
              <w:t>STEP 3 — HOW DO I FIND IT?</w:t>
            </w:r>
          </w:p>
          <w:p w14:paraId="51800286" w14:textId="77777777" w:rsidR="00BE3968" w:rsidRDefault="00CA6E70">
            <w:pPr>
              <w:pStyle w:val="CMRBodySmall"/>
              <w:spacing w:after="100"/>
            </w:pPr>
            <w:r>
              <w:t>My work: ____________________________________________________________</w:t>
            </w:r>
          </w:p>
          <w:p w14:paraId="36EDADFD" w14:textId="77777777" w:rsidR="00BE3968" w:rsidRDefault="00CA6E70">
            <w:pPr>
              <w:pStyle w:val="CMRBodySmall"/>
              <w:spacing w:after="100"/>
            </w:pPr>
            <w:r>
              <w:t>____________________________________________________________________</w:t>
            </w:r>
          </w:p>
          <w:p w14:paraId="57389E8C" w14:textId="77777777" w:rsidR="00BE3968" w:rsidRDefault="00CA6E70">
            <w:pPr>
              <w:pStyle w:val="CMRBodySmall"/>
              <w:spacing w:after="100"/>
            </w:pPr>
            <w:r>
              <w:t>____________________________________________________________________</w:t>
            </w:r>
          </w:p>
          <w:p w14:paraId="32274052" w14:textId="77777777" w:rsidR="00BE3968" w:rsidRDefault="00CA6E70">
            <w:pPr>
              <w:pStyle w:val="CMRBodySmall"/>
              <w:spacing w:after="100"/>
            </w:pPr>
            <w:r>
              <w:t>Answer with units: __________________________________________________</w:t>
            </w:r>
          </w:p>
          <w:p w14:paraId="26DB4D00" w14:textId="77777777" w:rsidR="00BE3968" w:rsidRDefault="00CA6E70">
            <w:pPr>
              <w:pStyle w:val="CMRBodySmall"/>
              <w:spacing w:after="80"/>
            </w:pPr>
            <w:r>
              <w:t>Does the answer make sense? ___________________________________________</w:t>
            </w:r>
          </w:p>
        </w:tc>
      </w:tr>
    </w:tbl>
    <w:p w14:paraId="33B1B84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647EB84" w14:textId="77777777">
        <w:tc>
          <w:tcPr>
            <w:tcW w:w="10036" w:type="dxa"/>
            <w:tcMar>
              <w:top w:w="70" w:type="dxa"/>
              <w:left w:w="140" w:type="dxa"/>
              <w:bottom w:w="85" w:type="dxa"/>
              <w:right w:w="140" w:type="dxa"/>
            </w:tcMar>
          </w:tcPr>
          <w:p w14:paraId="43F85882" w14:textId="77777777" w:rsidR="00BE3968" w:rsidRDefault="00BE3968"/>
          <w:p w14:paraId="29685AB4" w14:textId="77777777" w:rsidR="00BE3968" w:rsidRDefault="00CA6E70">
            <w:pPr>
              <w:pStyle w:val="CMRBodySmall"/>
            </w:pPr>
            <w:r>
              <w:rPr>
                <w:b/>
              </w:rPr>
              <w:t>PROBLEM S2-154</w:t>
            </w:r>
          </w:p>
          <w:p w14:paraId="236C7F50" w14:textId="77777777" w:rsidR="00BE3968" w:rsidRDefault="00CA6E70">
            <w:r>
              <w:t>Sharon helps a community kitchen prepare 12 sandwiches for a lunch. Of these, 3/4 are set aside for volunteers, and the rest are served to guests. How many sandwiches are set aside for volunteers?</w:t>
            </w:r>
          </w:p>
          <w:p w14:paraId="145CE453" w14:textId="77777777" w:rsidR="00BE3968" w:rsidRDefault="00CA6E70">
            <w:pPr>
              <w:pStyle w:val="CMRBodySmall"/>
              <w:spacing w:after="40"/>
            </w:pPr>
            <w:r>
              <w:rPr>
                <w:b/>
              </w:rPr>
              <w:t>STEP 1 — WHAT DO THEY WANT?</w:t>
            </w:r>
          </w:p>
          <w:p w14:paraId="4AB009D6" w14:textId="77777777" w:rsidR="00BE3968" w:rsidRDefault="00CA6E70">
            <w:pPr>
              <w:pStyle w:val="CMRBodySmall"/>
              <w:spacing w:after="80"/>
            </w:pPr>
            <w:r>
              <w:t>I need to find: _________________________________________________________</w:t>
            </w:r>
          </w:p>
          <w:p w14:paraId="5E762DBB" w14:textId="77777777" w:rsidR="00BE3968" w:rsidRDefault="00CA6E70">
            <w:pPr>
              <w:pStyle w:val="CMRBodySmall"/>
              <w:spacing w:after="40"/>
            </w:pPr>
            <w:r>
              <w:rPr>
                <w:b/>
              </w:rPr>
              <w:t>STEP 2 — WHAT DO I KNOW?</w:t>
            </w:r>
          </w:p>
          <w:p w14:paraId="76C55AB6" w14:textId="77777777" w:rsidR="00BE3968" w:rsidRDefault="00CA6E70">
            <w:pPr>
              <w:pStyle w:val="CMRBodySmall"/>
              <w:spacing w:after="40"/>
            </w:pPr>
            <w:r>
              <w:t>Useful facts: __________________________________________________________</w:t>
            </w:r>
          </w:p>
          <w:p w14:paraId="0C35FB05" w14:textId="77777777" w:rsidR="00BE3968" w:rsidRDefault="00CA6E70">
            <w:pPr>
              <w:pStyle w:val="CMRBodySmall"/>
            </w:pPr>
            <w:r>
              <w:t>____________________________________________________________________</w:t>
            </w:r>
          </w:p>
          <w:p w14:paraId="0DEBAEE2" w14:textId="77777777" w:rsidR="00BE3968" w:rsidRDefault="00CA6E70">
            <w:pPr>
              <w:pStyle w:val="CMRBodySmall"/>
              <w:spacing w:after="40"/>
            </w:pPr>
            <w:r>
              <w:rPr>
                <w:b/>
              </w:rPr>
              <w:t>STEP 3 — HOW DO I FIND IT?</w:t>
            </w:r>
          </w:p>
          <w:p w14:paraId="25A0D331" w14:textId="77777777" w:rsidR="00BE3968" w:rsidRDefault="00CA6E70">
            <w:pPr>
              <w:pStyle w:val="CMRBodySmall"/>
              <w:spacing w:after="100"/>
            </w:pPr>
            <w:r>
              <w:t>My work: ____________________________________________________________</w:t>
            </w:r>
          </w:p>
          <w:p w14:paraId="25D2D665" w14:textId="77777777" w:rsidR="00BE3968" w:rsidRDefault="00CA6E70">
            <w:pPr>
              <w:pStyle w:val="CMRBodySmall"/>
              <w:spacing w:after="100"/>
            </w:pPr>
            <w:r>
              <w:t>____________________________________________________________________</w:t>
            </w:r>
          </w:p>
          <w:p w14:paraId="2477A122" w14:textId="77777777" w:rsidR="00BE3968" w:rsidRDefault="00CA6E70">
            <w:pPr>
              <w:pStyle w:val="CMRBodySmall"/>
              <w:spacing w:after="100"/>
            </w:pPr>
            <w:r>
              <w:t>____________________________________________________________________</w:t>
            </w:r>
          </w:p>
          <w:p w14:paraId="1C6D50EC" w14:textId="77777777" w:rsidR="00BE3968" w:rsidRDefault="00CA6E70">
            <w:pPr>
              <w:pStyle w:val="CMRBodySmall"/>
              <w:spacing w:after="100"/>
            </w:pPr>
            <w:r>
              <w:t>Answer with units: __________________________________________________</w:t>
            </w:r>
          </w:p>
          <w:p w14:paraId="28C630B9" w14:textId="77777777" w:rsidR="00BE3968" w:rsidRDefault="00CA6E70">
            <w:pPr>
              <w:pStyle w:val="CMRBodySmall"/>
              <w:spacing w:after="80"/>
            </w:pPr>
            <w:r>
              <w:t>Does the answer make sense? ___________________________________________</w:t>
            </w:r>
          </w:p>
        </w:tc>
      </w:tr>
    </w:tbl>
    <w:p w14:paraId="20231DA4" w14:textId="77777777" w:rsidR="00BE3968" w:rsidRDefault="00CA6E70">
      <w:r>
        <w:br w:type="page"/>
      </w:r>
    </w:p>
    <w:p w14:paraId="7E34EBA0" w14:textId="77777777" w:rsidR="00BE3968" w:rsidRDefault="00CA6E70">
      <w:pPr>
        <w:pStyle w:val="CMRSmallLabel"/>
        <w:spacing w:after="60"/>
      </w:pPr>
      <w:r>
        <w:rPr>
          <w:b w:val="0"/>
        </w:rPr>
        <w:t>SECTION 2  |  TOPIC 16  |  PRACTICE PAGE 3/5</w:t>
      </w:r>
    </w:p>
    <w:p w14:paraId="4F404B2A" w14:textId="77777777" w:rsidR="00BE3968" w:rsidRDefault="00CA6E70">
      <w:pPr>
        <w:pStyle w:val="CMRPageTitle"/>
        <w:spacing w:after="60"/>
      </w:pPr>
      <w:r>
        <w:rPr>
          <w:b w:val="0"/>
        </w:rPr>
        <w:t>Recipes and fractions</w:t>
      </w:r>
    </w:p>
    <w:p w14:paraId="709075C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F7BE4F4" w14:textId="77777777">
        <w:tc>
          <w:tcPr>
            <w:tcW w:w="10036" w:type="dxa"/>
            <w:shd w:val="clear" w:color="auto" w:fill="F5F8F9"/>
            <w:tcMar>
              <w:top w:w="70" w:type="dxa"/>
              <w:left w:w="140" w:type="dxa"/>
              <w:bottom w:w="85" w:type="dxa"/>
              <w:right w:w="140" w:type="dxa"/>
            </w:tcMar>
          </w:tcPr>
          <w:p w14:paraId="7103463B" w14:textId="77777777" w:rsidR="00BE3968" w:rsidRDefault="00BE3968"/>
          <w:p w14:paraId="25AA37DA" w14:textId="77777777" w:rsidR="00BE3968" w:rsidRDefault="00CA6E70">
            <w:pPr>
              <w:pStyle w:val="CMRBodySmall"/>
            </w:pPr>
            <w:r>
              <w:rPr>
                <w:b/>
              </w:rPr>
              <w:t>PROBLEM S2-155</w:t>
            </w:r>
          </w:p>
          <w:p w14:paraId="0E2D67C3" w14:textId="77777777" w:rsidR="00BE3968" w:rsidRDefault="00CA6E70">
            <w:r>
              <w:t>A food bank receives 32 boxes of cereal. Andre sends 3/8 of the boxes to a family shelter. The shelter is open every day. How many boxes go to the shelter?</w:t>
            </w:r>
          </w:p>
          <w:p w14:paraId="7EF254D7" w14:textId="77777777" w:rsidR="00BE3968" w:rsidRDefault="00CA6E70">
            <w:pPr>
              <w:pStyle w:val="CMRBodySmall"/>
              <w:spacing w:after="40"/>
            </w:pPr>
            <w:r>
              <w:rPr>
                <w:b/>
              </w:rPr>
              <w:t>STEP 1 — WHAT DO THEY WANT?</w:t>
            </w:r>
          </w:p>
          <w:p w14:paraId="31ADB45E" w14:textId="77777777" w:rsidR="00BE3968" w:rsidRDefault="00CA6E70">
            <w:pPr>
              <w:pStyle w:val="CMRBodySmall"/>
              <w:spacing w:after="80"/>
            </w:pPr>
            <w:r>
              <w:t>I need to find: _________________________________________________________</w:t>
            </w:r>
          </w:p>
          <w:p w14:paraId="6FED4227" w14:textId="77777777" w:rsidR="00BE3968" w:rsidRDefault="00CA6E70">
            <w:pPr>
              <w:pStyle w:val="CMRBodySmall"/>
              <w:spacing w:after="40"/>
            </w:pPr>
            <w:r>
              <w:rPr>
                <w:b/>
              </w:rPr>
              <w:t>STEP 2 — WHAT DO I KNOW?</w:t>
            </w:r>
          </w:p>
          <w:p w14:paraId="7C0FC15C" w14:textId="77777777" w:rsidR="00BE3968" w:rsidRDefault="00CA6E70">
            <w:pPr>
              <w:pStyle w:val="CMRBodySmall"/>
              <w:spacing w:after="40"/>
            </w:pPr>
            <w:r>
              <w:t>Useful facts: __________________________________________________________</w:t>
            </w:r>
          </w:p>
          <w:p w14:paraId="0379D58B" w14:textId="77777777" w:rsidR="00BE3968" w:rsidRDefault="00CA6E70">
            <w:pPr>
              <w:pStyle w:val="CMRBodySmall"/>
            </w:pPr>
            <w:r>
              <w:t>____________________________________________________________________</w:t>
            </w:r>
          </w:p>
          <w:p w14:paraId="7401F75B" w14:textId="77777777" w:rsidR="00BE3968" w:rsidRDefault="00CA6E70">
            <w:pPr>
              <w:pStyle w:val="CMRBodySmall"/>
              <w:spacing w:after="40"/>
            </w:pPr>
            <w:r>
              <w:rPr>
                <w:b/>
              </w:rPr>
              <w:t>STEP 3 — HOW DO I FIND IT?</w:t>
            </w:r>
          </w:p>
          <w:p w14:paraId="0A7B514D" w14:textId="77777777" w:rsidR="00BE3968" w:rsidRDefault="00CA6E70">
            <w:pPr>
              <w:pStyle w:val="CMRBodySmall"/>
              <w:spacing w:after="100"/>
            </w:pPr>
            <w:r>
              <w:t>My work: ____________________________________________________________</w:t>
            </w:r>
          </w:p>
          <w:p w14:paraId="37EAB889" w14:textId="77777777" w:rsidR="00BE3968" w:rsidRDefault="00CA6E70">
            <w:pPr>
              <w:pStyle w:val="CMRBodySmall"/>
              <w:spacing w:after="100"/>
            </w:pPr>
            <w:r>
              <w:t>____________________________________________________________________</w:t>
            </w:r>
          </w:p>
          <w:p w14:paraId="42B63723" w14:textId="77777777" w:rsidR="00BE3968" w:rsidRDefault="00CA6E70">
            <w:pPr>
              <w:pStyle w:val="CMRBodySmall"/>
              <w:spacing w:after="100"/>
            </w:pPr>
            <w:r>
              <w:t>____________________________________________________________________</w:t>
            </w:r>
          </w:p>
          <w:p w14:paraId="636E0B9C" w14:textId="77777777" w:rsidR="00BE3968" w:rsidRDefault="00CA6E70">
            <w:pPr>
              <w:pStyle w:val="CMRBodySmall"/>
              <w:spacing w:after="100"/>
            </w:pPr>
            <w:r>
              <w:t>Answer with units: __________________________________________________</w:t>
            </w:r>
          </w:p>
          <w:p w14:paraId="0FC04DF8" w14:textId="77777777" w:rsidR="00BE3968" w:rsidRDefault="00CA6E70">
            <w:pPr>
              <w:pStyle w:val="CMRBodySmall"/>
              <w:spacing w:after="80"/>
            </w:pPr>
            <w:r>
              <w:t>Does the answer make sense? ___________________________________________</w:t>
            </w:r>
          </w:p>
        </w:tc>
      </w:tr>
    </w:tbl>
    <w:p w14:paraId="2F0B57E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5CCCC4B" w14:textId="77777777">
        <w:tc>
          <w:tcPr>
            <w:tcW w:w="10036" w:type="dxa"/>
            <w:tcMar>
              <w:top w:w="70" w:type="dxa"/>
              <w:left w:w="140" w:type="dxa"/>
              <w:bottom w:w="85" w:type="dxa"/>
              <w:right w:w="140" w:type="dxa"/>
            </w:tcMar>
          </w:tcPr>
          <w:p w14:paraId="61373A83" w14:textId="77777777" w:rsidR="00BE3968" w:rsidRDefault="00BE3968"/>
          <w:p w14:paraId="1ECCA363" w14:textId="77777777" w:rsidR="00BE3968" w:rsidRDefault="00CA6E70">
            <w:pPr>
              <w:pStyle w:val="CMRBodySmall"/>
            </w:pPr>
            <w:r>
              <w:rPr>
                <w:b/>
              </w:rPr>
              <w:t>PROBLEM S2-156</w:t>
            </w:r>
          </w:p>
          <w:p w14:paraId="2BA4C0BE" w14:textId="77777777" w:rsidR="00BE3968" w:rsidRDefault="00CA6E70">
            <w:r>
              <w:t>Patricia orders 40 pizza slices for a meeting. Of the slices, 3/8 are vegetarian. The meeting starts at noon. How many slices are vegetarian?</w:t>
            </w:r>
          </w:p>
          <w:p w14:paraId="6A830034" w14:textId="77777777" w:rsidR="00BE3968" w:rsidRDefault="00CA6E70">
            <w:pPr>
              <w:pStyle w:val="CMRBodySmall"/>
              <w:spacing w:after="40"/>
            </w:pPr>
            <w:r>
              <w:rPr>
                <w:b/>
              </w:rPr>
              <w:t>STEP 1 — WHAT DO THEY WANT?</w:t>
            </w:r>
          </w:p>
          <w:p w14:paraId="3EABBA29" w14:textId="77777777" w:rsidR="00BE3968" w:rsidRDefault="00CA6E70">
            <w:pPr>
              <w:pStyle w:val="CMRBodySmall"/>
              <w:spacing w:after="80"/>
            </w:pPr>
            <w:r>
              <w:t>I need to find: _________________________________________________________</w:t>
            </w:r>
          </w:p>
          <w:p w14:paraId="5D11869E" w14:textId="77777777" w:rsidR="00BE3968" w:rsidRDefault="00CA6E70">
            <w:pPr>
              <w:pStyle w:val="CMRBodySmall"/>
              <w:spacing w:after="40"/>
            </w:pPr>
            <w:r>
              <w:rPr>
                <w:b/>
              </w:rPr>
              <w:t>STEP 2 — WHAT DO I KNOW?</w:t>
            </w:r>
          </w:p>
          <w:p w14:paraId="04663F6F" w14:textId="77777777" w:rsidR="00BE3968" w:rsidRDefault="00CA6E70">
            <w:pPr>
              <w:pStyle w:val="CMRBodySmall"/>
              <w:spacing w:after="40"/>
            </w:pPr>
            <w:r>
              <w:t>Useful facts: __________________________________________________________</w:t>
            </w:r>
          </w:p>
          <w:p w14:paraId="619C253E" w14:textId="77777777" w:rsidR="00BE3968" w:rsidRDefault="00CA6E70">
            <w:pPr>
              <w:pStyle w:val="CMRBodySmall"/>
            </w:pPr>
            <w:r>
              <w:t>____________________________________________________________________</w:t>
            </w:r>
          </w:p>
          <w:p w14:paraId="3E4DA3E6" w14:textId="77777777" w:rsidR="00BE3968" w:rsidRDefault="00CA6E70">
            <w:pPr>
              <w:pStyle w:val="CMRBodySmall"/>
              <w:spacing w:after="40"/>
            </w:pPr>
            <w:r>
              <w:rPr>
                <w:b/>
              </w:rPr>
              <w:t>STEP 3 — HOW DO I FIND IT?</w:t>
            </w:r>
          </w:p>
          <w:p w14:paraId="4395895E" w14:textId="77777777" w:rsidR="00BE3968" w:rsidRDefault="00CA6E70">
            <w:pPr>
              <w:pStyle w:val="CMRBodySmall"/>
              <w:spacing w:after="100"/>
            </w:pPr>
            <w:r>
              <w:t>My work: ____________________________________________________________</w:t>
            </w:r>
          </w:p>
          <w:p w14:paraId="5AC3BAAE" w14:textId="77777777" w:rsidR="00BE3968" w:rsidRDefault="00CA6E70">
            <w:pPr>
              <w:pStyle w:val="CMRBodySmall"/>
              <w:spacing w:after="100"/>
            </w:pPr>
            <w:r>
              <w:t>____________________________________________________________________</w:t>
            </w:r>
          </w:p>
          <w:p w14:paraId="21DD95C1" w14:textId="77777777" w:rsidR="00BE3968" w:rsidRDefault="00CA6E70">
            <w:pPr>
              <w:pStyle w:val="CMRBodySmall"/>
              <w:spacing w:after="100"/>
            </w:pPr>
            <w:r>
              <w:t>____________________________________________________________________</w:t>
            </w:r>
          </w:p>
          <w:p w14:paraId="4CC6E035" w14:textId="77777777" w:rsidR="00BE3968" w:rsidRDefault="00CA6E70">
            <w:pPr>
              <w:pStyle w:val="CMRBodySmall"/>
              <w:spacing w:after="100"/>
            </w:pPr>
            <w:r>
              <w:t>Answer with units: __________________________________________________</w:t>
            </w:r>
          </w:p>
          <w:p w14:paraId="04943BF5" w14:textId="77777777" w:rsidR="00BE3968" w:rsidRDefault="00CA6E70">
            <w:pPr>
              <w:pStyle w:val="CMRBodySmall"/>
              <w:spacing w:after="80"/>
            </w:pPr>
            <w:r>
              <w:t>Does the answer make sense? ___________________________________________</w:t>
            </w:r>
          </w:p>
        </w:tc>
      </w:tr>
    </w:tbl>
    <w:p w14:paraId="5CC62C1E" w14:textId="77777777" w:rsidR="00BE3968" w:rsidRDefault="00CA6E70">
      <w:r>
        <w:br w:type="page"/>
      </w:r>
    </w:p>
    <w:p w14:paraId="399750B1" w14:textId="77777777" w:rsidR="00BE3968" w:rsidRDefault="00CA6E70">
      <w:pPr>
        <w:pStyle w:val="CMRSmallLabel"/>
        <w:spacing w:after="60"/>
      </w:pPr>
      <w:r>
        <w:rPr>
          <w:b w:val="0"/>
        </w:rPr>
        <w:t>SECTION 2  |  TOPIC 16  |  PRACTICE PAGE 4/5</w:t>
      </w:r>
    </w:p>
    <w:p w14:paraId="7CFF6F50" w14:textId="77777777" w:rsidR="00BE3968" w:rsidRDefault="00CA6E70">
      <w:pPr>
        <w:pStyle w:val="CMRPageTitle"/>
        <w:spacing w:after="60"/>
      </w:pPr>
      <w:r>
        <w:rPr>
          <w:b w:val="0"/>
        </w:rPr>
        <w:t>Recipes and fractions</w:t>
      </w:r>
    </w:p>
    <w:p w14:paraId="6E5E482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F3DF0A3" w14:textId="77777777">
        <w:tc>
          <w:tcPr>
            <w:tcW w:w="10036" w:type="dxa"/>
            <w:shd w:val="clear" w:color="auto" w:fill="F5F8F9"/>
            <w:tcMar>
              <w:top w:w="70" w:type="dxa"/>
              <w:left w:w="140" w:type="dxa"/>
              <w:bottom w:w="85" w:type="dxa"/>
              <w:right w:w="140" w:type="dxa"/>
            </w:tcMar>
          </w:tcPr>
          <w:p w14:paraId="3203A06B" w14:textId="77777777" w:rsidR="00BE3968" w:rsidRDefault="00BE3968"/>
          <w:p w14:paraId="502DFA05" w14:textId="77777777" w:rsidR="00BE3968" w:rsidRDefault="00CA6E70">
            <w:pPr>
              <w:pStyle w:val="CMRBodySmall"/>
            </w:pPr>
            <w:r>
              <w:rPr>
                <w:b/>
              </w:rPr>
              <w:t>PROBLEM S2-157</w:t>
            </w:r>
          </w:p>
          <w:p w14:paraId="0EDD60CB" w14:textId="77777777" w:rsidR="00BE3968" w:rsidRDefault="00CA6E70">
            <w:r>
              <w:t>Elaine helps a community kitchen prepare 24 sandwiches for a lunch. Of these, 3/4 are set aside for volunteers, and the rest are served to guests. How many sandwiches are set aside for volunteers?</w:t>
            </w:r>
          </w:p>
          <w:p w14:paraId="5DD71074" w14:textId="77777777" w:rsidR="00BE3968" w:rsidRDefault="00CA6E70">
            <w:pPr>
              <w:pStyle w:val="CMRBodySmall"/>
              <w:spacing w:after="40"/>
            </w:pPr>
            <w:r>
              <w:rPr>
                <w:b/>
              </w:rPr>
              <w:t>STEP 1 — WHAT DO THEY WANT?</w:t>
            </w:r>
          </w:p>
          <w:p w14:paraId="1E9F21A3" w14:textId="77777777" w:rsidR="00BE3968" w:rsidRDefault="00CA6E70">
            <w:pPr>
              <w:pStyle w:val="CMRBodySmall"/>
              <w:spacing w:after="80"/>
            </w:pPr>
            <w:r>
              <w:t>I need to find: _________________________________________________________</w:t>
            </w:r>
          </w:p>
          <w:p w14:paraId="59DA287B" w14:textId="77777777" w:rsidR="00BE3968" w:rsidRDefault="00CA6E70">
            <w:pPr>
              <w:pStyle w:val="CMRBodySmall"/>
              <w:spacing w:after="40"/>
            </w:pPr>
            <w:r>
              <w:rPr>
                <w:b/>
              </w:rPr>
              <w:t>STEP 2 — WHAT DO I KNOW?</w:t>
            </w:r>
          </w:p>
          <w:p w14:paraId="214FCE5A" w14:textId="77777777" w:rsidR="00BE3968" w:rsidRDefault="00CA6E70">
            <w:pPr>
              <w:pStyle w:val="CMRBodySmall"/>
              <w:spacing w:after="40"/>
            </w:pPr>
            <w:r>
              <w:t>Useful facts: __________________________________________________________</w:t>
            </w:r>
          </w:p>
          <w:p w14:paraId="0DAC1A1B" w14:textId="77777777" w:rsidR="00BE3968" w:rsidRDefault="00CA6E70">
            <w:pPr>
              <w:pStyle w:val="CMRBodySmall"/>
            </w:pPr>
            <w:r>
              <w:t>____________________________________________________________________</w:t>
            </w:r>
          </w:p>
          <w:p w14:paraId="1E723542" w14:textId="77777777" w:rsidR="00BE3968" w:rsidRDefault="00CA6E70">
            <w:pPr>
              <w:pStyle w:val="CMRBodySmall"/>
              <w:spacing w:after="40"/>
            </w:pPr>
            <w:r>
              <w:rPr>
                <w:b/>
              </w:rPr>
              <w:t>STEP 3 — HOW DO I FIND IT?</w:t>
            </w:r>
          </w:p>
          <w:p w14:paraId="1E71E857" w14:textId="77777777" w:rsidR="00BE3968" w:rsidRDefault="00CA6E70">
            <w:pPr>
              <w:pStyle w:val="CMRBodySmall"/>
              <w:spacing w:after="100"/>
            </w:pPr>
            <w:r>
              <w:t>My work: ____________________________________________________________</w:t>
            </w:r>
          </w:p>
          <w:p w14:paraId="12EB1066" w14:textId="77777777" w:rsidR="00BE3968" w:rsidRDefault="00CA6E70">
            <w:pPr>
              <w:pStyle w:val="CMRBodySmall"/>
              <w:spacing w:after="100"/>
            </w:pPr>
            <w:r>
              <w:t>____________________________________________________________________</w:t>
            </w:r>
          </w:p>
          <w:p w14:paraId="5EE0D4C5" w14:textId="77777777" w:rsidR="00BE3968" w:rsidRDefault="00CA6E70">
            <w:pPr>
              <w:pStyle w:val="CMRBodySmall"/>
              <w:spacing w:after="100"/>
            </w:pPr>
            <w:r>
              <w:t>____________________________________________________________________</w:t>
            </w:r>
          </w:p>
          <w:p w14:paraId="724F80D9" w14:textId="77777777" w:rsidR="00BE3968" w:rsidRDefault="00CA6E70">
            <w:pPr>
              <w:pStyle w:val="CMRBodySmall"/>
              <w:spacing w:after="100"/>
            </w:pPr>
            <w:r>
              <w:t>Answer with units: __________________________________________________</w:t>
            </w:r>
          </w:p>
          <w:p w14:paraId="6F0F0BA0" w14:textId="77777777" w:rsidR="00BE3968" w:rsidRDefault="00CA6E70">
            <w:pPr>
              <w:pStyle w:val="CMRBodySmall"/>
              <w:spacing w:after="80"/>
            </w:pPr>
            <w:r>
              <w:t>Does the answer make sense? ___________________________________________</w:t>
            </w:r>
          </w:p>
        </w:tc>
      </w:tr>
    </w:tbl>
    <w:p w14:paraId="76456C4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2AF0BEC" w14:textId="77777777">
        <w:tc>
          <w:tcPr>
            <w:tcW w:w="10036" w:type="dxa"/>
            <w:tcMar>
              <w:top w:w="70" w:type="dxa"/>
              <w:left w:w="140" w:type="dxa"/>
              <w:bottom w:w="85" w:type="dxa"/>
              <w:right w:w="140" w:type="dxa"/>
            </w:tcMar>
          </w:tcPr>
          <w:p w14:paraId="60573861" w14:textId="77777777" w:rsidR="00BE3968" w:rsidRDefault="00BE3968"/>
          <w:p w14:paraId="0D1ACCC4" w14:textId="77777777" w:rsidR="00BE3968" w:rsidRDefault="00CA6E70">
            <w:pPr>
              <w:pStyle w:val="CMRBodySmall"/>
            </w:pPr>
            <w:r>
              <w:rPr>
                <w:b/>
              </w:rPr>
              <w:t>PROBLEM S2-158</w:t>
            </w:r>
          </w:p>
          <w:p w14:paraId="582E216A" w14:textId="77777777" w:rsidR="00BE3968" w:rsidRDefault="00CA6E70">
            <w:r>
              <w:t>A food bank receives 36 boxes of cereal. Terry sends 1/2 of the boxes to a family shelter. The shelter is open every day. How many boxes go to the shelter?</w:t>
            </w:r>
          </w:p>
          <w:p w14:paraId="7CC4D1C5" w14:textId="77777777" w:rsidR="00BE3968" w:rsidRDefault="00CA6E70">
            <w:pPr>
              <w:pStyle w:val="CMRBodySmall"/>
              <w:spacing w:after="40"/>
            </w:pPr>
            <w:r>
              <w:rPr>
                <w:b/>
              </w:rPr>
              <w:t>STEP 1 — WHAT DO THEY WANT?</w:t>
            </w:r>
          </w:p>
          <w:p w14:paraId="25B072D8" w14:textId="77777777" w:rsidR="00BE3968" w:rsidRDefault="00CA6E70">
            <w:pPr>
              <w:pStyle w:val="CMRBodySmall"/>
              <w:spacing w:after="80"/>
            </w:pPr>
            <w:r>
              <w:t>I need to find: _________________________________________________________</w:t>
            </w:r>
          </w:p>
          <w:p w14:paraId="7D32A11B" w14:textId="77777777" w:rsidR="00BE3968" w:rsidRDefault="00CA6E70">
            <w:pPr>
              <w:pStyle w:val="CMRBodySmall"/>
              <w:spacing w:after="40"/>
            </w:pPr>
            <w:r>
              <w:rPr>
                <w:b/>
              </w:rPr>
              <w:t>STEP 2 — WHAT DO I KNOW?</w:t>
            </w:r>
          </w:p>
          <w:p w14:paraId="1A5B8471" w14:textId="77777777" w:rsidR="00BE3968" w:rsidRDefault="00CA6E70">
            <w:pPr>
              <w:pStyle w:val="CMRBodySmall"/>
              <w:spacing w:after="40"/>
            </w:pPr>
            <w:r>
              <w:t>Useful facts: __________________________________________________________</w:t>
            </w:r>
          </w:p>
          <w:p w14:paraId="43F4B1CD" w14:textId="77777777" w:rsidR="00BE3968" w:rsidRDefault="00CA6E70">
            <w:pPr>
              <w:pStyle w:val="CMRBodySmall"/>
            </w:pPr>
            <w:r>
              <w:t>____________________________________________________________________</w:t>
            </w:r>
          </w:p>
          <w:p w14:paraId="1D55DBA5" w14:textId="77777777" w:rsidR="00BE3968" w:rsidRDefault="00CA6E70">
            <w:pPr>
              <w:pStyle w:val="CMRBodySmall"/>
              <w:spacing w:after="40"/>
            </w:pPr>
            <w:r>
              <w:rPr>
                <w:b/>
              </w:rPr>
              <w:t>STEP 3 — HOW DO I FIND IT?</w:t>
            </w:r>
          </w:p>
          <w:p w14:paraId="01D7F813" w14:textId="77777777" w:rsidR="00BE3968" w:rsidRDefault="00CA6E70">
            <w:pPr>
              <w:pStyle w:val="CMRBodySmall"/>
              <w:spacing w:after="100"/>
            </w:pPr>
            <w:r>
              <w:t>My work: ____________________________________________________________</w:t>
            </w:r>
          </w:p>
          <w:p w14:paraId="5554AE0B" w14:textId="77777777" w:rsidR="00BE3968" w:rsidRDefault="00CA6E70">
            <w:pPr>
              <w:pStyle w:val="CMRBodySmall"/>
              <w:spacing w:after="100"/>
            </w:pPr>
            <w:r>
              <w:t>____________________________________________________________________</w:t>
            </w:r>
          </w:p>
          <w:p w14:paraId="2CA5BE3B" w14:textId="77777777" w:rsidR="00BE3968" w:rsidRDefault="00CA6E70">
            <w:pPr>
              <w:pStyle w:val="CMRBodySmall"/>
              <w:spacing w:after="100"/>
            </w:pPr>
            <w:r>
              <w:t>____________________________________________________________________</w:t>
            </w:r>
          </w:p>
          <w:p w14:paraId="6D7FACEE" w14:textId="77777777" w:rsidR="00BE3968" w:rsidRDefault="00CA6E70">
            <w:pPr>
              <w:pStyle w:val="CMRBodySmall"/>
              <w:spacing w:after="100"/>
            </w:pPr>
            <w:r>
              <w:t>Answer with units: __________________________________________________</w:t>
            </w:r>
          </w:p>
          <w:p w14:paraId="561A1BF3" w14:textId="77777777" w:rsidR="00BE3968" w:rsidRDefault="00CA6E70">
            <w:pPr>
              <w:pStyle w:val="CMRBodySmall"/>
              <w:spacing w:after="80"/>
            </w:pPr>
            <w:r>
              <w:t>Does the answer make sense? ___________________________________________</w:t>
            </w:r>
          </w:p>
        </w:tc>
      </w:tr>
    </w:tbl>
    <w:p w14:paraId="506943FC" w14:textId="77777777" w:rsidR="00BE3968" w:rsidRDefault="00CA6E70">
      <w:r>
        <w:br w:type="page"/>
      </w:r>
    </w:p>
    <w:p w14:paraId="7161FFEC" w14:textId="77777777" w:rsidR="00BE3968" w:rsidRDefault="00CA6E70">
      <w:pPr>
        <w:pStyle w:val="CMRSmallLabel"/>
        <w:spacing w:after="60"/>
      </w:pPr>
      <w:r>
        <w:rPr>
          <w:b w:val="0"/>
        </w:rPr>
        <w:t>SECTION 2  |  TOPIC 16  |  PRACTICE PAGE 5/5</w:t>
      </w:r>
    </w:p>
    <w:p w14:paraId="57A3F7B8" w14:textId="77777777" w:rsidR="00BE3968" w:rsidRDefault="00CA6E70">
      <w:pPr>
        <w:pStyle w:val="CMRPageTitle"/>
        <w:spacing w:after="60"/>
      </w:pPr>
      <w:r>
        <w:rPr>
          <w:b w:val="0"/>
        </w:rPr>
        <w:t>Recipes and fractions</w:t>
      </w:r>
    </w:p>
    <w:p w14:paraId="486338C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70FDBF3" w14:textId="77777777">
        <w:tc>
          <w:tcPr>
            <w:tcW w:w="10036" w:type="dxa"/>
            <w:shd w:val="clear" w:color="auto" w:fill="F5F8F9"/>
            <w:tcMar>
              <w:top w:w="70" w:type="dxa"/>
              <w:left w:w="140" w:type="dxa"/>
              <w:bottom w:w="85" w:type="dxa"/>
              <w:right w:w="140" w:type="dxa"/>
            </w:tcMar>
          </w:tcPr>
          <w:p w14:paraId="218598C3" w14:textId="77777777" w:rsidR="00BE3968" w:rsidRDefault="00BE3968"/>
          <w:p w14:paraId="1D42375A" w14:textId="77777777" w:rsidR="00BE3968" w:rsidRDefault="00CA6E70">
            <w:pPr>
              <w:pStyle w:val="CMRBodySmall"/>
            </w:pPr>
            <w:r>
              <w:rPr>
                <w:b/>
              </w:rPr>
              <w:t>PROBLEM S2-159</w:t>
            </w:r>
          </w:p>
          <w:p w14:paraId="10522841" w14:textId="77777777" w:rsidR="00BE3968" w:rsidRDefault="00CA6E70">
            <w:r>
              <w:t>Rachel orders 32 pizza slices for a meeting. Of the slices, 1/2 are vegetarian. The meeting starts at noon. How many slices are vegetarian?</w:t>
            </w:r>
          </w:p>
          <w:p w14:paraId="3ADEEDB3" w14:textId="77777777" w:rsidR="00BE3968" w:rsidRDefault="00CA6E70">
            <w:pPr>
              <w:pStyle w:val="CMRBodySmall"/>
              <w:spacing w:after="40"/>
            </w:pPr>
            <w:r>
              <w:rPr>
                <w:b/>
              </w:rPr>
              <w:t>STEP 1 — WHAT DO THEY WANT?</w:t>
            </w:r>
          </w:p>
          <w:p w14:paraId="1551CCB0" w14:textId="77777777" w:rsidR="00BE3968" w:rsidRDefault="00CA6E70">
            <w:pPr>
              <w:pStyle w:val="CMRBodySmall"/>
              <w:spacing w:after="80"/>
            </w:pPr>
            <w:r>
              <w:t>I need to find: _________________________________________________________</w:t>
            </w:r>
          </w:p>
          <w:p w14:paraId="7E263B8C" w14:textId="77777777" w:rsidR="00BE3968" w:rsidRDefault="00CA6E70">
            <w:pPr>
              <w:pStyle w:val="CMRBodySmall"/>
              <w:spacing w:after="40"/>
            </w:pPr>
            <w:r>
              <w:rPr>
                <w:b/>
              </w:rPr>
              <w:t>STEP 2 — WHAT DO I KNOW?</w:t>
            </w:r>
          </w:p>
          <w:p w14:paraId="1BC7723B" w14:textId="77777777" w:rsidR="00BE3968" w:rsidRDefault="00CA6E70">
            <w:pPr>
              <w:pStyle w:val="CMRBodySmall"/>
              <w:spacing w:after="40"/>
            </w:pPr>
            <w:r>
              <w:t>Useful facts: __________________________________________________________</w:t>
            </w:r>
          </w:p>
          <w:p w14:paraId="4D760B63" w14:textId="77777777" w:rsidR="00BE3968" w:rsidRDefault="00CA6E70">
            <w:pPr>
              <w:pStyle w:val="CMRBodySmall"/>
            </w:pPr>
            <w:r>
              <w:t>____________________________________________________________________</w:t>
            </w:r>
          </w:p>
          <w:p w14:paraId="449FB985" w14:textId="77777777" w:rsidR="00BE3968" w:rsidRDefault="00CA6E70">
            <w:pPr>
              <w:pStyle w:val="CMRBodySmall"/>
              <w:spacing w:after="40"/>
            </w:pPr>
            <w:r>
              <w:rPr>
                <w:b/>
              </w:rPr>
              <w:t>STEP 3 — HOW DO I FIND IT?</w:t>
            </w:r>
          </w:p>
          <w:p w14:paraId="3E9CF404" w14:textId="77777777" w:rsidR="00BE3968" w:rsidRDefault="00CA6E70">
            <w:pPr>
              <w:pStyle w:val="CMRBodySmall"/>
              <w:spacing w:after="100"/>
            </w:pPr>
            <w:r>
              <w:t>My work: ____________________________________________________________</w:t>
            </w:r>
          </w:p>
          <w:p w14:paraId="264A08FC" w14:textId="77777777" w:rsidR="00BE3968" w:rsidRDefault="00CA6E70">
            <w:pPr>
              <w:pStyle w:val="CMRBodySmall"/>
              <w:spacing w:after="100"/>
            </w:pPr>
            <w:r>
              <w:t>____________________________________________________________________</w:t>
            </w:r>
          </w:p>
          <w:p w14:paraId="014762A0" w14:textId="77777777" w:rsidR="00BE3968" w:rsidRDefault="00CA6E70">
            <w:pPr>
              <w:pStyle w:val="CMRBodySmall"/>
              <w:spacing w:after="100"/>
            </w:pPr>
            <w:r>
              <w:t>____________________________________________________________________</w:t>
            </w:r>
          </w:p>
          <w:p w14:paraId="2A9F34A5" w14:textId="77777777" w:rsidR="00BE3968" w:rsidRDefault="00CA6E70">
            <w:pPr>
              <w:pStyle w:val="CMRBodySmall"/>
              <w:spacing w:after="100"/>
            </w:pPr>
            <w:r>
              <w:t>Answer with units: __________________________________________________</w:t>
            </w:r>
          </w:p>
          <w:p w14:paraId="38B37157" w14:textId="77777777" w:rsidR="00BE3968" w:rsidRDefault="00CA6E70">
            <w:pPr>
              <w:pStyle w:val="CMRBodySmall"/>
              <w:spacing w:after="80"/>
            </w:pPr>
            <w:r>
              <w:t>Does the answer make sense? ___________________________________________</w:t>
            </w:r>
          </w:p>
        </w:tc>
      </w:tr>
    </w:tbl>
    <w:p w14:paraId="1675EA6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FB5D0E0" w14:textId="77777777">
        <w:tc>
          <w:tcPr>
            <w:tcW w:w="10036" w:type="dxa"/>
            <w:tcMar>
              <w:top w:w="70" w:type="dxa"/>
              <w:left w:w="140" w:type="dxa"/>
              <w:bottom w:w="85" w:type="dxa"/>
              <w:right w:w="140" w:type="dxa"/>
            </w:tcMar>
          </w:tcPr>
          <w:p w14:paraId="44AEEF5A" w14:textId="77777777" w:rsidR="00BE3968" w:rsidRDefault="00BE3968"/>
          <w:p w14:paraId="0621196E" w14:textId="77777777" w:rsidR="00BE3968" w:rsidRDefault="00CA6E70">
            <w:pPr>
              <w:pStyle w:val="CMRBodySmall"/>
            </w:pPr>
            <w:r>
              <w:rPr>
                <w:b/>
              </w:rPr>
              <w:t>PROBLEM S2-160</w:t>
            </w:r>
          </w:p>
          <w:p w14:paraId="3ED93A3F" w14:textId="77777777" w:rsidR="00BE3968" w:rsidRDefault="00CA6E70">
            <w:r>
              <w:t>Maria helps a community kitchen prepare 36 sandwiches for a lunch. Of these, 1/4 are set aside for volunteers, and the rest are served to guests. How many sandwiches are set aside for volunteers?</w:t>
            </w:r>
          </w:p>
          <w:p w14:paraId="2E9C5FF3" w14:textId="77777777" w:rsidR="00BE3968" w:rsidRDefault="00CA6E70">
            <w:pPr>
              <w:pStyle w:val="CMRBodySmall"/>
              <w:spacing w:after="40"/>
            </w:pPr>
            <w:r>
              <w:rPr>
                <w:b/>
              </w:rPr>
              <w:t>STEP 1 — WHAT DO THEY WANT?</w:t>
            </w:r>
          </w:p>
          <w:p w14:paraId="4019B7AE" w14:textId="77777777" w:rsidR="00BE3968" w:rsidRDefault="00CA6E70">
            <w:pPr>
              <w:pStyle w:val="CMRBodySmall"/>
              <w:spacing w:after="80"/>
            </w:pPr>
            <w:r>
              <w:t>I need to find: _________________________________________________________</w:t>
            </w:r>
          </w:p>
          <w:p w14:paraId="35A87636" w14:textId="77777777" w:rsidR="00BE3968" w:rsidRDefault="00CA6E70">
            <w:pPr>
              <w:pStyle w:val="CMRBodySmall"/>
              <w:spacing w:after="40"/>
            </w:pPr>
            <w:r>
              <w:rPr>
                <w:b/>
              </w:rPr>
              <w:t>STEP 2 — WHAT DO I KNOW?</w:t>
            </w:r>
          </w:p>
          <w:p w14:paraId="1ACBD3F4" w14:textId="77777777" w:rsidR="00BE3968" w:rsidRDefault="00CA6E70">
            <w:pPr>
              <w:pStyle w:val="CMRBodySmall"/>
              <w:spacing w:after="40"/>
            </w:pPr>
            <w:r>
              <w:t>Useful facts: __________________________________________________________</w:t>
            </w:r>
          </w:p>
          <w:p w14:paraId="188F056B" w14:textId="77777777" w:rsidR="00BE3968" w:rsidRDefault="00CA6E70">
            <w:pPr>
              <w:pStyle w:val="CMRBodySmall"/>
            </w:pPr>
            <w:r>
              <w:t>____________________________________________________________________</w:t>
            </w:r>
          </w:p>
          <w:p w14:paraId="41CFA22D" w14:textId="77777777" w:rsidR="00BE3968" w:rsidRDefault="00CA6E70">
            <w:pPr>
              <w:pStyle w:val="CMRBodySmall"/>
              <w:spacing w:after="40"/>
            </w:pPr>
            <w:r>
              <w:rPr>
                <w:b/>
              </w:rPr>
              <w:t>STEP 3 — HOW DO I FIND IT?</w:t>
            </w:r>
          </w:p>
          <w:p w14:paraId="558D7D0D" w14:textId="77777777" w:rsidR="00BE3968" w:rsidRDefault="00CA6E70">
            <w:pPr>
              <w:pStyle w:val="CMRBodySmall"/>
              <w:spacing w:after="100"/>
            </w:pPr>
            <w:r>
              <w:t>My work: ____________________________________________________________</w:t>
            </w:r>
          </w:p>
          <w:p w14:paraId="30033A5C" w14:textId="77777777" w:rsidR="00BE3968" w:rsidRDefault="00CA6E70">
            <w:pPr>
              <w:pStyle w:val="CMRBodySmall"/>
              <w:spacing w:after="100"/>
            </w:pPr>
            <w:r>
              <w:t>____________________________________________________________________</w:t>
            </w:r>
          </w:p>
          <w:p w14:paraId="06E29EB6" w14:textId="77777777" w:rsidR="00BE3968" w:rsidRDefault="00CA6E70">
            <w:pPr>
              <w:pStyle w:val="CMRBodySmall"/>
              <w:spacing w:after="100"/>
            </w:pPr>
            <w:r>
              <w:t>____________________________________________________________________</w:t>
            </w:r>
          </w:p>
          <w:p w14:paraId="3EEF63F0" w14:textId="77777777" w:rsidR="00BE3968" w:rsidRDefault="00CA6E70">
            <w:pPr>
              <w:pStyle w:val="CMRBodySmall"/>
              <w:spacing w:after="100"/>
            </w:pPr>
            <w:r>
              <w:t>Answer with units: __________________________________________________</w:t>
            </w:r>
          </w:p>
          <w:p w14:paraId="00D9D465" w14:textId="77777777" w:rsidR="00BE3968" w:rsidRDefault="00CA6E70">
            <w:pPr>
              <w:pStyle w:val="CMRBodySmall"/>
              <w:spacing w:after="80"/>
            </w:pPr>
            <w:r>
              <w:t>Does the answer make sense? ___________________________________________</w:t>
            </w:r>
          </w:p>
        </w:tc>
      </w:tr>
    </w:tbl>
    <w:p w14:paraId="3D1B0555" w14:textId="77777777" w:rsidR="00BE3968" w:rsidRDefault="00CA6E70">
      <w:r>
        <w:br w:type="page"/>
      </w:r>
    </w:p>
    <w:p w14:paraId="50A858A8" w14:textId="77777777" w:rsidR="00BE3968" w:rsidRDefault="00CA6E70">
      <w:pPr>
        <w:pStyle w:val="CMRSmallLabel"/>
        <w:spacing w:after="60"/>
      </w:pPr>
      <w:r>
        <w:rPr>
          <w:b w:val="0"/>
        </w:rPr>
        <w:t>SECTION 2  |  TOPIC 17  |  PRACTICE PAGE 1/5</w:t>
      </w:r>
    </w:p>
    <w:p w14:paraId="655E0982" w14:textId="77777777" w:rsidR="00BE3968" w:rsidRDefault="00CA6E70">
      <w:pPr>
        <w:pStyle w:val="CMRPageTitle"/>
        <w:spacing w:after="60"/>
      </w:pPr>
      <w:r>
        <w:rPr>
          <w:b w:val="0"/>
        </w:rPr>
        <w:t>Everyday measurements</w:t>
      </w:r>
    </w:p>
    <w:p w14:paraId="639FB051" w14:textId="77777777" w:rsidR="00BE3968" w:rsidRDefault="00CA6E70">
      <w:pPr>
        <w:pStyle w:val="CMRBodySmall"/>
        <w:spacing w:after="100"/>
      </w:pPr>
      <w:r>
        <w:t>Use the same three steps: Use customary measurement conversions for ordinary tasks.</w:t>
      </w:r>
    </w:p>
    <w:tbl>
      <w:tblPr>
        <w:tblW w:w="0" w:type="auto"/>
        <w:tblLayout w:type="fixed"/>
        <w:tblLook w:val="04A0" w:firstRow="1" w:lastRow="0" w:firstColumn="1" w:lastColumn="0" w:noHBand="0" w:noVBand="1"/>
      </w:tblPr>
      <w:tblGrid>
        <w:gridCol w:w="10036"/>
      </w:tblGrid>
      <w:tr w:rsidR="00BE3968" w14:paraId="5A98076A" w14:textId="77777777">
        <w:tc>
          <w:tcPr>
            <w:tcW w:w="10036" w:type="dxa"/>
            <w:shd w:val="clear" w:color="auto" w:fill="F5F8F9"/>
            <w:tcMar>
              <w:top w:w="70" w:type="dxa"/>
              <w:left w:w="140" w:type="dxa"/>
              <w:bottom w:w="85" w:type="dxa"/>
              <w:right w:w="140" w:type="dxa"/>
            </w:tcMar>
          </w:tcPr>
          <w:p w14:paraId="003C0971" w14:textId="77777777" w:rsidR="00BE3968" w:rsidRDefault="00BE3968"/>
          <w:p w14:paraId="1A42EAC0" w14:textId="77777777" w:rsidR="00BE3968" w:rsidRDefault="00CA6E70">
            <w:pPr>
              <w:pStyle w:val="CMRBodySmall"/>
            </w:pPr>
            <w:r>
              <w:rPr>
                <w:b/>
              </w:rPr>
              <w:t>PROBLEM S2-161</w:t>
            </w:r>
          </w:p>
          <w:p w14:paraId="14349229" w14:textId="77777777" w:rsidR="00BE3968" w:rsidRDefault="00CA6E70">
            <w:r>
              <w:t>Denise has 8 pounds of ground beef in the freezer and buys 4 more pounds. A recipe calls for the amount in ounces. How many ounces of beef does Denise have now?</w:t>
            </w:r>
          </w:p>
          <w:p w14:paraId="3FD7D889" w14:textId="77777777" w:rsidR="00BE3968" w:rsidRDefault="00CA6E70">
            <w:pPr>
              <w:pStyle w:val="CMRBodySmall"/>
              <w:spacing w:after="40"/>
            </w:pPr>
            <w:r>
              <w:rPr>
                <w:b/>
              </w:rPr>
              <w:t>STEP 1 — WHAT DO THEY WANT?</w:t>
            </w:r>
          </w:p>
          <w:p w14:paraId="569AE128" w14:textId="77777777" w:rsidR="00BE3968" w:rsidRDefault="00CA6E70">
            <w:pPr>
              <w:pStyle w:val="CMRBodySmall"/>
              <w:spacing w:after="80"/>
            </w:pPr>
            <w:r>
              <w:t>I need to find: _________________________________________________________</w:t>
            </w:r>
          </w:p>
          <w:p w14:paraId="0EBCA256" w14:textId="77777777" w:rsidR="00BE3968" w:rsidRDefault="00CA6E70">
            <w:pPr>
              <w:pStyle w:val="CMRBodySmall"/>
              <w:spacing w:after="40"/>
            </w:pPr>
            <w:r>
              <w:rPr>
                <w:b/>
              </w:rPr>
              <w:t>STEP 2 — WHAT DO I KNOW?</w:t>
            </w:r>
          </w:p>
          <w:p w14:paraId="75AC78CF" w14:textId="77777777" w:rsidR="00BE3968" w:rsidRDefault="00CA6E70">
            <w:pPr>
              <w:pStyle w:val="CMRBodySmall"/>
              <w:spacing w:after="40"/>
            </w:pPr>
            <w:r>
              <w:t>Useful facts: __________________________________________________________</w:t>
            </w:r>
          </w:p>
          <w:p w14:paraId="74A3868C" w14:textId="77777777" w:rsidR="00BE3968" w:rsidRDefault="00CA6E70">
            <w:pPr>
              <w:pStyle w:val="CMRBodySmall"/>
            </w:pPr>
            <w:r>
              <w:t>____________________________________________________________________</w:t>
            </w:r>
          </w:p>
          <w:p w14:paraId="406D91AF" w14:textId="77777777" w:rsidR="00BE3968" w:rsidRDefault="00CA6E70">
            <w:pPr>
              <w:pStyle w:val="CMRBodySmall"/>
              <w:spacing w:after="40"/>
            </w:pPr>
            <w:r>
              <w:rPr>
                <w:b/>
              </w:rPr>
              <w:t>STEP 3 — HOW DO I FIND IT?</w:t>
            </w:r>
          </w:p>
          <w:p w14:paraId="467AC4E9" w14:textId="77777777" w:rsidR="00BE3968" w:rsidRDefault="00CA6E70">
            <w:pPr>
              <w:pStyle w:val="CMRBodySmall"/>
              <w:spacing w:after="100"/>
            </w:pPr>
            <w:r>
              <w:t>My work: ____________________________________________________________</w:t>
            </w:r>
          </w:p>
          <w:p w14:paraId="6EE0EC6B" w14:textId="77777777" w:rsidR="00BE3968" w:rsidRDefault="00CA6E70">
            <w:pPr>
              <w:pStyle w:val="CMRBodySmall"/>
              <w:spacing w:after="100"/>
            </w:pPr>
            <w:r>
              <w:t>____________________________________________________________________</w:t>
            </w:r>
          </w:p>
          <w:p w14:paraId="45DAB38A" w14:textId="77777777" w:rsidR="00BE3968" w:rsidRDefault="00CA6E70">
            <w:pPr>
              <w:pStyle w:val="CMRBodySmall"/>
              <w:spacing w:after="100"/>
            </w:pPr>
            <w:r>
              <w:t>____________________________________________________________________</w:t>
            </w:r>
          </w:p>
          <w:p w14:paraId="722699E9" w14:textId="77777777" w:rsidR="00BE3968" w:rsidRDefault="00CA6E70">
            <w:pPr>
              <w:pStyle w:val="CMRBodySmall"/>
              <w:spacing w:after="100"/>
            </w:pPr>
            <w:r>
              <w:t>Answer with units: __________________________________________________</w:t>
            </w:r>
          </w:p>
          <w:p w14:paraId="4DEB653F" w14:textId="77777777" w:rsidR="00BE3968" w:rsidRDefault="00CA6E70">
            <w:pPr>
              <w:pStyle w:val="CMRBodySmall"/>
              <w:spacing w:after="80"/>
            </w:pPr>
            <w:r>
              <w:t>Does the answer make sense? ___________________________________________</w:t>
            </w:r>
          </w:p>
        </w:tc>
      </w:tr>
    </w:tbl>
    <w:p w14:paraId="15614C1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ECAD278" w14:textId="77777777">
        <w:tc>
          <w:tcPr>
            <w:tcW w:w="10036" w:type="dxa"/>
            <w:tcMar>
              <w:top w:w="70" w:type="dxa"/>
              <w:left w:w="140" w:type="dxa"/>
              <w:bottom w:w="85" w:type="dxa"/>
              <w:right w:w="140" w:type="dxa"/>
            </w:tcMar>
          </w:tcPr>
          <w:p w14:paraId="50B00ADB" w14:textId="77777777" w:rsidR="00BE3968" w:rsidRDefault="00BE3968"/>
          <w:p w14:paraId="0C9D55DE" w14:textId="77777777" w:rsidR="00BE3968" w:rsidRDefault="00CA6E70">
            <w:pPr>
              <w:pStyle w:val="CMRBodySmall"/>
            </w:pPr>
            <w:r>
              <w:rPr>
                <w:b/>
              </w:rPr>
              <w:t>PROBLEM S2-162</w:t>
            </w:r>
          </w:p>
          <w:p w14:paraId="0AF3E51E" w14:textId="77777777" w:rsidR="00BE3968" w:rsidRDefault="00CA6E70">
            <w:r>
              <w:t>A fence needs 7 yards of wire on one side and 3 yards on another side. The wire is sold by the foot. How many feet of wire are needed?</w:t>
            </w:r>
          </w:p>
          <w:p w14:paraId="49A95D9B" w14:textId="77777777" w:rsidR="00BE3968" w:rsidRDefault="00CA6E70">
            <w:pPr>
              <w:pStyle w:val="CMRBodySmall"/>
              <w:spacing w:after="40"/>
            </w:pPr>
            <w:r>
              <w:rPr>
                <w:b/>
              </w:rPr>
              <w:t>STEP 1 — WHAT DO THEY WANT?</w:t>
            </w:r>
          </w:p>
          <w:p w14:paraId="0178D582" w14:textId="77777777" w:rsidR="00BE3968" w:rsidRDefault="00CA6E70">
            <w:pPr>
              <w:pStyle w:val="CMRBodySmall"/>
              <w:spacing w:after="80"/>
            </w:pPr>
            <w:r>
              <w:t>I need to find: _________________________________________________________</w:t>
            </w:r>
          </w:p>
          <w:p w14:paraId="13A399AC" w14:textId="77777777" w:rsidR="00BE3968" w:rsidRDefault="00CA6E70">
            <w:pPr>
              <w:pStyle w:val="CMRBodySmall"/>
              <w:spacing w:after="40"/>
            </w:pPr>
            <w:r>
              <w:rPr>
                <w:b/>
              </w:rPr>
              <w:t>STEP 2 — WHAT DO I KNOW?</w:t>
            </w:r>
          </w:p>
          <w:p w14:paraId="064B0CDE" w14:textId="77777777" w:rsidR="00BE3968" w:rsidRDefault="00CA6E70">
            <w:pPr>
              <w:pStyle w:val="CMRBodySmall"/>
              <w:spacing w:after="40"/>
            </w:pPr>
            <w:r>
              <w:t>Useful facts: __________________________________________________________</w:t>
            </w:r>
          </w:p>
          <w:p w14:paraId="0839542A" w14:textId="77777777" w:rsidR="00BE3968" w:rsidRDefault="00CA6E70">
            <w:pPr>
              <w:pStyle w:val="CMRBodySmall"/>
            </w:pPr>
            <w:r>
              <w:t>____________________________________________________________________</w:t>
            </w:r>
          </w:p>
          <w:p w14:paraId="1A5E913C" w14:textId="77777777" w:rsidR="00BE3968" w:rsidRDefault="00CA6E70">
            <w:pPr>
              <w:pStyle w:val="CMRBodySmall"/>
              <w:spacing w:after="40"/>
            </w:pPr>
            <w:r>
              <w:rPr>
                <w:b/>
              </w:rPr>
              <w:t>STEP 3 — HOW DO I FIND IT?</w:t>
            </w:r>
          </w:p>
          <w:p w14:paraId="38F66EF2" w14:textId="77777777" w:rsidR="00BE3968" w:rsidRDefault="00CA6E70">
            <w:pPr>
              <w:pStyle w:val="CMRBodySmall"/>
              <w:spacing w:after="100"/>
            </w:pPr>
            <w:r>
              <w:t>My work: ____________________________________________________________</w:t>
            </w:r>
          </w:p>
          <w:p w14:paraId="610B0853" w14:textId="77777777" w:rsidR="00BE3968" w:rsidRDefault="00CA6E70">
            <w:pPr>
              <w:pStyle w:val="CMRBodySmall"/>
              <w:spacing w:after="100"/>
            </w:pPr>
            <w:r>
              <w:t>____________________________________________________________________</w:t>
            </w:r>
          </w:p>
          <w:p w14:paraId="7F4B488B" w14:textId="77777777" w:rsidR="00BE3968" w:rsidRDefault="00CA6E70">
            <w:pPr>
              <w:pStyle w:val="CMRBodySmall"/>
              <w:spacing w:after="100"/>
            </w:pPr>
            <w:r>
              <w:t>____________________________________________________________________</w:t>
            </w:r>
          </w:p>
          <w:p w14:paraId="062AE806" w14:textId="77777777" w:rsidR="00BE3968" w:rsidRDefault="00CA6E70">
            <w:pPr>
              <w:pStyle w:val="CMRBodySmall"/>
              <w:spacing w:after="100"/>
            </w:pPr>
            <w:r>
              <w:t>Answer with units: __________________________________________________</w:t>
            </w:r>
          </w:p>
          <w:p w14:paraId="3713D478" w14:textId="77777777" w:rsidR="00BE3968" w:rsidRDefault="00CA6E70">
            <w:pPr>
              <w:pStyle w:val="CMRBodySmall"/>
              <w:spacing w:after="80"/>
            </w:pPr>
            <w:r>
              <w:t>Does the answer make sense? ___________________________________________</w:t>
            </w:r>
          </w:p>
        </w:tc>
      </w:tr>
    </w:tbl>
    <w:p w14:paraId="15F8F507" w14:textId="77777777" w:rsidR="00BE3968" w:rsidRDefault="00CA6E70">
      <w:r>
        <w:br w:type="page"/>
      </w:r>
    </w:p>
    <w:p w14:paraId="0ADCC033" w14:textId="77777777" w:rsidR="00BE3968" w:rsidRDefault="00CA6E70">
      <w:pPr>
        <w:pStyle w:val="CMRSmallLabel"/>
        <w:spacing w:after="60"/>
      </w:pPr>
      <w:r>
        <w:rPr>
          <w:b w:val="0"/>
        </w:rPr>
        <w:t>SECTION 2  |  TOPIC 17  |  PRACTICE PAGE 2/5</w:t>
      </w:r>
    </w:p>
    <w:p w14:paraId="51C60FE9" w14:textId="77777777" w:rsidR="00BE3968" w:rsidRDefault="00CA6E70">
      <w:pPr>
        <w:pStyle w:val="CMRPageTitle"/>
        <w:spacing w:after="60"/>
      </w:pPr>
      <w:r>
        <w:rPr>
          <w:b w:val="0"/>
        </w:rPr>
        <w:t>Everyday measurements</w:t>
      </w:r>
    </w:p>
    <w:p w14:paraId="365D3E0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4EAFAB0" w14:textId="77777777">
        <w:tc>
          <w:tcPr>
            <w:tcW w:w="10036" w:type="dxa"/>
            <w:shd w:val="clear" w:color="auto" w:fill="F5F8F9"/>
            <w:tcMar>
              <w:top w:w="70" w:type="dxa"/>
              <w:left w:w="140" w:type="dxa"/>
              <w:bottom w:w="85" w:type="dxa"/>
              <w:right w:w="140" w:type="dxa"/>
            </w:tcMar>
          </w:tcPr>
          <w:p w14:paraId="32207678" w14:textId="77777777" w:rsidR="00BE3968" w:rsidRDefault="00BE3968"/>
          <w:p w14:paraId="226DA5B9" w14:textId="77777777" w:rsidR="00BE3968" w:rsidRDefault="00CA6E70">
            <w:pPr>
              <w:pStyle w:val="CMRBodySmall"/>
            </w:pPr>
            <w:r>
              <w:rPr>
                <w:b/>
              </w:rPr>
              <w:t>PROBLEM S2-163</w:t>
            </w:r>
          </w:p>
          <w:p w14:paraId="637B72A9" w14:textId="77777777" w:rsidR="00BE3968" w:rsidRDefault="00CA6E70">
            <w:r>
              <w:t>Felicia buys 9 pounds of apples for an event. A coworker brings 3 more pounds. How many ounces of apples are there in all?</w:t>
            </w:r>
          </w:p>
          <w:p w14:paraId="11EAB00A" w14:textId="77777777" w:rsidR="00BE3968" w:rsidRDefault="00CA6E70">
            <w:pPr>
              <w:pStyle w:val="CMRBodySmall"/>
              <w:spacing w:after="40"/>
            </w:pPr>
            <w:r>
              <w:rPr>
                <w:b/>
              </w:rPr>
              <w:t>STEP 1 — WHAT DO THEY WANT?</w:t>
            </w:r>
          </w:p>
          <w:p w14:paraId="73701FA9" w14:textId="77777777" w:rsidR="00BE3968" w:rsidRDefault="00CA6E70">
            <w:pPr>
              <w:pStyle w:val="CMRBodySmall"/>
              <w:spacing w:after="80"/>
            </w:pPr>
            <w:r>
              <w:t>I need to find: _________________________________________________________</w:t>
            </w:r>
          </w:p>
          <w:p w14:paraId="2F7B80CB" w14:textId="77777777" w:rsidR="00BE3968" w:rsidRDefault="00CA6E70">
            <w:pPr>
              <w:pStyle w:val="CMRBodySmall"/>
              <w:spacing w:after="40"/>
            </w:pPr>
            <w:r>
              <w:rPr>
                <w:b/>
              </w:rPr>
              <w:t>STEP 2 — WHAT DO I KNOW?</w:t>
            </w:r>
          </w:p>
          <w:p w14:paraId="3008C2E4" w14:textId="77777777" w:rsidR="00BE3968" w:rsidRDefault="00CA6E70">
            <w:pPr>
              <w:pStyle w:val="CMRBodySmall"/>
              <w:spacing w:after="40"/>
            </w:pPr>
            <w:r>
              <w:t>Useful facts: __________________________________________________________</w:t>
            </w:r>
          </w:p>
          <w:p w14:paraId="5B2961D2" w14:textId="77777777" w:rsidR="00BE3968" w:rsidRDefault="00CA6E70">
            <w:pPr>
              <w:pStyle w:val="CMRBodySmall"/>
            </w:pPr>
            <w:r>
              <w:t>____________________________________________________________________</w:t>
            </w:r>
          </w:p>
          <w:p w14:paraId="5D9A8995" w14:textId="77777777" w:rsidR="00BE3968" w:rsidRDefault="00CA6E70">
            <w:pPr>
              <w:pStyle w:val="CMRBodySmall"/>
              <w:spacing w:after="40"/>
            </w:pPr>
            <w:r>
              <w:rPr>
                <w:b/>
              </w:rPr>
              <w:t>STEP 3 — HOW DO I FIND IT?</w:t>
            </w:r>
          </w:p>
          <w:p w14:paraId="0C9D003C" w14:textId="77777777" w:rsidR="00BE3968" w:rsidRDefault="00CA6E70">
            <w:pPr>
              <w:pStyle w:val="CMRBodySmall"/>
              <w:spacing w:after="100"/>
            </w:pPr>
            <w:r>
              <w:t>My work: ____________________________________________________________</w:t>
            </w:r>
          </w:p>
          <w:p w14:paraId="7E1EAEDF" w14:textId="77777777" w:rsidR="00BE3968" w:rsidRDefault="00CA6E70">
            <w:pPr>
              <w:pStyle w:val="CMRBodySmall"/>
              <w:spacing w:after="100"/>
            </w:pPr>
            <w:r>
              <w:t>____________________________________________________________________</w:t>
            </w:r>
          </w:p>
          <w:p w14:paraId="7A27A03D" w14:textId="77777777" w:rsidR="00BE3968" w:rsidRDefault="00CA6E70">
            <w:pPr>
              <w:pStyle w:val="CMRBodySmall"/>
              <w:spacing w:after="100"/>
            </w:pPr>
            <w:r>
              <w:t>____________________________________________________________________</w:t>
            </w:r>
          </w:p>
          <w:p w14:paraId="5D3B2E7B" w14:textId="77777777" w:rsidR="00BE3968" w:rsidRDefault="00CA6E70">
            <w:pPr>
              <w:pStyle w:val="CMRBodySmall"/>
              <w:spacing w:after="100"/>
            </w:pPr>
            <w:r>
              <w:t>Answer with units: __________________________________________________</w:t>
            </w:r>
          </w:p>
          <w:p w14:paraId="42731B4C" w14:textId="77777777" w:rsidR="00BE3968" w:rsidRDefault="00CA6E70">
            <w:pPr>
              <w:pStyle w:val="CMRBodySmall"/>
              <w:spacing w:after="80"/>
            </w:pPr>
            <w:r>
              <w:t>Does the answer make sense? ___________________________________________</w:t>
            </w:r>
          </w:p>
        </w:tc>
      </w:tr>
    </w:tbl>
    <w:p w14:paraId="55A02819"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5B6D08D" w14:textId="77777777">
        <w:tc>
          <w:tcPr>
            <w:tcW w:w="10036" w:type="dxa"/>
            <w:tcMar>
              <w:top w:w="70" w:type="dxa"/>
              <w:left w:w="140" w:type="dxa"/>
              <w:bottom w:w="85" w:type="dxa"/>
              <w:right w:w="140" w:type="dxa"/>
            </w:tcMar>
          </w:tcPr>
          <w:p w14:paraId="7C2F3214" w14:textId="77777777" w:rsidR="00BE3968" w:rsidRDefault="00BE3968"/>
          <w:p w14:paraId="39A111CB" w14:textId="77777777" w:rsidR="00BE3968" w:rsidRDefault="00CA6E70">
            <w:pPr>
              <w:pStyle w:val="CMRBodySmall"/>
            </w:pPr>
            <w:r>
              <w:rPr>
                <w:b/>
              </w:rPr>
              <w:t>PROBLEM S2-164</w:t>
            </w:r>
          </w:p>
          <w:p w14:paraId="73345B34" w14:textId="77777777" w:rsidR="00BE3968" w:rsidRDefault="00CA6E70">
            <w:r>
              <w:t>Monica buys 6 yards of ribbon, then goes back for 4 more yards. How many feet of ribbon does Monica have?</w:t>
            </w:r>
          </w:p>
          <w:p w14:paraId="3A9BDE84" w14:textId="77777777" w:rsidR="00BE3968" w:rsidRDefault="00CA6E70">
            <w:pPr>
              <w:pStyle w:val="CMRBodySmall"/>
              <w:spacing w:after="40"/>
            </w:pPr>
            <w:r>
              <w:rPr>
                <w:b/>
              </w:rPr>
              <w:t>STEP 1 — WHAT DO THEY WANT?</w:t>
            </w:r>
          </w:p>
          <w:p w14:paraId="08B434EA" w14:textId="77777777" w:rsidR="00BE3968" w:rsidRDefault="00CA6E70">
            <w:pPr>
              <w:pStyle w:val="CMRBodySmall"/>
              <w:spacing w:after="80"/>
            </w:pPr>
            <w:r>
              <w:t>I need to find: _________________________________________________________</w:t>
            </w:r>
          </w:p>
          <w:p w14:paraId="045EA903" w14:textId="77777777" w:rsidR="00BE3968" w:rsidRDefault="00CA6E70">
            <w:pPr>
              <w:pStyle w:val="CMRBodySmall"/>
              <w:spacing w:after="40"/>
            </w:pPr>
            <w:r>
              <w:rPr>
                <w:b/>
              </w:rPr>
              <w:t>STEP 2 — WHAT DO I KNOW?</w:t>
            </w:r>
          </w:p>
          <w:p w14:paraId="3E868DD0" w14:textId="77777777" w:rsidR="00BE3968" w:rsidRDefault="00CA6E70">
            <w:pPr>
              <w:pStyle w:val="CMRBodySmall"/>
              <w:spacing w:after="40"/>
            </w:pPr>
            <w:r>
              <w:t>Useful facts: __________________________________________________________</w:t>
            </w:r>
          </w:p>
          <w:p w14:paraId="4AFB4778" w14:textId="77777777" w:rsidR="00BE3968" w:rsidRDefault="00CA6E70">
            <w:pPr>
              <w:pStyle w:val="CMRBodySmall"/>
            </w:pPr>
            <w:r>
              <w:t>____________________________________________________________________</w:t>
            </w:r>
          </w:p>
          <w:p w14:paraId="24F19771" w14:textId="77777777" w:rsidR="00BE3968" w:rsidRDefault="00CA6E70">
            <w:pPr>
              <w:pStyle w:val="CMRBodySmall"/>
              <w:spacing w:after="40"/>
            </w:pPr>
            <w:r>
              <w:rPr>
                <w:b/>
              </w:rPr>
              <w:t>STEP 3 — HOW DO I FIND IT?</w:t>
            </w:r>
          </w:p>
          <w:p w14:paraId="634BA383" w14:textId="77777777" w:rsidR="00BE3968" w:rsidRDefault="00CA6E70">
            <w:pPr>
              <w:pStyle w:val="CMRBodySmall"/>
              <w:spacing w:after="100"/>
            </w:pPr>
            <w:r>
              <w:t>My work: ____________________________________________________________</w:t>
            </w:r>
          </w:p>
          <w:p w14:paraId="67CCD425" w14:textId="77777777" w:rsidR="00BE3968" w:rsidRDefault="00CA6E70">
            <w:pPr>
              <w:pStyle w:val="CMRBodySmall"/>
              <w:spacing w:after="100"/>
            </w:pPr>
            <w:r>
              <w:t>____________________________________________________________________</w:t>
            </w:r>
          </w:p>
          <w:p w14:paraId="37F37D70" w14:textId="77777777" w:rsidR="00BE3968" w:rsidRDefault="00CA6E70">
            <w:pPr>
              <w:pStyle w:val="CMRBodySmall"/>
              <w:spacing w:after="100"/>
            </w:pPr>
            <w:r>
              <w:t>____________________________________________________________________</w:t>
            </w:r>
          </w:p>
          <w:p w14:paraId="131FFE0B" w14:textId="77777777" w:rsidR="00BE3968" w:rsidRDefault="00CA6E70">
            <w:pPr>
              <w:pStyle w:val="CMRBodySmall"/>
              <w:spacing w:after="100"/>
            </w:pPr>
            <w:r>
              <w:t>Answer with units: __________________________________________________</w:t>
            </w:r>
          </w:p>
          <w:p w14:paraId="4D61A2FE" w14:textId="77777777" w:rsidR="00BE3968" w:rsidRDefault="00CA6E70">
            <w:pPr>
              <w:pStyle w:val="CMRBodySmall"/>
              <w:spacing w:after="80"/>
            </w:pPr>
            <w:r>
              <w:t>Does the answer make sense? ___________________________________________</w:t>
            </w:r>
          </w:p>
        </w:tc>
      </w:tr>
    </w:tbl>
    <w:p w14:paraId="416B88BD" w14:textId="77777777" w:rsidR="00BE3968" w:rsidRDefault="00CA6E70">
      <w:r>
        <w:br w:type="page"/>
      </w:r>
    </w:p>
    <w:p w14:paraId="55699A7E" w14:textId="77777777" w:rsidR="00BE3968" w:rsidRDefault="00CA6E70">
      <w:pPr>
        <w:pStyle w:val="CMRSmallLabel"/>
        <w:spacing w:after="60"/>
      </w:pPr>
      <w:r>
        <w:rPr>
          <w:b w:val="0"/>
        </w:rPr>
        <w:t>SECTION 2  |  TOPIC 17  |  PRACTICE PAGE 3/5</w:t>
      </w:r>
    </w:p>
    <w:p w14:paraId="4F58B9D3" w14:textId="77777777" w:rsidR="00BE3968" w:rsidRDefault="00CA6E70">
      <w:pPr>
        <w:pStyle w:val="CMRPageTitle"/>
        <w:spacing w:after="60"/>
      </w:pPr>
      <w:r>
        <w:rPr>
          <w:b w:val="0"/>
        </w:rPr>
        <w:t>Everyday measurements</w:t>
      </w:r>
    </w:p>
    <w:p w14:paraId="19DDBCA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2E8B8F6" w14:textId="77777777">
        <w:tc>
          <w:tcPr>
            <w:tcW w:w="10036" w:type="dxa"/>
            <w:shd w:val="clear" w:color="auto" w:fill="F5F8F9"/>
            <w:tcMar>
              <w:top w:w="70" w:type="dxa"/>
              <w:left w:w="140" w:type="dxa"/>
              <w:bottom w:w="85" w:type="dxa"/>
              <w:right w:w="140" w:type="dxa"/>
            </w:tcMar>
          </w:tcPr>
          <w:p w14:paraId="6A9A3252" w14:textId="77777777" w:rsidR="00BE3968" w:rsidRDefault="00BE3968"/>
          <w:p w14:paraId="388958B8" w14:textId="77777777" w:rsidR="00BE3968" w:rsidRDefault="00CA6E70">
            <w:pPr>
              <w:pStyle w:val="CMRBodySmall"/>
            </w:pPr>
            <w:r>
              <w:rPr>
                <w:b/>
              </w:rPr>
              <w:t>PROBLEM S2-165</w:t>
            </w:r>
          </w:p>
          <w:p w14:paraId="081D5806" w14:textId="77777777" w:rsidR="00BE3968" w:rsidRDefault="00CA6E70">
            <w:r>
              <w:t>A shipping box holds 2 pounds of books and 4 pounds of packing paper. The post office scale shows ounces. How many ounces does the box weigh in all?</w:t>
            </w:r>
          </w:p>
          <w:p w14:paraId="68C6951A" w14:textId="77777777" w:rsidR="00BE3968" w:rsidRDefault="00CA6E70">
            <w:pPr>
              <w:pStyle w:val="CMRBodySmall"/>
              <w:spacing w:after="40"/>
            </w:pPr>
            <w:r>
              <w:rPr>
                <w:b/>
              </w:rPr>
              <w:t>STEP 1 — WHAT DO THEY WANT?</w:t>
            </w:r>
          </w:p>
          <w:p w14:paraId="2552E5C2" w14:textId="77777777" w:rsidR="00BE3968" w:rsidRDefault="00CA6E70">
            <w:pPr>
              <w:pStyle w:val="CMRBodySmall"/>
              <w:spacing w:after="80"/>
            </w:pPr>
            <w:r>
              <w:t>I need to find: _________________________________________________________</w:t>
            </w:r>
          </w:p>
          <w:p w14:paraId="7844F8BF" w14:textId="77777777" w:rsidR="00BE3968" w:rsidRDefault="00CA6E70">
            <w:pPr>
              <w:pStyle w:val="CMRBodySmall"/>
              <w:spacing w:after="40"/>
            </w:pPr>
            <w:r>
              <w:rPr>
                <w:b/>
              </w:rPr>
              <w:t>STEP 2 — WHAT DO I KNOW?</w:t>
            </w:r>
          </w:p>
          <w:p w14:paraId="0907BD36" w14:textId="77777777" w:rsidR="00BE3968" w:rsidRDefault="00CA6E70">
            <w:pPr>
              <w:pStyle w:val="CMRBodySmall"/>
              <w:spacing w:after="40"/>
            </w:pPr>
            <w:r>
              <w:t>Useful facts: __________________________________________________________</w:t>
            </w:r>
          </w:p>
          <w:p w14:paraId="08F283FB" w14:textId="77777777" w:rsidR="00BE3968" w:rsidRDefault="00CA6E70">
            <w:pPr>
              <w:pStyle w:val="CMRBodySmall"/>
            </w:pPr>
            <w:r>
              <w:t>____________________________________________________________________</w:t>
            </w:r>
          </w:p>
          <w:p w14:paraId="5ABDF2F9" w14:textId="77777777" w:rsidR="00BE3968" w:rsidRDefault="00CA6E70">
            <w:pPr>
              <w:pStyle w:val="CMRBodySmall"/>
              <w:spacing w:after="40"/>
            </w:pPr>
            <w:r>
              <w:rPr>
                <w:b/>
              </w:rPr>
              <w:t>STEP 3 — HOW DO I FIND IT?</w:t>
            </w:r>
          </w:p>
          <w:p w14:paraId="441F1C8A" w14:textId="77777777" w:rsidR="00BE3968" w:rsidRDefault="00CA6E70">
            <w:pPr>
              <w:pStyle w:val="CMRBodySmall"/>
              <w:spacing w:after="100"/>
            </w:pPr>
            <w:r>
              <w:t>My work: ____________________________________________________________</w:t>
            </w:r>
          </w:p>
          <w:p w14:paraId="7896AB0D" w14:textId="77777777" w:rsidR="00BE3968" w:rsidRDefault="00CA6E70">
            <w:pPr>
              <w:pStyle w:val="CMRBodySmall"/>
              <w:spacing w:after="100"/>
            </w:pPr>
            <w:r>
              <w:t>____________________________________________________________________</w:t>
            </w:r>
          </w:p>
          <w:p w14:paraId="472D1885" w14:textId="77777777" w:rsidR="00BE3968" w:rsidRDefault="00CA6E70">
            <w:pPr>
              <w:pStyle w:val="CMRBodySmall"/>
              <w:spacing w:after="100"/>
            </w:pPr>
            <w:r>
              <w:t>____________________________________________________________________</w:t>
            </w:r>
          </w:p>
          <w:p w14:paraId="28127777" w14:textId="77777777" w:rsidR="00BE3968" w:rsidRDefault="00CA6E70">
            <w:pPr>
              <w:pStyle w:val="CMRBodySmall"/>
              <w:spacing w:after="100"/>
            </w:pPr>
            <w:r>
              <w:t>Answer with units: __________________________________________________</w:t>
            </w:r>
          </w:p>
          <w:p w14:paraId="677DDF34" w14:textId="77777777" w:rsidR="00BE3968" w:rsidRDefault="00CA6E70">
            <w:pPr>
              <w:pStyle w:val="CMRBodySmall"/>
              <w:spacing w:after="80"/>
            </w:pPr>
            <w:r>
              <w:t>Does the answer make sense? ___________________________________________</w:t>
            </w:r>
          </w:p>
        </w:tc>
      </w:tr>
    </w:tbl>
    <w:p w14:paraId="150CA4D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6B388BE" w14:textId="77777777">
        <w:tc>
          <w:tcPr>
            <w:tcW w:w="10036" w:type="dxa"/>
            <w:tcMar>
              <w:top w:w="70" w:type="dxa"/>
              <w:left w:w="140" w:type="dxa"/>
              <w:bottom w:w="85" w:type="dxa"/>
              <w:right w:w="140" w:type="dxa"/>
            </w:tcMar>
          </w:tcPr>
          <w:p w14:paraId="211D708E" w14:textId="77777777" w:rsidR="00BE3968" w:rsidRDefault="00BE3968"/>
          <w:p w14:paraId="0173A8E5" w14:textId="77777777" w:rsidR="00BE3968" w:rsidRDefault="00CA6E70">
            <w:pPr>
              <w:pStyle w:val="CMRBodySmall"/>
            </w:pPr>
            <w:r>
              <w:rPr>
                <w:b/>
              </w:rPr>
              <w:t>PROBLEM S2-166</w:t>
            </w:r>
          </w:p>
          <w:p w14:paraId="4D22FA3C" w14:textId="77777777" w:rsidR="00BE3968" w:rsidRDefault="00CA6E70">
            <w:r>
              <w:t>Jasmine needs 2 yards of fabric for one sewing project and 3 yards for a second project. How many feet of fabric are needed in all?</w:t>
            </w:r>
          </w:p>
          <w:p w14:paraId="51E6AD9C" w14:textId="77777777" w:rsidR="00BE3968" w:rsidRDefault="00CA6E70">
            <w:pPr>
              <w:pStyle w:val="CMRBodySmall"/>
              <w:spacing w:after="40"/>
            </w:pPr>
            <w:r>
              <w:rPr>
                <w:b/>
              </w:rPr>
              <w:t>STEP 1 — WHAT DO THEY WANT?</w:t>
            </w:r>
          </w:p>
          <w:p w14:paraId="199F0880" w14:textId="77777777" w:rsidR="00BE3968" w:rsidRDefault="00CA6E70">
            <w:pPr>
              <w:pStyle w:val="CMRBodySmall"/>
              <w:spacing w:after="80"/>
            </w:pPr>
            <w:r>
              <w:t>I need to find: _________________________________________________________</w:t>
            </w:r>
          </w:p>
          <w:p w14:paraId="0515CD47" w14:textId="77777777" w:rsidR="00BE3968" w:rsidRDefault="00CA6E70">
            <w:pPr>
              <w:pStyle w:val="CMRBodySmall"/>
              <w:spacing w:after="40"/>
            </w:pPr>
            <w:r>
              <w:rPr>
                <w:b/>
              </w:rPr>
              <w:t>STEP 2 — WHAT DO I KNOW?</w:t>
            </w:r>
          </w:p>
          <w:p w14:paraId="3070C7CE" w14:textId="77777777" w:rsidR="00BE3968" w:rsidRDefault="00CA6E70">
            <w:pPr>
              <w:pStyle w:val="CMRBodySmall"/>
              <w:spacing w:after="40"/>
            </w:pPr>
            <w:r>
              <w:t>Useful facts: __________________________________________________________</w:t>
            </w:r>
          </w:p>
          <w:p w14:paraId="71ADE759" w14:textId="77777777" w:rsidR="00BE3968" w:rsidRDefault="00CA6E70">
            <w:pPr>
              <w:pStyle w:val="CMRBodySmall"/>
            </w:pPr>
            <w:r>
              <w:t>____________________________________________________________________</w:t>
            </w:r>
          </w:p>
          <w:p w14:paraId="37914668" w14:textId="77777777" w:rsidR="00BE3968" w:rsidRDefault="00CA6E70">
            <w:pPr>
              <w:pStyle w:val="CMRBodySmall"/>
              <w:spacing w:after="40"/>
            </w:pPr>
            <w:r>
              <w:rPr>
                <w:b/>
              </w:rPr>
              <w:t>STEP 3 — HOW DO I FIND IT?</w:t>
            </w:r>
          </w:p>
          <w:p w14:paraId="5B46CE09" w14:textId="77777777" w:rsidR="00BE3968" w:rsidRDefault="00CA6E70">
            <w:pPr>
              <w:pStyle w:val="CMRBodySmall"/>
              <w:spacing w:after="100"/>
            </w:pPr>
            <w:r>
              <w:t>My work: ____________________________________________________________</w:t>
            </w:r>
          </w:p>
          <w:p w14:paraId="465B0955" w14:textId="77777777" w:rsidR="00BE3968" w:rsidRDefault="00CA6E70">
            <w:pPr>
              <w:pStyle w:val="CMRBodySmall"/>
              <w:spacing w:after="100"/>
            </w:pPr>
            <w:r>
              <w:t>____________________________________________________________________</w:t>
            </w:r>
          </w:p>
          <w:p w14:paraId="2D81E875" w14:textId="77777777" w:rsidR="00BE3968" w:rsidRDefault="00CA6E70">
            <w:pPr>
              <w:pStyle w:val="CMRBodySmall"/>
              <w:spacing w:after="100"/>
            </w:pPr>
            <w:r>
              <w:t>____________________________________________________________________</w:t>
            </w:r>
          </w:p>
          <w:p w14:paraId="6BBF9D87" w14:textId="77777777" w:rsidR="00BE3968" w:rsidRDefault="00CA6E70">
            <w:pPr>
              <w:pStyle w:val="CMRBodySmall"/>
              <w:spacing w:after="100"/>
            </w:pPr>
            <w:r>
              <w:t>Answer with units: __________________________________________________</w:t>
            </w:r>
          </w:p>
          <w:p w14:paraId="310B39C2" w14:textId="77777777" w:rsidR="00BE3968" w:rsidRDefault="00CA6E70">
            <w:pPr>
              <w:pStyle w:val="CMRBodySmall"/>
              <w:spacing w:after="80"/>
            </w:pPr>
            <w:r>
              <w:t>Does the answer make sense? ___________________________________________</w:t>
            </w:r>
          </w:p>
        </w:tc>
      </w:tr>
    </w:tbl>
    <w:p w14:paraId="00919C85" w14:textId="77777777" w:rsidR="00BE3968" w:rsidRDefault="00CA6E70">
      <w:r>
        <w:br w:type="page"/>
      </w:r>
    </w:p>
    <w:p w14:paraId="6D2E5655" w14:textId="77777777" w:rsidR="00BE3968" w:rsidRDefault="00CA6E70">
      <w:pPr>
        <w:pStyle w:val="CMRSmallLabel"/>
        <w:spacing w:after="60"/>
      </w:pPr>
      <w:r>
        <w:rPr>
          <w:b w:val="0"/>
        </w:rPr>
        <w:t>SECTION 2  |  TOPIC 17  |  PRACTICE PAGE 4/5</w:t>
      </w:r>
    </w:p>
    <w:p w14:paraId="25B2E7AE" w14:textId="77777777" w:rsidR="00BE3968" w:rsidRDefault="00CA6E70">
      <w:pPr>
        <w:pStyle w:val="CMRPageTitle"/>
        <w:spacing w:after="60"/>
      </w:pPr>
      <w:r>
        <w:rPr>
          <w:b w:val="0"/>
        </w:rPr>
        <w:t>Everyday measurements</w:t>
      </w:r>
    </w:p>
    <w:p w14:paraId="5B6EB35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ACEEC7F" w14:textId="77777777">
        <w:tc>
          <w:tcPr>
            <w:tcW w:w="10036" w:type="dxa"/>
            <w:shd w:val="clear" w:color="auto" w:fill="F5F8F9"/>
            <w:tcMar>
              <w:top w:w="70" w:type="dxa"/>
              <w:left w:w="140" w:type="dxa"/>
              <w:bottom w:w="85" w:type="dxa"/>
              <w:right w:w="140" w:type="dxa"/>
            </w:tcMar>
          </w:tcPr>
          <w:p w14:paraId="40E2BBC4" w14:textId="77777777" w:rsidR="00BE3968" w:rsidRDefault="00BE3968"/>
          <w:p w14:paraId="554A19A8" w14:textId="77777777" w:rsidR="00BE3968" w:rsidRDefault="00CA6E70">
            <w:pPr>
              <w:pStyle w:val="CMRBodySmall"/>
            </w:pPr>
            <w:r>
              <w:rPr>
                <w:b/>
              </w:rPr>
              <w:t>PROBLEM S2-167</w:t>
            </w:r>
          </w:p>
          <w:p w14:paraId="16C71880" w14:textId="77777777" w:rsidR="00BE3968" w:rsidRDefault="00CA6E70">
            <w:r>
              <w:t>Anthony has 4 pounds of ground beef in the freezer and buys 3 more pounds. A recipe calls for the amount in ounces. How many ounces of beef does Anthony have now?</w:t>
            </w:r>
          </w:p>
          <w:p w14:paraId="6F03B180" w14:textId="77777777" w:rsidR="00BE3968" w:rsidRDefault="00CA6E70">
            <w:pPr>
              <w:pStyle w:val="CMRBodySmall"/>
              <w:spacing w:after="40"/>
            </w:pPr>
            <w:r>
              <w:rPr>
                <w:b/>
              </w:rPr>
              <w:t>STEP 1 — WHAT DO THEY WANT?</w:t>
            </w:r>
          </w:p>
          <w:p w14:paraId="7BBD74E1" w14:textId="77777777" w:rsidR="00BE3968" w:rsidRDefault="00CA6E70">
            <w:pPr>
              <w:pStyle w:val="CMRBodySmall"/>
              <w:spacing w:after="80"/>
            </w:pPr>
            <w:r>
              <w:t>I need to find: _________________________________________________________</w:t>
            </w:r>
          </w:p>
          <w:p w14:paraId="2E39E5D5" w14:textId="77777777" w:rsidR="00BE3968" w:rsidRDefault="00CA6E70">
            <w:pPr>
              <w:pStyle w:val="CMRBodySmall"/>
              <w:spacing w:after="40"/>
            </w:pPr>
            <w:r>
              <w:rPr>
                <w:b/>
              </w:rPr>
              <w:t>STEP 2 — WHAT DO I KNOW?</w:t>
            </w:r>
          </w:p>
          <w:p w14:paraId="7E32ED39" w14:textId="77777777" w:rsidR="00BE3968" w:rsidRDefault="00CA6E70">
            <w:pPr>
              <w:pStyle w:val="CMRBodySmall"/>
              <w:spacing w:after="40"/>
            </w:pPr>
            <w:r>
              <w:t>Useful facts: __________________________________________________________</w:t>
            </w:r>
          </w:p>
          <w:p w14:paraId="02C3A38A" w14:textId="77777777" w:rsidR="00BE3968" w:rsidRDefault="00CA6E70">
            <w:pPr>
              <w:pStyle w:val="CMRBodySmall"/>
            </w:pPr>
            <w:r>
              <w:t>____________________________________________________________________</w:t>
            </w:r>
          </w:p>
          <w:p w14:paraId="2665941D" w14:textId="77777777" w:rsidR="00BE3968" w:rsidRDefault="00CA6E70">
            <w:pPr>
              <w:pStyle w:val="CMRBodySmall"/>
              <w:spacing w:after="40"/>
            </w:pPr>
            <w:r>
              <w:rPr>
                <w:b/>
              </w:rPr>
              <w:t>STEP 3 — HOW DO I FIND IT?</w:t>
            </w:r>
          </w:p>
          <w:p w14:paraId="21EFF21C" w14:textId="77777777" w:rsidR="00BE3968" w:rsidRDefault="00CA6E70">
            <w:pPr>
              <w:pStyle w:val="CMRBodySmall"/>
              <w:spacing w:after="100"/>
            </w:pPr>
            <w:r>
              <w:t>My work: ____________________________________________________________</w:t>
            </w:r>
          </w:p>
          <w:p w14:paraId="0D27D0ED" w14:textId="77777777" w:rsidR="00BE3968" w:rsidRDefault="00CA6E70">
            <w:pPr>
              <w:pStyle w:val="CMRBodySmall"/>
              <w:spacing w:after="100"/>
            </w:pPr>
            <w:r>
              <w:t>____________________________________________________________________</w:t>
            </w:r>
          </w:p>
          <w:p w14:paraId="4B86C2C7" w14:textId="77777777" w:rsidR="00BE3968" w:rsidRDefault="00CA6E70">
            <w:pPr>
              <w:pStyle w:val="CMRBodySmall"/>
              <w:spacing w:after="100"/>
            </w:pPr>
            <w:r>
              <w:t>____________________________________________________________________</w:t>
            </w:r>
          </w:p>
          <w:p w14:paraId="0BEB2C5B" w14:textId="77777777" w:rsidR="00BE3968" w:rsidRDefault="00CA6E70">
            <w:pPr>
              <w:pStyle w:val="CMRBodySmall"/>
              <w:spacing w:after="100"/>
            </w:pPr>
            <w:r>
              <w:t>Answer with units: __________________________________________________</w:t>
            </w:r>
          </w:p>
          <w:p w14:paraId="58114D4A" w14:textId="77777777" w:rsidR="00BE3968" w:rsidRDefault="00CA6E70">
            <w:pPr>
              <w:pStyle w:val="CMRBodySmall"/>
              <w:spacing w:after="80"/>
            </w:pPr>
            <w:r>
              <w:t>Does the answer make sense? ___________________________________________</w:t>
            </w:r>
          </w:p>
        </w:tc>
      </w:tr>
    </w:tbl>
    <w:p w14:paraId="5F538B1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DF0844C" w14:textId="77777777">
        <w:tc>
          <w:tcPr>
            <w:tcW w:w="10036" w:type="dxa"/>
            <w:tcMar>
              <w:top w:w="70" w:type="dxa"/>
              <w:left w:w="140" w:type="dxa"/>
              <w:bottom w:w="85" w:type="dxa"/>
              <w:right w:w="140" w:type="dxa"/>
            </w:tcMar>
          </w:tcPr>
          <w:p w14:paraId="230BF216" w14:textId="77777777" w:rsidR="00BE3968" w:rsidRDefault="00BE3968"/>
          <w:p w14:paraId="1C52EBB8" w14:textId="77777777" w:rsidR="00BE3968" w:rsidRDefault="00CA6E70">
            <w:pPr>
              <w:pStyle w:val="CMRBodySmall"/>
            </w:pPr>
            <w:r>
              <w:rPr>
                <w:b/>
              </w:rPr>
              <w:t>PROBLEM S2-168</w:t>
            </w:r>
          </w:p>
          <w:p w14:paraId="3429AE63" w14:textId="77777777" w:rsidR="00BE3968" w:rsidRDefault="00CA6E70">
            <w:r>
              <w:t>A fence needs 7 yards of wire on one side and 2 yards on another side. The wire is sold by the foot. How many feet of wire are needed?</w:t>
            </w:r>
          </w:p>
          <w:p w14:paraId="3E13DCD0" w14:textId="77777777" w:rsidR="00BE3968" w:rsidRDefault="00CA6E70">
            <w:pPr>
              <w:pStyle w:val="CMRBodySmall"/>
              <w:spacing w:after="40"/>
            </w:pPr>
            <w:r>
              <w:rPr>
                <w:b/>
              </w:rPr>
              <w:t>STEP 1 — WHAT DO THEY WANT?</w:t>
            </w:r>
          </w:p>
          <w:p w14:paraId="1B0AF108" w14:textId="77777777" w:rsidR="00BE3968" w:rsidRDefault="00CA6E70">
            <w:pPr>
              <w:pStyle w:val="CMRBodySmall"/>
              <w:spacing w:after="80"/>
            </w:pPr>
            <w:r>
              <w:t>I need to find: _________________________________________________________</w:t>
            </w:r>
          </w:p>
          <w:p w14:paraId="0DCD6EBD" w14:textId="77777777" w:rsidR="00BE3968" w:rsidRDefault="00CA6E70">
            <w:pPr>
              <w:pStyle w:val="CMRBodySmall"/>
              <w:spacing w:after="40"/>
            </w:pPr>
            <w:r>
              <w:rPr>
                <w:b/>
              </w:rPr>
              <w:t>STEP 2 — WHAT DO I KNOW?</w:t>
            </w:r>
          </w:p>
          <w:p w14:paraId="1D1E104B" w14:textId="77777777" w:rsidR="00BE3968" w:rsidRDefault="00CA6E70">
            <w:pPr>
              <w:pStyle w:val="CMRBodySmall"/>
              <w:spacing w:after="40"/>
            </w:pPr>
            <w:r>
              <w:t>Useful facts: __________________________________________________________</w:t>
            </w:r>
          </w:p>
          <w:p w14:paraId="2563D99A" w14:textId="77777777" w:rsidR="00BE3968" w:rsidRDefault="00CA6E70">
            <w:pPr>
              <w:pStyle w:val="CMRBodySmall"/>
            </w:pPr>
            <w:r>
              <w:t>____________________________________________________________________</w:t>
            </w:r>
          </w:p>
          <w:p w14:paraId="029F9FF2" w14:textId="77777777" w:rsidR="00BE3968" w:rsidRDefault="00CA6E70">
            <w:pPr>
              <w:pStyle w:val="CMRBodySmall"/>
              <w:spacing w:after="40"/>
            </w:pPr>
            <w:r>
              <w:rPr>
                <w:b/>
              </w:rPr>
              <w:t>STEP 3 — HOW DO I FIND IT?</w:t>
            </w:r>
          </w:p>
          <w:p w14:paraId="40C7C6D4" w14:textId="77777777" w:rsidR="00BE3968" w:rsidRDefault="00CA6E70">
            <w:pPr>
              <w:pStyle w:val="CMRBodySmall"/>
              <w:spacing w:after="100"/>
            </w:pPr>
            <w:r>
              <w:t>My work: ____________________________________________________________</w:t>
            </w:r>
          </w:p>
          <w:p w14:paraId="4B238A89" w14:textId="77777777" w:rsidR="00BE3968" w:rsidRDefault="00CA6E70">
            <w:pPr>
              <w:pStyle w:val="CMRBodySmall"/>
              <w:spacing w:after="100"/>
            </w:pPr>
            <w:r>
              <w:t>____________________________________________________________________</w:t>
            </w:r>
          </w:p>
          <w:p w14:paraId="2D867A3E" w14:textId="77777777" w:rsidR="00BE3968" w:rsidRDefault="00CA6E70">
            <w:pPr>
              <w:pStyle w:val="CMRBodySmall"/>
              <w:spacing w:after="100"/>
            </w:pPr>
            <w:r>
              <w:t>____________________________________________________________________</w:t>
            </w:r>
          </w:p>
          <w:p w14:paraId="1B0C7983" w14:textId="77777777" w:rsidR="00BE3968" w:rsidRDefault="00CA6E70">
            <w:pPr>
              <w:pStyle w:val="CMRBodySmall"/>
              <w:spacing w:after="100"/>
            </w:pPr>
            <w:r>
              <w:t>Answer with units: __________________________________________________</w:t>
            </w:r>
          </w:p>
          <w:p w14:paraId="489E5A06" w14:textId="77777777" w:rsidR="00BE3968" w:rsidRDefault="00CA6E70">
            <w:pPr>
              <w:pStyle w:val="CMRBodySmall"/>
              <w:spacing w:after="80"/>
            </w:pPr>
            <w:r>
              <w:t>Does the answer make sense? ___________________________________________</w:t>
            </w:r>
          </w:p>
        </w:tc>
      </w:tr>
    </w:tbl>
    <w:p w14:paraId="0F105BF0" w14:textId="77777777" w:rsidR="00BE3968" w:rsidRDefault="00CA6E70">
      <w:r>
        <w:br w:type="page"/>
      </w:r>
    </w:p>
    <w:p w14:paraId="01A3B147" w14:textId="77777777" w:rsidR="00BE3968" w:rsidRDefault="00CA6E70">
      <w:pPr>
        <w:pStyle w:val="CMRSmallLabel"/>
        <w:spacing w:after="60"/>
      </w:pPr>
      <w:r>
        <w:rPr>
          <w:b w:val="0"/>
        </w:rPr>
        <w:t>SECTION 2  |  TOPIC 17  |  PRACTICE PAGE 5/5</w:t>
      </w:r>
    </w:p>
    <w:p w14:paraId="7FD48EE9" w14:textId="77777777" w:rsidR="00BE3968" w:rsidRDefault="00CA6E70">
      <w:pPr>
        <w:pStyle w:val="CMRPageTitle"/>
        <w:spacing w:after="60"/>
      </w:pPr>
      <w:r>
        <w:rPr>
          <w:b w:val="0"/>
        </w:rPr>
        <w:t>Everyday measurements</w:t>
      </w:r>
    </w:p>
    <w:p w14:paraId="187B819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125B400" w14:textId="77777777">
        <w:tc>
          <w:tcPr>
            <w:tcW w:w="10036" w:type="dxa"/>
            <w:shd w:val="clear" w:color="auto" w:fill="F5F8F9"/>
            <w:tcMar>
              <w:top w:w="70" w:type="dxa"/>
              <w:left w:w="140" w:type="dxa"/>
              <w:bottom w:w="85" w:type="dxa"/>
              <w:right w:w="140" w:type="dxa"/>
            </w:tcMar>
          </w:tcPr>
          <w:p w14:paraId="5527A0D3" w14:textId="77777777" w:rsidR="00BE3968" w:rsidRDefault="00BE3968"/>
          <w:p w14:paraId="6C519B1D" w14:textId="77777777" w:rsidR="00BE3968" w:rsidRDefault="00CA6E70">
            <w:pPr>
              <w:pStyle w:val="CMRBodySmall"/>
            </w:pPr>
            <w:r>
              <w:rPr>
                <w:b/>
              </w:rPr>
              <w:t>PROBLEM S2-169</w:t>
            </w:r>
          </w:p>
          <w:p w14:paraId="11B886EC" w14:textId="77777777" w:rsidR="00BE3968" w:rsidRDefault="00CA6E70">
            <w:r>
              <w:t>Angela buys 2 pounds of apples for an event. A coworker brings 1 more pound. How many ounces of apples are there in all?</w:t>
            </w:r>
          </w:p>
          <w:p w14:paraId="6F1CC80D" w14:textId="77777777" w:rsidR="00BE3968" w:rsidRDefault="00CA6E70">
            <w:pPr>
              <w:pStyle w:val="CMRBodySmall"/>
              <w:spacing w:after="40"/>
            </w:pPr>
            <w:r>
              <w:rPr>
                <w:b/>
              </w:rPr>
              <w:t>STEP 1 — WHAT DO THEY WANT?</w:t>
            </w:r>
          </w:p>
          <w:p w14:paraId="3E337D07" w14:textId="77777777" w:rsidR="00BE3968" w:rsidRDefault="00CA6E70">
            <w:pPr>
              <w:pStyle w:val="CMRBodySmall"/>
              <w:spacing w:after="80"/>
            </w:pPr>
            <w:r>
              <w:t>I need to find: _________________________________________________________</w:t>
            </w:r>
          </w:p>
          <w:p w14:paraId="58505B5F" w14:textId="77777777" w:rsidR="00BE3968" w:rsidRDefault="00CA6E70">
            <w:pPr>
              <w:pStyle w:val="CMRBodySmall"/>
              <w:spacing w:after="40"/>
            </w:pPr>
            <w:r>
              <w:rPr>
                <w:b/>
              </w:rPr>
              <w:t>STEP 2 — WHAT DO I KNOW?</w:t>
            </w:r>
          </w:p>
          <w:p w14:paraId="1DCE1F95" w14:textId="77777777" w:rsidR="00BE3968" w:rsidRDefault="00CA6E70">
            <w:pPr>
              <w:pStyle w:val="CMRBodySmall"/>
              <w:spacing w:after="40"/>
            </w:pPr>
            <w:r>
              <w:t>Useful facts: __________________________________________________________</w:t>
            </w:r>
          </w:p>
          <w:p w14:paraId="079E6954" w14:textId="77777777" w:rsidR="00BE3968" w:rsidRDefault="00CA6E70">
            <w:pPr>
              <w:pStyle w:val="CMRBodySmall"/>
            </w:pPr>
            <w:r>
              <w:t>____________________________________________________________________</w:t>
            </w:r>
          </w:p>
          <w:p w14:paraId="633B78F4" w14:textId="77777777" w:rsidR="00BE3968" w:rsidRDefault="00CA6E70">
            <w:pPr>
              <w:pStyle w:val="CMRBodySmall"/>
              <w:spacing w:after="40"/>
            </w:pPr>
            <w:r>
              <w:rPr>
                <w:b/>
              </w:rPr>
              <w:t>STEP 3 — HOW DO I FIND IT?</w:t>
            </w:r>
          </w:p>
          <w:p w14:paraId="7B9C26BE" w14:textId="77777777" w:rsidR="00BE3968" w:rsidRDefault="00CA6E70">
            <w:pPr>
              <w:pStyle w:val="CMRBodySmall"/>
              <w:spacing w:after="100"/>
            </w:pPr>
            <w:r>
              <w:t>My work: ____________________________________________________________</w:t>
            </w:r>
          </w:p>
          <w:p w14:paraId="30873BC3" w14:textId="77777777" w:rsidR="00BE3968" w:rsidRDefault="00CA6E70">
            <w:pPr>
              <w:pStyle w:val="CMRBodySmall"/>
              <w:spacing w:after="100"/>
            </w:pPr>
            <w:r>
              <w:t>____________________________________________________________________</w:t>
            </w:r>
          </w:p>
          <w:p w14:paraId="4F0C81AE" w14:textId="77777777" w:rsidR="00BE3968" w:rsidRDefault="00CA6E70">
            <w:pPr>
              <w:pStyle w:val="CMRBodySmall"/>
              <w:spacing w:after="100"/>
            </w:pPr>
            <w:r>
              <w:t>____________________________________________________________________</w:t>
            </w:r>
          </w:p>
          <w:p w14:paraId="2DD7C1E2" w14:textId="77777777" w:rsidR="00BE3968" w:rsidRDefault="00CA6E70">
            <w:pPr>
              <w:pStyle w:val="CMRBodySmall"/>
              <w:spacing w:after="100"/>
            </w:pPr>
            <w:r>
              <w:t>Answer with units: __________________________________________________</w:t>
            </w:r>
          </w:p>
          <w:p w14:paraId="4935D47E" w14:textId="77777777" w:rsidR="00BE3968" w:rsidRDefault="00CA6E70">
            <w:pPr>
              <w:pStyle w:val="CMRBodySmall"/>
              <w:spacing w:after="80"/>
            </w:pPr>
            <w:r>
              <w:t>Does the answer make sense? ___________________________________________</w:t>
            </w:r>
          </w:p>
        </w:tc>
      </w:tr>
    </w:tbl>
    <w:p w14:paraId="0E772FC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1033F5A" w14:textId="77777777">
        <w:tc>
          <w:tcPr>
            <w:tcW w:w="10036" w:type="dxa"/>
            <w:tcMar>
              <w:top w:w="70" w:type="dxa"/>
              <w:left w:w="140" w:type="dxa"/>
              <w:bottom w:w="85" w:type="dxa"/>
              <w:right w:w="140" w:type="dxa"/>
            </w:tcMar>
          </w:tcPr>
          <w:p w14:paraId="0D6FCB18" w14:textId="77777777" w:rsidR="00BE3968" w:rsidRDefault="00BE3968"/>
          <w:p w14:paraId="14CF123E" w14:textId="77777777" w:rsidR="00BE3968" w:rsidRDefault="00CA6E70">
            <w:pPr>
              <w:pStyle w:val="CMRBodySmall"/>
            </w:pPr>
            <w:r>
              <w:rPr>
                <w:b/>
              </w:rPr>
              <w:t>PROBLEM S2-170</w:t>
            </w:r>
          </w:p>
          <w:p w14:paraId="66FB82AD" w14:textId="77777777" w:rsidR="00BE3968" w:rsidRDefault="00CA6E70">
            <w:r>
              <w:t>Carlos buys 3 yards of ribbon, then goes back for 2 more yards. How many feet of ribbon does Carlos have?</w:t>
            </w:r>
          </w:p>
          <w:p w14:paraId="59D122DA" w14:textId="77777777" w:rsidR="00BE3968" w:rsidRDefault="00CA6E70">
            <w:pPr>
              <w:pStyle w:val="CMRBodySmall"/>
              <w:spacing w:after="40"/>
            </w:pPr>
            <w:r>
              <w:rPr>
                <w:b/>
              </w:rPr>
              <w:t>STEP 1 — WHAT DO THEY WANT?</w:t>
            </w:r>
          </w:p>
          <w:p w14:paraId="4732F6A3" w14:textId="77777777" w:rsidR="00BE3968" w:rsidRDefault="00CA6E70">
            <w:pPr>
              <w:pStyle w:val="CMRBodySmall"/>
              <w:spacing w:after="80"/>
            </w:pPr>
            <w:r>
              <w:t>I need to find: _________________________________________________________</w:t>
            </w:r>
          </w:p>
          <w:p w14:paraId="092CA535" w14:textId="77777777" w:rsidR="00BE3968" w:rsidRDefault="00CA6E70">
            <w:pPr>
              <w:pStyle w:val="CMRBodySmall"/>
              <w:spacing w:after="40"/>
            </w:pPr>
            <w:r>
              <w:rPr>
                <w:b/>
              </w:rPr>
              <w:t>STEP 2 — WHAT DO I KNOW?</w:t>
            </w:r>
          </w:p>
          <w:p w14:paraId="10CA9B81" w14:textId="77777777" w:rsidR="00BE3968" w:rsidRDefault="00CA6E70">
            <w:pPr>
              <w:pStyle w:val="CMRBodySmall"/>
              <w:spacing w:after="40"/>
            </w:pPr>
            <w:r>
              <w:t>Useful facts: __________________________________________________________</w:t>
            </w:r>
          </w:p>
          <w:p w14:paraId="47BC4EA6" w14:textId="77777777" w:rsidR="00BE3968" w:rsidRDefault="00CA6E70">
            <w:pPr>
              <w:pStyle w:val="CMRBodySmall"/>
            </w:pPr>
            <w:r>
              <w:t>____________________________________________________________________</w:t>
            </w:r>
          </w:p>
          <w:p w14:paraId="1E220548" w14:textId="77777777" w:rsidR="00BE3968" w:rsidRDefault="00CA6E70">
            <w:pPr>
              <w:pStyle w:val="CMRBodySmall"/>
              <w:spacing w:after="40"/>
            </w:pPr>
            <w:r>
              <w:rPr>
                <w:b/>
              </w:rPr>
              <w:t>STEP 3 — HOW DO I FIND IT?</w:t>
            </w:r>
          </w:p>
          <w:p w14:paraId="1A315FDE" w14:textId="77777777" w:rsidR="00BE3968" w:rsidRDefault="00CA6E70">
            <w:pPr>
              <w:pStyle w:val="CMRBodySmall"/>
              <w:spacing w:after="100"/>
            </w:pPr>
            <w:r>
              <w:t>My work: ____________________________________________________________</w:t>
            </w:r>
          </w:p>
          <w:p w14:paraId="733790C7" w14:textId="77777777" w:rsidR="00BE3968" w:rsidRDefault="00CA6E70">
            <w:pPr>
              <w:pStyle w:val="CMRBodySmall"/>
              <w:spacing w:after="100"/>
            </w:pPr>
            <w:r>
              <w:t>____________________________________________________________________</w:t>
            </w:r>
          </w:p>
          <w:p w14:paraId="35BA06EC" w14:textId="77777777" w:rsidR="00BE3968" w:rsidRDefault="00CA6E70">
            <w:pPr>
              <w:pStyle w:val="CMRBodySmall"/>
              <w:spacing w:after="100"/>
            </w:pPr>
            <w:r>
              <w:t>____________________________________________________________________</w:t>
            </w:r>
          </w:p>
          <w:p w14:paraId="3CA8637A" w14:textId="77777777" w:rsidR="00BE3968" w:rsidRDefault="00CA6E70">
            <w:pPr>
              <w:pStyle w:val="CMRBodySmall"/>
              <w:spacing w:after="100"/>
            </w:pPr>
            <w:r>
              <w:t>Answer with units: __________________________________________________</w:t>
            </w:r>
          </w:p>
          <w:p w14:paraId="22FD0DB3" w14:textId="77777777" w:rsidR="00BE3968" w:rsidRDefault="00CA6E70">
            <w:pPr>
              <w:pStyle w:val="CMRBodySmall"/>
              <w:spacing w:after="80"/>
            </w:pPr>
            <w:r>
              <w:t>Does the answer make sense? ___________________________________________</w:t>
            </w:r>
          </w:p>
        </w:tc>
      </w:tr>
    </w:tbl>
    <w:p w14:paraId="54A249CB" w14:textId="77777777" w:rsidR="00BE3968" w:rsidRDefault="00CA6E70">
      <w:r>
        <w:br w:type="page"/>
      </w:r>
    </w:p>
    <w:p w14:paraId="70F5D260" w14:textId="77777777" w:rsidR="00BE3968" w:rsidRDefault="00CA6E70">
      <w:pPr>
        <w:pStyle w:val="CMRSmallLabel"/>
        <w:spacing w:after="60"/>
      </w:pPr>
      <w:r>
        <w:rPr>
          <w:b w:val="0"/>
        </w:rPr>
        <w:t>SECTION 2  |  TOPIC 18  |  PRACTICE PAGE 1/5</w:t>
      </w:r>
    </w:p>
    <w:p w14:paraId="2194A0B7" w14:textId="77777777" w:rsidR="00BE3968" w:rsidRDefault="00CA6E70">
      <w:pPr>
        <w:pStyle w:val="CMRPageTitle"/>
        <w:spacing w:after="60"/>
      </w:pPr>
      <w:r>
        <w:rPr>
          <w:b w:val="0"/>
        </w:rPr>
        <w:t>Room sizes</w:t>
      </w:r>
    </w:p>
    <w:p w14:paraId="5DE65F6D" w14:textId="77777777" w:rsidR="00BE3968" w:rsidRDefault="00CA6E70">
      <w:pPr>
        <w:pStyle w:val="CMRBodySmall"/>
        <w:spacing w:after="100"/>
      </w:pPr>
      <w:r>
        <w:t>Use the same three steps: Understand flooring, trim, and the size of a room.</w:t>
      </w:r>
    </w:p>
    <w:tbl>
      <w:tblPr>
        <w:tblW w:w="0" w:type="auto"/>
        <w:tblLayout w:type="fixed"/>
        <w:tblLook w:val="04A0" w:firstRow="1" w:lastRow="0" w:firstColumn="1" w:lastColumn="0" w:noHBand="0" w:noVBand="1"/>
      </w:tblPr>
      <w:tblGrid>
        <w:gridCol w:w="10036"/>
      </w:tblGrid>
      <w:tr w:rsidR="00BE3968" w14:paraId="7D911737" w14:textId="77777777">
        <w:tc>
          <w:tcPr>
            <w:tcW w:w="10036" w:type="dxa"/>
            <w:shd w:val="clear" w:color="auto" w:fill="F5F8F9"/>
            <w:tcMar>
              <w:top w:w="70" w:type="dxa"/>
              <w:left w:w="140" w:type="dxa"/>
              <w:bottom w:w="85" w:type="dxa"/>
              <w:right w:w="140" w:type="dxa"/>
            </w:tcMar>
          </w:tcPr>
          <w:p w14:paraId="69E7B55B" w14:textId="77777777" w:rsidR="00BE3968" w:rsidRDefault="00BE3968"/>
          <w:p w14:paraId="79255F50" w14:textId="77777777" w:rsidR="00BE3968" w:rsidRDefault="00CA6E70">
            <w:pPr>
              <w:pStyle w:val="CMRBodySmall"/>
            </w:pPr>
            <w:r>
              <w:rPr>
                <w:b/>
              </w:rPr>
              <w:t>PROBLEM S2-171</w:t>
            </w:r>
          </w:p>
          <w:p w14:paraId="29C6788D" w14:textId="77777777" w:rsidR="00BE3968" w:rsidRDefault="00CA6E70">
            <w:r>
              <w:t>Luis is tiling a 13-foot by 14-foot rectangular floor. The installer says to add 5% to the area for broken tiles. The room has one window. How many square feet of tile should Luis order, rounded up to a whole square foot?</w:t>
            </w:r>
          </w:p>
          <w:p w14:paraId="3E0B6FB2" w14:textId="77777777" w:rsidR="00BE3968" w:rsidRDefault="00CA6E70">
            <w:pPr>
              <w:pStyle w:val="CMRBodySmall"/>
              <w:spacing w:after="40"/>
            </w:pPr>
            <w:r>
              <w:rPr>
                <w:b/>
              </w:rPr>
              <w:t>STEP 1 — WHAT DO THEY WANT?</w:t>
            </w:r>
          </w:p>
          <w:p w14:paraId="57C8DB86" w14:textId="77777777" w:rsidR="00BE3968" w:rsidRDefault="00CA6E70">
            <w:pPr>
              <w:pStyle w:val="CMRBodySmall"/>
              <w:spacing w:after="80"/>
            </w:pPr>
            <w:r>
              <w:t>I need to find: _________________________________________________________</w:t>
            </w:r>
          </w:p>
          <w:p w14:paraId="4F9A980B" w14:textId="77777777" w:rsidR="00BE3968" w:rsidRDefault="00CA6E70">
            <w:pPr>
              <w:pStyle w:val="CMRBodySmall"/>
              <w:spacing w:after="40"/>
            </w:pPr>
            <w:r>
              <w:rPr>
                <w:b/>
              </w:rPr>
              <w:t>STEP 2 — WHAT DO I KNOW?</w:t>
            </w:r>
          </w:p>
          <w:p w14:paraId="78C7BB34" w14:textId="77777777" w:rsidR="00BE3968" w:rsidRDefault="00CA6E70">
            <w:pPr>
              <w:pStyle w:val="CMRBodySmall"/>
              <w:spacing w:after="40"/>
            </w:pPr>
            <w:r>
              <w:t>Useful facts: __________________________________________________________</w:t>
            </w:r>
          </w:p>
          <w:p w14:paraId="2165B899" w14:textId="77777777" w:rsidR="00BE3968" w:rsidRDefault="00CA6E70">
            <w:pPr>
              <w:pStyle w:val="CMRBodySmall"/>
            </w:pPr>
            <w:r>
              <w:t>____________________________________________________________________</w:t>
            </w:r>
          </w:p>
          <w:p w14:paraId="56677F0D" w14:textId="77777777" w:rsidR="00BE3968" w:rsidRDefault="00CA6E70">
            <w:pPr>
              <w:pStyle w:val="CMRBodySmall"/>
              <w:spacing w:after="40"/>
            </w:pPr>
            <w:r>
              <w:rPr>
                <w:b/>
              </w:rPr>
              <w:t>STEP 3 — HOW DO I FIND IT?</w:t>
            </w:r>
          </w:p>
          <w:p w14:paraId="5B81FBC6" w14:textId="77777777" w:rsidR="00BE3968" w:rsidRDefault="00CA6E70">
            <w:pPr>
              <w:pStyle w:val="CMRBodySmall"/>
              <w:spacing w:after="100"/>
            </w:pPr>
            <w:r>
              <w:t>My work: ____________________________________________________________</w:t>
            </w:r>
          </w:p>
          <w:p w14:paraId="24A4C3E8" w14:textId="77777777" w:rsidR="00BE3968" w:rsidRDefault="00CA6E70">
            <w:pPr>
              <w:pStyle w:val="CMRBodySmall"/>
              <w:spacing w:after="100"/>
            </w:pPr>
            <w:r>
              <w:t>____________________________________________________________________</w:t>
            </w:r>
          </w:p>
          <w:p w14:paraId="5FFC611D" w14:textId="77777777" w:rsidR="00BE3968" w:rsidRDefault="00CA6E70">
            <w:pPr>
              <w:pStyle w:val="CMRBodySmall"/>
              <w:spacing w:after="100"/>
            </w:pPr>
            <w:r>
              <w:t>____________________________________________________________________</w:t>
            </w:r>
          </w:p>
          <w:p w14:paraId="70267A76" w14:textId="77777777" w:rsidR="00BE3968" w:rsidRDefault="00CA6E70">
            <w:pPr>
              <w:pStyle w:val="CMRBodySmall"/>
              <w:spacing w:after="100"/>
            </w:pPr>
            <w:r>
              <w:t>Answer with units: __________________________________________________</w:t>
            </w:r>
          </w:p>
          <w:p w14:paraId="0F34F469" w14:textId="77777777" w:rsidR="00BE3968" w:rsidRDefault="00CA6E70">
            <w:pPr>
              <w:pStyle w:val="CMRBodySmall"/>
              <w:spacing w:after="80"/>
            </w:pPr>
            <w:r>
              <w:t>Does the answer make sense? ___________________________________________</w:t>
            </w:r>
          </w:p>
        </w:tc>
      </w:tr>
    </w:tbl>
    <w:p w14:paraId="4234863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5B7B1DA" w14:textId="77777777">
        <w:tc>
          <w:tcPr>
            <w:tcW w:w="10036" w:type="dxa"/>
            <w:tcMar>
              <w:top w:w="70" w:type="dxa"/>
              <w:left w:w="140" w:type="dxa"/>
              <w:bottom w:w="85" w:type="dxa"/>
              <w:right w:w="140" w:type="dxa"/>
            </w:tcMar>
          </w:tcPr>
          <w:p w14:paraId="740E329D" w14:textId="77777777" w:rsidR="00BE3968" w:rsidRDefault="00BE3968"/>
          <w:p w14:paraId="5FB89F2E" w14:textId="77777777" w:rsidR="00BE3968" w:rsidRDefault="00CA6E70">
            <w:pPr>
              <w:pStyle w:val="CMRBodySmall"/>
            </w:pPr>
            <w:r>
              <w:rPr>
                <w:b/>
              </w:rPr>
              <w:t>PROBLEM S2-172</w:t>
            </w:r>
          </w:p>
          <w:p w14:paraId="48BF8226" w14:textId="77777777" w:rsidR="00BE3968" w:rsidRDefault="00CA6E70">
            <w:r>
              <w:t>Grace is ordering flooring for a 12-foot by 10-foot rectangular room. The store recommends buying 15% extra for cuts. How many square feet should Grace order, rounding up to the next whole square foot?</w:t>
            </w:r>
          </w:p>
          <w:p w14:paraId="75F0CEDB" w14:textId="77777777" w:rsidR="00BE3968" w:rsidRDefault="00CA6E70">
            <w:pPr>
              <w:pStyle w:val="CMRBodySmall"/>
              <w:spacing w:after="40"/>
            </w:pPr>
            <w:r>
              <w:rPr>
                <w:b/>
              </w:rPr>
              <w:t>STEP 1 — WHAT DO THEY WANT?</w:t>
            </w:r>
          </w:p>
          <w:p w14:paraId="323CACB5" w14:textId="77777777" w:rsidR="00BE3968" w:rsidRDefault="00CA6E70">
            <w:pPr>
              <w:pStyle w:val="CMRBodySmall"/>
              <w:spacing w:after="80"/>
            </w:pPr>
            <w:r>
              <w:t>I need to find: _________________________________________________________</w:t>
            </w:r>
          </w:p>
          <w:p w14:paraId="5CBA6D0D" w14:textId="77777777" w:rsidR="00BE3968" w:rsidRDefault="00CA6E70">
            <w:pPr>
              <w:pStyle w:val="CMRBodySmall"/>
              <w:spacing w:after="40"/>
            </w:pPr>
            <w:r>
              <w:rPr>
                <w:b/>
              </w:rPr>
              <w:t>STEP 2 — WHAT DO I KNOW?</w:t>
            </w:r>
          </w:p>
          <w:p w14:paraId="76F668A1" w14:textId="77777777" w:rsidR="00BE3968" w:rsidRDefault="00CA6E70">
            <w:pPr>
              <w:pStyle w:val="CMRBodySmall"/>
              <w:spacing w:after="40"/>
            </w:pPr>
            <w:r>
              <w:t>Useful facts: __________________________________________________________</w:t>
            </w:r>
          </w:p>
          <w:p w14:paraId="6618F1AE" w14:textId="77777777" w:rsidR="00BE3968" w:rsidRDefault="00CA6E70">
            <w:pPr>
              <w:pStyle w:val="CMRBodySmall"/>
            </w:pPr>
            <w:r>
              <w:t>____________________________________________________________________</w:t>
            </w:r>
          </w:p>
          <w:p w14:paraId="65FC9087" w14:textId="77777777" w:rsidR="00BE3968" w:rsidRDefault="00CA6E70">
            <w:pPr>
              <w:pStyle w:val="CMRBodySmall"/>
              <w:spacing w:after="40"/>
            </w:pPr>
            <w:r>
              <w:rPr>
                <w:b/>
              </w:rPr>
              <w:t>STEP 3 — HOW DO I FIND IT?</w:t>
            </w:r>
          </w:p>
          <w:p w14:paraId="25416F99" w14:textId="77777777" w:rsidR="00BE3968" w:rsidRDefault="00CA6E70">
            <w:pPr>
              <w:pStyle w:val="CMRBodySmall"/>
              <w:spacing w:after="100"/>
            </w:pPr>
            <w:r>
              <w:t>My work: ____________________________________________________________</w:t>
            </w:r>
          </w:p>
          <w:p w14:paraId="5A631147" w14:textId="77777777" w:rsidR="00BE3968" w:rsidRDefault="00CA6E70">
            <w:pPr>
              <w:pStyle w:val="CMRBodySmall"/>
              <w:spacing w:after="100"/>
            </w:pPr>
            <w:r>
              <w:t>____________________________________________________________________</w:t>
            </w:r>
          </w:p>
          <w:p w14:paraId="259AC2B0" w14:textId="77777777" w:rsidR="00BE3968" w:rsidRDefault="00CA6E70">
            <w:pPr>
              <w:pStyle w:val="CMRBodySmall"/>
              <w:spacing w:after="100"/>
            </w:pPr>
            <w:r>
              <w:t>____________________________________________________________________</w:t>
            </w:r>
          </w:p>
          <w:p w14:paraId="3D2B9103" w14:textId="77777777" w:rsidR="00BE3968" w:rsidRDefault="00CA6E70">
            <w:pPr>
              <w:pStyle w:val="CMRBodySmall"/>
              <w:spacing w:after="100"/>
            </w:pPr>
            <w:r>
              <w:t>Answer with units: __________________________________________________</w:t>
            </w:r>
          </w:p>
          <w:p w14:paraId="4B66E6F9" w14:textId="77777777" w:rsidR="00BE3968" w:rsidRDefault="00CA6E70">
            <w:pPr>
              <w:pStyle w:val="CMRBodySmall"/>
              <w:spacing w:after="80"/>
            </w:pPr>
            <w:r>
              <w:t>Does the answer make sense? ___________________________________________</w:t>
            </w:r>
          </w:p>
        </w:tc>
      </w:tr>
    </w:tbl>
    <w:p w14:paraId="332ED868" w14:textId="77777777" w:rsidR="00BE3968" w:rsidRDefault="00CA6E70">
      <w:r>
        <w:br w:type="page"/>
      </w:r>
    </w:p>
    <w:p w14:paraId="2730C9F3" w14:textId="77777777" w:rsidR="00BE3968" w:rsidRDefault="00CA6E70">
      <w:pPr>
        <w:pStyle w:val="CMRSmallLabel"/>
        <w:spacing w:after="60"/>
      </w:pPr>
      <w:r>
        <w:rPr>
          <w:b w:val="0"/>
        </w:rPr>
        <w:t>SECTION 2  |  TOPIC 18  |  PRACTICE PAGE 2/5</w:t>
      </w:r>
    </w:p>
    <w:p w14:paraId="15C043A6" w14:textId="77777777" w:rsidR="00BE3968" w:rsidRDefault="00CA6E70">
      <w:pPr>
        <w:pStyle w:val="CMRPageTitle"/>
        <w:spacing w:after="60"/>
      </w:pPr>
      <w:r>
        <w:rPr>
          <w:b w:val="0"/>
        </w:rPr>
        <w:t>Room sizes</w:t>
      </w:r>
    </w:p>
    <w:p w14:paraId="0BEFFF0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F07BD1B" w14:textId="77777777">
        <w:tc>
          <w:tcPr>
            <w:tcW w:w="10036" w:type="dxa"/>
            <w:shd w:val="clear" w:color="auto" w:fill="F5F8F9"/>
            <w:tcMar>
              <w:top w:w="70" w:type="dxa"/>
              <w:left w:w="140" w:type="dxa"/>
              <w:bottom w:w="85" w:type="dxa"/>
              <w:right w:w="140" w:type="dxa"/>
            </w:tcMar>
          </w:tcPr>
          <w:p w14:paraId="1116E96A" w14:textId="77777777" w:rsidR="00BE3968" w:rsidRDefault="00BE3968"/>
          <w:p w14:paraId="37053A63" w14:textId="77777777" w:rsidR="00BE3968" w:rsidRDefault="00CA6E70">
            <w:pPr>
              <w:pStyle w:val="CMRBodySmall"/>
            </w:pPr>
            <w:r>
              <w:rPr>
                <w:b/>
              </w:rPr>
              <w:t>PROBLEM S2-173</w:t>
            </w:r>
          </w:p>
          <w:p w14:paraId="5E9DA840" w14:textId="77777777" w:rsidR="00BE3968" w:rsidRDefault="00CA6E70">
            <w:r>
              <w:t>A rectangular room is 20 feet long and 11 feet wide. Daniel wants carpet for the floor plus 5% extra for waste. How many square feet should Daniel buy, rounded up to a whole number?</w:t>
            </w:r>
          </w:p>
          <w:p w14:paraId="614C999B" w14:textId="77777777" w:rsidR="00BE3968" w:rsidRDefault="00CA6E70">
            <w:pPr>
              <w:pStyle w:val="CMRBodySmall"/>
              <w:spacing w:after="40"/>
            </w:pPr>
            <w:r>
              <w:rPr>
                <w:b/>
              </w:rPr>
              <w:t>STEP 1 — WHAT DO THEY WANT?</w:t>
            </w:r>
          </w:p>
          <w:p w14:paraId="52ADC0E6" w14:textId="77777777" w:rsidR="00BE3968" w:rsidRDefault="00CA6E70">
            <w:pPr>
              <w:pStyle w:val="CMRBodySmall"/>
              <w:spacing w:after="80"/>
            </w:pPr>
            <w:r>
              <w:t>I need to find: _________________________________________________________</w:t>
            </w:r>
          </w:p>
          <w:p w14:paraId="6ECE1F7A" w14:textId="77777777" w:rsidR="00BE3968" w:rsidRDefault="00CA6E70">
            <w:pPr>
              <w:pStyle w:val="CMRBodySmall"/>
              <w:spacing w:after="40"/>
            </w:pPr>
            <w:r>
              <w:rPr>
                <w:b/>
              </w:rPr>
              <w:t>STEP 2 — WHAT DO I KNOW?</w:t>
            </w:r>
          </w:p>
          <w:p w14:paraId="749A890C" w14:textId="77777777" w:rsidR="00BE3968" w:rsidRDefault="00CA6E70">
            <w:pPr>
              <w:pStyle w:val="CMRBodySmall"/>
              <w:spacing w:after="40"/>
            </w:pPr>
            <w:r>
              <w:t>Useful facts: __________________________________________________________</w:t>
            </w:r>
          </w:p>
          <w:p w14:paraId="678889C4" w14:textId="77777777" w:rsidR="00BE3968" w:rsidRDefault="00CA6E70">
            <w:pPr>
              <w:pStyle w:val="CMRBodySmall"/>
            </w:pPr>
            <w:r>
              <w:t>____________________________________________________________________</w:t>
            </w:r>
          </w:p>
          <w:p w14:paraId="7C1A2081" w14:textId="77777777" w:rsidR="00BE3968" w:rsidRDefault="00CA6E70">
            <w:pPr>
              <w:pStyle w:val="CMRBodySmall"/>
              <w:spacing w:after="40"/>
            </w:pPr>
            <w:r>
              <w:rPr>
                <w:b/>
              </w:rPr>
              <w:t>STEP 3 — HOW DO I FIND IT?</w:t>
            </w:r>
          </w:p>
          <w:p w14:paraId="115E022E" w14:textId="77777777" w:rsidR="00BE3968" w:rsidRDefault="00CA6E70">
            <w:pPr>
              <w:pStyle w:val="CMRBodySmall"/>
              <w:spacing w:after="100"/>
            </w:pPr>
            <w:r>
              <w:t>My work: ____________________________________________________________</w:t>
            </w:r>
          </w:p>
          <w:p w14:paraId="5E86685D" w14:textId="77777777" w:rsidR="00BE3968" w:rsidRDefault="00CA6E70">
            <w:pPr>
              <w:pStyle w:val="CMRBodySmall"/>
              <w:spacing w:after="100"/>
            </w:pPr>
            <w:r>
              <w:t>____________________________________________________________________</w:t>
            </w:r>
          </w:p>
          <w:p w14:paraId="655EA6D4" w14:textId="77777777" w:rsidR="00BE3968" w:rsidRDefault="00CA6E70">
            <w:pPr>
              <w:pStyle w:val="CMRBodySmall"/>
              <w:spacing w:after="100"/>
            </w:pPr>
            <w:r>
              <w:t>____________________________________________________________________</w:t>
            </w:r>
          </w:p>
          <w:p w14:paraId="7B32F432" w14:textId="77777777" w:rsidR="00BE3968" w:rsidRDefault="00CA6E70">
            <w:pPr>
              <w:pStyle w:val="CMRBodySmall"/>
              <w:spacing w:after="100"/>
            </w:pPr>
            <w:r>
              <w:t>Answer with units: __________________________________________________</w:t>
            </w:r>
          </w:p>
          <w:p w14:paraId="6CCF128E" w14:textId="77777777" w:rsidR="00BE3968" w:rsidRDefault="00CA6E70">
            <w:pPr>
              <w:pStyle w:val="CMRBodySmall"/>
              <w:spacing w:after="80"/>
            </w:pPr>
            <w:r>
              <w:t>Does the answer make sense? ___________________________________________</w:t>
            </w:r>
          </w:p>
        </w:tc>
      </w:tr>
    </w:tbl>
    <w:p w14:paraId="46EEA7D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4CF9706" w14:textId="77777777">
        <w:tc>
          <w:tcPr>
            <w:tcW w:w="10036" w:type="dxa"/>
            <w:tcMar>
              <w:top w:w="70" w:type="dxa"/>
              <w:left w:w="140" w:type="dxa"/>
              <w:bottom w:w="85" w:type="dxa"/>
              <w:right w:w="140" w:type="dxa"/>
            </w:tcMar>
          </w:tcPr>
          <w:p w14:paraId="4CA91C86" w14:textId="77777777" w:rsidR="00BE3968" w:rsidRDefault="00BE3968"/>
          <w:p w14:paraId="0EB8167A" w14:textId="77777777" w:rsidR="00BE3968" w:rsidRDefault="00CA6E70">
            <w:pPr>
              <w:pStyle w:val="CMRBodySmall"/>
            </w:pPr>
            <w:r>
              <w:rPr>
                <w:b/>
              </w:rPr>
              <w:t>PROBLEM S2-174</w:t>
            </w:r>
          </w:p>
          <w:p w14:paraId="4742F8F9" w14:textId="77777777" w:rsidR="00BE3968" w:rsidRDefault="00CA6E70">
            <w:r>
              <w:t>Marcus is tiling a 14-foot by 20-foot rectangular floor. The installer says to add 5% to the area for broken tiles. The room has one window. How many square feet of tile should Marcus order, rounded up to a whole square foot?</w:t>
            </w:r>
          </w:p>
          <w:p w14:paraId="6F563A34" w14:textId="77777777" w:rsidR="00BE3968" w:rsidRDefault="00CA6E70">
            <w:pPr>
              <w:pStyle w:val="CMRBodySmall"/>
              <w:spacing w:after="40"/>
            </w:pPr>
            <w:r>
              <w:rPr>
                <w:b/>
              </w:rPr>
              <w:t>STEP 1 — WHAT DO THEY WANT?</w:t>
            </w:r>
          </w:p>
          <w:p w14:paraId="5A03BD3F" w14:textId="77777777" w:rsidR="00BE3968" w:rsidRDefault="00CA6E70">
            <w:pPr>
              <w:pStyle w:val="CMRBodySmall"/>
              <w:spacing w:after="80"/>
            </w:pPr>
            <w:r>
              <w:t>I need to find: _________________________________________________________</w:t>
            </w:r>
          </w:p>
          <w:p w14:paraId="5C800A81" w14:textId="77777777" w:rsidR="00BE3968" w:rsidRDefault="00CA6E70">
            <w:pPr>
              <w:pStyle w:val="CMRBodySmall"/>
              <w:spacing w:after="40"/>
            </w:pPr>
            <w:r>
              <w:rPr>
                <w:b/>
              </w:rPr>
              <w:t>STEP 2 — WHAT DO I KNOW?</w:t>
            </w:r>
          </w:p>
          <w:p w14:paraId="371FD0EE" w14:textId="77777777" w:rsidR="00BE3968" w:rsidRDefault="00CA6E70">
            <w:pPr>
              <w:pStyle w:val="CMRBodySmall"/>
              <w:spacing w:after="40"/>
            </w:pPr>
            <w:r>
              <w:t>Useful facts: __________________________________________________________</w:t>
            </w:r>
          </w:p>
          <w:p w14:paraId="5A9EFAAC" w14:textId="77777777" w:rsidR="00BE3968" w:rsidRDefault="00CA6E70">
            <w:pPr>
              <w:pStyle w:val="CMRBodySmall"/>
            </w:pPr>
            <w:r>
              <w:t>____________________________________________________________________</w:t>
            </w:r>
          </w:p>
          <w:p w14:paraId="20038BE0" w14:textId="77777777" w:rsidR="00BE3968" w:rsidRDefault="00CA6E70">
            <w:pPr>
              <w:pStyle w:val="CMRBodySmall"/>
              <w:spacing w:after="40"/>
            </w:pPr>
            <w:r>
              <w:rPr>
                <w:b/>
              </w:rPr>
              <w:t>STEP 3 — HOW DO I FIND IT?</w:t>
            </w:r>
          </w:p>
          <w:p w14:paraId="4319DFB9" w14:textId="77777777" w:rsidR="00BE3968" w:rsidRDefault="00CA6E70">
            <w:pPr>
              <w:pStyle w:val="CMRBodySmall"/>
              <w:spacing w:after="100"/>
            </w:pPr>
            <w:r>
              <w:t>My work: ____________________________________________________________</w:t>
            </w:r>
          </w:p>
          <w:p w14:paraId="52A8A3C2" w14:textId="77777777" w:rsidR="00BE3968" w:rsidRDefault="00CA6E70">
            <w:pPr>
              <w:pStyle w:val="CMRBodySmall"/>
              <w:spacing w:after="100"/>
            </w:pPr>
            <w:r>
              <w:t>____________________________________________________________________</w:t>
            </w:r>
          </w:p>
          <w:p w14:paraId="2A9F245E" w14:textId="77777777" w:rsidR="00BE3968" w:rsidRDefault="00CA6E70">
            <w:pPr>
              <w:pStyle w:val="CMRBodySmall"/>
              <w:spacing w:after="100"/>
            </w:pPr>
            <w:r>
              <w:t>____________________________________________________________________</w:t>
            </w:r>
          </w:p>
          <w:p w14:paraId="3642EA4A" w14:textId="77777777" w:rsidR="00BE3968" w:rsidRDefault="00CA6E70">
            <w:pPr>
              <w:pStyle w:val="CMRBodySmall"/>
              <w:spacing w:after="100"/>
            </w:pPr>
            <w:r>
              <w:t>Answer with units: __________________________________________________</w:t>
            </w:r>
          </w:p>
          <w:p w14:paraId="4022DEF1" w14:textId="77777777" w:rsidR="00BE3968" w:rsidRDefault="00CA6E70">
            <w:pPr>
              <w:pStyle w:val="CMRBodySmall"/>
              <w:spacing w:after="80"/>
            </w:pPr>
            <w:r>
              <w:t>Does the answer make sense? ___________________________________________</w:t>
            </w:r>
          </w:p>
        </w:tc>
      </w:tr>
    </w:tbl>
    <w:p w14:paraId="7AE181FD" w14:textId="77777777" w:rsidR="00BE3968" w:rsidRDefault="00CA6E70">
      <w:r>
        <w:br w:type="page"/>
      </w:r>
    </w:p>
    <w:p w14:paraId="3844CBAF" w14:textId="77777777" w:rsidR="00BE3968" w:rsidRDefault="00CA6E70">
      <w:pPr>
        <w:pStyle w:val="CMRSmallLabel"/>
        <w:spacing w:after="60"/>
      </w:pPr>
      <w:r>
        <w:rPr>
          <w:b w:val="0"/>
        </w:rPr>
        <w:t>SECTION 2  |  TOPIC 18  |  PRACTICE PAGE 3/5</w:t>
      </w:r>
    </w:p>
    <w:p w14:paraId="4246CD51" w14:textId="77777777" w:rsidR="00BE3968" w:rsidRDefault="00CA6E70">
      <w:pPr>
        <w:pStyle w:val="CMRPageTitle"/>
        <w:spacing w:after="60"/>
      </w:pPr>
      <w:r>
        <w:rPr>
          <w:b w:val="0"/>
        </w:rPr>
        <w:t>Room sizes</w:t>
      </w:r>
    </w:p>
    <w:p w14:paraId="313F86F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AE60841" w14:textId="77777777">
        <w:tc>
          <w:tcPr>
            <w:tcW w:w="10036" w:type="dxa"/>
            <w:shd w:val="clear" w:color="auto" w:fill="F5F8F9"/>
            <w:tcMar>
              <w:top w:w="70" w:type="dxa"/>
              <w:left w:w="140" w:type="dxa"/>
              <w:bottom w:w="85" w:type="dxa"/>
              <w:right w:w="140" w:type="dxa"/>
            </w:tcMar>
          </w:tcPr>
          <w:p w14:paraId="6D29E388" w14:textId="77777777" w:rsidR="00BE3968" w:rsidRDefault="00BE3968"/>
          <w:p w14:paraId="7B0AD9E1" w14:textId="77777777" w:rsidR="00BE3968" w:rsidRDefault="00CA6E70">
            <w:pPr>
              <w:pStyle w:val="CMRBodySmall"/>
            </w:pPr>
            <w:r>
              <w:rPr>
                <w:b/>
              </w:rPr>
              <w:t>PROBLEM S2-175</w:t>
            </w:r>
          </w:p>
          <w:p w14:paraId="6A558825" w14:textId="77777777" w:rsidR="00BE3968" w:rsidRDefault="00CA6E70">
            <w:r>
              <w:t>Linda is ordering flooring for a 11-foot by 14-foot rectangular room. The store recommends buying 5% extra for cuts. How many square feet should Linda order, rounding up to the next whole square foot?</w:t>
            </w:r>
          </w:p>
          <w:p w14:paraId="6E54D392" w14:textId="77777777" w:rsidR="00BE3968" w:rsidRDefault="00CA6E70">
            <w:pPr>
              <w:pStyle w:val="CMRBodySmall"/>
              <w:spacing w:after="40"/>
            </w:pPr>
            <w:r>
              <w:rPr>
                <w:b/>
              </w:rPr>
              <w:t>STEP 1 — WHAT DO THEY WANT?</w:t>
            </w:r>
          </w:p>
          <w:p w14:paraId="474589F7" w14:textId="77777777" w:rsidR="00BE3968" w:rsidRDefault="00CA6E70">
            <w:pPr>
              <w:pStyle w:val="CMRBodySmall"/>
              <w:spacing w:after="80"/>
            </w:pPr>
            <w:r>
              <w:t>I need to find: _________________________________________________________</w:t>
            </w:r>
          </w:p>
          <w:p w14:paraId="51CAA15F" w14:textId="77777777" w:rsidR="00BE3968" w:rsidRDefault="00CA6E70">
            <w:pPr>
              <w:pStyle w:val="CMRBodySmall"/>
              <w:spacing w:after="40"/>
            </w:pPr>
            <w:r>
              <w:rPr>
                <w:b/>
              </w:rPr>
              <w:t>STEP 2 — WHAT DO I KNOW?</w:t>
            </w:r>
          </w:p>
          <w:p w14:paraId="659D8EC7" w14:textId="77777777" w:rsidR="00BE3968" w:rsidRDefault="00CA6E70">
            <w:pPr>
              <w:pStyle w:val="CMRBodySmall"/>
              <w:spacing w:after="40"/>
            </w:pPr>
            <w:r>
              <w:t>Useful facts: __________________________________________________________</w:t>
            </w:r>
          </w:p>
          <w:p w14:paraId="687B5D41" w14:textId="77777777" w:rsidR="00BE3968" w:rsidRDefault="00CA6E70">
            <w:pPr>
              <w:pStyle w:val="CMRBodySmall"/>
            </w:pPr>
            <w:r>
              <w:t>____________________________________________________________________</w:t>
            </w:r>
          </w:p>
          <w:p w14:paraId="5FB57535" w14:textId="77777777" w:rsidR="00BE3968" w:rsidRDefault="00CA6E70">
            <w:pPr>
              <w:pStyle w:val="CMRBodySmall"/>
              <w:spacing w:after="40"/>
            </w:pPr>
            <w:r>
              <w:rPr>
                <w:b/>
              </w:rPr>
              <w:t>STEP 3 — HOW DO I FIND IT?</w:t>
            </w:r>
          </w:p>
          <w:p w14:paraId="4F5E4FFD" w14:textId="77777777" w:rsidR="00BE3968" w:rsidRDefault="00CA6E70">
            <w:pPr>
              <w:pStyle w:val="CMRBodySmall"/>
              <w:spacing w:after="100"/>
            </w:pPr>
            <w:r>
              <w:t>My work: ____________________________________________________________</w:t>
            </w:r>
          </w:p>
          <w:p w14:paraId="702F7FAA" w14:textId="77777777" w:rsidR="00BE3968" w:rsidRDefault="00CA6E70">
            <w:pPr>
              <w:pStyle w:val="CMRBodySmall"/>
              <w:spacing w:after="100"/>
            </w:pPr>
            <w:r>
              <w:t>____________________________________________________________________</w:t>
            </w:r>
          </w:p>
          <w:p w14:paraId="69418608" w14:textId="77777777" w:rsidR="00BE3968" w:rsidRDefault="00CA6E70">
            <w:pPr>
              <w:pStyle w:val="CMRBodySmall"/>
              <w:spacing w:after="100"/>
            </w:pPr>
            <w:r>
              <w:t>____________________________________________________________________</w:t>
            </w:r>
          </w:p>
          <w:p w14:paraId="11BFC2B1" w14:textId="77777777" w:rsidR="00BE3968" w:rsidRDefault="00CA6E70">
            <w:pPr>
              <w:pStyle w:val="CMRBodySmall"/>
              <w:spacing w:after="100"/>
            </w:pPr>
            <w:r>
              <w:t>Answer with units: __________________________________________________</w:t>
            </w:r>
          </w:p>
          <w:p w14:paraId="049CB55B" w14:textId="77777777" w:rsidR="00BE3968" w:rsidRDefault="00CA6E70">
            <w:pPr>
              <w:pStyle w:val="CMRBodySmall"/>
              <w:spacing w:after="80"/>
            </w:pPr>
            <w:r>
              <w:t>Does the answer make sense? ___________________________________________</w:t>
            </w:r>
          </w:p>
        </w:tc>
      </w:tr>
    </w:tbl>
    <w:p w14:paraId="35D74ED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F79B3B7" w14:textId="77777777">
        <w:tc>
          <w:tcPr>
            <w:tcW w:w="10036" w:type="dxa"/>
            <w:tcMar>
              <w:top w:w="70" w:type="dxa"/>
              <w:left w:w="140" w:type="dxa"/>
              <w:bottom w:w="85" w:type="dxa"/>
              <w:right w:w="140" w:type="dxa"/>
            </w:tcMar>
          </w:tcPr>
          <w:p w14:paraId="1FF7CABF" w14:textId="77777777" w:rsidR="00BE3968" w:rsidRDefault="00BE3968"/>
          <w:p w14:paraId="0029CFEA" w14:textId="77777777" w:rsidR="00BE3968" w:rsidRDefault="00CA6E70">
            <w:pPr>
              <w:pStyle w:val="CMRBodySmall"/>
            </w:pPr>
            <w:r>
              <w:rPr>
                <w:b/>
              </w:rPr>
              <w:t>PROBLEM S2-176</w:t>
            </w:r>
          </w:p>
          <w:p w14:paraId="5F1A0545" w14:textId="77777777" w:rsidR="00BE3968" w:rsidRDefault="00CA6E70">
            <w:r>
              <w:t>A rectangular room is 20 feet long and 12 feet wide. Carmen wants carpet for the floor plus 5% extra for waste. How many square feet should Carmen buy, rounded up to a whole number?</w:t>
            </w:r>
          </w:p>
          <w:p w14:paraId="044909EE" w14:textId="77777777" w:rsidR="00BE3968" w:rsidRDefault="00CA6E70">
            <w:pPr>
              <w:pStyle w:val="CMRBodySmall"/>
              <w:spacing w:after="40"/>
            </w:pPr>
            <w:r>
              <w:rPr>
                <w:b/>
              </w:rPr>
              <w:t>STEP 1 — WHAT DO THEY WANT?</w:t>
            </w:r>
          </w:p>
          <w:p w14:paraId="010E9381" w14:textId="77777777" w:rsidR="00BE3968" w:rsidRDefault="00CA6E70">
            <w:pPr>
              <w:pStyle w:val="CMRBodySmall"/>
              <w:spacing w:after="80"/>
            </w:pPr>
            <w:r>
              <w:t>I need to find: _________________________________________________________</w:t>
            </w:r>
          </w:p>
          <w:p w14:paraId="273D7D81" w14:textId="77777777" w:rsidR="00BE3968" w:rsidRDefault="00CA6E70">
            <w:pPr>
              <w:pStyle w:val="CMRBodySmall"/>
              <w:spacing w:after="40"/>
            </w:pPr>
            <w:r>
              <w:rPr>
                <w:b/>
              </w:rPr>
              <w:t>STEP 2 — WHAT DO I KNOW?</w:t>
            </w:r>
          </w:p>
          <w:p w14:paraId="7D0475D5" w14:textId="77777777" w:rsidR="00BE3968" w:rsidRDefault="00CA6E70">
            <w:pPr>
              <w:pStyle w:val="CMRBodySmall"/>
              <w:spacing w:after="40"/>
            </w:pPr>
            <w:r>
              <w:t>Useful facts: __________________________________________________________</w:t>
            </w:r>
          </w:p>
          <w:p w14:paraId="2F296C05" w14:textId="77777777" w:rsidR="00BE3968" w:rsidRDefault="00CA6E70">
            <w:pPr>
              <w:pStyle w:val="CMRBodySmall"/>
            </w:pPr>
            <w:r>
              <w:t>____________________________________________________________________</w:t>
            </w:r>
          </w:p>
          <w:p w14:paraId="6321D2CE" w14:textId="77777777" w:rsidR="00BE3968" w:rsidRDefault="00CA6E70">
            <w:pPr>
              <w:pStyle w:val="CMRBodySmall"/>
              <w:spacing w:after="40"/>
            </w:pPr>
            <w:r>
              <w:rPr>
                <w:b/>
              </w:rPr>
              <w:t>STEP 3 — HOW DO I FIND IT?</w:t>
            </w:r>
          </w:p>
          <w:p w14:paraId="23A1249F" w14:textId="77777777" w:rsidR="00BE3968" w:rsidRDefault="00CA6E70">
            <w:pPr>
              <w:pStyle w:val="CMRBodySmall"/>
              <w:spacing w:after="100"/>
            </w:pPr>
            <w:r>
              <w:t>My work: ____________________________________________________________</w:t>
            </w:r>
          </w:p>
          <w:p w14:paraId="78069DEF" w14:textId="77777777" w:rsidR="00BE3968" w:rsidRDefault="00CA6E70">
            <w:pPr>
              <w:pStyle w:val="CMRBodySmall"/>
              <w:spacing w:after="100"/>
            </w:pPr>
            <w:r>
              <w:t>____________________________________________________________________</w:t>
            </w:r>
          </w:p>
          <w:p w14:paraId="30E5C02D" w14:textId="77777777" w:rsidR="00BE3968" w:rsidRDefault="00CA6E70">
            <w:pPr>
              <w:pStyle w:val="CMRBodySmall"/>
              <w:spacing w:after="100"/>
            </w:pPr>
            <w:r>
              <w:t>____________________________________________________________________</w:t>
            </w:r>
          </w:p>
          <w:p w14:paraId="790A5CFB" w14:textId="77777777" w:rsidR="00BE3968" w:rsidRDefault="00CA6E70">
            <w:pPr>
              <w:pStyle w:val="CMRBodySmall"/>
              <w:spacing w:after="100"/>
            </w:pPr>
            <w:r>
              <w:t>Answer with units: __________________________________________________</w:t>
            </w:r>
          </w:p>
          <w:p w14:paraId="1D9DF2D6" w14:textId="77777777" w:rsidR="00BE3968" w:rsidRDefault="00CA6E70">
            <w:pPr>
              <w:pStyle w:val="CMRBodySmall"/>
              <w:spacing w:after="80"/>
            </w:pPr>
            <w:r>
              <w:t>Does the answer make sense? ___________________________________________</w:t>
            </w:r>
          </w:p>
        </w:tc>
      </w:tr>
    </w:tbl>
    <w:p w14:paraId="0AF04142" w14:textId="77777777" w:rsidR="00BE3968" w:rsidRDefault="00CA6E70">
      <w:r>
        <w:br w:type="page"/>
      </w:r>
    </w:p>
    <w:p w14:paraId="3E044948" w14:textId="77777777" w:rsidR="00BE3968" w:rsidRDefault="00CA6E70">
      <w:pPr>
        <w:pStyle w:val="CMRSmallLabel"/>
        <w:spacing w:after="60"/>
      </w:pPr>
      <w:r>
        <w:rPr>
          <w:b w:val="0"/>
        </w:rPr>
        <w:t>SECTION 2  |  TOPIC 18  |  PRACTICE PAGE 4/5</w:t>
      </w:r>
    </w:p>
    <w:p w14:paraId="457C33DC" w14:textId="77777777" w:rsidR="00BE3968" w:rsidRDefault="00CA6E70">
      <w:pPr>
        <w:pStyle w:val="CMRPageTitle"/>
        <w:spacing w:after="60"/>
      </w:pPr>
      <w:r>
        <w:rPr>
          <w:b w:val="0"/>
        </w:rPr>
        <w:t>Room sizes</w:t>
      </w:r>
    </w:p>
    <w:p w14:paraId="48DE5D8E"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39677BC" w14:textId="77777777">
        <w:tc>
          <w:tcPr>
            <w:tcW w:w="10036" w:type="dxa"/>
            <w:shd w:val="clear" w:color="auto" w:fill="F5F8F9"/>
            <w:tcMar>
              <w:top w:w="70" w:type="dxa"/>
              <w:left w:w="140" w:type="dxa"/>
              <w:bottom w:w="85" w:type="dxa"/>
              <w:right w:w="140" w:type="dxa"/>
            </w:tcMar>
          </w:tcPr>
          <w:p w14:paraId="15B7FA3D" w14:textId="77777777" w:rsidR="00BE3968" w:rsidRDefault="00BE3968"/>
          <w:p w14:paraId="4E07ADFB" w14:textId="77777777" w:rsidR="00BE3968" w:rsidRDefault="00CA6E70">
            <w:pPr>
              <w:pStyle w:val="CMRBodySmall"/>
            </w:pPr>
            <w:r>
              <w:rPr>
                <w:b/>
              </w:rPr>
              <w:t>PROBLEM S2-177</w:t>
            </w:r>
          </w:p>
          <w:p w14:paraId="17AA5C63" w14:textId="77777777" w:rsidR="00BE3968" w:rsidRDefault="00CA6E70">
            <w:r>
              <w:t>David is tiling a 10-foot by 10-foot rectangular floor. The installer says to add 10% to the area for broken tiles. The room has one window. How many square feet of tile should David order, rounded up to a whole square foot?</w:t>
            </w:r>
          </w:p>
          <w:p w14:paraId="7DA71282" w14:textId="77777777" w:rsidR="00BE3968" w:rsidRDefault="00CA6E70">
            <w:pPr>
              <w:pStyle w:val="CMRBodySmall"/>
              <w:spacing w:after="40"/>
            </w:pPr>
            <w:r>
              <w:rPr>
                <w:b/>
              </w:rPr>
              <w:t>STEP 1 — WHAT DO THEY WANT?</w:t>
            </w:r>
          </w:p>
          <w:p w14:paraId="0D7E0F8C" w14:textId="77777777" w:rsidR="00BE3968" w:rsidRDefault="00CA6E70">
            <w:pPr>
              <w:pStyle w:val="CMRBodySmall"/>
              <w:spacing w:after="80"/>
            </w:pPr>
            <w:r>
              <w:t>I need to find: _________________________________________________________</w:t>
            </w:r>
          </w:p>
          <w:p w14:paraId="38272D53" w14:textId="77777777" w:rsidR="00BE3968" w:rsidRDefault="00CA6E70">
            <w:pPr>
              <w:pStyle w:val="CMRBodySmall"/>
              <w:spacing w:after="40"/>
            </w:pPr>
            <w:r>
              <w:rPr>
                <w:b/>
              </w:rPr>
              <w:t>STEP 2 — WHAT DO I KNOW?</w:t>
            </w:r>
          </w:p>
          <w:p w14:paraId="52029D39" w14:textId="77777777" w:rsidR="00BE3968" w:rsidRDefault="00CA6E70">
            <w:pPr>
              <w:pStyle w:val="CMRBodySmall"/>
              <w:spacing w:after="40"/>
            </w:pPr>
            <w:r>
              <w:t>Useful facts: __________________________________________________________</w:t>
            </w:r>
          </w:p>
          <w:p w14:paraId="495665E7" w14:textId="77777777" w:rsidR="00BE3968" w:rsidRDefault="00CA6E70">
            <w:pPr>
              <w:pStyle w:val="CMRBodySmall"/>
            </w:pPr>
            <w:r>
              <w:t>____________________________________________________________________</w:t>
            </w:r>
          </w:p>
          <w:p w14:paraId="129032BA" w14:textId="77777777" w:rsidR="00BE3968" w:rsidRDefault="00CA6E70">
            <w:pPr>
              <w:pStyle w:val="CMRBodySmall"/>
              <w:spacing w:after="40"/>
            </w:pPr>
            <w:r>
              <w:rPr>
                <w:b/>
              </w:rPr>
              <w:t>STEP 3 — HOW DO I FIND IT?</w:t>
            </w:r>
          </w:p>
          <w:p w14:paraId="40F6BAF3" w14:textId="77777777" w:rsidR="00BE3968" w:rsidRDefault="00CA6E70">
            <w:pPr>
              <w:pStyle w:val="CMRBodySmall"/>
              <w:spacing w:after="100"/>
            </w:pPr>
            <w:r>
              <w:t>My work: ____________________________________________________________</w:t>
            </w:r>
          </w:p>
          <w:p w14:paraId="546ECAA7" w14:textId="77777777" w:rsidR="00BE3968" w:rsidRDefault="00CA6E70">
            <w:pPr>
              <w:pStyle w:val="CMRBodySmall"/>
              <w:spacing w:after="100"/>
            </w:pPr>
            <w:r>
              <w:t>____________________________________________________________________</w:t>
            </w:r>
          </w:p>
          <w:p w14:paraId="3961425C" w14:textId="77777777" w:rsidR="00BE3968" w:rsidRDefault="00CA6E70">
            <w:pPr>
              <w:pStyle w:val="CMRBodySmall"/>
              <w:spacing w:after="100"/>
            </w:pPr>
            <w:r>
              <w:t>____________________________________________________________________</w:t>
            </w:r>
          </w:p>
          <w:p w14:paraId="633B8728" w14:textId="77777777" w:rsidR="00BE3968" w:rsidRDefault="00CA6E70">
            <w:pPr>
              <w:pStyle w:val="CMRBodySmall"/>
              <w:spacing w:after="100"/>
            </w:pPr>
            <w:r>
              <w:t>Answer with units: __________________________________________________</w:t>
            </w:r>
          </w:p>
          <w:p w14:paraId="7DBCEB29" w14:textId="77777777" w:rsidR="00BE3968" w:rsidRDefault="00CA6E70">
            <w:pPr>
              <w:pStyle w:val="CMRBodySmall"/>
              <w:spacing w:after="80"/>
            </w:pPr>
            <w:r>
              <w:t>Does the answer make sense? ___________________________________________</w:t>
            </w:r>
          </w:p>
        </w:tc>
      </w:tr>
    </w:tbl>
    <w:p w14:paraId="4E7C3A3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3E1582E" w14:textId="77777777">
        <w:tc>
          <w:tcPr>
            <w:tcW w:w="10036" w:type="dxa"/>
            <w:tcMar>
              <w:top w:w="70" w:type="dxa"/>
              <w:left w:w="140" w:type="dxa"/>
              <w:bottom w:w="85" w:type="dxa"/>
              <w:right w:w="140" w:type="dxa"/>
            </w:tcMar>
          </w:tcPr>
          <w:p w14:paraId="0ED3394A" w14:textId="77777777" w:rsidR="00BE3968" w:rsidRDefault="00BE3968"/>
          <w:p w14:paraId="58497A6A" w14:textId="77777777" w:rsidR="00BE3968" w:rsidRDefault="00CA6E70">
            <w:pPr>
              <w:pStyle w:val="CMRBodySmall"/>
            </w:pPr>
            <w:r>
              <w:rPr>
                <w:b/>
              </w:rPr>
              <w:t>PROBLEM S2-178</w:t>
            </w:r>
          </w:p>
          <w:p w14:paraId="15EA06A2" w14:textId="77777777" w:rsidR="00BE3968" w:rsidRDefault="00CA6E70">
            <w:r>
              <w:t>Tanya is ordering flooring for a 13-foot by 12-foot rectangular room. The store recommends buying 10% extra for cuts. How many square feet should Tanya order, rounding up to the next whole square foot?</w:t>
            </w:r>
          </w:p>
          <w:p w14:paraId="4E0D2B53" w14:textId="77777777" w:rsidR="00BE3968" w:rsidRDefault="00CA6E70">
            <w:pPr>
              <w:pStyle w:val="CMRBodySmall"/>
              <w:spacing w:after="40"/>
            </w:pPr>
            <w:r>
              <w:rPr>
                <w:b/>
              </w:rPr>
              <w:t>STEP 1 — WHAT DO THEY WANT?</w:t>
            </w:r>
          </w:p>
          <w:p w14:paraId="6A43EB03" w14:textId="77777777" w:rsidR="00BE3968" w:rsidRDefault="00CA6E70">
            <w:pPr>
              <w:pStyle w:val="CMRBodySmall"/>
              <w:spacing w:after="80"/>
            </w:pPr>
            <w:r>
              <w:t>I need to find: _________________________________________________________</w:t>
            </w:r>
          </w:p>
          <w:p w14:paraId="4A9BC674" w14:textId="77777777" w:rsidR="00BE3968" w:rsidRDefault="00CA6E70">
            <w:pPr>
              <w:pStyle w:val="CMRBodySmall"/>
              <w:spacing w:after="40"/>
            </w:pPr>
            <w:r>
              <w:rPr>
                <w:b/>
              </w:rPr>
              <w:t>STEP 2 — WHAT DO I KNOW?</w:t>
            </w:r>
          </w:p>
          <w:p w14:paraId="55192D5A" w14:textId="77777777" w:rsidR="00BE3968" w:rsidRDefault="00CA6E70">
            <w:pPr>
              <w:pStyle w:val="CMRBodySmall"/>
              <w:spacing w:after="40"/>
            </w:pPr>
            <w:r>
              <w:t>Useful facts: __________________________________________________________</w:t>
            </w:r>
          </w:p>
          <w:p w14:paraId="41EDAE09" w14:textId="77777777" w:rsidR="00BE3968" w:rsidRDefault="00CA6E70">
            <w:pPr>
              <w:pStyle w:val="CMRBodySmall"/>
            </w:pPr>
            <w:r>
              <w:t>____________________________________________________________________</w:t>
            </w:r>
          </w:p>
          <w:p w14:paraId="563A6F07" w14:textId="77777777" w:rsidR="00BE3968" w:rsidRDefault="00CA6E70">
            <w:pPr>
              <w:pStyle w:val="CMRBodySmall"/>
              <w:spacing w:after="40"/>
            </w:pPr>
            <w:r>
              <w:rPr>
                <w:b/>
              </w:rPr>
              <w:t>STEP 3 — HOW DO I FIND IT?</w:t>
            </w:r>
          </w:p>
          <w:p w14:paraId="1AC23EA1" w14:textId="77777777" w:rsidR="00BE3968" w:rsidRDefault="00CA6E70">
            <w:pPr>
              <w:pStyle w:val="CMRBodySmall"/>
              <w:spacing w:after="100"/>
            </w:pPr>
            <w:r>
              <w:t>My work: ____________________________________________________________</w:t>
            </w:r>
          </w:p>
          <w:p w14:paraId="28E96D39" w14:textId="77777777" w:rsidR="00BE3968" w:rsidRDefault="00CA6E70">
            <w:pPr>
              <w:pStyle w:val="CMRBodySmall"/>
              <w:spacing w:after="100"/>
            </w:pPr>
            <w:r>
              <w:t>____________________________________________________________________</w:t>
            </w:r>
          </w:p>
          <w:p w14:paraId="1E0FE92B" w14:textId="77777777" w:rsidR="00BE3968" w:rsidRDefault="00CA6E70">
            <w:pPr>
              <w:pStyle w:val="CMRBodySmall"/>
              <w:spacing w:after="100"/>
            </w:pPr>
            <w:r>
              <w:t>____________________________________________________________________</w:t>
            </w:r>
          </w:p>
          <w:p w14:paraId="6370D8B5" w14:textId="77777777" w:rsidR="00BE3968" w:rsidRDefault="00CA6E70">
            <w:pPr>
              <w:pStyle w:val="CMRBodySmall"/>
              <w:spacing w:after="100"/>
            </w:pPr>
            <w:r>
              <w:t>Answer with units: __________________________________________________</w:t>
            </w:r>
          </w:p>
          <w:p w14:paraId="7B367988" w14:textId="77777777" w:rsidR="00BE3968" w:rsidRDefault="00CA6E70">
            <w:pPr>
              <w:pStyle w:val="CMRBodySmall"/>
              <w:spacing w:after="80"/>
            </w:pPr>
            <w:r>
              <w:t>Does the answer make sense? ___________________________________________</w:t>
            </w:r>
          </w:p>
        </w:tc>
      </w:tr>
    </w:tbl>
    <w:p w14:paraId="2700CDA1" w14:textId="77777777" w:rsidR="00BE3968" w:rsidRDefault="00CA6E70">
      <w:r>
        <w:br w:type="page"/>
      </w:r>
    </w:p>
    <w:p w14:paraId="64DD6923" w14:textId="77777777" w:rsidR="00BE3968" w:rsidRDefault="00CA6E70">
      <w:pPr>
        <w:pStyle w:val="CMRSmallLabel"/>
        <w:spacing w:after="60"/>
      </w:pPr>
      <w:r>
        <w:rPr>
          <w:b w:val="0"/>
        </w:rPr>
        <w:t>SECTION 2  |  TOPIC 18  |  PRACTICE PAGE 5/5</w:t>
      </w:r>
    </w:p>
    <w:p w14:paraId="1D1740C7" w14:textId="77777777" w:rsidR="00BE3968" w:rsidRDefault="00CA6E70">
      <w:pPr>
        <w:pStyle w:val="CMRPageTitle"/>
        <w:spacing w:after="60"/>
      </w:pPr>
      <w:r>
        <w:rPr>
          <w:b w:val="0"/>
        </w:rPr>
        <w:t>Room sizes</w:t>
      </w:r>
    </w:p>
    <w:p w14:paraId="201CDCB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56AC2D0" w14:textId="77777777">
        <w:tc>
          <w:tcPr>
            <w:tcW w:w="10036" w:type="dxa"/>
            <w:shd w:val="clear" w:color="auto" w:fill="F5F8F9"/>
            <w:tcMar>
              <w:top w:w="70" w:type="dxa"/>
              <w:left w:w="140" w:type="dxa"/>
              <w:bottom w:w="85" w:type="dxa"/>
              <w:right w:w="140" w:type="dxa"/>
            </w:tcMar>
          </w:tcPr>
          <w:p w14:paraId="0E4B80AB" w14:textId="77777777" w:rsidR="00BE3968" w:rsidRDefault="00BE3968"/>
          <w:p w14:paraId="0193D819" w14:textId="77777777" w:rsidR="00BE3968" w:rsidRDefault="00CA6E70">
            <w:pPr>
              <w:pStyle w:val="CMRBodySmall"/>
            </w:pPr>
            <w:r>
              <w:rPr>
                <w:b/>
              </w:rPr>
              <w:t>PROBLEM S2-179</w:t>
            </w:r>
          </w:p>
          <w:p w14:paraId="1FD5DE7F" w14:textId="77777777" w:rsidR="00BE3968" w:rsidRDefault="00CA6E70">
            <w:r>
              <w:t>A rectangular room is 19 feet long and 11 feet wide. Kevin wants carpet for the floor plus 5% extra for waste. How many square feet should Kevin buy, rounded up to a whole number?</w:t>
            </w:r>
          </w:p>
          <w:p w14:paraId="6AC57671" w14:textId="77777777" w:rsidR="00BE3968" w:rsidRDefault="00CA6E70">
            <w:pPr>
              <w:pStyle w:val="CMRBodySmall"/>
              <w:spacing w:after="40"/>
            </w:pPr>
            <w:r>
              <w:rPr>
                <w:b/>
              </w:rPr>
              <w:t>STEP 1 — WHAT DO THEY WANT?</w:t>
            </w:r>
          </w:p>
          <w:p w14:paraId="345DBD42" w14:textId="77777777" w:rsidR="00BE3968" w:rsidRDefault="00CA6E70">
            <w:pPr>
              <w:pStyle w:val="CMRBodySmall"/>
              <w:spacing w:after="80"/>
            </w:pPr>
            <w:r>
              <w:t>I need to find: _________________________________________________________</w:t>
            </w:r>
          </w:p>
          <w:p w14:paraId="0B3253F0" w14:textId="77777777" w:rsidR="00BE3968" w:rsidRDefault="00CA6E70">
            <w:pPr>
              <w:pStyle w:val="CMRBodySmall"/>
              <w:spacing w:after="40"/>
            </w:pPr>
            <w:r>
              <w:rPr>
                <w:b/>
              </w:rPr>
              <w:t>STEP 2 — WHAT DO I KNOW?</w:t>
            </w:r>
          </w:p>
          <w:p w14:paraId="24CAD231" w14:textId="77777777" w:rsidR="00BE3968" w:rsidRDefault="00CA6E70">
            <w:pPr>
              <w:pStyle w:val="CMRBodySmall"/>
              <w:spacing w:after="40"/>
            </w:pPr>
            <w:r>
              <w:t>Useful facts: __________________________________________________________</w:t>
            </w:r>
          </w:p>
          <w:p w14:paraId="13EE5787" w14:textId="77777777" w:rsidR="00BE3968" w:rsidRDefault="00CA6E70">
            <w:pPr>
              <w:pStyle w:val="CMRBodySmall"/>
            </w:pPr>
            <w:r>
              <w:t>____________________________________________________________________</w:t>
            </w:r>
          </w:p>
          <w:p w14:paraId="39A09296" w14:textId="77777777" w:rsidR="00BE3968" w:rsidRDefault="00CA6E70">
            <w:pPr>
              <w:pStyle w:val="CMRBodySmall"/>
              <w:spacing w:after="40"/>
            </w:pPr>
            <w:r>
              <w:rPr>
                <w:b/>
              </w:rPr>
              <w:t>STEP 3 — HOW DO I FIND IT?</w:t>
            </w:r>
          </w:p>
          <w:p w14:paraId="60245557" w14:textId="77777777" w:rsidR="00BE3968" w:rsidRDefault="00CA6E70">
            <w:pPr>
              <w:pStyle w:val="CMRBodySmall"/>
              <w:spacing w:after="100"/>
            </w:pPr>
            <w:r>
              <w:t>My work: ____________________________________________________________</w:t>
            </w:r>
          </w:p>
          <w:p w14:paraId="6CEAC411" w14:textId="77777777" w:rsidR="00BE3968" w:rsidRDefault="00CA6E70">
            <w:pPr>
              <w:pStyle w:val="CMRBodySmall"/>
              <w:spacing w:after="100"/>
            </w:pPr>
            <w:r>
              <w:t>____________________________________________________________________</w:t>
            </w:r>
          </w:p>
          <w:p w14:paraId="0570BBBD" w14:textId="77777777" w:rsidR="00BE3968" w:rsidRDefault="00CA6E70">
            <w:pPr>
              <w:pStyle w:val="CMRBodySmall"/>
              <w:spacing w:after="100"/>
            </w:pPr>
            <w:r>
              <w:t>____________________________________________________________________</w:t>
            </w:r>
          </w:p>
          <w:p w14:paraId="50DEE301" w14:textId="77777777" w:rsidR="00BE3968" w:rsidRDefault="00CA6E70">
            <w:pPr>
              <w:pStyle w:val="CMRBodySmall"/>
              <w:spacing w:after="100"/>
            </w:pPr>
            <w:r>
              <w:t>Answer with units: __________________________________________________</w:t>
            </w:r>
          </w:p>
          <w:p w14:paraId="11B770B0" w14:textId="77777777" w:rsidR="00BE3968" w:rsidRDefault="00CA6E70">
            <w:pPr>
              <w:pStyle w:val="CMRBodySmall"/>
              <w:spacing w:after="80"/>
            </w:pPr>
            <w:r>
              <w:t>Does the answer make sense? ___________________________________________</w:t>
            </w:r>
          </w:p>
        </w:tc>
      </w:tr>
    </w:tbl>
    <w:p w14:paraId="2BC08C3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5E9D53F" w14:textId="77777777">
        <w:tc>
          <w:tcPr>
            <w:tcW w:w="10036" w:type="dxa"/>
            <w:tcMar>
              <w:top w:w="70" w:type="dxa"/>
              <w:left w:w="140" w:type="dxa"/>
              <w:bottom w:w="85" w:type="dxa"/>
              <w:right w:w="140" w:type="dxa"/>
            </w:tcMar>
          </w:tcPr>
          <w:p w14:paraId="14CFEDFA" w14:textId="77777777" w:rsidR="00BE3968" w:rsidRDefault="00BE3968"/>
          <w:p w14:paraId="07E95B0D" w14:textId="77777777" w:rsidR="00BE3968" w:rsidRDefault="00CA6E70">
            <w:pPr>
              <w:pStyle w:val="CMRBodySmall"/>
            </w:pPr>
            <w:r>
              <w:rPr>
                <w:b/>
              </w:rPr>
              <w:t>PROBLEM S2-180</w:t>
            </w:r>
          </w:p>
          <w:p w14:paraId="1E56C34A" w14:textId="77777777" w:rsidR="00BE3968" w:rsidRDefault="00CA6E70">
            <w:r>
              <w:t>Sharon is tiling a 14-foot by 13-foot rectangular floor. The installer says to add 15% to the area for broken tiles. The room has one window. How many square feet of tile should Sharon order, rounded up to a whole square foot?</w:t>
            </w:r>
          </w:p>
          <w:p w14:paraId="018E9EE4" w14:textId="77777777" w:rsidR="00BE3968" w:rsidRDefault="00CA6E70">
            <w:pPr>
              <w:pStyle w:val="CMRBodySmall"/>
              <w:spacing w:after="40"/>
            </w:pPr>
            <w:r>
              <w:rPr>
                <w:b/>
              </w:rPr>
              <w:t>STEP 1 — WHAT DO THEY WANT?</w:t>
            </w:r>
          </w:p>
          <w:p w14:paraId="57723C5C" w14:textId="77777777" w:rsidR="00BE3968" w:rsidRDefault="00CA6E70">
            <w:pPr>
              <w:pStyle w:val="CMRBodySmall"/>
              <w:spacing w:after="80"/>
            </w:pPr>
            <w:r>
              <w:t>I need to find: _________________________________________________________</w:t>
            </w:r>
          </w:p>
          <w:p w14:paraId="548283B7" w14:textId="77777777" w:rsidR="00BE3968" w:rsidRDefault="00CA6E70">
            <w:pPr>
              <w:pStyle w:val="CMRBodySmall"/>
              <w:spacing w:after="40"/>
            </w:pPr>
            <w:r>
              <w:rPr>
                <w:b/>
              </w:rPr>
              <w:t>STEP 2 — WHAT DO I KNOW?</w:t>
            </w:r>
          </w:p>
          <w:p w14:paraId="2E03F72C" w14:textId="77777777" w:rsidR="00BE3968" w:rsidRDefault="00CA6E70">
            <w:pPr>
              <w:pStyle w:val="CMRBodySmall"/>
              <w:spacing w:after="40"/>
            </w:pPr>
            <w:r>
              <w:t>Useful facts: __________________________________________________________</w:t>
            </w:r>
          </w:p>
          <w:p w14:paraId="692E17D7" w14:textId="77777777" w:rsidR="00BE3968" w:rsidRDefault="00CA6E70">
            <w:pPr>
              <w:pStyle w:val="CMRBodySmall"/>
            </w:pPr>
            <w:r>
              <w:t>____________________________________________________________________</w:t>
            </w:r>
          </w:p>
          <w:p w14:paraId="2855908A" w14:textId="77777777" w:rsidR="00BE3968" w:rsidRDefault="00CA6E70">
            <w:pPr>
              <w:pStyle w:val="CMRBodySmall"/>
              <w:spacing w:after="40"/>
            </w:pPr>
            <w:r>
              <w:rPr>
                <w:b/>
              </w:rPr>
              <w:t>STEP 3 — HOW DO I FIND IT?</w:t>
            </w:r>
          </w:p>
          <w:p w14:paraId="7596B427" w14:textId="77777777" w:rsidR="00BE3968" w:rsidRDefault="00CA6E70">
            <w:pPr>
              <w:pStyle w:val="CMRBodySmall"/>
              <w:spacing w:after="100"/>
            </w:pPr>
            <w:r>
              <w:t>My work: ____________________________________________________________</w:t>
            </w:r>
          </w:p>
          <w:p w14:paraId="318A3AF3" w14:textId="77777777" w:rsidR="00BE3968" w:rsidRDefault="00CA6E70">
            <w:pPr>
              <w:pStyle w:val="CMRBodySmall"/>
              <w:spacing w:after="100"/>
            </w:pPr>
            <w:r>
              <w:t>____________________________________________________________________</w:t>
            </w:r>
          </w:p>
          <w:p w14:paraId="1F043CA5" w14:textId="77777777" w:rsidR="00BE3968" w:rsidRDefault="00CA6E70">
            <w:pPr>
              <w:pStyle w:val="CMRBodySmall"/>
              <w:spacing w:after="100"/>
            </w:pPr>
            <w:r>
              <w:t>____________________________________________________________________</w:t>
            </w:r>
          </w:p>
          <w:p w14:paraId="00973A8C" w14:textId="77777777" w:rsidR="00BE3968" w:rsidRDefault="00CA6E70">
            <w:pPr>
              <w:pStyle w:val="CMRBodySmall"/>
              <w:spacing w:after="100"/>
            </w:pPr>
            <w:r>
              <w:t>Answer with units: __________________________________________________</w:t>
            </w:r>
          </w:p>
          <w:p w14:paraId="44ADAD9A" w14:textId="77777777" w:rsidR="00BE3968" w:rsidRDefault="00CA6E70">
            <w:pPr>
              <w:pStyle w:val="CMRBodySmall"/>
              <w:spacing w:after="80"/>
            </w:pPr>
            <w:r>
              <w:t>Does the answer make sense? ___________________________________________</w:t>
            </w:r>
          </w:p>
        </w:tc>
      </w:tr>
    </w:tbl>
    <w:p w14:paraId="06A6B133" w14:textId="77777777" w:rsidR="00BE3968" w:rsidRDefault="00CA6E70">
      <w:r>
        <w:br w:type="page"/>
      </w:r>
    </w:p>
    <w:p w14:paraId="43E8A6CD" w14:textId="77777777" w:rsidR="00BE3968" w:rsidRDefault="00CA6E70">
      <w:pPr>
        <w:pStyle w:val="CMRSmallLabel"/>
        <w:spacing w:after="60"/>
      </w:pPr>
      <w:r>
        <w:rPr>
          <w:b w:val="0"/>
        </w:rPr>
        <w:t>SECTION 2  |  TOPIC 19  |  PRACTICE PAGE 1/5</w:t>
      </w:r>
    </w:p>
    <w:p w14:paraId="4F53E5EE" w14:textId="77777777" w:rsidR="00BE3968" w:rsidRDefault="00CA6E70">
      <w:pPr>
        <w:pStyle w:val="CMRPageTitle"/>
        <w:spacing w:after="60"/>
      </w:pPr>
      <w:r>
        <w:rPr>
          <w:b w:val="0"/>
        </w:rPr>
        <w:t>Paint and supplies</w:t>
      </w:r>
    </w:p>
    <w:p w14:paraId="60A8C509" w14:textId="77777777" w:rsidR="00BE3968" w:rsidRDefault="00CA6E70">
      <w:pPr>
        <w:pStyle w:val="CMRBodySmall"/>
        <w:spacing w:after="100"/>
      </w:pPr>
      <w:r>
        <w:t>Use the same three steps: Estimate how much material a job needs and round up appropriately.</w:t>
      </w:r>
    </w:p>
    <w:tbl>
      <w:tblPr>
        <w:tblW w:w="0" w:type="auto"/>
        <w:tblLayout w:type="fixed"/>
        <w:tblLook w:val="04A0" w:firstRow="1" w:lastRow="0" w:firstColumn="1" w:lastColumn="0" w:noHBand="0" w:noVBand="1"/>
      </w:tblPr>
      <w:tblGrid>
        <w:gridCol w:w="10036"/>
      </w:tblGrid>
      <w:tr w:rsidR="00BE3968" w14:paraId="01CB07D3" w14:textId="77777777">
        <w:tc>
          <w:tcPr>
            <w:tcW w:w="10036" w:type="dxa"/>
            <w:shd w:val="clear" w:color="auto" w:fill="F5F8F9"/>
            <w:tcMar>
              <w:top w:w="70" w:type="dxa"/>
              <w:left w:w="140" w:type="dxa"/>
              <w:bottom w:w="85" w:type="dxa"/>
              <w:right w:w="140" w:type="dxa"/>
            </w:tcMar>
          </w:tcPr>
          <w:p w14:paraId="459BC17C" w14:textId="77777777" w:rsidR="00BE3968" w:rsidRDefault="00BE3968"/>
          <w:p w14:paraId="035A9C60" w14:textId="77777777" w:rsidR="00BE3968" w:rsidRDefault="00CA6E70">
            <w:pPr>
              <w:pStyle w:val="CMRBodySmall"/>
            </w:pPr>
            <w:r>
              <w:rPr>
                <w:b/>
              </w:rPr>
              <w:t>PROBLEM S2-181</w:t>
            </w:r>
          </w:p>
          <w:p w14:paraId="462DB8AF" w14:textId="77777777" w:rsidR="00BE3968" w:rsidRDefault="00CA6E70">
            <w:r>
              <w:t>Patricia needs to paint 276 square feet of wall. One can covers 100 square feet for one coat. The job requires two coats. A paintbrush is already available. How many whole cans should Patricia buy?</w:t>
            </w:r>
          </w:p>
          <w:p w14:paraId="6312F90C" w14:textId="77777777" w:rsidR="00BE3968" w:rsidRDefault="00CA6E70">
            <w:pPr>
              <w:pStyle w:val="CMRBodySmall"/>
              <w:spacing w:after="40"/>
            </w:pPr>
            <w:r>
              <w:rPr>
                <w:b/>
              </w:rPr>
              <w:t>STEP 1 — WHAT DO THEY WANT?</w:t>
            </w:r>
          </w:p>
          <w:p w14:paraId="69E93BA4" w14:textId="77777777" w:rsidR="00BE3968" w:rsidRDefault="00CA6E70">
            <w:pPr>
              <w:pStyle w:val="CMRBodySmall"/>
              <w:spacing w:after="80"/>
            </w:pPr>
            <w:r>
              <w:t>I need to find: _________________________________________________________</w:t>
            </w:r>
          </w:p>
          <w:p w14:paraId="33A1ED34" w14:textId="77777777" w:rsidR="00BE3968" w:rsidRDefault="00CA6E70">
            <w:pPr>
              <w:pStyle w:val="CMRBodySmall"/>
              <w:spacing w:after="40"/>
            </w:pPr>
            <w:r>
              <w:rPr>
                <w:b/>
              </w:rPr>
              <w:t>STEP 2 — WHAT DO I KNOW?</w:t>
            </w:r>
          </w:p>
          <w:p w14:paraId="6615A992" w14:textId="77777777" w:rsidR="00BE3968" w:rsidRDefault="00CA6E70">
            <w:pPr>
              <w:pStyle w:val="CMRBodySmall"/>
              <w:spacing w:after="40"/>
            </w:pPr>
            <w:r>
              <w:t>Useful facts: __________________________________________________________</w:t>
            </w:r>
          </w:p>
          <w:p w14:paraId="68174364" w14:textId="77777777" w:rsidR="00BE3968" w:rsidRDefault="00CA6E70">
            <w:pPr>
              <w:pStyle w:val="CMRBodySmall"/>
            </w:pPr>
            <w:r>
              <w:t>____________________________________________________________________</w:t>
            </w:r>
          </w:p>
          <w:p w14:paraId="5F814F1C" w14:textId="77777777" w:rsidR="00BE3968" w:rsidRDefault="00CA6E70">
            <w:pPr>
              <w:pStyle w:val="CMRBodySmall"/>
              <w:spacing w:after="40"/>
            </w:pPr>
            <w:r>
              <w:rPr>
                <w:b/>
              </w:rPr>
              <w:t>STEP 3 — HOW DO I FIND IT?</w:t>
            </w:r>
          </w:p>
          <w:p w14:paraId="7EC4C1B4" w14:textId="77777777" w:rsidR="00BE3968" w:rsidRDefault="00CA6E70">
            <w:pPr>
              <w:pStyle w:val="CMRBodySmall"/>
              <w:spacing w:after="100"/>
            </w:pPr>
            <w:r>
              <w:t>My work: ____________________________________________________________</w:t>
            </w:r>
          </w:p>
          <w:p w14:paraId="5D48231B" w14:textId="77777777" w:rsidR="00BE3968" w:rsidRDefault="00CA6E70">
            <w:pPr>
              <w:pStyle w:val="CMRBodySmall"/>
              <w:spacing w:after="100"/>
            </w:pPr>
            <w:r>
              <w:t>____________________________________________________________________</w:t>
            </w:r>
          </w:p>
          <w:p w14:paraId="3377A172" w14:textId="77777777" w:rsidR="00BE3968" w:rsidRDefault="00CA6E70">
            <w:pPr>
              <w:pStyle w:val="CMRBodySmall"/>
              <w:spacing w:after="100"/>
            </w:pPr>
            <w:r>
              <w:t>____________________________________________________________________</w:t>
            </w:r>
          </w:p>
          <w:p w14:paraId="0F7955B4" w14:textId="77777777" w:rsidR="00BE3968" w:rsidRDefault="00CA6E70">
            <w:pPr>
              <w:pStyle w:val="CMRBodySmall"/>
              <w:spacing w:after="100"/>
            </w:pPr>
            <w:r>
              <w:t>Answer with units: __________________________________________________</w:t>
            </w:r>
          </w:p>
          <w:p w14:paraId="3CD99236" w14:textId="77777777" w:rsidR="00BE3968" w:rsidRDefault="00CA6E70">
            <w:pPr>
              <w:pStyle w:val="CMRBodySmall"/>
              <w:spacing w:after="80"/>
            </w:pPr>
            <w:r>
              <w:t>Does the answer make sense? ___________________________________________</w:t>
            </w:r>
          </w:p>
        </w:tc>
      </w:tr>
    </w:tbl>
    <w:p w14:paraId="64F7D3D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20E264C" w14:textId="77777777">
        <w:tc>
          <w:tcPr>
            <w:tcW w:w="10036" w:type="dxa"/>
            <w:tcMar>
              <w:top w:w="70" w:type="dxa"/>
              <w:left w:w="140" w:type="dxa"/>
              <w:bottom w:w="85" w:type="dxa"/>
              <w:right w:w="140" w:type="dxa"/>
            </w:tcMar>
          </w:tcPr>
          <w:p w14:paraId="12869CB4" w14:textId="77777777" w:rsidR="00BE3968" w:rsidRDefault="00BE3968"/>
          <w:p w14:paraId="51365558" w14:textId="77777777" w:rsidR="00BE3968" w:rsidRDefault="00CA6E70">
            <w:pPr>
              <w:pStyle w:val="CMRBodySmall"/>
            </w:pPr>
            <w:r>
              <w:rPr>
                <w:b/>
              </w:rPr>
              <w:t>PROBLEM S2-182</w:t>
            </w:r>
          </w:p>
          <w:p w14:paraId="2C74F466" w14:textId="77777777" w:rsidR="00BE3968" w:rsidRDefault="00CA6E70">
            <w:r>
              <w:t>Elaine is painting a 235-square-foot room and wants two coats of paint. Each can covers 80 square feet per coat. Elaine already owns rollers and tape. How many cans should Elaine buy?</w:t>
            </w:r>
          </w:p>
          <w:p w14:paraId="1DD0C852" w14:textId="77777777" w:rsidR="00BE3968" w:rsidRDefault="00CA6E70">
            <w:pPr>
              <w:pStyle w:val="CMRBodySmall"/>
              <w:spacing w:after="40"/>
            </w:pPr>
            <w:r>
              <w:rPr>
                <w:b/>
              </w:rPr>
              <w:t>STEP 1 — WHAT DO THEY WANT?</w:t>
            </w:r>
          </w:p>
          <w:p w14:paraId="6DA1AE67" w14:textId="77777777" w:rsidR="00BE3968" w:rsidRDefault="00CA6E70">
            <w:pPr>
              <w:pStyle w:val="CMRBodySmall"/>
              <w:spacing w:after="80"/>
            </w:pPr>
            <w:r>
              <w:t>I need to find: _________________________________________________________</w:t>
            </w:r>
          </w:p>
          <w:p w14:paraId="6EACA398" w14:textId="77777777" w:rsidR="00BE3968" w:rsidRDefault="00CA6E70">
            <w:pPr>
              <w:pStyle w:val="CMRBodySmall"/>
              <w:spacing w:after="40"/>
            </w:pPr>
            <w:r>
              <w:rPr>
                <w:b/>
              </w:rPr>
              <w:t>STEP 2 — WHAT DO I KNOW?</w:t>
            </w:r>
          </w:p>
          <w:p w14:paraId="700CF9EC" w14:textId="77777777" w:rsidR="00BE3968" w:rsidRDefault="00CA6E70">
            <w:pPr>
              <w:pStyle w:val="CMRBodySmall"/>
              <w:spacing w:after="40"/>
            </w:pPr>
            <w:r>
              <w:t>Useful facts: __________________________________________________________</w:t>
            </w:r>
          </w:p>
          <w:p w14:paraId="3CDCCEBE" w14:textId="77777777" w:rsidR="00BE3968" w:rsidRDefault="00CA6E70">
            <w:pPr>
              <w:pStyle w:val="CMRBodySmall"/>
            </w:pPr>
            <w:r>
              <w:t>____________________________________________________________________</w:t>
            </w:r>
          </w:p>
          <w:p w14:paraId="7DF41A2C" w14:textId="77777777" w:rsidR="00BE3968" w:rsidRDefault="00CA6E70">
            <w:pPr>
              <w:pStyle w:val="CMRBodySmall"/>
              <w:spacing w:after="40"/>
            </w:pPr>
            <w:r>
              <w:rPr>
                <w:b/>
              </w:rPr>
              <w:t>STEP 3 — HOW DO I FIND IT?</w:t>
            </w:r>
          </w:p>
          <w:p w14:paraId="189D114F" w14:textId="77777777" w:rsidR="00BE3968" w:rsidRDefault="00CA6E70">
            <w:pPr>
              <w:pStyle w:val="CMRBodySmall"/>
              <w:spacing w:after="100"/>
            </w:pPr>
            <w:r>
              <w:t>My work: ____________________________________________________________</w:t>
            </w:r>
          </w:p>
          <w:p w14:paraId="5CADB8F9" w14:textId="77777777" w:rsidR="00BE3968" w:rsidRDefault="00CA6E70">
            <w:pPr>
              <w:pStyle w:val="CMRBodySmall"/>
              <w:spacing w:after="100"/>
            </w:pPr>
            <w:r>
              <w:t>____________________________________________________________________</w:t>
            </w:r>
          </w:p>
          <w:p w14:paraId="0F9E07EB" w14:textId="77777777" w:rsidR="00BE3968" w:rsidRDefault="00CA6E70">
            <w:pPr>
              <w:pStyle w:val="CMRBodySmall"/>
              <w:spacing w:after="100"/>
            </w:pPr>
            <w:r>
              <w:t>____________________________________________________________________</w:t>
            </w:r>
          </w:p>
          <w:p w14:paraId="3CA28595" w14:textId="77777777" w:rsidR="00BE3968" w:rsidRDefault="00CA6E70">
            <w:pPr>
              <w:pStyle w:val="CMRBodySmall"/>
              <w:spacing w:after="100"/>
            </w:pPr>
            <w:r>
              <w:t>Answer with units: __________________________________________________</w:t>
            </w:r>
          </w:p>
          <w:p w14:paraId="41EB7C58" w14:textId="77777777" w:rsidR="00BE3968" w:rsidRDefault="00CA6E70">
            <w:pPr>
              <w:pStyle w:val="CMRBodySmall"/>
              <w:spacing w:after="80"/>
            </w:pPr>
            <w:r>
              <w:t>Does the answer make sense? ___________________________________________</w:t>
            </w:r>
          </w:p>
        </w:tc>
      </w:tr>
    </w:tbl>
    <w:p w14:paraId="73DFDB6B" w14:textId="77777777" w:rsidR="00BE3968" w:rsidRDefault="00CA6E70">
      <w:r>
        <w:br w:type="page"/>
      </w:r>
    </w:p>
    <w:p w14:paraId="6DF17F59" w14:textId="77777777" w:rsidR="00BE3968" w:rsidRDefault="00CA6E70">
      <w:pPr>
        <w:pStyle w:val="CMRSmallLabel"/>
        <w:spacing w:after="60"/>
      </w:pPr>
      <w:r>
        <w:rPr>
          <w:b w:val="0"/>
        </w:rPr>
        <w:t>SECTION 2  |  TOPIC 19  |  PRACTICE PAGE 2/5</w:t>
      </w:r>
    </w:p>
    <w:p w14:paraId="64AF6441" w14:textId="77777777" w:rsidR="00BE3968" w:rsidRDefault="00CA6E70">
      <w:pPr>
        <w:pStyle w:val="CMRPageTitle"/>
        <w:spacing w:after="60"/>
      </w:pPr>
      <w:r>
        <w:rPr>
          <w:b w:val="0"/>
        </w:rPr>
        <w:t>Paint and supplies</w:t>
      </w:r>
    </w:p>
    <w:p w14:paraId="37A5F33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D5B02CF" w14:textId="77777777">
        <w:tc>
          <w:tcPr>
            <w:tcW w:w="10036" w:type="dxa"/>
            <w:shd w:val="clear" w:color="auto" w:fill="F5F8F9"/>
            <w:tcMar>
              <w:top w:w="70" w:type="dxa"/>
              <w:left w:w="140" w:type="dxa"/>
              <w:bottom w:w="85" w:type="dxa"/>
              <w:right w:w="140" w:type="dxa"/>
            </w:tcMar>
          </w:tcPr>
          <w:p w14:paraId="7471855C" w14:textId="77777777" w:rsidR="00BE3968" w:rsidRDefault="00BE3968"/>
          <w:p w14:paraId="42161395" w14:textId="77777777" w:rsidR="00BE3968" w:rsidRDefault="00CA6E70">
            <w:pPr>
              <w:pStyle w:val="CMRBodySmall"/>
            </w:pPr>
            <w:r>
              <w:rPr>
                <w:b/>
              </w:rPr>
              <w:t>PROBLEM S2-183</w:t>
            </w:r>
          </w:p>
          <w:p w14:paraId="63FA0A07" w14:textId="77777777" w:rsidR="00BE3968" w:rsidRDefault="00CA6E70">
            <w:r>
              <w:t>One can of paint covers 100 square feet. A hallway has 193 square feet of wall, and it needs two coats. The hallway has three doors. How many cans are needed?</w:t>
            </w:r>
          </w:p>
          <w:p w14:paraId="0A5F92A7" w14:textId="77777777" w:rsidR="00BE3968" w:rsidRDefault="00CA6E70">
            <w:pPr>
              <w:pStyle w:val="CMRBodySmall"/>
              <w:spacing w:after="40"/>
            </w:pPr>
            <w:r>
              <w:rPr>
                <w:b/>
              </w:rPr>
              <w:t>STEP 1 — WHAT DO THEY WANT?</w:t>
            </w:r>
          </w:p>
          <w:p w14:paraId="0F89B78F" w14:textId="77777777" w:rsidR="00BE3968" w:rsidRDefault="00CA6E70">
            <w:pPr>
              <w:pStyle w:val="CMRBodySmall"/>
              <w:spacing w:after="80"/>
            </w:pPr>
            <w:r>
              <w:t>I need to find: _________________________________________________________</w:t>
            </w:r>
          </w:p>
          <w:p w14:paraId="3153A6D7" w14:textId="77777777" w:rsidR="00BE3968" w:rsidRDefault="00CA6E70">
            <w:pPr>
              <w:pStyle w:val="CMRBodySmall"/>
              <w:spacing w:after="40"/>
            </w:pPr>
            <w:r>
              <w:rPr>
                <w:b/>
              </w:rPr>
              <w:t>STEP 2 — WHAT DO I KNOW?</w:t>
            </w:r>
          </w:p>
          <w:p w14:paraId="7134614A" w14:textId="77777777" w:rsidR="00BE3968" w:rsidRDefault="00CA6E70">
            <w:pPr>
              <w:pStyle w:val="CMRBodySmall"/>
              <w:spacing w:after="40"/>
            </w:pPr>
            <w:r>
              <w:t>Useful facts: __________________________________________________________</w:t>
            </w:r>
          </w:p>
          <w:p w14:paraId="01855643" w14:textId="77777777" w:rsidR="00BE3968" w:rsidRDefault="00CA6E70">
            <w:pPr>
              <w:pStyle w:val="CMRBodySmall"/>
            </w:pPr>
            <w:r>
              <w:t>____________________________________________________________________</w:t>
            </w:r>
          </w:p>
          <w:p w14:paraId="734AFDE9" w14:textId="77777777" w:rsidR="00BE3968" w:rsidRDefault="00CA6E70">
            <w:pPr>
              <w:pStyle w:val="CMRBodySmall"/>
              <w:spacing w:after="40"/>
            </w:pPr>
            <w:r>
              <w:rPr>
                <w:b/>
              </w:rPr>
              <w:t>STEP 3 — HOW DO I FIND IT?</w:t>
            </w:r>
          </w:p>
          <w:p w14:paraId="1EFBCEFB" w14:textId="77777777" w:rsidR="00BE3968" w:rsidRDefault="00CA6E70">
            <w:pPr>
              <w:pStyle w:val="CMRBodySmall"/>
              <w:spacing w:after="100"/>
            </w:pPr>
            <w:r>
              <w:t>My work: ____________________________________________________________</w:t>
            </w:r>
          </w:p>
          <w:p w14:paraId="3D403173" w14:textId="77777777" w:rsidR="00BE3968" w:rsidRDefault="00CA6E70">
            <w:pPr>
              <w:pStyle w:val="CMRBodySmall"/>
              <w:spacing w:after="100"/>
            </w:pPr>
            <w:r>
              <w:t>____________________________________________________________________</w:t>
            </w:r>
          </w:p>
          <w:p w14:paraId="62B5E071" w14:textId="77777777" w:rsidR="00BE3968" w:rsidRDefault="00CA6E70">
            <w:pPr>
              <w:pStyle w:val="CMRBodySmall"/>
              <w:spacing w:after="100"/>
            </w:pPr>
            <w:r>
              <w:t>____________________________________________________________________</w:t>
            </w:r>
          </w:p>
          <w:p w14:paraId="76703CD1" w14:textId="77777777" w:rsidR="00BE3968" w:rsidRDefault="00CA6E70">
            <w:pPr>
              <w:pStyle w:val="CMRBodySmall"/>
              <w:spacing w:after="100"/>
            </w:pPr>
            <w:r>
              <w:t>Answer with units: __________________________________________________</w:t>
            </w:r>
          </w:p>
          <w:p w14:paraId="4ADA2219" w14:textId="77777777" w:rsidR="00BE3968" w:rsidRDefault="00CA6E70">
            <w:pPr>
              <w:pStyle w:val="CMRBodySmall"/>
              <w:spacing w:after="80"/>
            </w:pPr>
            <w:r>
              <w:t>Does the answer make sense? ___________________________________________</w:t>
            </w:r>
          </w:p>
        </w:tc>
      </w:tr>
    </w:tbl>
    <w:p w14:paraId="17877DF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55EB8EE" w14:textId="77777777">
        <w:tc>
          <w:tcPr>
            <w:tcW w:w="10036" w:type="dxa"/>
            <w:tcMar>
              <w:top w:w="70" w:type="dxa"/>
              <w:left w:w="140" w:type="dxa"/>
              <w:bottom w:w="85" w:type="dxa"/>
              <w:right w:w="140" w:type="dxa"/>
            </w:tcMar>
          </w:tcPr>
          <w:p w14:paraId="43F934FE" w14:textId="77777777" w:rsidR="00BE3968" w:rsidRDefault="00BE3968"/>
          <w:p w14:paraId="4A72C532" w14:textId="77777777" w:rsidR="00BE3968" w:rsidRDefault="00CA6E70">
            <w:pPr>
              <w:pStyle w:val="CMRBodySmall"/>
            </w:pPr>
            <w:r>
              <w:rPr>
                <w:b/>
              </w:rPr>
              <w:t>PROBLEM S2-184</w:t>
            </w:r>
          </w:p>
          <w:p w14:paraId="3003EF99" w14:textId="77777777" w:rsidR="00BE3968" w:rsidRDefault="00CA6E70">
            <w:r>
              <w:t>Rachel needs to paint 266 square feet of wall. One can covers 150 square feet for one coat. The job requires two coats. A paintbrush is already available. How many whole cans should Rachel buy?</w:t>
            </w:r>
          </w:p>
          <w:p w14:paraId="220B91A8" w14:textId="77777777" w:rsidR="00BE3968" w:rsidRDefault="00CA6E70">
            <w:pPr>
              <w:pStyle w:val="CMRBodySmall"/>
              <w:spacing w:after="40"/>
            </w:pPr>
            <w:r>
              <w:rPr>
                <w:b/>
              </w:rPr>
              <w:t>STEP 1 — WHAT DO THEY WANT?</w:t>
            </w:r>
          </w:p>
          <w:p w14:paraId="30DFA20A" w14:textId="77777777" w:rsidR="00BE3968" w:rsidRDefault="00CA6E70">
            <w:pPr>
              <w:pStyle w:val="CMRBodySmall"/>
              <w:spacing w:after="80"/>
            </w:pPr>
            <w:r>
              <w:t>I need to find: _________________________________________________________</w:t>
            </w:r>
          </w:p>
          <w:p w14:paraId="0E582277" w14:textId="77777777" w:rsidR="00BE3968" w:rsidRDefault="00CA6E70">
            <w:pPr>
              <w:pStyle w:val="CMRBodySmall"/>
              <w:spacing w:after="40"/>
            </w:pPr>
            <w:r>
              <w:rPr>
                <w:b/>
              </w:rPr>
              <w:t>STEP 2 — WHAT DO I KNOW?</w:t>
            </w:r>
          </w:p>
          <w:p w14:paraId="662EF7FC" w14:textId="77777777" w:rsidR="00BE3968" w:rsidRDefault="00CA6E70">
            <w:pPr>
              <w:pStyle w:val="CMRBodySmall"/>
              <w:spacing w:after="40"/>
            </w:pPr>
            <w:r>
              <w:t>Useful facts: __________________________________________________________</w:t>
            </w:r>
          </w:p>
          <w:p w14:paraId="32EC66B3" w14:textId="77777777" w:rsidR="00BE3968" w:rsidRDefault="00CA6E70">
            <w:pPr>
              <w:pStyle w:val="CMRBodySmall"/>
            </w:pPr>
            <w:r>
              <w:t>____________________________________________________________________</w:t>
            </w:r>
          </w:p>
          <w:p w14:paraId="322CA6F0" w14:textId="77777777" w:rsidR="00BE3968" w:rsidRDefault="00CA6E70">
            <w:pPr>
              <w:pStyle w:val="CMRBodySmall"/>
              <w:spacing w:after="40"/>
            </w:pPr>
            <w:r>
              <w:rPr>
                <w:b/>
              </w:rPr>
              <w:t>STEP 3 — HOW DO I FIND IT?</w:t>
            </w:r>
          </w:p>
          <w:p w14:paraId="760D0AB8" w14:textId="77777777" w:rsidR="00BE3968" w:rsidRDefault="00CA6E70">
            <w:pPr>
              <w:pStyle w:val="CMRBodySmall"/>
              <w:spacing w:after="100"/>
            </w:pPr>
            <w:r>
              <w:t>My work: ____________________________________________________________</w:t>
            </w:r>
          </w:p>
          <w:p w14:paraId="6D612442" w14:textId="77777777" w:rsidR="00BE3968" w:rsidRDefault="00CA6E70">
            <w:pPr>
              <w:pStyle w:val="CMRBodySmall"/>
              <w:spacing w:after="100"/>
            </w:pPr>
            <w:r>
              <w:t>____________________________________________________________________</w:t>
            </w:r>
          </w:p>
          <w:p w14:paraId="42B8FC13" w14:textId="77777777" w:rsidR="00BE3968" w:rsidRDefault="00CA6E70">
            <w:pPr>
              <w:pStyle w:val="CMRBodySmall"/>
              <w:spacing w:after="100"/>
            </w:pPr>
            <w:r>
              <w:t>____________________________________________________________________</w:t>
            </w:r>
          </w:p>
          <w:p w14:paraId="4DAB47BB" w14:textId="77777777" w:rsidR="00BE3968" w:rsidRDefault="00CA6E70">
            <w:pPr>
              <w:pStyle w:val="CMRBodySmall"/>
              <w:spacing w:after="100"/>
            </w:pPr>
            <w:r>
              <w:t>Answer with units: __________________________________________________</w:t>
            </w:r>
          </w:p>
          <w:p w14:paraId="3EEBC12D" w14:textId="77777777" w:rsidR="00BE3968" w:rsidRDefault="00CA6E70">
            <w:pPr>
              <w:pStyle w:val="CMRBodySmall"/>
              <w:spacing w:after="80"/>
            </w:pPr>
            <w:r>
              <w:t>Does the answer make sense? ___________________________________________</w:t>
            </w:r>
          </w:p>
        </w:tc>
      </w:tr>
    </w:tbl>
    <w:p w14:paraId="4DE97DA4" w14:textId="77777777" w:rsidR="00BE3968" w:rsidRDefault="00CA6E70">
      <w:r>
        <w:br w:type="page"/>
      </w:r>
    </w:p>
    <w:p w14:paraId="1185EE19" w14:textId="77777777" w:rsidR="00BE3968" w:rsidRDefault="00CA6E70">
      <w:pPr>
        <w:pStyle w:val="CMRSmallLabel"/>
        <w:spacing w:after="60"/>
      </w:pPr>
      <w:r>
        <w:rPr>
          <w:b w:val="0"/>
        </w:rPr>
        <w:t>SECTION 2  |  TOPIC 19  |  PRACTICE PAGE 3/5</w:t>
      </w:r>
    </w:p>
    <w:p w14:paraId="5A0BEFAD" w14:textId="77777777" w:rsidR="00BE3968" w:rsidRDefault="00CA6E70">
      <w:pPr>
        <w:pStyle w:val="CMRPageTitle"/>
        <w:spacing w:after="60"/>
      </w:pPr>
      <w:r>
        <w:rPr>
          <w:b w:val="0"/>
        </w:rPr>
        <w:t>Paint and supplies</w:t>
      </w:r>
    </w:p>
    <w:p w14:paraId="16F69B5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729AD63" w14:textId="77777777">
        <w:tc>
          <w:tcPr>
            <w:tcW w:w="10036" w:type="dxa"/>
            <w:shd w:val="clear" w:color="auto" w:fill="F5F8F9"/>
            <w:tcMar>
              <w:top w:w="70" w:type="dxa"/>
              <w:left w:w="140" w:type="dxa"/>
              <w:bottom w:w="85" w:type="dxa"/>
              <w:right w:w="140" w:type="dxa"/>
            </w:tcMar>
          </w:tcPr>
          <w:p w14:paraId="0DB203C4" w14:textId="77777777" w:rsidR="00BE3968" w:rsidRDefault="00BE3968"/>
          <w:p w14:paraId="014741A9" w14:textId="77777777" w:rsidR="00BE3968" w:rsidRDefault="00CA6E70">
            <w:pPr>
              <w:pStyle w:val="CMRBodySmall"/>
            </w:pPr>
            <w:r>
              <w:rPr>
                <w:b/>
              </w:rPr>
              <w:t>PROBLEM S2-185</w:t>
            </w:r>
          </w:p>
          <w:p w14:paraId="25AEA080" w14:textId="77777777" w:rsidR="00BE3968" w:rsidRDefault="00CA6E70">
            <w:r>
              <w:t>Maria is painting a 346-square-foot room and wants two coats of paint. Each can covers 80 square feet per coat. Maria already owns rollers and tape. How many cans should Maria buy?</w:t>
            </w:r>
          </w:p>
          <w:p w14:paraId="37501981" w14:textId="77777777" w:rsidR="00BE3968" w:rsidRDefault="00CA6E70">
            <w:pPr>
              <w:pStyle w:val="CMRBodySmall"/>
              <w:spacing w:after="40"/>
            </w:pPr>
            <w:r>
              <w:rPr>
                <w:b/>
              </w:rPr>
              <w:t>STEP 1 — WHAT DO THEY WANT?</w:t>
            </w:r>
          </w:p>
          <w:p w14:paraId="16EF4863" w14:textId="77777777" w:rsidR="00BE3968" w:rsidRDefault="00CA6E70">
            <w:pPr>
              <w:pStyle w:val="CMRBodySmall"/>
              <w:spacing w:after="80"/>
            </w:pPr>
            <w:r>
              <w:t>I need to find: _________________________________________________________</w:t>
            </w:r>
          </w:p>
          <w:p w14:paraId="74B8C9F0" w14:textId="77777777" w:rsidR="00BE3968" w:rsidRDefault="00CA6E70">
            <w:pPr>
              <w:pStyle w:val="CMRBodySmall"/>
              <w:spacing w:after="40"/>
            </w:pPr>
            <w:r>
              <w:rPr>
                <w:b/>
              </w:rPr>
              <w:t>STEP 2 — WHAT DO I KNOW?</w:t>
            </w:r>
          </w:p>
          <w:p w14:paraId="7028036E" w14:textId="77777777" w:rsidR="00BE3968" w:rsidRDefault="00CA6E70">
            <w:pPr>
              <w:pStyle w:val="CMRBodySmall"/>
              <w:spacing w:after="40"/>
            </w:pPr>
            <w:r>
              <w:t>Useful facts: __________________________________________________________</w:t>
            </w:r>
          </w:p>
          <w:p w14:paraId="4A188DEB" w14:textId="77777777" w:rsidR="00BE3968" w:rsidRDefault="00CA6E70">
            <w:pPr>
              <w:pStyle w:val="CMRBodySmall"/>
            </w:pPr>
            <w:r>
              <w:t>____________________________________________________________________</w:t>
            </w:r>
          </w:p>
          <w:p w14:paraId="2B094D0F" w14:textId="77777777" w:rsidR="00BE3968" w:rsidRDefault="00CA6E70">
            <w:pPr>
              <w:pStyle w:val="CMRBodySmall"/>
              <w:spacing w:after="40"/>
            </w:pPr>
            <w:r>
              <w:rPr>
                <w:b/>
              </w:rPr>
              <w:t>STEP 3 — HOW DO I FIND IT?</w:t>
            </w:r>
          </w:p>
          <w:p w14:paraId="1EDE0661" w14:textId="77777777" w:rsidR="00BE3968" w:rsidRDefault="00CA6E70">
            <w:pPr>
              <w:pStyle w:val="CMRBodySmall"/>
              <w:spacing w:after="100"/>
            </w:pPr>
            <w:r>
              <w:t>My work: ____________________________________________________________</w:t>
            </w:r>
          </w:p>
          <w:p w14:paraId="46A7671E" w14:textId="77777777" w:rsidR="00BE3968" w:rsidRDefault="00CA6E70">
            <w:pPr>
              <w:pStyle w:val="CMRBodySmall"/>
              <w:spacing w:after="100"/>
            </w:pPr>
            <w:r>
              <w:t>____________________________________________________________________</w:t>
            </w:r>
          </w:p>
          <w:p w14:paraId="1F2BC65D" w14:textId="77777777" w:rsidR="00BE3968" w:rsidRDefault="00CA6E70">
            <w:pPr>
              <w:pStyle w:val="CMRBodySmall"/>
              <w:spacing w:after="100"/>
            </w:pPr>
            <w:r>
              <w:t>____________________________________________________________________</w:t>
            </w:r>
          </w:p>
          <w:p w14:paraId="6D6596CE" w14:textId="77777777" w:rsidR="00BE3968" w:rsidRDefault="00CA6E70">
            <w:pPr>
              <w:pStyle w:val="CMRBodySmall"/>
              <w:spacing w:after="100"/>
            </w:pPr>
            <w:r>
              <w:t>Answer with units: __________________________________________________</w:t>
            </w:r>
          </w:p>
          <w:p w14:paraId="6D573F70" w14:textId="77777777" w:rsidR="00BE3968" w:rsidRDefault="00CA6E70">
            <w:pPr>
              <w:pStyle w:val="CMRBodySmall"/>
              <w:spacing w:after="80"/>
            </w:pPr>
            <w:r>
              <w:t>Does the answer make sense? ___________________________________________</w:t>
            </w:r>
          </w:p>
        </w:tc>
      </w:tr>
    </w:tbl>
    <w:p w14:paraId="24ED98FE"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9062B30" w14:textId="77777777">
        <w:tc>
          <w:tcPr>
            <w:tcW w:w="10036" w:type="dxa"/>
            <w:tcMar>
              <w:top w:w="70" w:type="dxa"/>
              <w:left w:w="140" w:type="dxa"/>
              <w:bottom w:w="85" w:type="dxa"/>
              <w:right w:w="140" w:type="dxa"/>
            </w:tcMar>
          </w:tcPr>
          <w:p w14:paraId="4A12FC93" w14:textId="77777777" w:rsidR="00BE3968" w:rsidRDefault="00BE3968"/>
          <w:p w14:paraId="55706500" w14:textId="77777777" w:rsidR="00BE3968" w:rsidRDefault="00CA6E70">
            <w:pPr>
              <w:pStyle w:val="CMRBodySmall"/>
            </w:pPr>
            <w:r>
              <w:rPr>
                <w:b/>
              </w:rPr>
              <w:t>PROBLEM S2-186</w:t>
            </w:r>
          </w:p>
          <w:p w14:paraId="53DF836C" w14:textId="77777777" w:rsidR="00BE3968" w:rsidRDefault="00CA6E70">
            <w:r>
              <w:t>One can of paint covers 150 square feet. A hallway has 237 square feet of wall, and it needs two coats. The hallway has three doors. How many cans are needed?</w:t>
            </w:r>
          </w:p>
          <w:p w14:paraId="40C19895" w14:textId="77777777" w:rsidR="00BE3968" w:rsidRDefault="00CA6E70">
            <w:pPr>
              <w:pStyle w:val="CMRBodySmall"/>
              <w:spacing w:after="40"/>
            </w:pPr>
            <w:r>
              <w:rPr>
                <w:b/>
              </w:rPr>
              <w:t>STEP 1 — WHAT DO THEY WANT?</w:t>
            </w:r>
          </w:p>
          <w:p w14:paraId="5E075781" w14:textId="77777777" w:rsidR="00BE3968" w:rsidRDefault="00CA6E70">
            <w:pPr>
              <w:pStyle w:val="CMRBodySmall"/>
              <w:spacing w:after="80"/>
            </w:pPr>
            <w:r>
              <w:t>I need to find: _________________________________________________________</w:t>
            </w:r>
          </w:p>
          <w:p w14:paraId="5AB4E5B9" w14:textId="77777777" w:rsidR="00BE3968" w:rsidRDefault="00CA6E70">
            <w:pPr>
              <w:pStyle w:val="CMRBodySmall"/>
              <w:spacing w:after="40"/>
            </w:pPr>
            <w:r>
              <w:rPr>
                <w:b/>
              </w:rPr>
              <w:t>STEP 2 — WHAT DO I KNOW?</w:t>
            </w:r>
          </w:p>
          <w:p w14:paraId="68DDDFB1" w14:textId="77777777" w:rsidR="00BE3968" w:rsidRDefault="00CA6E70">
            <w:pPr>
              <w:pStyle w:val="CMRBodySmall"/>
              <w:spacing w:after="40"/>
            </w:pPr>
            <w:r>
              <w:t>Useful facts: __________________________________________________________</w:t>
            </w:r>
          </w:p>
          <w:p w14:paraId="22DB8250" w14:textId="77777777" w:rsidR="00BE3968" w:rsidRDefault="00CA6E70">
            <w:pPr>
              <w:pStyle w:val="CMRBodySmall"/>
            </w:pPr>
            <w:r>
              <w:t>____________________________________________________________________</w:t>
            </w:r>
          </w:p>
          <w:p w14:paraId="5A22F7F3" w14:textId="77777777" w:rsidR="00BE3968" w:rsidRDefault="00CA6E70">
            <w:pPr>
              <w:pStyle w:val="CMRBodySmall"/>
              <w:spacing w:after="40"/>
            </w:pPr>
            <w:r>
              <w:rPr>
                <w:b/>
              </w:rPr>
              <w:t>STEP 3 — HOW DO I FIND IT?</w:t>
            </w:r>
          </w:p>
          <w:p w14:paraId="0A8F0AA9" w14:textId="77777777" w:rsidR="00BE3968" w:rsidRDefault="00CA6E70">
            <w:pPr>
              <w:pStyle w:val="CMRBodySmall"/>
              <w:spacing w:after="100"/>
            </w:pPr>
            <w:r>
              <w:t>My work: ____________________________________________________________</w:t>
            </w:r>
          </w:p>
          <w:p w14:paraId="2C989FA8" w14:textId="77777777" w:rsidR="00BE3968" w:rsidRDefault="00CA6E70">
            <w:pPr>
              <w:pStyle w:val="CMRBodySmall"/>
              <w:spacing w:after="100"/>
            </w:pPr>
            <w:r>
              <w:t>____________________________________________________________________</w:t>
            </w:r>
          </w:p>
          <w:p w14:paraId="7631B496" w14:textId="77777777" w:rsidR="00BE3968" w:rsidRDefault="00CA6E70">
            <w:pPr>
              <w:pStyle w:val="CMRBodySmall"/>
              <w:spacing w:after="100"/>
            </w:pPr>
            <w:r>
              <w:t>____________________________________________________________________</w:t>
            </w:r>
          </w:p>
          <w:p w14:paraId="6BE9E669" w14:textId="77777777" w:rsidR="00BE3968" w:rsidRDefault="00CA6E70">
            <w:pPr>
              <w:pStyle w:val="CMRBodySmall"/>
              <w:spacing w:after="100"/>
            </w:pPr>
            <w:r>
              <w:t>Answer with units: __________________________________________________</w:t>
            </w:r>
          </w:p>
          <w:p w14:paraId="0739372B" w14:textId="77777777" w:rsidR="00BE3968" w:rsidRDefault="00CA6E70">
            <w:pPr>
              <w:pStyle w:val="CMRBodySmall"/>
              <w:spacing w:after="80"/>
            </w:pPr>
            <w:r>
              <w:t>Does the answer make sense? ___________________________________________</w:t>
            </w:r>
          </w:p>
        </w:tc>
      </w:tr>
    </w:tbl>
    <w:p w14:paraId="3CB39D9D" w14:textId="77777777" w:rsidR="00BE3968" w:rsidRDefault="00CA6E70">
      <w:r>
        <w:br w:type="page"/>
      </w:r>
    </w:p>
    <w:p w14:paraId="51B26D52" w14:textId="77777777" w:rsidR="00BE3968" w:rsidRDefault="00CA6E70">
      <w:pPr>
        <w:pStyle w:val="CMRSmallLabel"/>
        <w:spacing w:after="60"/>
      </w:pPr>
      <w:r>
        <w:rPr>
          <w:b w:val="0"/>
        </w:rPr>
        <w:t>SECTION 2  |  TOPIC 19  |  PRACTICE PAGE 4/5</w:t>
      </w:r>
    </w:p>
    <w:p w14:paraId="4518C219" w14:textId="77777777" w:rsidR="00BE3968" w:rsidRDefault="00CA6E70">
      <w:pPr>
        <w:pStyle w:val="CMRPageTitle"/>
        <w:spacing w:after="60"/>
      </w:pPr>
      <w:r>
        <w:rPr>
          <w:b w:val="0"/>
        </w:rPr>
        <w:t>Paint and supplies</w:t>
      </w:r>
    </w:p>
    <w:p w14:paraId="61DB14B8"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AFBAAFA" w14:textId="77777777">
        <w:tc>
          <w:tcPr>
            <w:tcW w:w="10036" w:type="dxa"/>
            <w:shd w:val="clear" w:color="auto" w:fill="F5F8F9"/>
            <w:tcMar>
              <w:top w:w="70" w:type="dxa"/>
              <w:left w:w="140" w:type="dxa"/>
              <w:bottom w:w="85" w:type="dxa"/>
              <w:right w:w="140" w:type="dxa"/>
            </w:tcMar>
          </w:tcPr>
          <w:p w14:paraId="2CB6B64E" w14:textId="77777777" w:rsidR="00BE3968" w:rsidRDefault="00BE3968"/>
          <w:p w14:paraId="787C918B" w14:textId="77777777" w:rsidR="00BE3968" w:rsidRDefault="00CA6E70">
            <w:pPr>
              <w:pStyle w:val="CMRBodySmall"/>
            </w:pPr>
            <w:r>
              <w:rPr>
                <w:b/>
              </w:rPr>
              <w:t>PROBLEM S2-187</w:t>
            </w:r>
          </w:p>
          <w:p w14:paraId="5DE87F13" w14:textId="77777777" w:rsidR="00BE3968" w:rsidRDefault="00CA6E70">
            <w:r>
              <w:t>Denise needs to paint 289 square feet of wall. One can covers 100 square feet for one coat. The job requires two coats. A paintbrush is already available. How many whole cans should Denise buy?</w:t>
            </w:r>
          </w:p>
          <w:p w14:paraId="3B5FE63A" w14:textId="77777777" w:rsidR="00BE3968" w:rsidRDefault="00CA6E70">
            <w:pPr>
              <w:pStyle w:val="CMRBodySmall"/>
              <w:spacing w:after="40"/>
            </w:pPr>
            <w:r>
              <w:rPr>
                <w:b/>
              </w:rPr>
              <w:t>STEP 1 — WHAT DO THEY WANT?</w:t>
            </w:r>
          </w:p>
          <w:p w14:paraId="69100F3E" w14:textId="77777777" w:rsidR="00BE3968" w:rsidRDefault="00CA6E70">
            <w:pPr>
              <w:pStyle w:val="CMRBodySmall"/>
              <w:spacing w:after="80"/>
            </w:pPr>
            <w:r>
              <w:t>I need to find: _________________________________________________________</w:t>
            </w:r>
          </w:p>
          <w:p w14:paraId="2825A500" w14:textId="77777777" w:rsidR="00BE3968" w:rsidRDefault="00CA6E70">
            <w:pPr>
              <w:pStyle w:val="CMRBodySmall"/>
              <w:spacing w:after="40"/>
            </w:pPr>
            <w:r>
              <w:rPr>
                <w:b/>
              </w:rPr>
              <w:t>STEP 2 — WHAT DO I KNOW?</w:t>
            </w:r>
          </w:p>
          <w:p w14:paraId="4737C4EB" w14:textId="77777777" w:rsidR="00BE3968" w:rsidRDefault="00CA6E70">
            <w:pPr>
              <w:pStyle w:val="CMRBodySmall"/>
              <w:spacing w:after="40"/>
            </w:pPr>
            <w:r>
              <w:t>Useful facts: __________________________________________________________</w:t>
            </w:r>
          </w:p>
          <w:p w14:paraId="418A55FF" w14:textId="77777777" w:rsidR="00BE3968" w:rsidRDefault="00CA6E70">
            <w:pPr>
              <w:pStyle w:val="CMRBodySmall"/>
            </w:pPr>
            <w:r>
              <w:t>____________________________________________________________________</w:t>
            </w:r>
          </w:p>
          <w:p w14:paraId="7311DD51" w14:textId="77777777" w:rsidR="00BE3968" w:rsidRDefault="00CA6E70">
            <w:pPr>
              <w:pStyle w:val="CMRBodySmall"/>
              <w:spacing w:after="40"/>
            </w:pPr>
            <w:r>
              <w:rPr>
                <w:b/>
              </w:rPr>
              <w:t>STEP 3 — HOW DO I FIND IT?</w:t>
            </w:r>
          </w:p>
          <w:p w14:paraId="0F6469C9" w14:textId="77777777" w:rsidR="00BE3968" w:rsidRDefault="00CA6E70">
            <w:pPr>
              <w:pStyle w:val="CMRBodySmall"/>
              <w:spacing w:after="100"/>
            </w:pPr>
            <w:r>
              <w:t>My work: ____________________________________________________________</w:t>
            </w:r>
          </w:p>
          <w:p w14:paraId="1A3AF327" w14:textId="77777777" w:rsidR="00BE3968" w:rsidRDefault="00CA6E70">
            <w:pPr>
              <w:pStyle w:val="CMRBodySmall"/>
              <w:spacing w:after="100"/>
            </w:pPr>
            <w:r>
              <w:t>____________________________________________________________________</w:t>
            </w:r>
          </w:p>
          <w:p w14:paraId="628EDC4F" w14:textId="77777777" w:rsidR="00BE3968" w:rsidRDefault="00CA6E70">
            <w:pPr>
              <w:pStyle w:val="CMRBodySmall"/>
              <w:spacing w:after="100"/>
            </w:pPr>
            <w:r>
              <w:t>____________________________________________________________________</w:t>
            </w:r>
          </w:p>
          <w:p w14:paraId="1DA6A4EF" w14:textId="77777777" w:rsidR="00BE3968" w:rsidRDefault="00CA6E70">
            <w:pPr>
              <w:pStyle w:val="CMRBodySmall"/>
              <w:spacing w:after="100"/>
            </w:pPr>
            <w:r>
              <w:t>Answer with units: __________________________________________________</w:t>
            </w:r>
          </w:p>
          <w:p w14:paraId="1D121D53" w14:textId="77777777" w:rsidR="00BE3968" w:rsidRDefault="00CA6E70">
            <w:pPr>
              <w:pStyle w:val="CMRBodySmall"/>
              <w:spacing w:after="80"/>
            </w:pPr>
            <w:r>
              <w:t>Does the answer make sense? ___________________________________________</w:t>
            </w:r>
          </w:p>
        </w:tc>
      </w:tr>
    </w:tbl>
    <w:p w14:paraId="03DB3102"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64E96275" w14:textId="77777777">
        <w:tc>
          <w:tcPr>
            <w:tcW w:w="10036" w:type="dxa"/>
            <w:tcMar>
              <w:top w:w="70" w:type="dxa"/>
              <w:left w:w="140" w:type="dxa"/>
              <w:bottom w:w="85" w:type="dxa"/>
              <w:right w:w="140" w:type="dxa"/>
            </w:tcMar>
          </w:tcPr>
          <w:p w14:paraId="0AF3DAB1" w14:textId="77777777" w:rsidR="00BE3968" w:rsidRDefault="00BE3968"/>
          <w:p w14:paraId="48197E49" w14:textId="77777777" w:rsidR="00BE3968" w:rsidRDefault="00CA6E70">
            <w:pPr>
              <w:pStyle w:val="CMRBodySmall"/>
            </w:pPr>
            <w:r>
              <w:rPr>
                <w:b/>
              </w:rPr>
              <w:t>PROBLEM S2-188</w:t>
            </w:r>
          </w:p>
          <w:p w14:paraId="150E8306" w14:textId="77777777" w:rsidR="00BE3968" w:rsidRDefault="00CA6E70">
            <w:r>
              <w:t>James is painting a 294-square-foot room and wants two coats of paint. Each can covers 100 square feet per coat. James already owns rollers and tape. How many cans should James buy?</w:t>
            </w:r>
          </w:p>
          <w:p w14:paraId="68C5421D" w14:textId="77777777" w:rsidR="00BE3968" w:rsidRDefault="00CA6E70">
            <w:pPr>
              <w:pStyle w:val="CMRBodySmall"/>
              <w:spacing w:after="40"/>
            </w:pPr>
            <w:r>
              <w:rPr>
                <w:b/>
              </w:rPr>
              <w:t>STEP 1 — WHAT DO THEY WANT?</w:t>
            </w:r>
          </w:p>
          <w:p w14:paraId="72863091" w14:textId="77777777" w:rsidR="00BE3968" w:rsidRDefault="00CA6E70">
            <w:pPr>
              <w:pStyle w:val="CMRBodySmall"/>
              <w:spacing w:after="80"/>
            </w:pPr>
            <w:r>
              <w:t>I need to find: _________________________________________________________</w:t>
            </w:r>
          </w:p>
          <w:p w14:paraId="2102294F" w14:textId="77777777" w:rsidR="00BE3968" w:rsidRDefault="00CA6E70">
            <w:pPr>
              <w:pStyle w:val="CMRBodySmall"/>
              <w:spacing w:after="40"/>
            </w:pPr>
            <w:r>
              <w:rPr>
                <w:b/>
              </w:rPr>
              <w:t>STEP 2 — WHAT DO I KNOW?</w:t>
            </w:r>
          </w:p>
          <w:p w14:paraId="6AF76E46" w14:textId="77777777" w:rsidR="00BE3968" w:rsidRDefault="00CA6E70">
            <w:pPr>
              <w:pStyle w:val="CMRBodySmall"/>
              <w:spacing w:after="40"/>
            </w:pPr>
            <w:r>
              <w:t>Useful facts: __________________________________________________________</w:t>
            </w:r>
          </w:p>
          <w:p w14:paraId="314E6493" w14:textId="77777777" w:rsidR="00BE3968" w:rsidRDefault="00CA6E70">
            <w:pPr>
              <w:pStyle w:val="CMRBodySmall"/>
            </w:pPr>
            <w:r>
              <w:t>____________________________________________________________________</w:t>
            </w:r>
          </w:p>
          <w:p w14:paraId="277519AB" w14:textId="77777777" w:rsidR="00BE3968" w:rsidRDefault="00CA6E70">
            <w:pPr>
              <w:pStyle w:val="CMRBodySmall"/>
              <w:spacing w:after="40"/>
            </w:pPr>
            <w:r>
              <w:rPr>
                <w:b/>
              </w:rPr>
              <w:t>STEP 3 — HOW DO I FIND IT?</w:t>
            </w:r>
          </w:p>
          <w:p w14:paraId="52668CC9" w14:textId="77777777" w:rsidR="00BE3968" w:rsidRDefault="00CA6E70">
            <w:pPr>
              <w:pStyle w:val="CMRBodySmall"/>
              <w:spacing w:after="100"/>
            </w:pPr>
            <w:r>
              <w:t>My work: ____________________________________________________________</w:t>
            </w:r>
          </w:p>
          <w:p w14:paraId="4333E8CA" w14:textId="77777777" w:rsidR="00BE3968" w:rsidRDefault="00CA6E70">
            <w:pPr>
              <w:pStyle w:val="CMRBodySmall"/>
              <w:spacing w:after="100"/>
            </w:pPr>
            <w:r>
              <w:t>____________________________________________________________________</w:t>
            </w:r>
          </w:p>
          <w:p w14:paraId="39766B32" w14:textId="77777777" w:rsidR="00BE3968" w:rsidRDefault="00CA6E70">
            <w:pPr>
              <w:pStyle w:val="CMRBodySmall"/>
              <w:spacing w:after="100"/>
            </w:pPr>
            <w:r>
              <w:t>____________________________________________________________________</w:t>
            </w:r>
          </w:p>
          <w:p w14:paraId="0EFB2087" w14:textId="77777777" w:rsidR="00BE3968" w:rsidRDefault="00CA6E70">
            <w:pPr>
              <w:pStyle w:val="CMRBodySmall"/>
              <w:spacing w:after="100"/>
            </w:pPr>
            <w:r>
              <w:t>Answer with units: __________________________________________________</w:t>
            </w:r>
          </w:p>
          <w:p w14:paraId="531B99D5" w14:textId="77777777" w:rsidR="00BE3968" w:rsidRDefault="00CA6E70">
            <w:pPr>
              <w:pStyle w:val="CMRBodySmall"/>
              <w:spacing w:after="80"/>
            </w:pPr>
            <w:r>
              <w:t>Does the answer make sense? ___________________________________________</w:t>
            </w:r>
          </w:p>
        </w:tc>
      </w:tr>
    </w:tbl>
    <w:p w14:paraId="687319CA" w14:textId="77777777" w:rsidR="00BE3968" w:rsidRDefault="00CA6E70">
      <w:r>
        <w:br w:type="page"/>
      </w:r>
    </w:p>
    <w:p w14:paraId="22B13AD1" w14:textId="77777777" w:rsidR="00BE3968" w:rsidRDefault="00CA6E70">
      <w:pPr>
        <w:pStyle w:val="CMRSmallLabel"/>
        <w:spacing w:after="60"/>
      </w:pPr>
      <w:r>
        <w:rPr>
          <w:b w:val="0"/>
        </w:rPr>
        <w:t>SECTION 2  |  TOPIC 19  |  PRACTICE PAGE 5/5</w:t>
      </w:r>
    </w:p>
    <w:p w14:paraId="042A3501" w14:textId="77777777" w:rsidR="00BE3968" w:rsidRDefault="00CA6E70">
      <w:pPr>
        <w:pStyle w:val="CMRPageTitle"/>
        <w:spacing w:after="60"/>
      </w:pPr>
      <w:r>
        <w:rPr>
          <w:b w:val="0"/>
        </w:rPr>
        <w:t>Paint and supplies</w:t>
      </w:r>
    </w:p>
    <w:p w14:paraId="62400901"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212E725" w14:textId="77777777">
        <w:tc>
          <w:tcPr>
            <w:tcW w:w="10036" w:type="dxa"/>
            <w:shd w:val="clear" w:color="auto" w:fill="F5F8F9"/>
            <w:tcMar>
              <w:top w:w="70" w:type="dxa"/>
              <w:left w:w="140" w:type="dxa"/>
              <w:bottom w:w="85" w:type="dxa"/>
              <w:right w:w="140" w:type="dxa"/>
            </w:tcMar>
          </w:tcPr>
          <w:p w14:paraId="4DA65A8E" w14:textId="77777777" w:rsidR="00BE3968" w:rsidRDefault="00BE3968"/>
          <w:p w14:paraId="01ECE8B5" w14:textId="77777777" w:rsidR="00BE3968" w:rsidRDefault="00CA6E70">
            <w:pPr>
              <w:pStyle w:val="CMRBodySmall"/>
            </w:pPr>
            <w:r>
              <w:rPr>
                <w:b/>
              </w:rPr>
              <w:t>PROBLEM S2-189</w:t>
            </w:r>
          </w:p>
          <w:p w14:paraId="78A8298A" w14:textId="77777777" w:rsidR="00BE3968" w:rsidRDefault="00CA6E70">
            <w:r>
              <w:t>One can of paint covers 100 square feet. A hallway has 356 square feet of wall, and it needs two coats. The hallway has three doors. How many cans are needed?</w:t>
            </w:r>
          </w:p>
          <w:p w14:paraId="664E7F68" w14:textId="77777777" w:rsidR="00BE3968" w:rsidRDefault="00CA6E70">
            <w:pPr>
              <w:pStyle w:val="CMRBodySmall"/>
              <w:spacing w:after="40"/>
            </w:pPr>
            <w:r>
              <w:rPr>
                <w:b/>
              </w:rPr>
              <w:t>STEP 1 — WHAT DO THEY WANT?</w:t>
            </w:r>
          </w:p>
          <w:p w14:paraId="6C7A9551" w14:textId="77777777" w:rsidR="00BE3968" w:rsidRDefault="00CA6E70">
            <w:pPr>
              <w:pStyle w:val="CMRBodySmall"/>
              <w:spacing w:after="80"/>
            </w:pPr>
            <w:r>
              <w:t>I need to find: _________________________________________________________</w:t>
            </w:r>
          </w:p>
          <w:p w14:paraId="35BF2AC7" w14:textId="77777777" w:rsidR="00BE3968" w:rsidRDefault="00CA6E70">
            <w:pPr>
              <w:pStyle w:val="CMRBodySmall"/>
              <w:spacing w:after="40"/>
            </w:pPr>
            <w:r>
              <w:rPr>
                <w:b/>
              </w:rPr>
              <w:t>STEP 2 — WHAT DO I KNOW?</w:t>
            </w:r>
          </w:p>
          <w:p w14:paraId="01D8F2EE" w14:textId="77777777" w:rsidR="00BE3968" w:rsidRDefault="00CA6E70">
            <w:pPr>
              <w:pStyle w:val="CMRBodySmall"/>
              <w:spacing w:after="40"/>
            </w:pPr>
            <w:r>
              <w:t>Useful facts: __________________________________________________________</w:t>
            </w:r>
          </w:p>
          <w:p w14:paraId="7AEC57BE" w14:textId="77777777" w:rsidR="00BE3968" w:rsidRDefault="00CA6E70">
            <w:pPr>
              <w:pStyle w:val="CMRBodySmall"/>
            </w:pPr>
            <w:r>
              <w:t>____________________________________________________________________</w:t>
            </w:r>
          </w:p>
          <w:p w14:paraId="57EF1893" w14:textId="77777777" w:rsidR="00BE3968" w:rsidRDefault="00CA6E70">
            <w:pPr>
              <w:pStyle w:val="CMRBodySmall"/>
              <w:spacing w:after="40"/>
            </w:pPr>
            <w:r>
              <w:rPr>
                <w:b/>
              </w:rPr>
              <w:t>STEP 3 — HOW DO I FIND IT?</w:t>
            </w:r>
          </w:p>
          <w:p w14:paraId="0A8E963F" w14:textId="77777777" w:rsidR="00BE3968" w:rsidRDefault="00CA6E70">
            <w:pPr>
              <w:pStyle w:val="CMRBodySmall"/>
              <w:spacing w:after="100"/>
            </w:pPr>
            <w:r>
              <w:t>My work: ____________________________________________________________</w:t>
            </w:r>
          </w:p>
          <w:p w14:paraId="1B26B65F" w14:textId="77777777" w:rsidR="00BE3968" w:rsidRDefault="00CA6E70">
            <w:pPr>
              <w:pStyle w:val="CMRBodySmall"/>
              <w:spacing w:after="100"/>
            </w:pPr>
            <w:r>
              <w:t>____________________________________________________________________</w:t>
            </w:r>
          </w:p>
          <w:p w14:paraId="372F18EE" w14:textId="77777777" w:rsidR="00BE3968" w:rsidRDefault="00CA6E70">
            <w:pPr>
              <w:pStyle w:val="CMRBodySmall"/>
              <w:spacing w:after="100"/>
            </w:pPr>
            <w:r>
              <w:t>____________________________________________________________________</w:t>
            </w:r>
          </w:p>
          <w:p w14:paraId="24DC21B4" w14:textId="77777777" w:rsidR="00BE3968" w:rsidRDefault="00CA6E70">
            <w:pPr>
              <w:pStyle w:val="CMRBodySmall"/>
              <w:spacing w:after="100"/>
            </w:pPr>
            <w:r>
              <w:t>Answer with units: __________________________________________________</w:t>
            </w:r>
          </w:p>
          <w:p w14:paraId="2C05B58F" w14:textId="77777777" w:rsidR="00BE3968" w:rsidRDefault="00CA6E70">
            <w:pPr>
              <w:pStyle w:val="CMRBodySmall"/>
              <w:spacing w:after="80"/>
            </w:pPr>
            <w:r>
              <w:t>Does the answer make sense? ___________________________________________</w:t>
            </w:r>
          </w:p>
        </w:tc>
      </w:tr>
    </w:tbl>
    <w:p w14:paraId="5A3A591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4CAF311" w14:textId="77777777">
        <w:tc>
          <w:tcPr>
            <w:tcW w:w="10036" w:type="dxa"/>
            <w:tcMar>
              <w:top w:w="70" w:type="dxa"/>
              <w:left w:w="140" w:type="dxa"/>
              <w:bottom w:w="85" w:type="dxa"/>
              <w:right w:w="140" w:type="dxa"/>
            </w:tcMar>
          </w:tcPr>
          <w:p w14:paraId="0B79DCA5" w14:textId="77777777" w:rsidR="00BE3968" w:rsidRDefault="00BE3968"/>
          <w:p w14:paraId="5D126C5F" w14:textId="77777777" w:rsidR="00BE3968" w:rsidRDefault="00CA6E70">
            <w:pPr>
              <w:pStyle w:val="CMRBodySmall"/>
            </w:pPr>
            <w:r>
              <w:rPr>
                <w:b/>
              </w:rPr>
              <w:t>PROBLEM S2-190</w:t>
            </w:r>
          </w:p>
          <w:p w14:paraId="26D46ED3" w14:textId="77777777" w:rsidR="00BE3968" w:rsidRDefault="00CA6E70">
            <w:r>
              <w:t>Monica needs to paint 202 square feet of wall. One can covers 120 square feet for one coat. The job requires two coats. A paintbrush is already available. How many whole cans should Monica buy?</w:t>
            </w:r>
          </w:p>
          <w:p w14:paraId="3EAC6739" w14:textId="77777777" w:rsidR="00BE3968" w:rsidRDefault="00CA6E70">
            <w:pPr>
              <w:pStyle w:val="CMRBodySmall"/>
              <w:spacing w:after="40"/>
            </w:pPr>
            <w:r>
              <w:rPr>
                <w:b/>
              </w:rPr>
              <w:t>STEP 1 — WHAT DO THEY WANT?</w:t>
            </w:r>
          </w:p>
          <w:p w14:paraId="7700D5FD" w14:textId="77777777" w:rsidR="00BE3968" w:rsidRDefault="00CA6E70">
            <w:pPr>
              <w:pStyle w:val="CMRBodySmall"/>
              <w:spacing w:after="80"/>
            </w:pPr>
            <w:r>
              <w:t>I need to find: _________________________________________________________</w:t>
            </w:r>
          </w:p>
          <w:p w14:paraId="761E3468" w14:textId="77777777" w:rsidR="00BE3968" w:rsidRDefault="00CA6E70">
            <w:pPr>
              <w:pStyle w:val="CMRBodySmall"/>
              <w:spacing w:after="40"/>
            </w:pPr>
            <w:r>
              <w:rPr>
                <w:b/>
              </w:rPr>
              <w:t>STEP 2 — WHAT DO I KNOW?</w:t>
            </w:r>
          </w:p>
          <w:p w14:paraId="7FCD7064" w14:textId="77777777" w:rsidR="00BE3968" w:rsidRDefault="00CA6E70">
            <w:pPr>
              <w:pStyle w:val="CMRBodySmall"/>
              <w:spacing w:after="40"/>
            </w:pPr>
            <w:r>
              <w:t>Useful facts: __________________________________________________________</w:t>
            </w:r>
          </w:p>
          <w:p w14:paraId="075D9ADA" w14:textId="77777777" w:rsidR="00BE3968" w:rsidRDefault="00CA6E70">
            <w:pPr>
              <w:pStyle w:val="CMRBodySmall"/>
            </w:pPr>
            <w:r>
              <w:t>____________________________________________________________________</w:t>
            </w:r>
          </w:p>
          <w:p w14:paraId="2D0A4DAD" w14:textId="77777777" w:rsidR="00BE3968" w:rsidRDefault="00CA6E70">
            <w:pPr>
              <w:pStyle w:val="CMRBodySmall"/>
              <w:spacing w:after="40"/>
            </w:pPr>
            <w:r>
              <w:rPr>
                <w:b/>
              </w:rPr>
              <w:t>STEP 3 — HOW DO I FIND IT?</w:t>
            </w:r>
          </w:p>
          <w:p w14:paraId="7F52AD53" w14:textId="77777777" w:rsidR="00BE3968" w:rsidRDefault="00CA6E70">
            <w:pPr>
              <w:pStyle w:val="CMRBodySmall"/>
              <w:spacing w:after="100"/>
            </w:pPr>
            <w:r>
              <w:t>My work: ____________________________________________________________</w:t>
            </w:r>
          </w:p>
          <w:p w14:paraId="21D0544C" w14:textId="77777777" w:rsidR="00BE3968" w:rsidRDefault="00CA6E70">
            <w:pPr>
              <w:pStyle w:val="CMRBodySmall"/>
              <w:spacing w:after="100"/>
            </w:pPr>
            <w:r>
              <w:t>____________________________________________________________________</w:t>
            </w:r>
          </w:p>
          <w:p w14:paraId="503EA6EC" w14:textId="77777777" w:rsidR="00BE3968" w:rsidRDefault="00CA6E70">
            <w:pPr>
              <w:pStyle w:val="CMRBodySmall"/>
              <w:spacing w:after="100"/>
            </w:pPr>
            <w:r>
              <w:t>____________________________________________________________________</w:t>
            </w:r>
          </w:p>
          <w:p w14:paraId="0E96983C" w14:textId="77777777" w:rsidR="00BE3968" w:rsidRDefault="00CA6E70">
            <w:pPr>
              <w:pStyle w:val="CMRBodySmall"/>
              <w:spacing w:after="100"/>
            </w:pPr>
            <w:r>
              <w:t>Answer with units: __________________________________________________</w:t>
            </w:r>
          </w:p>
          <w:p w14:paraId="425AE9DF" w14:textId="77777777" w:rsidR="00BE3968" w:rsidRDefault="00CA6E70">
            <w:pPr>
              <w:pStyle w:val="CMRBodySmall"/>
              <w:spacing w:after="80"/>
            </w:pPr>
            <w:r>
              <w:t>Does the answer make sense? ___________________________________________</w:t>
            </w:r>
          </w:p>
        </w:tc>
      </w:tr>
    </w:tbl>
    <w:p w14:paraId="68DBB1F5" w14:textId="77777777" w:rsidR="00BE3968" w:rsidRDefault="00CA6E70">
      <w:r>
        <w:br w:type="page"/>
      </w:r>
    </w:p>
    <w:p w14:paraId="4F46FB97" w14:textId="77777777" w:rsidR="00BE3968" w:rsidRDefault="00CA6E70">
      <w:pPr>
        <w:pStyle w:val="CMRSmallLabel"/>
        <w:spacing w:after="60"/>
      </w:pPr>
      <w:r>
        <w:rPr>
          <w:b w:val="0"/>
        </w:rPr>
        <w:t>SECTION 2  |  TOPIC 20  |  PRACTICE PAGE 1/5</w:t>
      </w:r>
    </w:p>
    <w:p w14:paraId="712EA5CC" w14:textId="77777777" w:rsidR="00BE3968" w:rsidRDefault="00CA6E70">
      <w:pPr>
        <w:pStyle w:val="CMRPageTitle"/>
        <w:spacing w:after="60"/>
      </w:pPr>
      <w:r>
        <w:rPr>
          <w:b w:val="0"/>
        </w:rPr>
        <w:t>Travel and fuel</w:t>
      </w:r>
    </w:p>
    <w:p w14:paraId="259B6A10" w14:textId="77777777" w:rsidR="00BE3968" w:rsidRDefault="00CA6E70">
      <w:pPr>
        <w:pStyle w:val="CMRBodySmall"/>
        <w:spacing w:after="100"/>
      </w:pPr>
      <w:r>
        <w:t>Use the same three steps: Use miles, travel time, and fuel costs in practical plans.</w:t>
      </w:r>
    </w:p>
    <w:tbl>
      <w:tblPr>
        <w:tblW w:w="0" w:type="auto"/>
        <w:tblLayout w:type="fixed"/>
        <w:tblLook w:val="04A0" w:firstRow="1" w:lastRow="0" w:firstColumn="1" w:lastColumn="0" w:noHBand="0" w:noVBand="1"/>
      </w:tblPr>
      <w:tblGrid>
        <w:gridCol w:w="10036"/>
      </w:tblGrid>
      <w:tr w:rsidR="00BE3968" w14:paraId="4DC808C8" w14:textId="77777777">
        <w:tc>
          <w:tcPr>
            <w:tcW w:w="10036" w:type="dxa"/>
            <w:shd w:val="clear" w:color="auto" w:fill="F5F8F9"/>
            <w:tcMar>
              <w:top w:w="70" w:type="dxa"/>
              <w:left w:w="140" w:type="dxa"/>
              <w:bottom w:w="85" w:type="dxa"/>
              <w:right w:w="140" w:type="dxa"/>
            </w:tcMar>
          </w:tcPr>
          <w:p w14:paraId="5640B177" w14:textId="77777777" w:rsidR="00BE3968" w:rsidRDefault="00BE3968"/>
          <w:p w14:paraId="0AE51147" w14:textId="77777777" w:rsidR="00BE3968" w:rsidRDefault="00CA6E70">
            <w:pPr>
              <w:pStyle w:val="CMRBodySmall"/>
            </w:pPr>
            <w:r>
              <w:rPr>
                <w:b/>
              </w:rPr>
              <w:t>PROBLEM S2-191</w:t>
            </w:r>
          </w:p>
          <w:p w14:paraId="10D48B9D" w14:textId="77777777" w:rsidR="00BE3968" w:rsidRDefault="00CA6E70">
            <w:r>
              <w:t>Jasmine’s car averages 15 miles per gallon. The trip to a job interview is 60 miles, plus a 15-mile stop to pick up a friend. Gas is $3.00 a gallon. What will the gas cost?</w:t>
            </w:r>
          </w:p>
          <w:p w14:paraId="44FCD010" w14:textId="77777777" w:rsidR="00BE3968" w:rsidRDefault="00CA6E70">
            <w:pPr>
              <w:pStyle w:val="CMRBodySmall"/>
              <w:spacing w:after="40"/>
            </w:pPr>
            <w:r>
              <w:rPr>
                <w:b/>
              </w:rPr>
              <w:t>STEP 1 — WHAT DO THEY WANT?</w:t>
            </w:r>
          </w:p>
          <w:p w14:paraId="31C6E156" w14:textId="77777777" w:rsidR="00BE3968" w:rsidRDefault="00CA6E70">
            <w:pPr>
              <w:pStyle w:val="CMRBodySmall"/>
              <w:spacing w:after="80"/>
            </w:pPr>
            <w:r>
              <w:t>I need to find: _________________________________________________________</w:t>
            </w:r>
          </w:p>
          <w:p w14:paraId="35BF6CD2" w14:textId="77777777" w:rsidR="00BE3968" w:rsidRDefault="00CA6E70">
            <w:pPr>
              <w:pStyle w:val="CMRBodySmall"/>
              <w:spacing w:after="40"/>
            </w:pPr>
            <w:r>
              <w:rPr>
                <w:b/>
              </w:rPr>
              <w:t>STEP 2 — WHAT DO I KNOW?</w:t>
            </w:r>
          </w:p>
          <w:p w14:paraId="0BBE8032" w14:textId="77777777" w:rsidR="00BE3968" w:rsidRDefault="00CA6E70">
            <w:pPr>
              <w:pStyle w:val="CMRBodySmall"/>
              <w:spacing w:after="40"/>
            </w:pPr>
            <w:r>
              <w:t>Useful facts: __________________________________________________________</w:t>
            </w:r>
          </w:p>
          <w:p w14:paraId="2648B1B7" w14:textId="77777777" w:rsidR="00BE3968" w:rsidRDefault="00CA6E70">
            <w:pPr>
              <w:pStyle w:val="CMRBodySmall"/>
            </w:pPr>
            <w:r>
              <w:t>____________________________________________________________________</w:t>
            </w:r>
          </w:p>
          <w:p w14:paraId="4DD6921F" w14:textId="77777777" w:rsidR="00BE3968" w:rsidRDefault="00CA6E70">
            <w:pPr>
              <w:pStyle w:val="CMRBodySmall"/>
              <w:spacing w:after="40"/>
            </w:pPr>
            <w:r>
              <w:rPr>
                <w:b/>
              </w:rPr>
              <w:t>STEP 3 — HOW DO I FIND IT?</w:t>
            </w:r>
          </w:p>
          <w:p w14:paraId="3BB08488" w14:textId="77777777" w:rsidR="00BE3968" w:rsidRDefault="00CA6E70">
            <w:pPr>
              <w:pStyle w:val="CMRBodySmall"/>
              <w:spacing w:after="100"/>
            </w:pPr>
            <w:r>
              <w:t>My work: ____________________________________________________________</w:t>
            </w:r>
          </w:p>
          <w:p w14:paraId="7DD92401" w14:textId="77777777" w:rsidR="00BE3968" w:rsidRDefault="00CA6E70">
            <w:pPr>
              <w:pStyle w:val="CMRBodySmall"/>
              <w:spacing w:after="100"/>
            </w:pPr>
            <w:r>
              <w:t>____________________________________________________________________</w:t>
            </w:r>
          </w:p>
          <w:p w14:paraId="0E4728F6" w14:textId="77777777" w:rsidR="00BE3968" w:rsidRDefault="00CA6E70">
            <w:pPr>
              <w:pStyle w:val="CMRBodySmall"/>
              <w:spacing w:after="100"/>
            </w:pPr>
            <w:r>
              <w:t>____________________________________________________________________</w:t>
            </w:r>
          </w:p>
          <w:p w14:paraId="5AFB1CBD" w14:textId="77777777" w:rsidR="00BE3968" w:rsidRDefault="00CA6E70">
            <w:pPr>
              <w:pStyle w:val="CMRBodySmall"/>
              <w:spacing w:after="100"/>
            </w:pPr>
            <w:r>
              <w:t>Answer with units: __________________________________________________</w:t>
            </w:r>
          </w:p>
          <w:p w14:paraId="6E8A616A" w14:textId="77777777" w:rsidR="00BE3968" w:rsidRDefault="00CA6E70">
            <w:pPr>
              <w:pStyle w:val="CMRBodySmall"/>
              <w:spacing w:after="80"/>
            </w:pPr>
            <w:r>
              <w:t>Does the answer make sense? ___________________________________________</w:t>
            </w:r>
          </w:p>
        </w:tc>
      </w:tr>
    </w:tbl>
    <w:p w14:paraId="0E05C27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982769B" w14:textId="77777777">
        <w:tc>
          <w:tcPr>
            <w:tcW w:w="10036" w:type="dxa"/>
            <w:tcMar>
              <w:top w:w="70" w:type="dxa"/>
              <w:left w:w="140" w:type="dxa"/>
              <w:bottom w:w="85" w:type="dxa"/>
              <w:right w:w="140" w:type="dxa"/>
            </w:tcMar>
          </w:tcPr>
          <w:p w14:paraId="0E011E1A" w14:textId="77777777" w:rsidR="00BE3968" w:rsidRDefault="00BE3968"/>
          <w:p w14:paraId="5BEC95FF" w14:textId="77777777" w:rsidR="00BE3968" w:rsidRDefault="00CA6E70">
            <w:pPr>
              <w:pStyle w:val="CMRBodySmall"/>
            </w:pPr>
            <w:r>
              <w:rPr>
                <w:b/>
              </w:rPr>
              <w:t>PROBLEM S2-192</w:t>
            </w:r>
          </w:p>
          <w:p w14:paraId="1E434D94" w14:textId="77777777" w:rsidR="00BE3968" w:rsidRDefault="00CA6E70">
            <w:r>
              <w:t>Gas costs $3.00 per gallon. Anthony will drive 180 miles to visit family and 45 more miles running errands there. The van gets 15 miles per gallon. How much will the gas cost for all of this driving?</w:t>
            </w:r>
          </w:p>
          <w:p w14:paraId="1703D67F" w14:textId="77777777" w:rsidR="00BE3968" w:rsidRDefault="00CA6E70">
            <w:pPr>
              <w:pStyle w:val="CMRBodySmall"/>
              <w:spacing w:after="40"/>
            </w:pPr>
            <w:r>
              <w:rPr>
                <w:b/>
              </w:rPr>
              <w:t>STEP 1 — WHAT DO THEY WANT?</w:t>
            </w:r>
          </w:p>
          <w:p w14:paraId="094894AA" w14:textId="77777777" w:rsidR="00BE3968" w:rsidRDefault="00CA6E70">
            <w:pPr>
              <w:pStyle w:val="CMRBodySmall"/>
              <w:spacing w:after="80"/>
            </w:pPr>
            <w:r>
              <w:t>I need to find: _________________________________________________________</w:t>
            </w:r>
          </w:p>
          <w:p w14:paraId="407BFF05" w14:textId="77777777" w:rsidR="00BE3968" w:rsidRDefault="00CA6E70">
            <w:pPr>
              <w:pStyle w:val="CMRBodySmall"/>
              <w:spacing w:after="40"/>
            </w:pPr>
            <w:r>
              <w:rPr>
                <w:b/>
              </w:rPr>
              <w:t>STEP 2 — WHAT DO I KNOW?</w:t>
            </w:r>
          </w:p>
          <w:p w14:paraId="6FF344AC" w14:textId="77777777" w:rsidR="00BE3968" w:rsidRDefault="00CA6E70">
            <w:pPr>
              <w:pStyle w:val="CMRBodySmall"/>
              <w:spacing w:after="40"/>
            </w:pPr>
            <w:r>
              <w:t>Useful facts: __________________________________________________________</w:t>
            </w:r>
          </w:p>
          <w:p w14:paraId="629E5CDD" w14:textId="77777777" w:rsidR="00BE3968" w:rsidRDefault="00CA6E70">
            <w:pPr>
              <w:pStyle w:val="CMRBodySmall"/>
            </w:pPr>
            <w:r>
              <w:t>____________________________________________________________________</w:t>
            </w:r>
          </w:p>
          <w:p w14:paraId="705D7727" w14:textId="77777777" w:rsidR="00BE3968" w:rsidRDefault="00CA6E70">
            <w:pPr>
              <w:pStyle w:val="CMRBodySmall"/>
              <w:spacing w:after="40"/>
            </w:pPr>
            <w:r>
              <w:rPr>
                <w:b/>
              </w:rPr>
              <w:t>STEP 3 — HOW DO I FIND IT?</w:t>
            </w:r>
          </w:p>
          <w:p w14:paraId="4CB11073" w14:textId="77777777" w:rsidR="00BE3968" w:rsidRDefault="00CA6E70">
            <w:pPr>
              <w:pStyle w:val="CMRBodySmall"/>
              <w:spacing w:after="100"/>
            </w:pPr>
            <w:r>
              <w:t>My work: ____________________________________________________________</w:t>
            </w:r>
          </w:p>
          <w:p w14:paraId="3FD0DA3A" w14:textId="77777777" w:rsidR="00BE3968" w:rsidRDefault="00CA6E70">
            <w:pPr>
              <w:pStyle w:val="CMRBodySmall"/>
              <w:spacing w:after="100"/>
            </w:pPr>
            <w:r>
              <w:t>____________________________________________________________________</w:t>
            </w:r>
          </w:p>
          <w:p w14:paraId="4A50C3BA" w14:textId="77777777" w:rsidR="00BE3968" w:rsidRDefault="00CA6E70">
            <w:pPr>
              <w:pStyle w:val="CMRBodySmall"/>
              <w:spacing w:after="100"/>
            </w:pPr>
            <w:r>
              <w:t>____________________________________________________________________</w:t>
            </w:r>
          </w:p>
          <w:p w14:paraId="17719C8D" w14:textId="77777777" w:rsidR="00BE3968" w:rsidRDefault="00CA6E70">
            <w:pPr>
              <w:pStyle w:val="CMRBodySmall"/>
              <w:spacing w:after="100"/>
            </w:pPr>
            <w:r>
              <w:t>Answer with units: __________________________________________________</w:t>
            </w:r>
          </w:p>
          <w:p w14:paraId="7C8F88DD" w14:textId="77777777" w:rsidR="00BE3968" w:rsidRDefault="00CA6E70">
            <w:pPr>
              <w:pStyle w:val="CMRBodySmall"/>
              <w:spacing w:after="80"/>
            </w:pPr>
            <w:r>
              <w:t>Does the answer make sense? ___________________________________________</w:t>
            </w:r>
          </w:p>
        </w:tc>
      </w:tr>
    </w:tbl>
    <w:p w14:paraId="0D0CD694" w14:textId="77777777" w:rsidR="00BE3968" w:rsidRDefault="00CA6E70">
      <w:r>
        <w:br w:type="page"/>
      </w:r>
    </w:p>
    <w:p w14:paraId="40909D12" w14:textId="77777777" w:rsidR="00BE3968" w:rsidRDefault="00CA6E70">
      <w:pPr>
        <w:pStyle w:val="CMRSmallLabel"/>
        <w:spacing w:after="60"/>
      </w:pPr>
      <w:r>
        <w:rPr>
          <w:b w:val="0"/>
        </w:rPr>
        <w:t>SECTION 2  |  TOPIC 20  |  PRACTICE PAGE 2/5</w:t>
      </w:r>
    </w:p>
    <w:p w14:paraId="06E682F3" w14:textId="77777777" w:rsidR="00BE3968" w:rsidRDefault="00CA6E70">
      <w:pPr>
        <w:pStyle w:val="CMRPageTitle"/>
        <w:spacing w:after="60"/>
      </w:pPr>
      <w:r>
        <w:rPr>
          <w:b w:val="0"/>
        </w:rPr>
        <w:t>Travel and fuel</w:t>
      </w:r>
    </w:p>
    <w:p w14:paraId="543A5BB9"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2853EBE" w14:textId="77777777">
        <w:tc>
          <w:tcPr>
            <w:tcW w:w="10036" w:type="dxa"/>
            <w:shd w:val="clear" w:color="auto" w:fill="F5F8F9"/>
            <w:tcMar>
              <w:top w:w="70" w:type="dxa"/>
              <w:left w:w="140" w:type="dxa"/>
              <w:bottom w:w="85" w:type="dxa"/>
              <w:right w:w="140" w:type="dxa"/>
            </w:tcMar>
          </w:tcPr>
          <w:p w14:paraId="5DDDB1EE" w14:textId="77777777" w:rsidR="00BE3968" w:rsidRDefault="00BE3968"/>
          <w:p w14:paraId="1CFFDC9E" w14:textId="77777777" w:rsidR="00BE3968" w:rsidRDefault="00CA6E70">
            <w:pPr>
              <w:pStyle w:val="CMRBodySmall"/>
            </w:pPr>
            <w:r>
              <w:rPr>
                <w:b/>
              </w:rPr>
              <w:t>PROBLEM S2-193</w:t>
            </w:r>
          </w:p>
          <w:p w14:paraId="1EBF551E" w14:textId="77777777" w:rsidR="00BE3968" w:rsidRDefault="00CA6E70">
            <w:r>
              <w:t>Joseph plans a 90-mile drive in a vehicle that gets 30 miles per gallon. Gas costs $3.50 per gallon. Joseph also plans a 45-mile side trip on the way. About how much will gas cost for all the driving?</w:t>
            </w:r>
          </w:p>
          <w:p w14:paraId="2D3130D3" w14:textId="77777777" w:rsidR="00BE3968" w:rsidRDefault="00CA6E70">
            <w:pPr>
              <w:pStyle w:val="CMRBodySmall"/>
              <w:spacing w:after="40"/>
            </w:pPr>
            <w:r>
              <w:rPr>
                <w:b/>
              </w:rPr>
              <w:t>STEP 1 — WHAT DO THEY WANT?</w:t>
            </w:r>
          </w:p>
          <w:p w14:paraId="532AC8B9" w14:textId="77777777" w:rsidR="00BE3968" w:rsidRDefault="00CA6E70">
            <w:pPr>
              <w:pStyle w:val="CMRBodySmall"/>
              <w:spacing w:after="80"/>
            </w:pPr>
            <w:r>
              <w:t>I need to find: _________________________________________________________</w:t>
            </w:r>
          </w:p>
          <w:p w14:paraId="2B633248" w14:textId="77777777" w:rsidR="00BE3968" w:rsidRDefault="00CA6E70">
            <w:pPr>
              <w:pStyle w:val="CMRBodySmall"/>
              <w:spacing w:after="40"/>
            </w:pPr>
            <w:r>
              <w:rPr>
                <w:b/>
              </w:rPr>
              <w:t>STEP 2 — WHAT DO I KNOW?</w:t>
            </w:r>
          </w:p>
          <w:p w14:paraId="178CBC2A" w14:textId="77777777" w:rsidR="00BE3968" w:rsidRDefault="00CA6E70">
            <w:pPr>
              <w:pStyle w:val="CMRBodySmall"/>
              <w:spacing w:after="40"/>
            </w:pPr>
            <w:r>
              <w:t>Useful facts: __________________________________________________________</w:t>
            </w:r>
          </w:p>
          <w:p w14:paraId="0D1B6017" w14:textId="77777777" w:rsidR="00BE3968" w:rsidRDefault="00CA6E70">
            <w:pPr>
              <w:pStyle w:val="CMRBodySmall"/>
            </w:pPr>
            <w:r>
              <w:t>____________________________________________________________________</w:t>
            </w:r>
          </w:p>
          <w:p w14:paraId="6E421B1C" w14:textId="77777777" w:rsidR="00BE3968" w:rsidRDefault="00CA6E70">
            <w:pPr>
              <w:pStyle w:val="CMRBodySmall"/>
              <w:spacing w:after="40"/>
            </w:pPr>
            <w:r>
              <w:rPr>
                <w:b/>
              </w:rPr>
              <w:t>STEP 3 — HOW DO I FIND IT?</w:t>
            </w:r>
          </w:p>
          <w:p w14:paraId="7916E952" w14:textId="77777777" w:rsidR="00BE3968" w:rsidRDefault="00CA6E70">
            <w:pPr>
              <w:pStyle w:val="CMRBodySmall"/>
              <w:spacing w:after="100"/>
            </w:pPr>
            <w:r>
              <w:t>My work: ____________________________________________________________</w:t>
            </w:r>
          </w:p>
          <w:p w14:paraId="7F01DB35" w14:textId="77777777" w:rsidR="00BE3968" w:rsidRDefault="00CA6E70">
            <w:pPr>
              <w:pStyle w:val="CMRBodySmall"/>
              <w:spacing w:after="100"/>
            </w:pPr>
            <w:r>
              <w:t>____________________________________________________________________</w:t>
            </w:r>
          </w:p>
          <w:p w14:paraId="05437A2B" w14:textId="77777777" w:rsidR="00BE3968" w:rsidRDefault="00CA6E70">
            <w:pPr>
              <w:pStyle w:val="CMRBodySmall"/>
              <w:spacing w:after="100"/>
            </w:pPr>
            <w:r>
              <w:t>____________________________________________________________________</w:t>
            </w:r>
          </w:p>
          <w:p w14:paraId="08B2651E" w14:textId="77777777" w:rsidR="00BE3968" w:rsidRDefault="00CA6E70">
            <w:pPr>
              <w:pStyle w:val="CMRBodySmall"/>
              <w:spacing w:after="100"/>
            </w:pPr>
            <w:r>
              <w:t>Answer with units: __________________________________________________</w:t>
            </w:r>
          </w:p>
          <w:p w14:paraId="3EDDEACB" w14:textId="77777777" w:rsidR="00BE3968" w:rsidRDefault="00CA6E70">
            <w:pPr>
              <w:pStyle w:val="CMRBodySmall"/>
              <w:spacing w:after="80"/>
            </w:pPr>
            <w:r>
              <w:t>Does the answer make sense? ___________________________________________</w:t>
            </w:r>
          </w:p>
        </w:tc>
      </w:tr>
    </w:tbl>
    <w:p w14:paraId="2CC4E66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59074C3" w14:textId="77777777">
        <w:tc>
          <w:tcPr>
            <w:tcW w:w="10036" w:type="dxa"/>
            <w:tcMar>
              <w:top w:w="70" w:type="dxa"/>
              <w:left w:w="140" w:type="dxa"/>
              <w:bottom w:w="85" w:type="dxa"/>
              <w:right w:w="140" w:type="dxa"/>
            </w:tcMar>
          </w:tcPr>
          <w:p w14:paraId="18C8B08D" w14:textId="77777777" w:rsidR="00BE3968" w:rsidRDefault="00BE3968"/>
          <w:p w14:paraId="6629D99A" w14:textId="77777777" w:rsidR="00BE3968" w:rsidRDefault="00CA6E70">
            <w:pPr>
              <w:pStyle w:val="CMRBodySmall"/>
            </w:pPr>
            <w:r>
              <w:rPr>
                <w:b/>
              </w:rPr>
              <w:t>PROBLEM S2-194</w:t>
            </w:r>
          </w:p>
          <w:p w14:paraId="6E8DD49D" w14:textId="77777777" w:rsidR="00BE3968" w:rsidRDefault="00CA6E70">
            <w:r>
              <w:t>Angela’s car averages 30 miles per gallon. The trip to a job interview is 60 miles, plus a 15-mile stop to pick up a friend. Gas is $3.50 a gallon. What will the gas cost?</w:t>
            </w:r>
          </w:p>
          <w:p w14:paraId="52228BE9" w14:textId="77777777" w:rsidR="00BE3968" w:rsidRDefault="00CA6E70">
            <w:pPr>
              <w:pStyle w:val="CMRBodySmall"/>
              <w:spacing w:after="40"/>
            </w:pPr>
            <w:r>
              <w:rPr>
                <w:b/>
              </w:rPr>
              <w:t>STEP 1 — WHAT DO THEY WANT?</w:t>
            </w:r>
          </w:p>
          <w:p w14:paraId="125E53AC" w14:textId="77777777" w:rsidR="00BE3968" w:rsidRDefault="00CA6E70">
            <w:pPr>
              <w:pStyle w:val="CMRBodySmall"/>
              <w:spacing w:after="80"/>
            </w:pPr>
            <w:r>
              <w:t>I need to find: _________________________________________________________</w:t>
            </w:r>
          </w:p>
          <w:p w14:paraId="47BCA1C9" w14:textId="77777777" w:rsidR="00BE3968" w:rsidRDefault="00CA6E70">
            <w:pPr>
              <w:pStyle w:val="CMRBodySmall"/>
              <w:spacing w:after="40"/>
            </w:pPr>
            <w:r>
              <w:rPr>
                <w:b/>
              </w:rPr>
              <w:t>STEP 2 — WHAT DO I KNOW?</w:t>
            </w:r>
          </w:p>
          <w:p w14:paraId="2A976D9E" w14:textId="77777777" w:rsidR="00BE3968" w:rsidRDefault="00CA6E70">
            <w:pPr>
              <w:pStyle w:val="CMRBodySmall"/>
              <w:spacing w:after="40"/>
            </w:pPr>
            <w:r>
              <w:t>Useful facts: __________________________________________________________</w:t>
            </w:r>
          </w:p>
          <w:p w14:paraId="0E5518D3" w14:textId="77777777" w:rsidR="00BE3968" w:rsidRDefault="00CA6E70">
            <w:pPr>
              <w:pStyle w:val="CMRBodySmall"/>
            </w:pPr>
            <w:r>
              <w:t>____________________________________________________________________</w:t>
            </w:r>
          </w:p>
          <w:p w14:paraId="71A602A2" w14:textId="77777777" w:rsidR="00BE3968" w:rsidRDefault="00CA6E70">
            <w:pPr>
              <w:pStyle w:val="CMRBodySmall"/>
              <w:spacing w:after="40"/>
            </w:pPr>
            <w:r>
              <w:rPr>
                <w:b/>
              </w:rPr>
              <w:t>STEP 3 — HOW DO I FIND IT?</w:t>
            </w:r>
          </w:p>
          <w:p w14:paraId="08BFF299" w14:textId="77777777" w:rsidR="00BE3968" w:rsidRDefault="00CA6E70">
            <w:pPr>
              <w:pStyle w:val="CMRBodySmall"/>
              <w:spacing w:after="100"/>
            </w:pPr>
            <w:r>
              <w:t>My work: ____________________________________________________________</w:t>
            </w:r>
          </w:p>
          <w:p w14:paraId="46CA80DE" w14:textId="77777777" w:rsidR="00BE3968" w:rsidRDefault="00CA6E70">
            <w:pPr>
              <w:pStyle w:val="CMRBodySmall"/>
              <w:spacing w:after="100"/>
            </w:pPr>
            <w:r>
              <w:t>____________________________________________________________________</w:t>
            </w:r>
          </w:p>
          <w:p w14:paraId="61BEA1B5" w14:textId="77777777" w:rsidR="00BE3968" w:rsidRDefault="00CA6E70">
            <w:pPr>
              <w:pStyle w:val="CMRBodySmall"/>
              <w:spacing w:after="100"/>
            </w:pPr>
            <w:r>
              <w:t>____________________________________________________________________</w:t>
            </w:r>
          </w:p>
          <w:p w14:paraId="694E8D85" w14:textId="77777777" w:rsidR="00BE3968" w:rsidRDefault="00CA6E70">
            <w:pPr>
              <w:pStyle w:val="CMRBodySmall"/>
              <w:spacing w:after="100"/>
            </w:pPr>
            <w:r>
              <w:t>Answer with units: __________________________________________________</w:t>
            </w:r>
          </w:p>
          <w:p w14:paraId="05980F52" w14:textId="77777777" w:rsidR="00BE3968" w:rsidRDefault="00CA6E70">
            <w:pPr>
              <w:pStyle w:val="CMRBodySmall"/>
              <w:spacing w:after="80"/>
            </w:pPr>
            <w:r>
              <w:t>Does the answer make sense? ___________________________________________</w:t>
            </w:r>
          </w:p>
        </w:tc>
      </w:tr>
    </w:tbl>
    <w:p w14:paraId="01DC2A9F" w14:textId="77777777" w:rsidR="00BE3968" w:rsidRDefault="00CA6E70">
      <w:r>
        <w:br w:type="page"/>
      </w:r>
    </w:p>
    <w:p w14:paraId="765BB7B4" w14:textId="77777777" w:rsidR="00BE3968" w:rsidRDefault="00CA6E70">
      <w:pPr>
        <w:pStyle w:val="CMRSmallLabel"/>
        <w:spacing w:after="60"/>
      </w:pPr>
      <w:r>
        <w:rPr>
          <w:b w:val="0"/>
        </w:rPr>
        <w:t>SECTION 2  |  TOPIC 20  |  PRACTICE PAGE 3/5</w:t>
      </w:r>
    </w:p>
    <w:p w14:paraId="37A35919" w14:textId="77777777" w:rsidR="00BE3968" w:rsidRDefault="00CA6E70">
      <w:pPr>
        <w:pStyle w:val="CMRPageTitle"/>
        <w:spacing w:after="60"/>
      </w:pPr>
      <w:r>
        <w:rPr>
          <w:b w:val="0"/>
        </w:rPr>
        <w:t>Travel and fuel</w:t>
      </w:r>
    </w:p>
    <w:p w14:paraId="109DE36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342786A" w14:textId="77777777">
        <w:tc>
          <w:tcPr>
            <w:tcW w:w="10036" w:type="dxa"/>
            <w:shd w:val="clear" w:color="auto" w:fill="F5F8F9"/>
            <w:tcMar>
              <w:top w:w="70" w:type="dxa"/>
              <w:left w:w="140" w:type="dxa"/>
              <w:bottom w:w="85" w:type="dxa"/>
              <w:right w:w="140" w:type="dxa"/>
            </w:tcMar>
          </w:tcPr>
          <w:p w14:paraId="142ADA84" w14:textId="77777777" w:rsidR="00BE3968" w:rsidRDefault="00BE3968"/>
          <w:p w14:paraId="4B0DAE7A" w14:textId="77777777" w:rsidR="00BE3968" w:rsidRDefault="00CA6E70">
            <w:pPr>
              <w:pStyle w:val="CMRBodySmall"/>
            </w:pPr>
            <w:r>
              <w:rPr>
                <w:b/>
              </w:rPr>
              <w:t>PROBLEM S2-195</w:t>
            </w:r>
          </w:p>
          <w:p w14:paraId="66EB64D2" w14:textId="77777777" w:rsidR="00BE3968" w:rsidRDefault="00CA6E70">
            <w:r>
              <w:t>Gas costs $3.00 per gallon. Carlos will drive 90 miles to visit family and 15 more miles running errands there. The van gets 30 miles per gallon. How much will the gas cost for all of this driving?</w:t>
            </w:r>
          </w:p>
          <w:p w14:paraId="6F87B8B5" w14:textId="77777777" w:rsidR="00BE3968" w:rsidRDefault="00CA6E70">
            <w:pPr>
              <w:pStyle w:val="CMRBodySmall"/>
              <w:spacing w:after="40"/>
            </w:pPr>
            <w:r>
              <w:rPr>
                <w:b/>
              </w:rPr>
              <w:t>STEP 1 — WHAT DO THEY WANT?</w:t>
            </w:r>
          </w:p>
          <w:p w14:paraId="44C5F196" w14:textId="77777777" w:rsidR="00BE3968" w:rsidRDefault="00CA6E70">
            <w:pPr>
              <w:pStyle w:val="CMRBodySmall"/>
              <w:spacing w:after="80"/>
            </w:pPr>
            <w:r>
              <w:t>I need to find: _________________________________________________________</w:t>
            </w:r>
          </w:p>
          <w:p w14:paraId="78D1EED1" w14:textId="77777777" w:rsidR="00BE3968" w:rsidRDefault="00CA6E70">
            <w:pPr>
              <w:pStyle w:val="CMRBodySmall"/>
              <w:spacing w:after="40"/>
            </w:pPr>
            <w:r>
              <w:rPr>
                <w:b/>
              </w:rPr>
              <w:t>STEP 2 — WHAT DO I KNOW?</w:t>
            </w:r>
          </w:p>
          <w:p w14:paraId="28C3B446" w14:textId="77777777" w:rsidR="00BE3968" w:rsidRDefault="00CA6E70">
            <w:pPr>
              <w:pStyle w:val="CMRBodySmall"/>
              <w:spacing w:after="40"/>
            </w:pPr>
            <w:r>
              <w:t>Useful facts: __________________________________________________________</w:t>
            </w:r>
          </w:p>
          <w:p w14:paraId="76E7AE14" w14:textId="77777777" w:rsidR="00BE3968" w:rsidRDefault="00CA6E70">
            <w:pPr>
              <w:pStyle w:val="CMRBodySmall"/>
            </w:pPr>
            <w:r>
              <w:t>____________________________________________________________________</w:t>
            </w:r>
          </w:p>
          <w:p w14:paraId="310E2E80" w14:textId="77777777" w:rsidR="00BE3968" w:rsidRDefault="00CA6E70">
            <w:pPr>
              <w:pStyle w:val="CMRBodySmall"/>
              <w:spacing w:after="40"/>
            </w:pPr>
            <w:r>
              <w:rPr>
                <w:b/>
              </w:rPr>
              <w:t>STEP 3 — HOW DO I FIND IT?</w:t>
            </w:r>
          </w:p>
          <w:p w14:paraId="081ABA72" w14:textId="77777777" w:rsidR="00BE3968" w:rsidRDefault="00CA6E70">
            <w:pPr>
              <w:pStyle w:val="CMRBodySmall"/>
              <w:spacing w:after="100"/>
            </w:pPr>
            <w:r>
              <w:t>My work: ____________________________________________________________</w:t>
            </w:r>
          </w:p>
          <w:p w14:paraId="046F6802" w14:textId="77777777" w:rsidR="00BE3968" w:rsidRDefault="00CA6E70">
            <w:pPr>
              <w:pStyle w:val="CMRBodySmall"/>
              <w:spacing w:after="100"/>
            </w:pPr>
            <w:r>
              <w:t>____________________________________________________________________</w:t>
            </w:r>
          </w:p>
          <w:p w14:paraId="40F5B7DE" w14:textId="77777777" w:rsidR="00BE3968" w:rsidRDefault="00CA6E70">
            <w:pPr>
              <w:pStyle w:val="CMRBodySmall"/>
              <w:spacing w:after="100"/>
            </w:pPr>
            <w:r>
              <w:t>____________________________________________________________________</w:t>
            </w:r>
          </w:p>
          <w:p w14:paraId="2D9BA0C2" w14:textId="77777777" w:rsidR="00BE3968" w:rsidRDefault="00CA6E70">
            <w:pPr>
              <w:pStyle w:val="CMRBodySmall"/>
              <w:spacing w:after="100"/>
            </w:pPr>
            <w:r>
              <w:t>Answer with units: __________________________________________________</w:t>
            </w:r>
          </w:p>
          <w:p w14:paraId="4672F58A" w14:textId="77777777" w:rsidR="00BE3968" w:rsidRDefault="00CA6E70">
            <w:pPr>
              <w:pStyle w:val="CMRBodySmall"/>
              <w:spacing w:after="80"/>
            </w:pPr>
            <w:r>
              <w:t>Does the answer make sense? ___________________________________________</w:t>
            </w:r>
          </w:p>
        </w:tc>
      </w:tr>
    </w:tbl>
    <w:p w14:paraId="681246B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59A868C" w14:textId="77777777">
        <w:tc>
          <w:tcPr>
            <w:tcW w:w="10036" w:type="dxa"/>
            <w:tcMar>
              <w:top w:w="70" w:type="dxa"/>
              <w:left w:w="140" w:type="dxa"/>
              <w:bottom w:w="85" w:type="dxa"/>
              <w:right w:w="140" w:type="dxa"/>
            </w:tcMar>
          </w:tcPr>
          <w:p w14:paraId="202F838B" w14:textId="77777777" w:rsidR="00BE3968" w:rsidRDefault="00BE3968"/>
          <w:p w14:paraId="59D633A7" w14:textId="77777777" w:rsidR="00BE3968" w:rsidRDefault="00CA6E70">
            <w:pPr>
              <w:pStyle w:val="CMRBodySmall"/>
            </w:pPr>
            <w:r>
              <w:rPr>
                <w:b/>
              </w:rPr>
              <w:t>PROBLEM S2-196</w:t>
            </w:r>
          </w:p>
          <w:p w14:paraId="09886470" w14:textId="77777777" w:rsidR="00BE3968" w:rsidRDefault="00CA6E70">
            <w:r>
              <w:t>Nicole plans a 90-mile drive in a vehicle that gets 20 miles per gallon. Gas costs $3.50 per gallon. Nicole also plans a 15-mile side trip on the way. About how much will gas cost for all the driving?</w:t>
            </w:r>
          </w:p>
          <w:p w14:paraId="5081DD33" w14:textId="77777777" w:rsidR="00BE3968" w:rsidRDefault="00CA6E70">
            <w:pPr>
              <w:pStyle w:val="CMRBodySmall"/>
              <w:spacing w:after="40"/>
            </w:pPr>
            <w:r>
              <w:rPr>
                <w:b/>
              </w:rPr>
              <w:t>STEP 1 — WHAT DO THEY WANT?</w:t>
            </w:r>
          </w:p>
          <w:p w14:paraId="210FD66E" w14:textId="77777777" w:rsidR="00BE3968" w:rsidRDefault="00CA6E70">
            <w:pPr>
              <w:pStyle w:val="CMRBodySmall"/>
              <w:spacing w:after="80"/>
            </w:pPr>
            <w:r>
              <w:t>I need to find: _________________________________________________________</w:t>
            </w:r>
          </w:p>
          <w:p w14:paraId="77A1F8D3" w14:textId="77777777" w:rsidR="00BE3968" w:rsidRDefault="00CA6E70">
            <w:pPr>
              <w:pStyle w:val="CMRBodySmall"/>
              <w:spacing w:after="40"/>
            </w:pPr>
            <w:r>
              <w:rPr>
                <w:b/>
              </w:rPr>
              <w:t>STEP 2 — WHAT DO I KNOW?</w:t>
            </w:r>
          </w:p>
          <w:p w14:paraId="1BD39FB4" w14:textId="77777777" w:rsidR="00BE3968" w:rsidRDefault="00CA6E70">
            <w:pPr>
              <w:pStyle w:val="CMRBodySmall"/>
              <w:spacing w:after="40"/>
            </w:pPr>
            <w:r>
              <w:t>Useful facts: __________________________________________________________</w:t>
            </w:r>
          </w:p>
          <w:p w14:paraId="20A28958" w14:textId="77777777" w:rsidR="00BE3968" w:rsidRDefault="00CA6E70">
            <w:pPr>
              <w:pStyle w:val="CMRBodySmall"/>
            </w:pPr>
            <w:r>
              <w:t>____________________________________________________________________</w:t>
            </w:r>
          </w:p>
          <w:p w14:paraId="167BBD5A" w14:textId="77777777" w:rsidR="00BE3968" w:rsidRDefault="00CA6E70">
            <w:pPr>
              <w:pStyle w:val="CMRBodySmall"/>
              <w:spacing w:after="40"/>
            </w:pPr>
            <w:r>
              <w:rPr>
                <w:b/>
              </w:rPr>
              <w:t>STEP 3 — HOW DO I FIND IT?</w:t>
            </w:r>
          </w:p>
          <w:p w14:paraId="241BEB02" w14:textId="77777777" w:rsidR="00BE3968" w:rsidRDefault="00CA6E70">
            <w:pPr>
              <w:pStyle w:val="CMRBodySmall"/>
              <w:spacing w:after="100"/>
            </w:pPr>
            <w:r>
              <w:t>My work: ____________________________________________________________</w:t>
            </w:r>
          </w:p>
          <w:p w14:paraId="5E135FE0" w14:textId="77777777" w:rsidR="00BE3968" w:rsidRDefault="00CA6E70">
            <w:pPr>
              <w:pStyle w:val="CMRBodySmall"/>
              <w:spacing w:after="100"/>
            </w:pPr>
            <w:r>
              <w:t>____________________________________________________________________</w:t>
            </w:r>
          </w:p>
          <w:p w14:paraId="2851FE66" w14:textId="77777777" w:rsidR="00BE3968" w:rsidRDefault="00CA6E70">
            <w:pPr>
              <w:pStyle w:val="CMRBodySmall"/>
              <w:spacing w:after="100"/>
            </w:pPr>
            <w:r>
              <w:t>____________________________________________________________________</w:t>
            </w:r>
          </w:p>
          <w:p w14:paraId="6C9969B7" w14:textId="77777777" w:rsidR="00BE3968" w:rsidRDefault="00CA6E70">
            <w:pPr>
              <w:pStyle w:val="CMRBodySmall"/>
              <w:spacing w:after="100"/>
            </w:pPr>
            <w:r>
              <w:t>Answer with units: __________________________________________________</w:t>
            </w:r>
          </w:p>
          <w:p w14:paraId="54798971" w14:textId="77777777" w:rsidR="00BE3968" w:rsidRDefault="00CA6E70">
            <w:pPr>
              <w:pStyle w:val="CMRBodySmall"/>
              <w:spacing w:after="80"/>
            </w:pPr>
            <w:r>
              <w:t>Does the answer make sense? ___________________________________________</w:t>
            </w:r>
          </w:p>
        </w:tc>
      </w:tr>
    </w:tbl>
    <w:p w14:paraId="2428822D" w14:textId="77777777" w:rsidR="00BE3968" w:rsidRDefault="00CA6E70">
      <w:r>
        <w:br w:type="page"/>
      </w:r>
    </w:p>
    <w:p w14:paraId="4116BF9B" w14:textId="77777777" w:rsidR="00BE3968" w:rsidRDefault="00CA6E70">
      <w:pPr>
        <w:pStyle w:val="CMRSmallLabel"/>
        <w:spacing w:after="60"/>
      </w:pPr>
      <w:r>
        <w:rPr>
          <w:b w:val="0"/>
        </w:rPr>
        <w:t>SECTION 2  |  TOPIC 20  |  PRACTICE PAGE 4/5</w:t>
      </w:r>
    </w:p>
    <w:p w14:paraId="20C16D2F" w14:textId="77777777" w:rsidR="00BE3968" w:rsidRDefault="00CA6E70">
      <w:pPr>
        <w:pStyle w:val="CMRPageTitle"/>
        <w:spacing w:after="60"/>
      </w:pPr>
      <w:r>
        <w:rPr>
          <w:b w:val="0"/>
        </w:rPr>
        <w:t>Travel and fuel</w:t>
      </w:r>
    </w:p>
    <w:p w14:paraId="37866FA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06E1E77" w14:textId="77777777">
        <w:tc>
          <w:tcPr>
            <w:tcW w:w="10036" w:type="dxa"/>
            <w:shd w:val="clear" w:color="auto" w:fill="F5F8F9"/>
            <w:tcMar>
              <w:top w:w="70" w:type="dxa"/>
              <w:left w:w="140" w:type="dxa"/>
              <w:bottom w:w="85" w:type="dxa"/>
              <w:right w:w="140" w:type="dxa"/>
            </w:tcMar>
          </w:tcPr>
          <w:p w14:paraId="3B772441" w14:textId="77777777" w:rsidR="00BE3968" w:rsidRDefault="00BE3968"/>
          <w:p w14:paraId="64B6945F" w14:textId="77777777" w:rsidR="00BE3968" w:rsidRDefault="00CA6E70">
            <w:pPr>
              <w:pStyle w:val="CMRBodySmall"/>
            </w:pPr>
            <w:r>
              <w:rPr>
                <w:b/>
              </w:rPr>
              <w:t>PROBLEM S2-197</w:t>
            </w:r>
          </w:p>
          <w:p w14:paraId="4B66FAA5" w14:textId="77777777" w:rsidR="00BE3968" w:rsidRDefault="00CA6E70">
            <w:r>
              <w:t>Luis’s car averages 20 miles per gallon. The trip to a job interview is 150 miles, plus a 50-mile stop to pick up a friend. Gas is $3.50 a gallon. What will the gas cost?</w:t>
            </w:r>
          </w:p>
          <w:p w14:paraId="48AA68A1" w14:textId="77777777" w:rsidR="00BE3968" w:rsidRDefault="00CA6E70">
            <w:pPr>
              <w:pStyle w:val="CMRBodySmall"/>
              <w:spacing w:after="40"/>
            </w:pPr>
            <w:r>
              <w:rPr>
                <w:b/>
              </w:rPr>
              <w:t>STEP 1 — WHAT DO THEY WANT?</w:t>
            </w:r>
          </w:p>
          <w:p w14:paraId="4C7CB66A" w14:textId="77777777" w:rsidR="00BE3968" w:rsidRDefault="00CA6E70">
            <w:pPr>
              <w:pStyle w:val="CMRBodySmall"/>
              <w:spacing w:after="80"/>
            </w:pPr>
            <w:r>
              <w:t>I need to find: _________________________________________________________</w:t>
            </w:r>
          </w:p>
          <w:p w14:paraId="676ED6C0" w14:textId="77777777" w:rsidR="00BE3968" w:rsidRDefault="00CA6E70">
            <w:pPr>
              <w:pStyle w:val="CMRBodySmall"/>
              <w:spacing w:after="40"/>
            </w:pPr>
            <w:r>
              <w:rPr>
                <w:b/>
              </w:rPr>
              <w:t>STEP 2 — WHAT DO I KNOW?</w:t>
            </w:r>
          </w:p>
          <w:p w14:paraId="22316037" w14:textId="77777777" w:rsidR="00BE3968" w:rsidRDefault="00CA6E70">
            <w:pPr>
              <w:pStyle w:val="CMRBodySmall"/>
              <w:spacing w:after="40"/>
            </w:pPr>
            <w:r>
              <w:t>Useful facts: __________________________________________________________</w:t>
            </w:r>
          </w:p>
          <w:p w14:paraId="5B44D700" w14:textId="77777777" w:rsidR="00BE3968" w:rsidRDefault="00CA6E70">
            <w:pPr>
              <w:pStyle w:val="CMRBodySmall"/>
            </w:pPr>
            <w:r>
              <w:t>____________________________________________________________________</w:t>
            </w:r>
          </w:p>
          <w:p w14:paraId="7AF8FD9A" w14:textId="77777777" w:rsidR="00BE3968" w:rsidRDefault="00CA6E70">
            <w:pPr>
              <w:pStyle w:val="CMRBodySmall"/>
              <w:spacing w:after="40"/>
            </w:pPr>
            <w:r>
              <w:rPr>
                <w:b/>
              </w:rPr>
              <w:t>STEP 3 — HOW DO I FIND IT?</w:t>
            </w:r>
          </w:p>
          <w:p w14:paraId="3D25FEA6" w14:textId="77777777" w:rsidR="00BE3968" w:rsidRDefault="00CA6E70">
            <w:pPr>
              <w:pStyle w:val="CMRBodySmall"/>
              <w:spacing w:after="100"/>
            </w:pPr>
            <w:r>
              <w:t>My work: ____________________________________________________________</w:t>
            </w:r>
          </w:p>
          <w:p w14:paraId="75A6E9F6" w14:textId="77777777" w:rsidR="00BE3968" w:rsidRDefault="00CA6E70">
            <w:pPr>
              <w:pStyle w:val="CMRBodySmall"/>
              <w:spacing w:after="100"/>
            </w:pPr>
            <w:r>
              <w:t>____________________________________________________________________</w:t>
            </w:r>
          </w:p>
          <w:p w14:paraId="1F6A8365" w14:textId="77777777" w:rsidR="00BE3968" w:rsidRDefault="00CA6E70">
            <w:pPr>
              <w:pStyle w:val="CMRBodySmall"/>
              <w:spacing w:after="100"/>
            </w:pPr>
            <w:r>
              <w:t>____________________________________________________________________</w:t>
            </w:r>
          </w:p>
          <w:p w14:paraId="543F8B70" w14:textId="77777777" w:rsidR="00BE3968" w:rsidRDefault="00CA6E70">
            <w:pPr>
              <w:pStyle w:val="CMRBodySmall"/>
              <w:spacing w:after="100"/>
            </w:pPr>
            <w:r>
              <w:t>Answer with units: __________________________________________________</w:t>
            </w:r>
          </w:p>
          <w:p w14:paraId="24D5280C" w14:textId="77777777" w:rsidR="00BE3968" w:rsidRDefault="00CA6E70">
            <w:pPr>
              <w:pStyle w:val="CMRBodySmall"/>
              <w:spacing w:after="80"/>
            </w:pPr>
            <w:r>
              <w:t>Does the answer make sense? ___________________________________________</w:t>
            </w:r>
          </w:p>
        </w:tc>
      </w:tr>
    </w:tbl>
    <w:p w14:paraId="3B93875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061E389" w14:textId="77777777">
        <w:tc>
          <w:tcPr>
            <w:tcW w:w="10036" w:type="dxa"/>
            <w:tcMar>
              <w:top w:w="70" w:type="dxa"/>
              <w:left w:w="140" w:type="dxa"/>
              <w:bottom w:w="85" w:type="dxa"/>
              <w:right w:w="140" w:type="dxa"/>
            </w:tcMar>
          </w:tcPr>
          <w:p w14:paraId="25BC9CE1" w14:textId="77777777" w:rsidR="00BE3968" w:rsidRDefault="00BE3968"/>
          <w:p w14:paraId="4FDB3004" w14:textId="77777777" w:rsidR="00BE3968" w:rsidRDefault="00CA6E70">
            <w:pPr>
              <w:pStyle w:val="CMRBodySmall"/>
            </w:pPr>
            <w:r>
              <w:rPr>
                <w:b/>
              </w:rPr>
              <w:t>PROBLEM S2-198</w:t>
            </w:r>
          </w:p>
          <w:p w14:paraId="26CDDFD9" w14:textId="77777777" w:rsidR="00BE3968" w:rsidRDefault="00CA6E70">
            <w:r>
              <w:t>Gas costs $3.50 per gallon. Grace will drive 180 miles to visit family and 15 more miles running errands there. The van gets 30 miles per gallon. How much will the gas cost for all of this driving?</w:t>
            </w:r>
          </w:p>
          <w:p w14:paraId="43114BDE" w14:textId="77777777" w:rsidR="00BE3968" w:rsidRDefault="00CA6E70">
            <w:pPr>
              <w:pStyle w:val="CMRBodySmall"/>
              <w:spacing w:after="40"/>
            </w:pPr>
            <w:r>
              <w:rPr>
                <w:b/>
              </w:rPr>
              <w:t>STEP 1 — WHAT DO THEY WANT?</w:t>
            </w:r>
          </w:p>
          <w:p w14:paraId="09985ACB" w14:textId="77777777" w:rsidR="00BE3968" w:rsidRDefault="00CA6E70">
            <w:pPr>
              <w:pStyle w:val="CMRBodySmall"/>
              <w:spacing w:after="80"/>
            </w:pPr>
            <w:r>
              <w:t>I need to find: _________________________________________________________</w:t>
            </w:r>
          </w:p>
          <w:p w14:paraId="34DFDABD" w14:textId="77777777" w:rsidR="00BE3968" w:rsidRDefault="00CA6E70">
            <w:pPr>
              <w:pStyle w:val="CMRBodySmall"/>
              <w:spacing w:after="40"/>
            </w:pPr>
            <w:r>
              <w:rPr>
                <w:b/>
              </w:rPr>
              <w:t>STEP 2 — WHAT DO I KNOW?</w:t>
            </w:r>
          </w:p>
          <w:p w14:paraId="0AD758F5" w14:textId="77777777" w:rsidR="00BE3968" w:rsidRDefault="00CA6E70">
            <w:pPr>
              <w:pStyle w:val="CMRBodySmall"/>
              <w:spacing w:after="40"/>
            </w:pPr>
            <w:r>
              <w:t>Useful facts: __________________________________________________________</w:t>
            </w:r>
          </w:p>
          <w:p w14:paraId="027C6FBF" w14:textId="77777777" w:rsidR="00BE3968" w:rsidRDefault="00CA6E70">
            <w:pPr>
              <w:pStyle w:val="CMRBodySmall"/>
            </w:pPr>
            <w:r>
              <w:t>____________________________________________________________________</w:t>
            </w:r>
          </w:p>
          <w:p w14:paraId="7AD7A376" w14:textId="77777777" w:rsidR="00BE3968" w:rsidRDefault="00CA6E70">
            <w:pPr>
              <w:pStyle w:val="CMRBodySmall"/>
              <w:spacing w:after="40"/>
            </w:pPr>
            <w:r>
              <w:rPr>
                <w:b/>
              </w:rPr>
              <w:t>STEP 3 — HOW DO I FIND IT?</w:t>
            </w:r>
          </w:p>
          <w:p w14:paraId="3DA6E519" w14:textId="77777777" w:rsidR="00BE3968" w:rsidRDefault="00CA6E70">
            <w:pPr>
              <w:pStyle w:val="CMRBodySmall"/>
              <w:spacing w:after="100"/>
            </w:pPr>
            <w:r>
              <w:t>My work: ____________________________________________________________</w:t>
            </w:r>
          </w:p>
          <w:p w14:paraId="46AFCAF8" w14:textId="77777777" w:rsidR="00BE3968" w:rsidRDefault="00CA6E70">
            <w:pPr>
              <w:pStyle w:val="CMRBodySmall"/>
              <w:spacing w:after="100"/>
            </w:pPr>
            <w:r>
              <w:t>____________________________________________________________________</w:t>
            </w:r>
          </w:p>
          <w:p w14:paraId="610A7298" w14:textId="77777777" w:rsidR="00BE3968" w:rsidRDefault="00CA6E70">
            <w:pPr>
              <w:pStyle w:val="CMRBodySmall"/>
              <w:spacing w:after="100"/>
            </w:pPr>
            <w:r>
              <w:t>____________________________________________________________________</w:t>
            </w:r>
          </w:p>
          <w:p w14:paraId="68DB1DA3" w14:textId="77777777" w:rsidR="00BE3968" w:rsidRDefault="00CA6E70">
            <w:pPr>
              <w:pStyle w:val="CMRBodySmall"/>
              <w:spacing w:after="100"/>
            </w:pPr>
            <w:r>
              <w:t>Answer with units: __________________________________________________</w:t>
            </w:r>
          </w:p>
          <w:p w14:paraId="390CF00D" w14:textId="77777777" w:rsidR="00BE3968" w:rsidRDefault="00CA6E70">
            <w:pPr>
              <w:pStyle w:val="CMRBodySmall"/>
              <w:spacing w:after="80"/>
            </w:pPr>
            <w:r>
              <w:t>Does the answer make sense? ___________________________________________</w:t>
            </w:r>
          </w:p>
        </w:tc>
      </w:tr>
    </w:tbl>
    <w:p w14:paraId="0662DD2F" w14:textId="77777777" w:rsidR="00BE3968" w:rsidRDefault="00CA6E70">
      <w:r>
        <w:br w:type="page"/>
      </w:r>
    </w:p>
    <w:p w14:paraId="19CC0275" w14:textId="77777777" w:rsidR="00BE3968" w:rsidRDefault="00CA6E70">
      <w:pPr>
        <w:pStyle w:val="CMRSmallLabel"/>
        <w:spacing w:after="60"/>
      </w:pPr>
      <w:r>
        <w:rPr>
          <w:b w:val="0"/>
        </w:rPr>
        <w:t>SECTION 2  |  TOPIC 20  |  PRACTICE PAGE 5/5</w:t>
      </w:r>
    </w:p>
    <w:p w14:paraId="428706B0" w14:textId="77777777" w:rsidR="00BE3968" w:rsidRDefault="00CA6E70">
      <w:pPr>
        <w:pStyle w:val="CMRPageTitle"/>
        <w:spacing w:after="60"/>
      </w:pPr>
      <w:r>
        <w:rPr>
          <w:b w:val="0"/>
        </w:rPr>
        <w:t>Travel and fuel</w:t>
      </w:r>
    </w:p>
    <w:p w14:paraId="5118730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53FF52F" w14:textId="77777777">
        <w:tc>
          <w:tcPr>
            <w:tcW w:w="10036" w:type="dxa"/>
            <w:shd w:val="clear" w:color="auto" w:fill="F5F8F9"/>
            <w:tcMar>
              <w:top w:w="70" w:type="dxa"/>
              <w:left w:w="140" w:type="dxa"/>
              <w:bottom w:w="85" w:type="dxa"/>
              <w:right w:w="140" w:type="dxa"/>
            </w:tcMar>
          </w:tcPr>
          <w:p w14:paraId="32013B91" w14:textId="77777777" w:rsidR="00BE3968" w:rsidRDefault="00BE3968"/>
          <w:p w14:paraId="7456FEB7" w14:textId="77777777" w:rsidR="00BE3968" w:rsidRDefault="00CA6E70">
            <w:pPr>
              <w:pStyle w:val="CMRBodySmall"/>
            </w:pPr>
            <w:r>
              <w:rPr>
                <w:b/>
              </w:rPr>
              <w:t>PROBLEM S2-199</w:t>
            </w:r>
          </w:p>
          <w:p w14:paraId="4876B8E7" w14:textId="77777777" w:rsidR="00BE3968" w:rsidRDefault="00CA6E70">
            <w:r>
              <w:t>Daniel plans a 150-mile drive in a vehicle that gets 30 miles per gallon. Gas costs $4.00 per gallon. Daniel also plans a 15-mile side trip on the way. About how much will gas cost for all the driving?</w:t>
            </w:r>
          </w:p>
          <w:p w14:paraId="0DA04AAA" w14:textId="77777777" w:rsidR="00BE3968" w:rsidRDefault="00CA6E70">
            <w:pPr>
              <w:pStyle w:val="CMRBodySmall"/>
              <w:spacing w:after="40"/>
            </w:pPr>
            <w:r>
              <w:rPr>
                <w:b/>
              </w:rPr>
              <w:t>STEP 1 — WHAT DO THEY WANT?</w:t>
            </w:r>
          </w:p>
          <w:p w14:paraId="595D1FF1" w14:textId="77777777" w:rsidR="00BE3968" w:rsidRDefault="00CA6E70">
            <w:pPr>
              <w:pStyle w:val="CMRBodySmall"/>
              <w:spacing w:after="80"/>
            </w:pPr>
            <w:r>
              <w:t>I need to find: _________________________________________________________</w:t>
            </w:r>
          </w:p>
          <w:p w14:paraId="649F45A1" w14:textId="77777777" w:rsidR="00BE3968" w:rsidRDefault="00CA6E70">
            <w:pPr>
              <w:pStyle w:val="CMRBodySmall"/>
              <w:spacing w:after="40"/>
            </w:pPr>
            <w:r>
              <w:rPr>
                <w:b/>
              </w:rPr>
              <w:t>STEP 2 — WHAT DO I KNOW?</w:t>
            </w:r>
          </w:p>
          <w:p w14:paraId="4D3F0C9A" w14:textId="77777777" w:rsidR="00BE3968" w:rsidRDefault="00CA6E70">
            <w:pPr>
              <w:pStyle w:val="CMRBodySmall"/>
              <w:spacing w:after="40"/>
            </w:pPr>
            <w:r>
              <w:t>Useful facts: __________________________________________________________</w:t>
            </w:r>
          </w:p>
          <w:p w14:paraId="06D344FE" w14:textId="77777777" w:rsidR="00BE3968" w:rsidRDefault="00CA6E70">
            <w:pPr>
              <w:pStyle w:val="CMRBodySmall"/>
            </w:pPr>
            <w:r>
              <w:t>____________________________________________________________________</w:t>
            </w:r>
          </w:p>
          <w:p w14:paraId="720A7DF7" w14:textId="77777777" w:rsidR="00BE3968" w:rsidRDefault="00CA6E70">
            <w:pPr>
              <w:pStyle w:val="CMRBodySmall"/>
              <w:spacing w:after="40"/>
            </w:pPr>
            <w:r>
              <w:rPr>
                <w:b/>
              </w:rPr>
              <w:t>STEP 3 — HOW DO I FIND IT?</w:t>
            </w:r>
          </w:p>
          <w:p w14:paraId="178F67B1" w14:textId="77777777" w:rsidR="00BE3968" w:rsidRDefault="00CA6E70">
            <w:pPr>
              <w:pStyle w:val="CMRBodySmall"/>
              <w:spacing w:after="100"/>
            </w:pPr>
            <w:r>
              <w:t>My work: ____________________________________________________________</w:t>
            </w:r>
          </w:p>
          <w:p w14:paraId="7389A79F" w14:textId="77777777" w:rsidR="00BE3968" w:rsidRDefault="00CA6E70">
            <w:pPr>
              <w:pStyle w:val="CMRBodySmall"/>
              <w:spacing w:after="100"/>
            </w:pPr>
            <w:r>
              <w:t>____________________________________________________________________</w:t>
            </w:r>
          </w:p>
          <w:p w14:paraId="02F0730E" w14:textId="77777777" w:rsidR="00BE3968" w:rsidRDefault="00CA6E70">
            <w:pPr>
              <w:pStyle w:val="CMRBodySmall"/>
              <w:spacing w:after="100"/>
            </w:pPr>
            <w:r>
              <w:t>____________________________________________________________________</w:t>
            </w:r>
          </w:p>
          <w:p w14:paraId="5D7A8FF7" w14:textId="77777777" w:rsidR="00BE3968" w:rsidRDefault="00CA6E70">
            <w:pPr>
              <w:pStyle w:val="CMRBodySmall"/>
              <w:spacing w:after="100"/>
            </w:pPr>
            <w:r>
              <w:t>Answer with units: __________________________________________________</w:t>
            </w:r>
          </w:p>
          <w:p w14:paraId="41F1D332" w14:textId="77777777" w:rsidR="00BE3968" w:rsidRDefault="00CA6E70">
            <w:pPr>
              <w:pStyle w:val="CMRBodySmall"/>
              <w:spacing w:after="80"/>
            </w:pPr>
            <w:r>
              <w:t>Does the answer make sense? ___________________________________________</w:t>
            </w:r>
          </w:p>
        </w:tc>
      </w:tr>
    </w:tbl>
    <w:p w14:paraId="31AE0BF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7906978" w14:textId="77777777">
        <w:tc>
          <w:tcPr>
            <w:tcW w:w="10036" w:type="dxa"/>
            <w:tcMar>
              <w:top w:w="70" w:type="dxa"/>
              <w:left w:w="140" w:type="dxa"/>
              <w:bottom w:w="85" w:type="dxa"/>
              <w:right w:w="140" w:type="dxa"/>
            </w:tcMar>
          </w:tcPr>
          <w:p w14:paraId="7D0E520E" w14:textId="77777777" w:rsidR="00BE3968" w:rsidRDefault="00BE3968"/>
          <w:p w14:paraId="296ED3EE" w14:textId="77777777" w:rsidR="00BE3968" w:rsidRDefault="00CA6E70">
            <w:pPr>
              <w:pStyle w:val="CMRBodySmall"/>
            </w:pPr>
            <w:r>
              <w:rPr>
                <w:b/>
              </w:rPr>
              <w:t>PROBLEM S2-200</w:t>
            </w:r>
          </w:p>
          <w:p w14:paraId="1BC51A38" w14:textId="77777777" w:rsidR="00BE3968" w:rsidRDefault="00CA6E70">
            <w:r>
              <w:t>Marcus’s car averages 30 miles per gallon. The trip to a job interview is 180 miles, plus a 45-mile stop to pick up a friend. Gas is $3.50 a gallon. What will the gas cost?</w:t>
            </w:r>
          </w:p>
          <w:p w14:paraId="738B9821" w14:textId="77777777" w:rsidR="00BE3968" w:rsidRDefault="00CA6E70">
            <w:pPr>
              <w:pStyle w:val="CMRBodySmall"/>
              <w:spacing w:after="40"/>
            </w:pPr>
            <w:r>
              <w:rPr>
                <w:b/>
              </w:rPr>
              <w:t>STEP 1 — WHAT DO THEY WANT?</w:t>
            </w:r>
          </w:p>
          <w:p w14:paraId="4D581642" w14:textId="77777777" w:rsidR="00BE3968" w:rsidRDefault="00CA6E70">
            <w:pPr>
              <w:pStyle w:val="CMRBodySmall"/>
              <w:spacing w:after="80"/>
            </w:pPr>
            <w:r>
              <w:t>I need to find: _________________________________________________________</w:t>
            </w:r>
          </w:p>
          <w:p w14:paraId="475ACDF3" w14:textId="77777777" w:rsidR="00BE3968" w:rsidRDefault="00CA6E70">
            <w:pPr>
              <w:pStyle w:val="CMRBodySmall"/>
              <w:spacing w:after="40"/>
            </w:pPr>
            <w:r>
              <w:rPr>
                <w:b/>
              </w:rPr>
              <w:t>STEP 2 — WHAT DO I KNOW?</w:t>
            </w:r>
          </w:p>
          <w:p w14:paraId="019BB34E" w14:textId="77777777" w:rsidR="00BE3968" w:rsidRDefault="00CA6E70">
            <w:pPr>
              <w:pStyle w:val="CMRBodySmall"/>
              <w:spacing w:after="40"/>
            </w:pPr>
            <w:r>
              <w:t>Useful facts: __________________________________________________________</w:t>
            </w:r>
          </w:p>
          <w:p w14:paraId="4D3A6A83" w14:textId="77777777" w:rsidR="00BE3968" w:rsidRDefault="00CA6E70">
            <w:pPr>
              <w:pStyle w:val="CMRBodySmall"/>
            </w:pPr>
            <w:r>
              <w:t>____________________________________________________________________</w:t>
            </w:r>
          </w:p>
          <w:p w14:paraId="5514FFC0" w14:textId="77777777" w:rsidR="00BE3968" w:rsidRDefault="00CA6E70">
            <w:pPr>
              <w:pStyle w:val="CMRBodySmall"/>
              <w:spacing w:after="40"/>
            </w:pPr>
            <w:r>
              <w:rPr>
                <w:b/>
              </w:rPr>
              <w:t>STEP 3 — HOW DO I FIND IT?</w:t>
            </w:r>
          </w:p>
          <w:p w14:paraId="21A45E17" w14:textId="77777777" w:rsidR="00BE3968" w:rsidRDefault="00CA6E70">
            <w:pPr>
              <w:pStyle w:val="CMRBodySmall"/>
              <w:spacing w:after="100"/>
            </w:pPr>
            <w:r>
              <w:t>My work: ____________________________________________________________</w:t>
            </w:r>
          </w:p>
          <w:p w14:paraId="39BA5D11" w14:textId="77777777" w:rsidR="00BE3968" w:rsidRDefault="00CA6E70">
            <w:pPr>
              <w:pStyle w:val="CMRBodySmall"/>
              <w:spacing w:after="100"/>
            </w:pPr>
            <w:r>
              <w:t>____________________________________________________________________</w:t>
            </w:r>
          </w:p>
          <w:p w14:paraId="3D911E4E" w14:textId="77777777" w:rsidR="00BE3968" w:rsidRDefault="00CA6E70">
            <w:pPr>
              <w:pStyle w:val="CMRBodySmall"/>
              <w:spacing w:after="100"/>
            </w:pPr>
            <w:r>
              <w:t>____________________________________________________________________</w:t>
            </w:r>
          </w:p>
          <w:p w14:paraId="03447AF8" w14:textId="77777777" w:rsidR="00BE3968" w:rsidRDefault="00CA6E70">
            <w:pPr>
              <w:pStyle w:val="CMRBodySmall"/>
              <w:spacing w:after="100"/>
            </w:pPr>
            <w:r>
              <w:t>Answer with units: __________________________________________________</w:t>
            </w:r>
          </w:p>
          <w:p w14:paraId="752E2D65" w14:textId="77777777" w:rsidR="00BE3968" w:rsidRDefault="00CA6E70">
            <w:pPr>
              <w:pStyle w:val="CMRBodySmall"/>
              <w:spacing w:after="80"/>
            </w:pPr>
            <w:r>
              <w:t>Does the answer make sense? ___________________________________________</w:t>
            </w:r>
          </w:p>
        </w:tc>
      </w:tr>
    </w:tbl>
    <w:p w14:paraId="4A2AC8AE" w14:textId="77777777" w:rsidR="00BE3968" w:rsidRDefault="00CA6E70">
      <w:r>
        <w:br w:type="page"/>
      </w:r>
    </w:p>
    <w:p w14:paraId="66619BDE" w14:textId="77777777" w:rsidR="00BE3968" w:rsidRDefault="00CA6E70">
      <w:pPr>
        <w:pStyle w:val="CMRSmallLabel"/>
        <w:spacing w:after="60"/>
      </w:pPr>
      <w:r>
        <w:rPr>
          <w:b w:val="0"/>
        </w:rPr>
        <w:t>SECTION 2  |  TOPIC 21  |  PRACTICE PAGE 1/5</w:t>
      </w:r>
    </w:p>
    <w:p w14:paraId="49A579A0" w14:textId="77777777" w:rsidR="00BE3968" w:rsidRDefault="00CA6E70">
      <w:pPr>
        <w:pStyle w:val="CMRPageTitle"/>
        <w:spacing w:after="60"/>
      </w:pPr>
      <w:r>
        <w:rPr>
          <w:b w:val="0"/>
        </w:rPr>
        <w:t>Recipes for groups</w:t>
      </w:r>
    </w:p>
    <w:p w14:paraId="6C37D121" w14:textId="77777777" w:rsidR="00BE3968" w:rsidRDefault="00CA6E70">
      <w:pPr>
        <w:pStyle w:val="CMRBodySmall"/>
        <w:spacing w:after="100"/>
      </w:pPr>
      <w:r>
        <w:t>Use the same three steps: Keep the same relationship when serving more people.</w:t>
      </w:r>
    </w:p>
    <w:tbl>
      <w:tblPr>
        <w:tblW w:w="0" w:type="auto"/>
        <w:tblLayout w:type="fixed"/>
        <w:tblLook w:val="04A0" w:firstRow="1" w:lastRow="0" w:firstColumn="1" w:lastColumn="0" w:noHBand="0" w:noVBand="1"/>
      </w:tblPr>
      <w:tblGrid>
        <w:gridCol w:w="10036"/>
      </w:tblGrid>
      <w:tr w:rsidR="00BE3968" w14:paraId="1C8CAF67" w14:textId="77777777">
        <w:tc>
          <w:tcPr>
            <w:tcW w:w="10036" w:type="dxa"/>
            <w:shd w:val="clear" w:color="auto" w:fill="F5F8F9"/>
            <w:tcMar>
              <w:top w:w="70" w:type="dxa"/>
              <w:left w:w="140" w:type="dxa"/>
              <w:bottom w:w="85" w:type="dxa"/>
              <w:right w:w="140" w:type="dxa"/>
            </w:tcMar>
          </w:tcPr>
          <w:p w14:paraId="345ECF4F" w14:textId="77777777" w:rsidR="00BE3968" w:rsidRDefault="00BE3968"/>
          <w:p w14:paraId="3443C7F7" w14:textId="77777777" w:rsidR="00BE3968" w:rsidRDefault="00CA6E70">
            <w:pPr>
              <w:pStyle w:val="CMRBodySmall"/>
            </w:pPr>
            <w:r>
              <w:rPr>
                <w:b/>
              </w:rPr>
              <w:t>PROBLEM S2-201</w:t>
            </w:r>
          </w:p>
          <w:p w14:paraId="275B2666" w14:textId="77777777" w:rsidR="00BE3968" w:rsidRDefault="00CA6E70">
            <w:r>
              <w:t>A bean salad for 7 people takes 2 cups of beans. A church supper expects 21 people, and each person gets the same size serving. The supper starts at 5 PM. How many cups of beans are needed?</w:t>
            </w:r>
          </w:p>
          <w:p w14:paraId="6EDCDE75" w14:textId="77777777" w:rsidR="00BE3968" w:rsidRDefault="00CA6E70">
            <w:pPr>
              <w:pStyle w:val="CMRBodySmall"/>
              <w:spacing w:after="40"/>
            </w:pPr>
            <w:r>
              <w:rPr>
                <w:b/>
              </w:rPr>
              <w:t>STEP 1 — WHAT DO THEY WANT?</w:t>
            </w:r>
          </w:p>
          <w:p w14:paraId="2A4F32AE" w14:textId="77777777" w:rsidR="00BE3968" w:rsidRDefault="00CA6E70">
            <w:pPr>
              <w:pStyle w:val="CMRBodySmall"/>
              <w:spacing w:after="80"/>
            </w:pPr>
            <w:r>
              <w:t>I need to find: _________________________________________________________</w:t>
            </w:r>
          </w:p>
          <w:p w14:paraId="3B580092" w14:textId="77777777" w:rsidR="00BE3968" w:rsidRDefault="00CA6E70">
            <w:pPr>
              <w:pStyle w:val="CMRBodySmall"/>
              <w:spacing w:after="40"/>
            </w:pPr>
            <w:r>
              <w:rPr>
                <w:b/>
              </w:rPr>
              <w:t>STEP 2 — WHAT DO I KNOW?</w:t>
            </w:r>
          </w:p>
          <w:p w14:paraId="3A1AC631" w14:textId="77777777" w:rsidR="00BE3968" w:rsidRDefault="00CA6E70">
            <w:pPr>
              <w:pStyle w:val="CMRBodySmall"/>
              <w:spacing w:after="40"/>
            </w:pPr>
            <w:r>
              <w:t>Useful facts: __________________________________________________________</w:t>
            </w:r>
          </w:p>
          <w:p w14:paraId="303227E2" w14:textId="77777777" w:rsidR="00BE3968" w:rsidRDefault="00CA6E70">
            <w:pPr>
              <w:pStyle w:val="CMRBodySmall"/>
            </w:pPr>
            <w:r>
              <w:t>____________________________________________________________________</w:t>
            </w:r>
          </w:p>
          <w:p w14:paraId="0F30DA07" w14:textId="77777777" w:rsidR="00BE3968" w:rsidRDefault="00CA6E70">
            <w:pPr>
              <w:pStyle w:val="CMRBodySmall"/>
              <w:spacing w:after="40"/>
            </w:pPr>
            <w:r>
              <w:rPr>
                <w:b/>
              </w:rPr>
              <w:t>STEP 3 — HOW DO I FIND IT?</w:t>
            </w:r>
          </w:p>
          <w:p w14:paraId="6028F89C" w14:textId="77777777" w:rsidR="00BE3968" w:rsidRDefault="00CA6E70">
            <w:pPr>
              <w:pStyle w:val="CMRBodySmall"/>
              <w:spacing w:after="100"/>
            </w:pPr>
            <w:r>
              <w:t>My work: ____________________________________________________________</w:t>
            </w:r>
          </w:p>
          <w:p w14:paraId="1ED6701C" w14:textId="77777777" w:rsidR="00BE3968" w:rsidRDefault="00CA6E70">
            <w:pPr>
              <w:pStyle w:val="CMRBodySmall"/>
              <w:spacing w:after="100"/>
            </w:pPr>
            <w:r>
              <w:t>____________________________________________________________________</w:t>
            </w:r>
          </w:p>
          <w:p w14:paraId="2397AA2E" w14:textId="77777777" w:rsidR="00BE3968" w:rsidRDefault="00CA6E70">
            <w:pPr>
              <w:pStyle w:val="CMRBodySmall"/>
              <w:spacing w:after="100"/>
            </w:pPr>
            <w:r>
              <w:t>____________________________________________________________________</w:t>
            </w:r>
          </w:p>
          <w:p w14:paraId="0C686F8B" w14:textId="77777777" w:rsidR="00BE3968" w:rsidRDefault="00CA6E70">
            <w:pPr>
              <w:pStyle w:val="CMRBodySmall"/>
              <w:spacing w:after="100"/>
            </w:pPr>
            <w:r>
              <w:t>Answer with units: __________________________________________________</w:t>
            </w:r>
          </w:p>
          <w:p w14:paraId="1D8BF041" w14:textId="77777777" w:rsidR="00BE3968" w:rsidRDefault="00CA6E70">
            <w:pPr>
              <w:pStyle w:val="CMRBodySmall"/>
              <w:spacing w:after="80"/>
            </w:pPr>
            <w:r>
              <w:t>Does the answer make sense? ___________________________________________</w:t>
            </w:r>
          </w:p>
        </w:tc>
      </w:tr>
    </w:tbl>
    <w:p w14:paraId="5C31C85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48CE8DF" w14:textId="77777777">
        <w:tc>
          <w:tcPr>
            <w:tcW w:w="10036" w:type="dxa"/>
            <w:tcMar>
              <w:top w:w="70" w:type="dxa"/>
              <w:left w:w="140" w:type="dxa"/>
              <w:bottom w:w="85" w:type="dxa"/>
              <w:right w:w="140" w:type="dxa"/>
            </w:tcMar>
          </w:tcPr>
          <w:p w14:paraId="7CDF040C" w14:textId="77777777" w:rsidR="00BE3968" w:rsidRDefault="00BE3968"/>
          <w:p w14:paraId="12AB2FC8" w14:textId="77777777" w:rsidR="00BE3968" w:rsidRDefault="00CA6E70">
            <w:pPr>
              <w:pStyle w:val="CMRBodySmall"/>
            </w:pPr>
            <w:r>
              <w:rPr>
                <w:b/>
              </w:rPr>
              <w:t>PROBLEM S2-202</w:t>
            </w:r>
          </w:p>
          <w:p w14:paraId="4C54C307" w14:textId="77777777" w:rsidR="00BE3968" w:rsidRDefault="00CA6E70">
            <w:r>
              <w:t>A recipe for 8 people uses 3 cups of rice. David needs to serve 32 people with the same serving size. The recipe also uses vegetables. How many cups of rice are needed?</w:t>
            </w:r>
          </w:p>
          <w:p w14:paraId="6ACAC64C" w14:textId="77777777" w:rsidR="00BE3968" w:rsidRDefault="00CA6E70">
            <w:pPr>
              <w:pStyle w:val="CMRBodySmall"/>
              <w:spacing w:after="40"/>
            </w:pPr>
            <w:r>
              <w:rPr>
                <w:b/>
              </w:rPr>
              <w:t>STEP 1 — WHAT DO THEY WANT?</w:t>
            </w:r>
          </w:p>
          <w:p w14:paraId="00263AE3" w14:textId="77777777" w:rsidR="00BE3968" w:rsidRDefault="00CA6E70">
            <w:pPr>
              <w:pStyle w:val="CMRBodySmall"/>
              <w:spacing w:after="80"/>
            </w:pPr>
            <w:r>
              <w:t>I need to find: _________________________________________________________</w:t>
            </w:r>
          </w:p>
          <w:p w14:paraId="55ADD1E2" w14:textId="77777777" w:rsidR="00BE3968" w:rsidRDefault="00CA6E70">
            <w:pPr>
              <w:pStyle w:val="CMRBodySmall"/>
              <w:spacing w:after="40"/>
            </w:pPr>
            <w:r>
              <w:rPr>
                <w:b/>
              </w:rPr>
              <w:t>STEP 2 — WHAT DO I KNOW?</w:t>
            </w:r>
          </w:p>
          <w:p w14:paraId="0859A685" w14:textId="77777777" w:rsidR="00BE3968" w:rsidRDefault="00CA6E70">
            <w:pPr>
              <w:pStyle w:val="CMRBodySmall"/>
              <w:spacing w:after="40"/>
            </w:pPr>
            <w:r>
              <w:t>Useful facts: __________________________________________________________</w:t>
            </w:r>
          </w:p>
          <w:p w14:paraId="7255EEE4" w14:textId="77777777" w:rsidR="00BE3968" w:rsidRDefault="00CA6E70">
            <w:pPr>
              <w:pStyle w:val="CMRBodySmall"/>
            </w:pPr>
            <w:r>
              <w:t>____________________________________________________________________</w:t>
            </w:r>
          </w:p>
          <w:p w14:paraId="65BA91F8" w14:textId="77777777" w:rsidR="00BE3968" w:rsidRDefault="00CA6E70">
            <w:pPr>
              <w:pStyle w:val="CMRBodySmall"/>
              <w:spacing w:after="40"/>
            </w:pPr>
            <w:r>
              <w:rPr>
                <w:b/>
              </w:rPr>
              <w:t>STEP 3 — HOW DO I FIND IT?</w:t>
            </w:r>
          </w:p>
          <w:p w14:paraId="417EBBB9" w14:textId="77777777" w:rsidR="00BE3968" w:rsidRDefault="00CA6E70">
            <w:pPr>
              <w:pStyle w:val="CMRBodySmall"/>
              <w:spacing w:after="100"/>
            </w:pPr>
            <w:r>
              <w:t>My work: ____________________________________________________________</w:t>
            </w:r>
          </w:p>
          <w:p w14:paraId="35F47FE0" w14:textId="77777777" w:rsidR="00BE3968" w:rsidRDefault="00CA6E70">
            <w:pPr>
              <w:pStyle w:val="CMRBodySmall"/>
              <w:spacing w:after="100"/>
            </w:pPr>
            <w:r>
              <w:t>____________________________________________________________________</w:t>
            </w:r>
          </w:p>
          <w:p w14:paraId="7FDA7BC7" w14:textId="77777777" w:rsidR="00BE3968" w:rsidRDefault="00CA6E70">
            <w:pPr>
              <w:pStyle w:val="CMRBodySmall"/>
              <w:spacing w:after="100"/>
            </w:pPr>
            <w:r>
              <w:t>____________________________________________________________________</w:t>
            </w:r>
          </w:p>
          <w:p w14:paraId="7BCB8577" w14:textId="77777777" w:rsidR="00BE3968" w:rsidRDefault="00CA6E70">
            <w:pPr>
              <w:pStyle w:val="CMRBodySmall"/>
              <w:spacing w:after="100"/>
            </w:pPr>
            <w:r>
              <w:t>Answer with units: __________________________________________________</w:t>
            </w:r>
          </w:p>
          <w:p w14:paraId="49CC0FF4" w14:textId="77777777" w:rsidR="00BE3968" w:rsidRDefault="00CA6E70">
            <w:pPr>
              <w:pStyle w:val="CMRBodySmall"/>
              <w:spacing w:after="80"/>
            </w:pPr>
            <w:r>
              <w:t>Does the answer make sense? ___________________________________________</w:t>
            </w:r>
          </w:p>
        </w:tc>
      </w:tr>
    </w:tbl>
    <w:p w14:paraId="1CCE75B3" w14:textId="77777777" w:rsidR="00BE3968" w:rsidRDefault="00CA6E70">
      <w:r>
        <w:br w:type="page"/>
      </w:r>
    </w:p>
    <w:p w14:paraId="378620D4" w14:textId="77777777" w:rsidR="00BE3968" w:rsidRDefault="00CA6E70">
      <w:pPr>
        <w:pStyle w:val="CMRSmallLabel"/>
        <w:spacing w:after="60"/>
      </w:pPr>
      <w:r>
        <w:rPr>
          <w:b w:val="0"/>
        </w:rPr>
        <w:t>SECTION 2  |  TOPIC 21  |  PRACTICE PAGE 2/5</w:t>
      </w:r>
    </w:p>
    <w:p w14:paraId="2FA645D3" w14:textId="77777777" w:rsidR="00BE3968" w:rsidRDefault="00CA6E70">
      <w:pPr>
        <w:pStyle w:val="CMRPageTitle"/>
        <w:spacing w:after="60"/>
      </w:pPr>
      <w:r>
        <w:rPr>
          <w:b w:val="0"/>
        </w:rPr>
        <w:t>Recipes for groups</w:t>
      </w:r>
    </w:p>
    <w:p w14:paraId="18D17D35"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CC303C6" w14:textId="77777777">
        <w:tc>
          <w:tcPr>
            <w:tcW w:w="10036" w:type="dxa"/>
            <w:shd w:val="clear" w:color="auto" w:fill="F5F8F9"/>
            <w:tcMar>
              <w:top w:w="70" w:type="dxa"/>
              <w:left w:w="140" w:type="dxa"/>
              <w:bottom w:w="85" w:type="dxa"/>
              <w:right w:w="140" w:type="dxa"/>
            </w:tcMar>
          </w:tcPr>
          <w:p w14:paraId="37BD0DA8" w14:textId="77777777" w:rsidR="00BE3968" w:rsidRDefault="00BE3968"/>
          <w:p w14:paraId="6AC1B0BC" w14:textId="77777777" w:rsidR="00BE3968" w:rsidRDefault="00CA6E70">
            <w:pPr>
              <w:pStyle w:val="CMRBodySmall"/>
            </w:pPr>
            <w:r>
              <w:rPr>
                <w:b/>
              </w:rPr>
              <w:t>PROBLEM S2-203</w:t>
            </w:r>
          </w:p>
          <w:p w14:paraId="23A5F9CF" w14:textId="77777777" w:rsidR="00BE3968" w:rsidRDefault="00CA6E70">
            <w:r>
              <w:t>Tanya’s bread recipe makes enough for 5 people and uses 5 cups of flour. Tanya is baking for 20 people. The oven holds two pans. How many cups of flour does Tanya need?</w:t>
            </w:r>
          </w:p>
          <w:p w14:paraId="316D480D" w14:textId="77777777" w:rsidR="00BE3968" w:rsidRDefault="00CA6E70">
            <w:pPr>
              <w:pStyle w:val="CMRBodySmall"/>
              <w:spacing w:after="40"/>
            </w:pPr>
            <w:r>
              <w:rPr>
                <w:b/>
              </w:rPr>
              <w:t>STEP 1 — WHAT DO THEY WANT?</w:t>
            </w:r>
          </w:p>
          <w:p w14:paraId="4871E9FF" w14:textId="77777777" w:rsidR="00BE3968" w:rsidRDefault="00CA6E70">
            <w:pPr>
              <w:pStyle w:val="CMRBodySmall"/>
              <w:spacing w:after="80"/>
            </w:pPr>
            <w:r>
              <w:t>I need to find: _________________________________________________________</w:t>
            </w:r>
          </w:p>
          <w:p w14:paraId="552ABC38" w14:textId="77777777" w:rsidR="00BE3968" w:rsidRDefault="00CA6E70">
            <w:pPr>
              <w:pStyle w:val="CMRBodySmall"/>
              <w:spacing w:after="40"/>
            </w:pPr>
            <w:r>
              <w:rPr>
                <w:b/>
              </w:rPr>
              <w:t>STEP 2 — WHAT DO I KNOW?</w:t>
            </w:r>
          </w:p>
          <w:p w14:paraId="63838F5A" w14:textId="77777777" w:rsidR="00BE3968" w:rsidRDefault="00CA6E70">
            <w:pPr>
              <w:pStyle w:val="CMRBodySmall"/>
              <w:spacing w:after="40"/>
            </w:pPr>
            <w:r>
              <w:t>Useful facts: __________________________________________________________</w:t>
            </w:r>
          </w:p>
          <w:p w14:paraId="491F55D3" w14:textId="77777777" w:rsidR="00BE3968" w:rsidRDefault="00CA6E70">
            <w:pPr>
              <w:pStyle w:val="CMRBodySmall"/>
            </w:pPr>
            <w:r>
              <w:t>____________________________________________________________________</w:t>
            </w:r>
          </w:p>
          <w:p w14:paraId="522C493B" w14:textId="77777777" w:rsidR="00BE3968" w:rsidRDefault="00CA6E70">
            <w:pPr>
              <w:pStyle w:val="CMRBodySmall"/>
              <w:spacing w:after="40"/>
            </w:pPr>
            <w:r>
              <w:rPr>
                <w:b/>
              </w:rPr>
              <w:t>STEP 3 — HOW DO I FIND IT?</w:t>
            </w:r>
          </w:p>
          <w:p w14:paraId="08024483" w14:textId="77777777" w:rsidR="00BE3968" w:rsidRDefault="00CA6E70">
            <w:pPr>
              <w:pStyle w:val="CMRBodySmall"/>
              <w:spacing w:after="100"/>
            </w:pPr>
            <w:r>
              <w:t>My work: ____________________________________________________________</w:t>
            </w:r>
          </w:p>
          <w:p w14:paraId="5A0B1487" w14:textId="77777777" w:rsidR="00BE3968" w:rsidRDefault="00CA6E70">
            <w:pPr>
              <w:pStyle w:val="CMRBodySmall"/>
              <w:spacing w:after="100"/>
            </w:pPr>
            <w:r>
              <w:t>____________________________________________________________________</w:t>
            </w:r>
          </w:p>
          <w:p w14:paraId="761F6F0F" w14:textId="77777777" w:rsidR="00BE3968" w:rsidRDefault="00CA6E70">
            <w:pPr>
              <w:pStyle w:val="CMRBodySmall"/>
              <w:spacing w:after="100"/>
            </w:pPr>
            <w:r>
              <w:t>____________________________________________________________________</w:t>
            </w:r>
          </w:p>
          <w:p w14:paraId="2EF4817F" w14:textId="77777777" w:rsidR="00BE3968" w:rsidRDefault="00CA6E70">
            <w:pPr>
              <w:pStyle w:val="CMRBodySmall"/>
              <w:spacing w:after="100"/>
            </w:pPr>
            <w:r>
              <w:t>Answer with units: __________________________________________________</w:t>
            </w:r>
          </w:p>
          <w:p w14:paraId="7518A01A" w14:textId="77777777" w:rsidR="00BE3968" w:rsidRDefault="00CA6E70">
            <w:pPr>
              <w:pStyle w:val="CMRBodySmall"/>
              <w:spacing w:after="80"/>
            </w:pPr>
            <w:r>
              <w:t>Does the answer make sense? ___________________________________________</w:t>
            </w:r>
          </w:p>
        </w:tc>
      </w:tr>
    </w:tbl>
    <w:p w14:paraId="7074A65B"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0EAE5AC" w14:textId="77777777">
        <w:tc>
          <w:tcPr>
            <w:tcW w:w="10036" w:type="dxa"/>
            <w:tcMar>
              <w:top w:w="70" w:type="dxa"/>
              <w:left w:w="140" w:type="dxa"/>
              <w:bottom w:w="85" w:type="dxa"/>
              <w:right w:w="140" w:type="dxa"/>
            </w:tcMar>
          </w:tcPr>
          <w:p w14:paraId="461EF2AF" w14:textId="77777777" w:rsidR="00BE3968" w:rsidRDefault="00BE3968"/>
          <w:p w14:paraId="2C5106B5" w14:textId="77777777" w:rsidR="00BE3968" w:rsidRDefault="00CA6E70">
            <w:pPr>
              <w:pStyle w:val="CMRBodySmall"/>
            </w:pPr>
            <w:r>
              <w:rPr>
                <w:b/>
              </w:rPr>
              <w:t>PROBLEM S2-204</w:t>
            </w:r>
          </w:p>
          <w:p w14:paraId="3B7B0D25" w14:textId="77777777" w:rsidR="00BE3968" w:rsidRDefault="00CA6E70">
            <w:r>
              <w:t>A bean salad for 6 people takes 4 cups of beans. A church supper expects 24 people, and each person gets the same size serving. The supper starts at 5 PM. How many cups of beans are needed?</w:t>
            </w:r>
          </w:p>
          <w:p w14:paraId="7AB4118A" w14:textId="77777777" w:rsidR="00BE3968" w:rsidRDefault="00CA6E70">
            <w:pPr>
              <w:pStyle w:val="CMRBodySmall"/>
              <w:spacing w:after="40"/>
            </w:pPr>
            <w:r>
              <w:rPr>
                <w:b/>
              </w:rPr>
              <w:t>STEP 1 — WHAT DO THEY WANT?</w:t>
            </w:r>
          </w:p>
          <w:p w14:paraId="6911D7D0" w14:textId="77777777" w:rsidR="00BE3968" w:rsidRDefault="00CA6E70">
            <w:pPr>
              <w:pStyle w:val="CMRBodySmall"/>
              <w:spacing w:after="80"/>
            </w:pPr>
            <w:r>
              <w:t>I need to find: _________________________________________________________</w:t>
            </w:r>
          </w:p>
          <w:p w14:paraId="6C9129FD" w14:textId="77777777" w:rsidR="00BE3968" w:rsidRDefault="00CA6E70">
            <w:pPr>
              <w:pStyle w:val="CMRBodySmall"/>
              <w:spacing w:after="40"/>
            </w:pPr>
            <w:r>
              <w:rPr>
                <w:b/>
              </w:rPr>
              <w:t>STEP 2 — WHAT DO I KNOW?</w:t>
            </w:r>
          </w:p>
          <w:p w14:paraId="1804D08A" w14:textId="77777777" w:rsidR="00BE3968" w:rsidRDefault="00CA6E70">
            <w:pPr>
              <w:pStyle w:val="CMRBodySmall"/>
              <w:spacing w:after="40"/>
            </w:pPr>
            <w:r>
              <w:t>Useful facts: __________________________________________________________</w:t>
            </w:r>
          </w:p>
          <w:p w14:paraId="0BC0FAE7" w14:textId="77777777" w:rsidR="00BE3968" w:rsidRDefault="00CA6E70">
            <w:pPr>
              <w:pStyle w:val="CMRBodySmall"/>
            </w:pPr>
            <w:r>
              <w:t>____________________________________________________________________</w:t>
            </w:r>
          </w:p>
          <w:p w14:paraId="05662F50" w14:textId="77777777" w:rsidR="00BE3968" w:rsidRDefault="00CA6E70">
            <w:pPr>
              <w:pStyle w:val="CMRBodySmall"/>
              <w:spacing w:after="40"/>
            </w:pPr>
            <w:r>
              <w:rPr>
                <w:b/>
              </w:rPr>
              <w:t>STEP 3 — HOW DO I FIND IT?</w:t>
            </w:r>
          </w:p>
          <w:p w14:paraId="3C31B6CD" w14:textId="77777777" w:rsidR="00BE3968" w:rsidRDefault="00CA6E70">
            <w:pPr>
              <w:pStyle w:val="CMRBodySmall"/>
              <w:spacing w:after="100"/>
            </w:pPr>
            <w:r>
              <w:t>My work: ____________________________________________________________</w:t>
            </w:r>
          </w:p>
          <w:p w14:paraId="5A3EACCA" w14:textId="77777777" w:rsidR="00BE3968" w:rsidRDefault="00CA6E70">
            <w:pPr>
              <w:pStyle w:val="CMRBodySmall"/>
              <w:spacing w:after="100"/>
            </w:pPr>
            <w:r>
              <w:t>____________________________________________________________________</w:t>
            </w:r>
          </w:p>
          <w:p w14:paraId="3177A4D0" w14:textId="77777777" w:rsidR="00BE3968" w:rsidRDefault="00CA6E70">
            <w:pPr>
              <w:pStyle w:val="CMRBodySmall"/>
              <w:spacing w:after="100"/>
            </w:pPr>
            <w:r>
              <w:t>____________________________________________________________________</w:t>
            </w:r>
          </w:p>
          <w:p w14:paraId="55FA9AD3" w14:textId="77777777" w:rsidR="00BE3968" w:rsidRDefault="00CA6E70">
            <w:pPr>
              <w:pStyle w:val="CMRBodySmall"/>
              <w:spacing w:after="100"/>
            </w:pPr>
            <w:r>
              <w:t>Answer with units: __________________________________________________</w:t>
            </w:r>
          </w:p>
          <w:p w14:paraId="0A1273A3" w14:textId="77777777" w:rsidR="00BE3968" w:rsidRDefault="00CA6E70">
            <w:pPr>
              <w:pStyle w:val="CMRBodySmall"/>
              <w:spacing w:after="80"/>
            </w:pPr>
            <w:r>
              <w:t>Does the answer make sense? ___________________________________________</w:t>
            </w:r>
          </w:p>
        </w:tc>
      </w:tr>
    </w:tbl>
    <w:p w14:paraId="4E79A677" w14:textId="77777777" w:rsidR="00BE3968" w:rsidRDefault="00CA6E70">
      <w:r>
        <w:br w:type="page"/>
      </w:r>
    </w:p>
    <w:p w14:paraId="2BF3F8CD" w14:textId="77777777" w:rsidR="00BE3968" w:rsidRDefault="00CA6E70">
      <w:pPr>
        <w:pStyle w:val="CMRSmallLabel"/>
        <w:spacing w:after="60"/>
      </w:pPr>
      <w:r>
        <w:rPr>
          <w:b w:val="0"/>
        </w:rPr>
        <w:t>SECTION 2  |  TOPIC 21  |  PRACTICE PAGE 3/5</w:t>
      </w:r>
    </w:p>
    <w:p w14:paraId="499CA00C" w14:textId="77777777" w:rsidR="00BE3968" w:rsidRDefault="00CA6E70">
      <w:pPr>
        <w:pStyle w:val="CMRPageTitle"/>
        <w:spacing w:after="60"/>
      </w:pPr>
      <w:r>
        <w:rPr>
          <w:b w:val="0"/>
        </w:rPr>
        <w:t>Recipes for groups</w:t>
      </w:r>
    </w:p>
    <w:p w14:paraId="18B4C27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F5E904F" w14:textId="77777777">
        <w:tc>
          <w:tcPr>
            <w:tcW w:w="10036" w:type="dxa"/>
            <w:shd w:val="clear" w:color="auto" w:fill="F5F8F9"/>
            <w:tcMar>
              <w:top w:w="70" w:type="dxa"/>
              <w:left w:w="140" w:type="dxa"/>
              <w:bottom w:w="85" w:type="dxa"/>
              <w:right w:w="140" w:type="dxa"/>
            </w:tcMar>
          </w:tcPr>
          <w:p w14:paraId="6994AAAA" w14:textId="77777777" w:rsidR="00BE3968" w:rsidRDefault="00BE3968"/>
          <w:p w14:paraId="07642363" w14:textId="77777777" w:rsidR="00BE3968" w:rsidRDefault="00CA6E70">
            <w:pPr>
              <w:pStyle w:val="CMRBodySmall"/>
            </w:pPr>
            <w:r>
              <w:rPr>
                <w:b/>
              </w:rPr>
              <w:t>PROBLEM S2-205</w:t>
            </w:r>
          </w:p>
          <w:p w14:paraId="27AE4876" w14:textId="77777777" w:rsidR="00BE3968" w:rsidRDefault="00CA6E70">
            <w:r>
              <w:t>A recipe for 6 people uses 4 cups of rice. Sharon needs to serve 18 people with the same serving size. The recipe also uses vegetables. How many cups of rice are needed?</w:t>
            </w:r>
          </w:p>
          <w:p w14:paraId="641E92E2" w14:textId="77777777" w:rsidR="00BE3968" w:rsidRDefault="00CA6E70">
            <w:pPr>
              <w:pStyle w:val="CMRBodySmall"/>
              <w:spacing w:after="40"/>
            </w:pPr>
            <w:r>
              <w:rPr>
                <w:b/>
              </w:rPr>
              <w:t>STEP 1 — WHAT DO THEY WANT?</w:t>
            </w:r>
          </w:p>
          <w:p w14:paraId="03F5D4E7" w14:textId="77777777" w:rsidR="00BE3968" w:rsidRDefault="00CA6E70">
            <w:pPr>
              <w:pStyle w:val="CMRBodySmall"/>
              <w:spacing w:after="80"/>
            </w:pPr>
            <w:r>
              <w:t>I need to find: _________________________________________________________</w:t>
            </w:r>
          </w:p>
          <w:p w14:paraId="08F54B82" w14:textId="77777777" w:rsidR="00BE3968" w:rsidRDefault="00CA6E70">
            <w:pPr>
              <w:pStyle w:val="CMRBodySmall"/>
              <w:spacing w:after="40"/>
            </w:pPr>
            <w:r>
              <w:rPr>
                <w:b/>
              </w:rPr>
              <w:t>STEP 2 — WHAT DO I KNOW?</w:t>
            </w:r>
          </w:p>
          <w:p w14:paraId="455E666F" w14:textId="77777777" w:rsidR="00BE3968" w:rsidRDefault="00CA6E70">
            <w:pPr>
              <w:pStyle w:val="CMRBodySmall"/>
              <w:spacing w:after="40"/>
            </w:pPr>
            <w:r>
              <w:t>Useful facts: __________________________________________________________</w:t>
            </w:r>
          </w:p>
          <w:p w14:paraId="518C909B" w14:textId="77777777" w:rsidR="00BE3968" w:rsidRDefault="00CA6E70">
            <w:pPr>
              <w:pStyle w:val="CMRBodySmall"/>
            </w:pPr>
            <w:r>
              <w:t>____________________________________________________________________</w:t>
            </w:r>
          </w:p>
          <w:p w14:paraId="189473CF" w14:textId="77777777" w:rsidR="00BE3968" w:rsidRDefault="00CA6E70">
            <w:pPr>
              <w:pStyle w:val="CMRBodySmall"/>
              <w:spacing w:after="40"/>
            </w:pPr>
            <w:r>
              <w:rPr>
                <w:b/>
              </w:rPr>
              <w:t>STEP 3 — HOW DO I FIND IT?</w:t>
            </w:r>
          </w:p>
          <w:p w14:paraId="122B9C73" w14:textId="77777777" w:rsidR="00BE3968" w:rsidRDefault="00CA6E70">
            <w:pPr>
              <w:pStyle w:val="CMRBodySmall"/>
              <w:spacing w:after="100"/>
            </w:pPr>
            <w:r>
              <w:t>My work: ____________________________________________________________</w:t>
            </w:r>
          </w:p>
          <w:p w14:paraId="2E1DAFDC" w14:textId="77777777" w:rsidR="00BE3968" w:rsidRDefault="00CA6E70">
            <w:pPr>
              <w:pStyle w:val="CMRBodySmall"/>
              <w:spacing w:after="100"/>
            </w:pPr>
            <w:r>
              <w:t>____________________________________________________________________</w:t>
            </w:r>
          </w:p>
          <w:p w14:paraId="43F05AB8" w14:textId="77777777" w:rsidR="00BE3968" w:rsidRDefault="00CA6E70">
            <w:pPr>
              <w:pStyle w:val="CMRBodySmall"/>
              <w:spacing w:after="100"/>
            </w:pPr>
            <w:r>
              <w:t>____________________________________________________________________</w:t>
            </w:r>
          </w:p>
          <w:p w14:paraId="76D52FD7" w14:textId="77777777" w:rsidR="00BE3968" w:rsidRDefault="00CA6E70">
            <w:pPr>
              <w:pStyle w:val="CMRBodySmall"/>
              <w:spacing w:after="100"/>
            </w:pPr>
            <w:r>
              <w:t>Answer with units: __________________________________________________</w:t>
            </w:r>
          </w:p>
          <w:p w14:paraId="6B9933A1" w14:textId="77777777" w:rsidR="00BE3968" w:rsidRDefault="00CA6E70">
            <w:pPr>
              <w:pStyle w:val="CMRBodySmall"/>
              <w:spacing w:after="80"/>
            </w:pPr>
            <w:r>
              <w:t>Does the answer make sense? ___________________________________________</w:t>
            </w:r>
          </w:p>
        </w:tc>
      </w:tr>
    </w:tbl>
    <w:p w14:paraId="19D32B6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FE45019" w14:textId="77777777">
        <w:tc>
          <w:tcPr>
            <w:tcW w:w="10036" w:type="dxa"/>
            <w:tcMar>
              <w:top w:w="70" w:type="dxa"/>
              <w:left w:w="140" w:type="dxa"/>
              <w:bottom w:w="85" w:type="dxa"/>
              <w:right w:w="140" w:type="dxa"/>
            </w:tcMar>
          </w:tcPr>
          <w:p w14:paraId="5534B5E7" w14:textId="77777777" w:rsidR="00BE3968" w:rsidRDefault="00BE3968"/>
          <w:p w14:paraId="6233548E" w14:textId="77777777" w:rsidR="00BE3968" w:rsidRDefault="00CA6E70">
            <w:pPr>
              <w:pStyle w:val="CMRBodySmall"/>
            </w:pPr>
            <w:r>
              <w:rPr>
                <w:b/>
              </w:rPr>
              <w:t>PROBLEM S2-206</w:t>
            </w:r>
          </w:p>
          <w:p w14:paraId="663FAC2B" w14:textId="77777777" w:rsidR="00BE3968" w:rsidRDefault="00CA6E70">
            <w:r>
              <w:t>Andre’s bread recipe makes enough for 5 people and uses 3 cups of flour. Andre is baking for 15 people. The oven holds two pans. How many cups of flour does Andre need?</w:t>
            </w:r>
          </w:p>
          <w:p w14:paraId="33BCCCA2" w14:textId="77777777" w:rsidR="00BE3968" w:rsidRDefault="00CA6E70">
            <w:pPr>
              <w:pStyle w:val="CMRBodySmall"/>
              <w:spacing w:after="40"/>
            </w:pPr>
            <w:r>
              <w:rPr>
                <w:b/>
              </w:rPr>
              <w:t>STEP 1 — WHAT DO THEY WANT?</w:t>
            </w:r>
          </w:p>
          <w:p w14:paraId="6D03229D" w14:textId="77777777" w:rsidR="00BE3968" w:rsidRDefault="00CA6E70">
            <w:pPr>
              <w:pStyle w:val="CMRBodySmall"/>
              <w:spacing w:after="80"/>
            </w:pPr>
            <w:r>
              <w:t>I need to find: _________________________________________________________</w:t>
            </w:r>
          </w:p>
          <w:p w14:paraId="2C53D0FB" w14:textId="77777777" w:rsidR="00BE3968" w:rsidRDefault="00CA6E70">
            <w:pPr>
              <w:pStyle w:val="CMRBodySmall"/>
              <w:spacing w:after="40"/>
            </w:pPr>
            <w:r>
              <w:rPr>
                <w:b/>
              </w:rPr>
              <w:t>STEP 2 — WHAT DO I KNOW?</w:t>
            </w:r>
          </w:p>
          <w:p w14:paraId="2684EF0C" w14:textId="77777777" w:rsidR="00BE3968" w:rsidRDefault="00CA6E70">
            <w:pPr>
              <w:pStyle w:val="CMRBodySmall"/>
              <w:spacing w:after="40"/>
            </w:pPr>
            <w:r>
              <w:t>Useful facts: __________________________________________________________</w:t>
            </w:r>
          </w:p>
          <w:p w14:paraId="54D36C3C" w14:textId="77777777" w:rsidR="00BE3968" w:rsidRDefault="00CA6E70">
            <w:pPr>
              <w:pStyle w:val="CMRBodySmall"/>
            </w:pPr>
            <w:r>
              <w:t>____________________________________________________________________</w:t>
            </w:r>
          </w:p>
          <w:p w14:paraId="4DEC2192" w14:textId="77777777" w:rsidR="00BE3968" w:rsidRDefault="00CA6E70">
            <w:pPr>
              <w:pStyle w:val="CMRBodySmall"/>
              <w:spacing w:after="40"/>
            </w:pPr>
            <w:r>
              <w:rPr>
                <w:b/>
              </w:rPr>
              <w:t>STEP 3 — HOW DO I FIND IT?</w:t>
            </w:r>
          </w:p>
          <w:p w14:paraId="76D0CDD4" w14:textId="77777777" w:rsidR="00BE3968" w:rsidRDefault="00CA6E70">
            <w:pPr>
              <w:pStyle w:val="CMRBodySmall"/>
              <w:spacing w:after="100"/>
            </w:pPr>
            <w:r>
              <w:t>My work: ____________________________________________________________</w:t>
            </w:r>
          </w:p>
          <w:p w14:paraId="43753E85" w14:textId="77777777" w:rsidR="00BE3968" w:rsidRDefault="00CA6E70">
            <w:pPr>
              <w:pStyle w:val="CMRBodySmall"/>
              <w:spacing w:after="100"/>
            </w:pPr>
            <w:r>
              <w:t>____________________________________________________________________</w:t>
            </w:r>
          </w:p>
          <w:p w14:paraId="03EC3B94" w14:textId="77777777" w:rsidR="00BE3968" w:rsidRDefault="00CA6E70">
            <w:pPr>
              <w:pStyle w:val="CMRBodySmall"/>
              <w:spacing w:after="100"/>
            </w:pPr>
            <w:r>
              <w:t>____________________________________________________________________</w:t>
            </w:r>
          </w:p>
          <w:p w14:paraId="18B64647" w14:textId="77777777" w:rsidR="00BE3968" w:rsidRDefault="00CA6E70">
            <w:pPr>
              <w:pStyle w:val="CMRBodySmall"/>
              <w:spacing w:after="100"/>
            </w:pPr>
            <w:r>
              <w:t>Answer with units: __________________________________________________</w:t>
            </w:r>
          </w:p>
          <w:p w14:paraId="23B2DD66" w14:textId="77777777" w:rsidR="00BE3968" w:rsidRDefault="00CA6E70">
            <w:pPr>
              <w:pStyle w:val="CMRBodySmall"/>
              <w:spacing w:after="80"/>
            </w:pPr>
            <w:r>
              <w:t>Does the answer make sense? ___________________________________________</w:t>
            </w:r>
          </w:p>
        </w:tc>
      </w:tr>
    </w:tbl>
    <w:p w14:paraId="14E191D9" w14:textId="77777777" w:rsidR="00BE3968" w:rsidRDefault="00CA6E70">
      <w:r>
        <w:br w:type="page"/>
      </w:r>
    </w:p>
    <w:p w14:paraId="2CA4DF3D" w14:textId="77777777" w:rsidR="00BE3968" w:rsidRDefault="00CA6E70">
      <w:pPr>
        <w:pStyle w:val="CMRSmallLabel"/>
        <w:spacing w:after="60"/>
      </w:pPr>
      <w:r>
        <w:rPr>
          <w:b w:val="0"/>
        </w:rPr>
        <w:t>SECTION 2  |  TOPIC 21  |  PRACTICE PAGE 4/5</w:t>
      </w:r>
    </w:p>
    <w:p w14:paraId="4C1503D9" w14:textId="77777777" w:rsidR="00BE3968" w:rsidRDefault="00CA6E70">
      <w:pPr>
        <w:pStyle w:val="CMRPageTitle"/>
        <w:spacing w:after="60"/>
      </w:pPr>
      <w:r>
        <w:rPr>
          <w:b w:val="0"/>
        </w:rPr>
        <w:t>Recipes for groups</w:t>
      </w:r>
    </w:p>
    <w:p w14:paraId="5D4169C2"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693672AB" w14:textId="77777777">
        <w:tc>
          <w:tcPr>
            <w:tcW w:w="10036" w:type="dxa"/>
            <w:shd w:val="clear" w:color="auto" w:fill="F5F8F9"/>
            <w:tcMar>
              <w:top w:w="70" w:type="dxa"/>
              <w:left w:w="140" w:type="dxa"/>
              <w:bottom w:w="85" w:type="dxa"/>
              <w:right w:w="140" w:type="dxa"/>
            </w:tcMar>
          </w:tcPr>
          <w:p w14:paraId="31830DB8" w14:textId="77777777" w:rsidR="00BE3968" w:rsidRDefault="00BE3968"/>
          <w:p w14:paraId="0BB2284F" w14:textId="77777777" w:rsidR="00BE3968" w:rsidRDefault="00CA6E70">
            <w:pPr>
              <w:pStyle w:val="CMRBodySmall"/>
            </w:pPr>
            <w:r>
              <w:rPr>
                <w:b/>
              </w:rPr>
              <w:t>PROBLEM S2-207</w:t>
            </w:r>
          </w:p>
          <w:p w14:paraId="4CC117B8" w14:textId="77777777" w:rsidR="00BE3968" w:rsidRDefault="00CA6E70">
            <w:r>
              <w:t>A bean salad for 4 people takes 5 cups of beans. A church supper expects 12 people, and each person gets the same size serving. The supper starts at 5 PM. How many cups of beans are needed?</w:t>
            </w:r>
          </w:p>
          <w:p w14:paraId="26B7D074" w14:textId="77777777" w:rsidR="00BE3968" w:rsidRDefault="00CA6E70">
            <w:pPr>
              <w:pStyle w:val="CMRBodySmall"/>
              <w:spacing w:after="40"/>
            </w:pPr>
            <w:r>
              <w:rPr>
                <w:b/>
              </w:rPr>
              <w:t>STEP 1 — WHAT DO THEY WANT?</w:t>
            </w:r>
          </w:p>
          <w:p w14:paraId="74C4A71D" w14:textId="77777777" w:rsidR="00BE3968" w:rsidRDefault="00CA6E70">
            <w:pPr>
              <w:pStyle w:val="CMRBodySmall"/>
              <w:spacing w:after="80"/>
            </w:pPr>
            <w:r>
              <w:t>I need to find: _________________________________________________________</w:t>
            </w:r>
          </w:p>
          <w:p w14:paraId="374BED7C" w14:textId="77777777" w:rsidR="00BE3968" w:rsidRDefault="00CA6E70">
            <w:pPr>
              <w:pStyle w:val="CMRBodySmall"/>
              <w:spacing w:after="40"/>
            </w:pPr>
            <w:r>
              <w:rPr>
                <w:b/>
              </w:rPr>
              <w:t>STEP 2 — WHAT DO I KNOW?</w:t>
            </w:r>
          </w:p>
          <w:p w14:paraId="76E281E3" w14:textId="77777777" w:rsidR="00BE3968" w:rsidRDefault="00CA6E70">
            <w:pPr>
              <w:pStyle w:val="CMRBodySmall"/>
              <w:spacing w:after="40"/>
            </w:pPr>
            <w:r>
              <w:t>Useful facts: __________________________________________________________</w:t>
            </w:r>
          </w:p>
          <w:p w14:paraId="6A9DEB7B" w14:textId="77777777" w:rsidR="00BE3968" w:rsidRDefault="00CA6E70">
            <w:pPr>
              <w:pStyle w:val="CMRBodySmall"/>
            </w:pPr>
            <w:r>
              <w:t>____________________________________________________________________</w:t>
            </w:r>
          </w:p>
          <w:p w14:paraId="475FBE00" w14:textId="77777777" w:rsidR="00BE3968" w:rsidRDefault="00CA6E70">
            <w:pPr>
              <w:pStyle w:val="CMRBodySmall"/>
              <w:spacing w:after="40"/>
            </w:pPr>
            <w:r>
              <w:rPr>
                <w:b/>
              </w:rPr>
              <w:t>STEP 3 — HOW DO I FIND IT?</w:t>
            </w:r>
          </w:p>
          <w:p w14:paraId="3F08EA8E" w14:textId="77777777" w:rsidR="00BE3968" w:rsidRDefault="00CA6E70">
            <w:pPr>
              <w:pStyle w:val="CMRBodySmall"/>
              <w:spacing w:after="100"/>
            </w:pPr>
            <w:r>
              <w:t>My work: ____________________________________________________________</w:t>
            </w:r>
          </w:p>
          <w:p w14:paraId="541B1A48" w14:textId="77777777" w:rsidR="00BE3968" w:rsidRDefault="00CA6E70">
            <w:pPr>
              <w:pStyle w:val="CMRBodySmall"/>
              <w:spacing w:after="100"/>
            </w:pPr>
            <w:r>
              <w:t>____________________________________________________________________</w:t>
            </w:r>
          </w:p>
          <w:p w14:paraId="2ECC2E0C" w14:textId="77777777" w:rsidR="00BE3968" w:rsidRDefault="00CA6E70">
            <w:pPr>
              <w:pStyle w:val="CMRBodySmall"/>
              <w:spacing w:after="100"/>
            </w:pPr>
            <w:r>
              <w:t>____________________________________________________________________</w:t>
            </w:r>
          </w:p>
          <w:p w14:paraId="6A0F5FCB" w14:textId="77777777" w:rsidR="00BE3968" w:rsidRDefault="00CA6E70">
            <w:pPr>
              <w:pStyle w:val="CMRBodySmall"/>
              <w:spacing w:after="100"/>
            </w:pPr>
            <w:r>
              <w:t>Answer with units: __________________________________________________</w:t>
            </w:r>
          </w:p>
          <w:p w14:paraId="6ADADBFD" w14:textId="77777777" w:rsidR="00BE3968" w:rsidRDefault="00CA6E70">
            <w:pPr>
              <w:pStyle w:val="CMRBodySmall"/>
              <w:spacing w:after="80"/>
            </w:pPr>
            <w:r>
              <w:t>Does the answer make sense? ___________________________________________</w:t>
            </w:r>
          </w:p>
        </w:tc>
      </w:tr>
    </w:tbl>
    <w:p w14:paraId="68D9EA6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C51C3FF" w14:textId="77777777">
        <w:tc>
          <w:tcPr>
            <w:tcW w:w="10036" w:type="dxa"/>
            <w:tcMar>
              <w:top w:w="70" w:type="dxa"/>
              <w:left w:w="140" w:type="dxa"/>
              <w:bottom w:w="85" w:type="dxa"/>
              <w:right w:w="140" w:type="dxa"/>
            </w:tcMar>
          </w:tcPr>
          <w:p w14:paraId="0B025AEC" w14:textId="77777777" w:rsidR="00BE3968" w:rsidRDefault="00BE3968"/>
          <w:p w14:paraId="7466B99E" w14:textId="77777777" w:rsidR="00BE3968" w:rsidRDefault="00CA6E70">
            <w:pPr>
              <w:pStyle w:val="CMRBodySmall"/>
            </w:pPr>
            <w:r>
              <w:rPr>
                <w:b/>
              </w:rPr>
              <w:t>PROBLEM S2-208</w:t>
            </w:r>
          </w:p>
          <w:p w14:paraId="23EBD0D8" w14:textId="77777777" w:rsidR="00BE3968" w:rsidRDefault="00CA6E70">
            <w:r>
              <w:t>A recipe for 7 people uses 5 cups of rice. Elaine needs to serve 28 people with the same serving size. The recipe also uses vegetables. How many cups of rice are needed?</w:t>
            </w:r>
          </w:p>
          <w:p w14:paraId="28B7BE6B" w14:textId="77777777" w:rsidR="00BE3968" w:rsidRDefault="00CA6E70">
            <w:pPr>
              <w:pStyle w:val="CMRBodySmall"/>
              <w:spacing w:after="40"/>
            </w:pPr>
            <w:r>
              <w:rPr>
                <w:b/>
              </w:rPr>
              <w:t>STEP 1 — WHAT DO THEY WANT?</w:t>
            </w:r>
          </w:p>
          <w:p w14:paraId="2C10E172" w14:textId="77777777" w:rsidR="00BE3968" w:rsidRDefault="00CA6E70">
            <w:pPr>
              <w:pStyle w:val="CMRBodySmall"/>
              <w:spacing w:after="80"/>
            </w:pPr>
            <w:r>
              <w:t>I need to find: _________________________________________________________</w:t>
            </w:r>
          </w:p>
          <w:p w14:paraId="1EA58C56" w14:textId="77777777" w:rsidR="00BE3968" w:rsidRDefault="00CA6E70">
            <w:pPr>
              <w:pStyle w:val="CMRBodySmall"/>
              <w:spacing w:after="40"/>
            </w:pPr>
            <w:r>
              <w:rPr>
                <w:b/>
              </w:rPr>
              <w:t>STEP 2 — WHAT DO I KNOW?</w:t>
            </w:r>
          </w:p>
          <w:p w14:paraId="50058261" w14:textId="77777777" w:rsidR="00BE3968" w:rsidRDefault="00CA6E70">
            <w:pPr>
              <w:pStyle w:val="CMRBodySmall"/>
              <w:spacing w:after="40"/>
            </w:pPr>
            <w:r>
              <w:t>Useful facts: __________________________________________________________</w:t>
            </w:r>
          </w:p>
          <w:p w14:paraId="7E67937C" w14:textId="77777777" w:rsidR="00BE3968" w:rsidRDefault="00CA6E70">
            <w:pPr>
              <w:pStyle w:val="CMRBodySmall"/>
            </w:pPr>
            <w:r>
              <w:t>____________________________________________________________________</w:t>
            </w:r>
          </w:p>
          <w:p w14:paraId="6691EA7D" w14:textId="77777777" w:rsidR="00BE3968" w:rsidRDefault="00CA6E70">
            <w:pPr>
              <w:pStyle w:val="CMRBodySmall"/>
              <w:spacing w:after="40"/>
            </w:pPr>
            <w:r>
              <w:rPr>
                <w:b/>
              </w:rPr>
              <w:t>STEP 3 — HOW DO I FIND IT?</w:t>
            </w:r>
          </w:p>
          <w:p w14:paraId="06DDB3BA" w14:textId="77777777" w:rsidR="00BE3968" w:rsidRDefault="00CA6E70">
            <w:pPr>
              <w:pStyle w:val="CMRBodySmall"/>
              <w:spacing w:after="100"/>
            </w:pPr>
            <w:r>
              <w:t>My work: ____________________________________________________________</w:t>
            </w:r>
          </w:p>
          <w:p w14:paraId="024492C8" w14:textId="77777777" w:rsidR="00BE3968" w:rsidRDefault="00CA6E70">
            <w:pPr>
              <w:pStyle w:val="CMRBodySmall"/>
              <w:spacing w:after="100"/>
            </w:pPr>
            <w:r>
              <w:t>____________________________________________________________________</w:t>
            </w:r>
          </w:p>
          <w:p w14:paraId="1BBFBC94" w14:textId="77777777" w:rsidR="00BE3968" w:rsidRDefault="00CA6E70">
            <w:pPr>
              <w:pStyle w:val="CMRBodySmall"/>
              <w:spacing w:after="100"/>
            </w:pPr>
            <w:r>
              <w:t>____________________________________________________________________</w:t>
            </w:r>
          </w:p>
          <w:p w14:paraId="25B23CE8" w14:textId="77777777" w:rsidR="00BE3968" w:rsidRDefault="00CA6E70">
            <w:pPr>
              <w:pStyle w:val="CMRBodySmall"/>
              <w:spacing w:after="100"/>
            </w:pPr>
            <w:r>
              <w:t>Answer with units: __________________________________________________</w:t>
            </w:r>
          </w:p>
          <w:p w14:paraId="41D7512B" w14:textId="77777777" w:rsidR="00BE3968" w:rsidRDefault="00CA6E70">
            <w:pPr>
              <w:pStyle w:val="CMRBodySmall"/>
              <w:spacing w:after="80"/>
            </w:pPr>
            <w:r>
              <w:t>Does the answer make sense? ___________________________________________</w:t>
            </w:r>
          </w:p>
        </w:tc>
      </w:tr>
    </w:tbl>
    <w:p w14:paraId="67D9049F" w14:textId="77777777" w:rsidR="00BE3968" w:rsidRDefault="00CA6E70">
      <w:r>
        <w:br w:type="page"/>
      </w:r>
    </w:p>
    <w:p w14:paraId="0B9332B0" w14:textId="77777777" w:rsidR="00BE3968" w:rsidRDefault="00CA6E70">
      <w:pPr>
        <w:pStyle w:val="CMRSmallLabel"/>
        <w:spacing w:after="60"/>
      </w:pPr>
      <w:r>
        <w:rPr>
          <w:b w:val="0"/>
        </w:rPr>
        <w:t>SECTION 2  |  TOPIC 21  |  PRACTICE PAGE 5/5</w:t>
      </w:r>
    </w:p>
    <w:p w14:paraId="290C4522" w14:textId="77777777" w:rsidR="00BE3968" w:rsidRDefault="00CA6E70">
      <w:pPr>
        <w:pStyle w:val="CMRPageTitle"/>
        <w:spacing w:after="60"/>
      </w:pPr>
      <w:r>
        <w:rPr>
          <w:b w:val="0"/>
        </w:rPr>
        <w:t>Recipes for groups</w:t>
      </w:r>
    </w:p>
    <w:p w14:paraId="56C4EFD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491DA16" w14:textId="77777777">
        <w:tc>
          <w:tcPr>
            <w:tcW w:w="10036" w:type="dxa"/>
            <w:shd w:val="clear" w:color="auto" w:fill="F5F8F9"/>
            <w:tcMar>
              <w:top w:w="70" w:type="dxa"/>
              <w:left w:w="140" w:type="dxa"/>
              <w:bottom w:w="85" w:type="dxa"/>
              <w:right w:w="140" w:type="dxa"/>
            </w:tcMar>
          </w:tcPr>
          <w:p w14:paraId="5C32A1D6" w14:textId="77777777" w:rsidR="00BE3968" w:rsidRDefault="00BE3968"/>
          <w:p w14:paraId="1D77838F" w14:textId="77777777" w:rsidR="00BE3968" w:rsidRDefault="00CA6E70">
            <w:pPr>
              <w:pStyle w:val="CMRBodySmall"/>
            </w:pPr>
            <w:r>
              <w:rPr>
                <w:b/>
              </w:rPr>
              <w:t>PROBLEM S2-209</w:t>
            </w:r>
          </w:p>
          <w:p w14:paraId="0CFEBF3F" w14:textId="77777777" w:rsidR="00BE3968" w:rsidRDefault="00CA6E70">
            <w:r>
              <w:t>Terry’s bread recipe makes enough for 7 people and uses 5 cups of flour. Terry is baking for 21 people. The oven holds two pans. How many cups of flour does Terry need?</w:t>
            </w:r>
          </w:p>
          <w:p w14:paraId="23FB9381" w14:textId="77777777" w:rsidR="00BE3968" w:rsidRDefault="00CA6E70">
            <w:pPr>
              <w:pStyle w:val="CMRBodySmall"/>
              <w:spacing w:after="40"/>
            </w:pPr>
            <w:r>
              <w:rPr>
                <w:b/>
              </w:rPr>
              <w:t>STEP 1 — WHAT DO THEY WANT?</w:t>
            </w:r>
          </w:p>
          <w:p w14:paraId="05567783" w14:textId="77777777" w:rsidR="00BE3968" w:rsidRDefault="00CA6E70">
            <w:pPr>
              <w:pStyle w:val="CMRBodySmall"/>
              <w:spacing w:after="80"/>
            </w:pPr>
            <w:r>
              <w:t>I need to find: _________________________________________________________</w:t>
            </w:r>
          </w:p>
          <w:p w14:paraId="6133802E" w14:textId="77777777" w:rsidR="00BE3968" w:rsidRDefault="00CA6E70">
            <w:pPr>
              <w:pStyle w:val="CMRBodySmall"/>
              <w:spacing w:after="40"/>
            </w:pPr>
            <w:r>
              <w:rPr>
                <w:b/>
              </w:rPr>
              <w:t>STEP 2 — WHAT DO I KNOW?</w:t>
            </w:r>
          </w:p>
          <w:p w14:paraId="0FC94945" w14:textId="77777777" w:rsidR="00BE3968" w:rsidRDefault="00CA6E70">
            <w:pPr>
              <w:pStyle w:val="CMRBodySmall"/>
              <w:spacing w:after="40"/>
            </w:pPr>
            <w:r>
              <w:t>Useful facts: __________________________________________________________</w:t>
            </w:r>
          </w:p>
          <w:p w14:paraId="380C8667" w14:textId="77777777" w:rsidR="00BE3968" w:rsidRDefault="00CA6E70">
            <w:pPr>
              <w:pStyle w:val="CMRBodySmall"/>
            </w:pPr>
            <w:r>
              <w:t>____________________________________________________________________</w:t>
            </w:r>
          </w:p>
          <w:p w14:paraId="538CE8F2" w14:textId="77777777" w:rsidR="00BE3968" w:rsidRDefault="00CA6E70">
            <w:pPr>
              <w:pStyle w:val="CMRBodySmall"/>
              <w:spacing w:after="40"/>
            </w:pPr>
            <w:r>
              <w:rPr>
                <w:b/>
              </w:rPr>
              <w:t>STEP 3 — HOW DO I FIND IT?</w:t>
            </w:r>
          </w:p>
          <w:p w14:paraId="5FD16959" w14:textId="77777777" w:rsidR="00BE3968" w:rsidRDefault="00CA6E70">
            <w:pPr>
              <w:pStyle w:val="CMRBodySmall"/>
              <w:spacing w:after="100"/>
            </w:pPr>
            <w:r>
              <w:t>My work: ____________________________________________________________</w:t>
            </w:r>
          </w:p>
          <w:p w14:paraId="7FC36893" w14:textId="77777777" w:rsidR="00BE3968" w:rsidRDefault="00CA6E70">
            <w:pPr>
              <w:pStyle w:val="CMRBodySmall"/>
              <w:spacing w:after="100"/>
            </w:pPr>
            <w:r>
              <w:t>____________________________________________________________________</w:t>
            </w:r>
          </w:p>
          <w:p w14:paraId="068FC92A" w14:textId="77777777" w:rsidR="00BE3968" w:rsidRDefault="00CA6E70">
            <w:pPr>
              <w:pStyle w:val="CMRBodySmall"/>
              <w:spacing w:after="100"/>
            </w:pPr>
            <w:r>
              <w:t>____________________________________________________________________</w:t>
            </w:r>
          </w:p>
          <w:p w14:paraId="55250A2D" w14:textId="77777777" w:rsidR="00BE3968" w:rsidRDefault="00CA6E70">
            <w:pPr>
              <w:pStyle w:val="CMRBodySmall"/>
              <w:spacing w:after="100"/>
            </w:pPr>
            <w:r>
              <w:t>Answer with units: __________________________________________________</w:t>
            </w:r>
          </w:p>
          <w:p w14:paraId="090449DA" w14:textId="77777777" w:rsidR="00BE3968" w:rsidRDefault="00CA6E70">
            <w:pPr>
              <w:pStyle w:val="CMRBodySmall"/>
              <w:spacing w:after="80"/>
            </w:pPr>
            <w:r>
              <w:t>Does the answer make sense? ___________________________________________</w:t>
            </w:r>
          </w:p>
        </w:tc>
      </w:tr>
    </w:tbl>
    <w:p w14:paraId="6A681FB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20856B3" w14:textId="77777777">
        <w:tc>
          <w:tcPr>
            <w:tcW w:w="10036" w:type="dxa"/>
            <w:tcMar>
              <w:top w:w="70" w:type="dxa"/>
              <w:left w:w="140" w:type="dxa"/>
              <w:bottom w:w="85" w:type="dxa"/>
              <w:right w:w="140" w:type="dxa"/>
            </w:tcMar>
          </w:tcPr>
          <w:p w14:paraId="379558EB" w14:textId="77777777" w:rsidR="00BE3968" w:rsidRDefault="00BE3968"/>
          <w:p w14:paraId="7780F401" w14:textId="77777777" w:rsidR="00BE3968" w:rsidRDefault="00CA6E70">
            <w:pPr>
              <w:pStyle w:val="CMRBodySmall"/>
            </w:pPr>
            <w:r>
              <w:rPr>
                <w:b/>
              </w:rPr>
              <w:t>PROBLEM S2-210</w:t>
            </w:r>
          </w:p>
          <w:p w14:paraId="291DB2E4" w14:textId="77777777" w:rsidR="00BE3968" w:rsidRDefault="00CA6E70">
            <w:r>
              <w:t>A bean salad for 6 people takes 3 cups of beans. A church supper expects 18 people, and each person gets the same size serving. The supper starts at 5 PM. How many cups of beans are needed?</w:t>
            </w:r>
          </w:p>
          <w:p w14:paraId="73649749" w14:textId="77777777" w:rsidR="00BE3968" w:rsidRDefault="00CA6E70">
            <w:pPr>
              <w:pStyle w:val="CMRBodySmall"/>
              <w:spacing w:after="40"/>
            </w:pPr>
            <w:r>
              <w:rPr>
                <w:b/>
              </w:rPr>
              <w:t>STEP 1 — WHAT DO THEY WANT?</w:t>
            </w:r>
          </w:p>
          <w:p w14:paraId="750CD024" w14:textId="77777777" w:rsidR="00BE3968" w:rsidRDefault="00CA6E70">
            <w:pPr>
              <w:pStyle w:val="CMRBodySmall"/>
              <w:spacing w:after="80"/>
            </w:pPr>
            <w:r>
              <w:t>I need to find: _________________________________________________________</w:t>
            </w:r>
          </w:p>
          <w:p w14:paraId="0799E267" w14:textId="77777777" w:rsidR="00BE3968" w:rsidRDefault="00CA6E70">
            <w:pPr>
              <w:pStyle w:val="CMRBodySmall"/>
              <w:spacing w:after="40"/>
            </w:pPr>
            <w:r>
              <w:rPr>
                <w:b/>
              </w:rPr>
              <w:t>STEP 2 — WHAT DO I KNOW?</w:t>
            </w:r>
          </w:p>
          <w:p w14:paraId="358F3D7E" w14:textId="77777777" w:rsidR="00BE3968" w:rsidRDefault="00CA6E70">
            <w:pPr>
              <w:pStyle w:val="CMRBodySmall"/>
              <w:spacing w:after="40"/>
            </w:pPr>
            <w:r>
              <w:t>Useful facts: __________________________________________________________</w:t>
            </w:r>
          </w:p>
          <w:p w14:paraId="5336EDD4" w14:textId="77777777" w:rsidR="00BE3968" w:rsidRDefault="00CA6E70">
            <w:pPr>
              <w:pStyle w:val="CMRBodySmall"/>
            </w:pPr>
            <w:r>
              <w:t>____________________________________________________________________</w:t>
            </w:r>
          </w:p>
          <w:p w14:paraId="7D4EBCCC" w14:textId="77777777" w:rsidR="00BE3968" w:rsidRDefault="00CA6E70">
            <w:pPr>
              <w:pStyle w:val="CMRBodySmall"/>
              <w:spacing w:after="40"/>
            </w:pPr>
            <w:r>
              <w:rPr>
                <w:b/>
              </w:rPr>
              <w:t>STEP 3 — HOW DO I FIND IT?</w:t>
            </w:r>
          </w:p>
          <w:p w14:paraId="50ADD5B2" w14:textId="77777777" w:rsidR="00BE3968" w:rsidRDefault="00CA6E70">
            <w:pPr>
              <w:pStyle w:val="CMRBodySmall"/>
              <w:spacing w:after="100"/>
            </w:pPr>
            <w:r>
              <w:t>My work: ____________________________________________________________</w:t>
            </w:r>
          </w:p>
          <w:p w14:paraId="37EBE39C" w14:textId="77777777" w:rsidR="00BE3968" w:rsidRDefault="00CA6E70">
            <w:pPr>
              <w:pStyle w:val="CMRBodySmall"/>
              <w:spacing w:after="100"/>
            </w:pPr>
            <w:r>
              <w:t>____________________________________________________________________</w:t>
            </w:r>
          </w:p>
          <w:p w14:paraId="6F879842" w14:textId="77777777" w:rsidR="00BE3968" w:rsidRDefault="00CA6E70">
            <w:pPr>
              <w:pStyle w:val="CMRBodySmall"/>
              <w:spacing w:after="100"/>
            </w:pPr>
            <w:r>
              <w:t>____________________________________________________________________</w:t>
            </w:r>
          </w:p>
          <w:p w14:paraId="3FE90BD8" w14:textId="77777777" w:rsidR="00BE3968" w:rsidRDefault="00CA6E70">
            <w:pPr>
              <w:pStyle w:val="CMRBodySmall"/>
              <w:spacing w:after="100"/>
            </w:pPr>
            <w:r>
              <w:t>Answer with units: __________________________________________________</w:t>
            </w:r>
          </w:p>
          <w:p w14:paraId="6A783EA6" w14:textId="77777777" w:rsidR="00BE3968" w:rsidRDefault="00CA6E70">
            <w:pPr>
              <w:pStyle w:val="CMRBodySmall"/>
              <w:spacing w:after="80"/>
            </w:pPr>
            <w:r>
              <w:t>Does the answer make sense? ___________________________________________</w:t>
            </w:r>
          </w:p>
        </w:tc>
      </w:tr>
    </w:tbl>
    <w:p w14:paraId="34F2D630" w14:textId="77777777" w:rsidR="00BE3968" w:rsidRDefault="00CA6E70">
      <w:r>
        <w:br w:type="page"/>
      </w:r>
    </w:p>
    <w:p w14:paraId="630FBC03" w14:textId="77777777" w:rsidR="00BE3968" w:rsidRDefault="00CA6E70">
      <w:pPr>
        <w:pStyle w:val="CMRSmallLabel"/>
        <w:spacing w:after="60"/>
      </w:pPr>
      <w:r>
        <w:rPr>
          <w:b w:val="0"/>
        </w:rPr>
        <w:t>SECTION 2  |  TOPIC 22  |  PRACTICE PAGE 1/5</w:t>
      </w:r>
    </w:p>
    <w:p w14:paraId="6DACB15A" w14:textId="77777777" w:rsidR="00BE3968" w:rsidRDefault="00CA6E70">
      <w:pPr>
        <w:pStyle w:val="CMRPageTitle"/>
        <w:spacing w:after="60"/>
      </w:pPr>
      <w:r>
        <w:rPr>
          <w:b w:val="0"/>
        </w:rPr>
        <w:t>Reading schedules</w:t>
      </w:r>
    </w:p>
    <w:p w14:paraId="151CC9FA" w14:textId="77777777" w:rsidR="00BE3968" w:rsidRDefault="00CA6E70">
      <w:pPr>
        <w:pStyle w:val="CMRBodySmall"/>
        <w:spacing w:after="100"/>
      </w:pPr>
      <w:r>
        <w:t>Use the same three steps: Find the correct information in schedules and simple tables.</w:t>
      </w:r>
    </w:p>
    <w:tbl>
      <w:tblPr>
        <w:tblW w:w="0" w:type="auto"/>
        <w:tblLayout w:type="fixed"/>
        <w:tblLook w:val="04A0" w:firstRow="1" w:lastRow="0" w:firstColumn="1" w:lastColumn="0" w:noHBand="0" w:noVBand="1"/>
      </w:tblPr>
      <w:tblGrid>
        <w:gridCol w:w="10036"/>
      </w:tblGrid>
      <w:tr w:rsidR="00BE3968" w14:paraId="5BF45102" w14:textId="77777777">
        <w:tc>
          <w:tcPr>
            <w:tcW w:w="10036" w:type="dxa"/>
            <w:shd w:val="clear" w:color="auto" w:fill="F5F8F9"/>
            <w:tcMar>
              <w:top w:w="70" w:type="dxa"/>
              <w:left w:w="140" w:type="dxa"/>
              <w:bottom w:w="85" w:type="dxa"/>
              <w:right w:w="140" w:type="dxa"/>
            </w:tcMar>
          </w:tcPr>
          <w:p w14:paraId="0C7D2E1A" w14:textId="77777777" w:rsidR="00BE3968" w:rsidRDefault="00BE3968"/>
          <w:p w14:paraId="395E4A5A" w14:textId="77777777" w:rsidR="00BE3968" w:rsidRDefault="00CA6E70">
            <w:pPr>
              <w:pStyle w:val="CMRBodySmall"/>
            </w:pPr>
            <w:r>
              <w:rPr>
                <w:b/>
              </w:rPr>
              <w:t>PROBLEM S2-211</w:t>
            </w:r>
          </w:p>
          <w:p w14:paraId="71572D4B" w14:textId="77777777" w:rsidR="00BE3968" w:rsidRDefault="00CA6E70">
            <w:r>
              <w:t>Robert reads a job-training schedule: Registration 8:15 AM–8:45 AM; Computer class 9:00 AM–10:30 AM; Interview practice 10:45 AM–11:30 AM. Robert attends computer class and interview practice but not registration. How many minutes of class time does Robert attend, not counting the break between classes?</w:t>
            </w:r>
          </w:p>
          <w:p w14:paraId="387184D7" w14:textId="77777777" w:rsidR="00BE3968" w:rsidRDefault="00CA6E70">
            <w:pPr>
              <w:pStyle w:val="CMRBodySmall"/>
              <w:spacing w:after="40"/>
            </w:pPr>
            <w:r>
              <w:rPr>
                <w:b/>
              </w:rPr>
              <w:t>STEP 1 — WHAT DO THEY WANT?</w:t>
            </w:r>
          </w:p>
          <w:p w14:paraId="760209D6" w14:textId="77777777" w:rsidR="00BE3968" w:rsidRDefault="00CA6E70">
            <w:pPr>
              <w:pStyle w:val="CMRBodySmall"/>
              <w:spacing w:after="80"/>
            </w:pPr>
            <w:r>
              <w:t>I need to find: _________________________________________________________</w:t>
            </w:r>
          </w:p>
          <w:p w14:paraId="47405FDC" w14:textId="77777777" w:rsidR="00BE3968" w:rsidRDefault="00CA6E70">
            <w:pPr>
              <w:pStyle w:val="CMRBodySmall"/>
              <w:spacing w:after="40"/>
            </w:pPr>
            <w:r>
              <w:rPr>
                <w:b/>
              </w:rPr>
              <w:t>STEP 2 — WHAT DO I KNOW?</w:t>
            </w:r>
          </w:p>
          <w:p w14:paraId="0BAA6459" w14:textId="77777777" w:rsidR="00BE3968" w:rsidRDefault="00CA6E70">
            <w:pPr>
              <w:pStyle w:val="CMRBodySmall"/>
              <w:spacing w:after="40"/>
            </w:pPr>
            <w:r>
              <w:t>Useful facts: __________________________________________________________</w:t>
            </w:r>
          </w:p>
          <w:p w14:paraId="22D8739D" w14:textId="77777777" w:rsidR="00BE3968" w:rsidRDefault="00CA6E70">
            <w:pPr>
              <w:pStyle w:val="CMRBodySmall"/>
            </w:pPr>
            <w:r>
              <w:t>____________________________________________________________________</w:t>
            </w:r>
          </w:p>
          <w:p w14:paraId="64D81A3C" w14:textId="77777777" w:rsidR="00BE3968" w:rsidRDefault="00CA6E70">
            <w:pPr>
              <w:pStyle w:val="CMRBodySmall"/>
              <w:spacing w:after="40"/>
            </w:pPr>
            <w:r>
              <w:rPr>
                <w:b/>
              </w:rPr>
              <w:t>STEP 3 — HOW DO I FIND IT?</w:t>
            </w:r>
          </w:p>
          <w:p w14:paraId="51736595" w14:textId="77777777" w:rsidR="00BE3968" w:rsidRDefault="00CA6E70">
            <w:pPr>
              <w:pStyle w:val="CMRBodySmall"/>
              <w:spacing w:after="100"/>
            </w:pPr>
            <w:r>
              <w:t>My work: ____________________________________________________________</w:t>
            </w:r>
          </w:p>
          <w:p w14:paraId="530CF3A6" w14:textId="77777777" w:rsidR="00BE3968" w:rsidRDefault="00CA6E70">
            <w:pPr>
              <w:pStyle w:val="CMRBodySmall"/>
              <w:spacing w:after="100"/>
            </w:pPr>
            <w:r>
              <w:t>____________________________________________________________________</w:t>
            </w:r>
          </w:p>
          <w:p w14:paraId="32EBFE13" w14:textId="77777777" w:rsidR="00BE3968" w:rsidRDefault="00CA6E70">
            <w:pPr>
              <w:pStyle w:val="CMRBodySmall"/>
              <w:spacing w:after="100"/>
            </w:pPr>
            <w:r>
              <w:t>____________________________________________________________________</w:t>
            </w:r>
          </w:p>
          <w:p w14:paraId="227EDF6B" w14:textId="77777777" w:rsidR="00BE3968" w:rsidRDefault="00CA6E70">
            <w:pPr>
              <w:pStyle w:val="CMRBodySmall"/>
              <w:spacing w:after="100"/>
            </w:pPr>
            <w:r>
              <w:t>Answer with units: __________________________________________________</w:t>
            </w:r>
          </w:p>
          <w:p w14:paraId="784DCE68" w14:textId="77777777" w:rsidR="00BE3968" w:rsidRDefault="00CA6E70">
            <w:pPr>
              <w:pStyle w:val="CMRBodySmall"/>
              <w:spacing w:after="80"/>
            </w:pPr>
            <w:r>
              <w:t>Does the answer make sense? ___________________________________________</w:t>
            </w:r>
          </w:p>
        </w:tc>
      </w:tr>
    </w:tbl>
    <w:p w14:paraId="46D4A2D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5DE839D" w14:textId="77777777">
        <w:tc>
          <w:tcPr>
            <w:tcW w:w="10036" w:type="dxa"/>
            <w:tcMar>
              <w:top w:w="70" w:type="dxa"/>
              <w:left w:w="140" w:type="dxa"/>
              <w:bottom w:w="85" w:type="dxa"/>
              <w:right w:w="140" w:type="dxa"/>
            </w:tcMar>
          </w:tcPr>
          <w:p w14:paraId="667858F7" w14:textId="77777777" w:rsidR="00BE3968" w:rsidRDefault="00BE3968"/>
          <w:p w14:paraId="31F9D86B" w14:textId="77777777" w:rsidR="00BE3968" w:rsidRDefault="00CA6E70">
            <w:pPr>
              <w:pStyle w:val="CMRBodySmall"/>
            </w:pPr>
            <w:r>
              <w:rPr>
                <w:b/>
              </w:rPr>
              <w:t>PROBLEM S2-212</w:t>
            </w:r>
          </w:p>
          <w:p w14:paraId="58F04ECC" w14:textId="77777777" w:rsidR="00BE3968" w:rsidRDefault="00CA6E70">
            <w:r>
              <w:t>Here is today’s job-training schedule: Registration 8:30 AM–9:00 AM; Computer class 9:15 AM–10:15 AM; Interview practice 10:25 AM–11:10 AM. Denise skips registration and goes to both classes. How many minutes does Denise spend in class? Do not count the time between classes.</w:t>
            </w:r>
          </w:p>
          <w:p w14:paraId="160BBE5B" w14:textId="77777777" w:rsidR="00BE3968" w:rsidRDefault="00CA6E70">
            <w:pPr>
              <w:pStyle w:val="CMRBodySmall"/>
              <w:spacing w:after="40"/>
            </w:pPr>
            <w:r>
              <w:rPr>
                <w:b/>
              </w:rPr>
              <w:t>STEP 1 — WHAT DO THEY WANT?</w:t>
            </w:r>
          </w:p>
          <w:p w14:paraId="5B925F28" w14:textId="77777777" w:rsidR="00BE3968" w:rsidRDefault="00CA6E70">
            <w:pPr>
              <w:pStyle w:val="CMRBodySmall"/>
              <w:spacing w:after="80"/>
            </w:pPr>
            <w:r>
              <w:t>I need to find: _________________________________________________________</w:t>
            </w:r>
          </w:p>
          <w:p w14:paraId="195960EB" w14:textId="77777777" w:rsidR="00BE3968" w:rsidRDefault="00CA6E70">
            <w:pPr>
              <w:pStyle w:val="CMRBodySmall"/>
              <w:spacing w:after="40"/>
            </w:pPr>
            <w:r>
              <w:rPr>
                <w:b/>
              </w:rPr>
              <w:t>STEP 2 — WHAT DO I KNOW?</w:t>
            </w:r>
          </w:p>
          <w:p w14:paraId="14E7D39E" w14:textId="77777777" w:rsidR="00BE3968" w:rsidRDefault="00CA6E70">
            <w:pPr>
              <w:pStyle w:val="CMRBodySmall"/>
              <w:spacing w:after="40"/>
            </w:pPr>
            <w:r>
              <w:t>Useful facts: __________________________________________________________</w:t>
            </w:r>
          </w:p>
          <w:p w14:paraId="1CAE0960" w14:textId="77777777" w:rsidR="00BE3968" w:rsidRDefault="00CA6E70">
            <w:pPr>
              <w:pStyle w:val="CMRBodySmall"/>
            </w:pPr>
            <w:r>
              <w:t>____________________________________________________________________</w:t>
            </w:r>
          </w:p>
          <w:p w14:paraId="5BAA6B75" w14:textId="77777777" w:rsidR="00BE3968" w:rsidRDefault="00CA6E70">
            <w:pPr>
              <w:pStyle w:val="CMRBodySmall"/>
              <w:spacing w:after="40"/>
            </w:pPr>
            <w:r>
              <w:rPr>
                <w:b/>
              </w:rPr>
              <w:t>STEP 3 — HOW DO I FIND IT?</w:t>
            </w:r>
          </w:p>
          <w:p w14:paraId="33E96190" w14:textId="77777777" w:rsidR="00BE3968" w:rsidRDefault="00CA6E70">
            <w:pPr>
              <w:pStyle w:val="CMRBodySmall"/>
              <w:spacing w:after="100"/>
            </w:pPr>
            <w:r>
              <w:t>My work: ____________________________________________________________</w:t>
            </w:r>
          </w:p>
          <w:p w14:paraId="1B50A708" w14:textId="77777777" w:rsidR="00BE3968" w:rsidRDefault="00CA6E70">
            <w:pPr>
              <w:pStyle w:val="CMRBodySmall"/>
              <w:spacing w:after="100"/>
            </w:pPr>
            <w:r>
              <w:t>____________________________________________________________________</w:t>
            </w:r>
          </w:p>
          <w:p w14:paraId="0024AFF5" w14:textId="77777777" w:rsidR="00BE3968" w:rsidRDefault="00CA6E70">
            <w:pPr>
              <w:pStyle w:val="CMRBodySmall"/>
              <w:spacing w:after="100"/>
            </w:pPr>
            <w:r>
              <w:t>____________________________________________________________________</w:t>
            </w:r>
          </w:p>
          <w:p w14:paraId="1A7EF983" w14:textId="77777777" w:rsidR="00BE3968" w:rsidRDefault="00CA6E70">
            <w:pPr>
              <w:pStyle w:val="CMRBodySmall"/>
              <w:spacing w:after="100"/>
            </w:pPr>
            <w:r>
              <w:t>Answer with units: __________________________________________________</w:t>
            </w:r>
          </w:p>
          <w:p w14:paraId="1436D037" w14:textId="77777777" w:rsidR="00BE3968" w:rsidRDefault="00CA6E70">
            <w:pPr>
              <w:pStyle w:val="CMRBodySmall"/>
              <w:spacing w:after="80"/>
            </w:pPr>
            <w:r>
              <w:t>Does the answer make sense? ___________________________________________</w:t>
            </w:r>
          </w:p>
        </w:tc>
      </w:tr>
    </w:tbl>
    <w:p w14:paraId="146BDB76" w14:textId="77777777" w:rsidR="00BE3968" w:rsidRDefault="00CA6E70">
      <w:r>
        <w:br w:type="page"/>
      </w:r>
    </w:p>
    <w:p w14:paraId="08CEF719" w14:textId="77777777" w:rsidR="00BE3968" w:rsidRDefault="00CA6E70">
      <w:pPr>
        <w:pStyle w:val="CMRSmallLabel"/>
        <w:spacing w:after="60"/>
      </w:pPr>
      <w:r>
        <w:rPr>
          <w:b w:val="0"/>
        </w:rPr>
        <w:t>SECTION 2  |  TOPIC 22  |  PRACTICE PAGE 2/5</w:t>
      </w:r>
    </w:p>
    <w:p w14:paraId="06EA2CB8" w14:textId="77777777" w:rsidR="00BE3968" w:rsidRDefault="00CA6E70">
      <w:pPr>
        <w:pStyle w:val="CMRPageTitle"/>
        <w:spacing w:after="60"/>
      </w:pPr>
      <w:r>
        <w:rPr>
          <w:b w:val="0"/>
        </w:rPr>
        <w:t>Reading schedules</w:t>
      </w:r>
    </w:p>
    <w:p w14:paraId="60C24213"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7A4D205" w14:textId="77777777">
        <w:tc>
          <w:tcPr>
            <w:tcW w:w="10036" w:type="dxa"/>
            <w:shd w:val="clear" w:color="auto" w:fill="F5F8F9"/>
            <w:tcMar>
              <w:top w:w="70" w:type="dxa"/>
              <w:left w:w="140" w:type="dxa"/>
              <w:bottom w:w="85" w:type="dxa"/>
              <w:right w:w="140" w:type="dxa"/>
            </w:tcMar>
          </w:tcPr>
          <w:p w14:paraId="176DBDE2" w14:textId="77777777" w:rsidR="00BE3968" w:rsidRDefault="00BE3968"/>
          <w:p w14:paraId="681A5121" w14:textId="77777777" w:rsidR="00BE3968" w:rsidRDefault="00CA6E70">
            <w:pPr>
              <w:pStyle w:val="CMRBodySmall"/>
            </w:pPr>
            <w:r>
              <w:rPr>
                <w:b/>
              </w:rPr>
              <w:t>PROBLEM S2-213</w:t>
            </w:r>
          </w:p>
          <w:p w14:paraId="54A74A82" w14:textId="77777777" w:rsidR="00BE3968" w:rsidRDefault="00CA6E70">
            <w:r>
              <w:t>James must report total class time for a training program. The schedule: Registration 8:45 AM–9:15 AM; Computer class 9:30 AM–11:00 AM; Interview practice 11:15 AM–12:45 PM. James attended both classes but was already registered. How many minutes of class did James attend?</w:t>
            </w:r>
          </w:p>
          <w:p w14:paraId="30E2502B" w14:textId="77777777" w:rsidR="00BE3968" w:rsidRDefault="00CA6E70">
            <w:pPr>
              <w:pStyle w:val="CMRBodySmall"/>
              <w:spacing w:after="40"/>
            </w:pPr>
            <w:r>
              <w:rPr>
                <w:b/>
              </w:rPr>
              <w:t>STEP 1 — WHAT DO THEY WANT?</w:t>
            </w:r>
          </w:p>
          <w:p w14:paraId="752A4D85" w14:textId="77777777" w:rsidR="00BE3968" w:rsidRDefault="00CA6E70">
            <w:pPr>
              <w:pStyle w:val="CMRBodySmall"/>
              <w:spacing w:after="80"/>
            </w:pPr>
            <w:r>
              <w:t>I need to find: _________________________________________________________</w:t>
            </w:r>
          </w:p>
          <w:p w14:paraId="72ECE797" w14:textId="77777777" w:rsidR="00BE3968" w:rsidRDefault="00CA6E70">
            <w:pPr>
              <w:pStyle w:val="CMRBodySmall"/>
              <w:spacing w:after="40"/>
            </w:pPr>
            <w:r>
              <w:rPr>
                <w:b/>
              </w:rPr>
              <w:t>STEP 2 — WHAT DO I KNOW?</w:t>
            </w:r>
          </w:p>
          <w:p w14:paraId="057D8ADD" w14:textId="77777777" w:rsidR="00BE3968" w:rsidRDefault="00CA6E70">
            <w:pPr>
              <w:pStyle w:val="CMRBodySmall"/>
              <w:spacing w:after="40"/>
            </w:pPr>
            <w:r>
              <w:t>Useful facts: __________________________________________________________</w:t>
            </w:r>
          </w:p>
          <w:p w14:paraId="3C44EF44" w14:textId="77777777" w:rsidR="00BE3968" w:rsidRDefault="00CA6E70">
            <w:pPr>
              <w:pStyle w:val="CMRBodySmall"/>
            </w:pPr>
            <w:r>
              <w:t>____________________________________________________________________</w:t>
            </w:r>
          </w:p>
          <w:p w14:paraId="3B9BD946" w14:textId="77777777" w:rsidR="00BE3968" w:rsidRDefault="00CA6E70">
            <w:pPr>
              <w:pStyle w:val="CMRBodySmall"/>
              <w:spacing w:after="40"/>
            </w:pPr>
            <w:r>
              <w:rPr>
                <w:b/>
              </w:rPr>
              <w:t>STEP 3 — HOW DO I FIND IT?</w:t>
            </w:r>
          </w:p>
          <w:p w14:paraId="64EB168A" w14:textId="77777777" w:rsidR="00BE3968" w:rsidRDefault="00CA6E70">
            <w:pPr>
              <w:pStyle w:val="CMRBodySmall"/>
              <w:spacing w:after="100"/>
            </w:pPr>
            <w:r>
              <w:t>My work: ____________________________________________________________</w:t>
            </w:r>
          </w:p>
          <w:p w14:paraId="29CC8A3F" w14:textId="77777777" w:rsidR="00BE3968" w:rsidRDefault="00CA6E70">
            <w:pPr>
              <w:pStyle w:val="CMRBodySmall"/>
              <w:spacing w:after="100"/>
            </w:pPr>
            <w:r>
              <w:t>____________________________________________________________________</w:t>
            </w:r>
          </w:p>
          <w:p w14:paraId="26E04BC2" w14:textId="77777777" w:rsidR="00BE3968" w:rsidRDefault="00CA6E70">
            <w:pPr>
              <w:pStyle w:val="CMRBodySmall"/>
              <w:spacing w:after="100"/>
            </w:pPr>
            <w:r>
              <w:t>____________________________________________________________________</w:t>
            </w:r>
          </w:p>
          <w:p w14:paraId="05C72626" w14:textId="77777777" w:rsidR="00BE3968" w:rsidRDefault="00CA6E70">
            <w:pPr>
              <w:pStyle w:val="CMRBodySmall"/>
              <w:spacing w:after="100"/>
            </w:pPr>
            <w:r>
              <w:t>Answer with units: __________________________________________________</w:t>
            </w:r>
          </w:p>
          <w:p w14:paraId="440F3D05" w14:textId="77777777" w:rsidR="00BE3968" w:rsidRDefault="00CA6E70">
            <w:pPr>
              <w:pStyle w:val="CMRBodySmall"/>
              <w:spacing w:after="80"/>
            </w:pPr>
            <w:r>
              <w:t>Does the answer make sense? ___________________________________________</w:t>
            </w:r>
          </w:p>
        </w:tc>
      </w:tr>
    </w:tbl>
    <w:p w14:paraId="2919BE31"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7129EB5" w14:textId="77777777">
        <w:tc>
          <w:tcPr>
            <w:tcW w:w="10036" w:type="dxa"/>
            <w:tcMar>
              <w:top w:w="70" w:type="dxa"/>
              <w:left w:w="140" w:type="dxa"/>
              <w:bottom w:w="85" w:type="dxa"/>
              <w:right w:w="140" w:type="dxa"/>
            </w:tcMar>
          </w:tcPr>
          <w:p w14:paraId="5BA2365D" w14:textId="77777777" w:rsidR="00BE3968" w:rsidRDefault="00BE3968"/>
          <w:p w14:paraId="790C8272" w14:textId="77777777" w:rsidR="00BE3968" w:rsidRDefault="00CA6E70">
            <w:pPr>
              <w:pStyle w:val="CMRBodySmall"/>
            </w:pPr>
            <w:r>
              <w:rPr>
                <w:b/>
              </w:rPr>
              <w:t>PROBLEM S2-214</w:t>
            </w:r>
          </w:p>
          <w:p w14:paraId="6FF5487F" w14:textId="77777777" w:rsidR="00BE3968" w:rsidRDefault="00CA6E70">
            <w:r>
              <w:t>Felicia reads a job-training schedule: Registration 8:00 AM–8:30 AM; Computer class 8:45 AM–9:30 AM; Interview practice 9:50 AM–11:05 AM. Felicia attends computer class and interview practice but not registration. How many minutes of class time does Felicia attend, not counting the break between classes?</w:t>
            </w:r>
          </w:p>
          <w:p w14:paraId="2FEB1E5C" w14:textId="77777777" w:rsidR="00BE3968" w:rsidRDefault="00CA6E70">
            <w:pPr>
              <w:pStyle w:val="CMRBodySmall"/>
              <w:spacing w:after="40"/>
            </w:pPr>
            <w:r>
              <w:rPr>
                <w:b/>
              </w:rPr>
              <w:t>STEP 1 — WHAT DO THEY WANT?</w:t>
            </w:r>
          </w:p>
          <w:p w14:paraId="69F86A63" w14:textId="77777777" w:rsidR="00BE3968" w:rsidRDefault="00CA6E70">
            <w:pPr>
              <w:pStyle w:val="CMRBodySmall"/>
              <w:spacing w:after="80"/>
            </w:pPr>
            <w:r>
              <w:t>I need to find: _________________________________________________________</w:t>
            </w:r>
          </w:p>
          <w:p w14:paraId="7A16564A" w14:textId="77777777" w:rsidR="00BE3968" w:rsidRDefault="00CA6E70">
            <w:pPr>
              <w:pStyle w:val="CMRBodySmall"/>
              <w:spacing w:after="40"/>
            </w:pPr>
            <w:r>
              <w:rPr>
                <w:b/>
              </w:rPr>
              <w:t>STEP 2 — WHAT DO I KNOW?</w:t>
            </w:r>
          </w:p>
          <w:p w14:paraId="45F95E87" w14:textId="77777777" w:rsidR="00BE3968" w:rsidRDefault="00CA6E70">
            <w:pPr>
              <w:pStyle w:val="CMRBodySmall"/>
              <w:spacing w:after="40"/>
            </w:pPr>
            <w:r>
              <w:t>Useful facts: __________________________________________________________</w:t>
            </w:r>
          </w:p>
          <w:p w14:paraId="0AAC2E73" w14:textId="77777777" w:rsidR="00BE3968" w:rsidRDefault="00CA6E70">
            <w:pPr>
              <w:pStyle w:val="CMRBodySmall"/>
            </w:pPr>
            <w:r>
              <w:t>____________________________________________________________________</w:t>
            </w:r>
          </w:p>
          <w:p w14:paraId="0A7E973F" w14:textId="77777777" w:rsidR="00BE3968" w:rsidRDefault="00CA6E70">
            <w:pPr>
              <w:pStyle w:val="CMRBodySmall"/>
              <w:spacing w:after="40"/>
            </w:pPr>
            <w:r>
              <w:rPr>
                <w:b/>
              </w:rPr>
              <w:t>STEP 3 — HOW DO I FIND IT?</w:t>
            </w:r>
          </w:p>
          <w:p w14:paraId="357CF878" w14:textId="77777777" w:rsidR="00BE3968" w:rsidRDefault="00CA6E70">
            <w:pPr>
              <w:pStyle w:val="CMRBodySmall"/>
              <w:spacing w:after="100"/>
            </w:pPr>
            <w:r>
              <w:t>My work: ____________________________________________________________</w:t>
            </w:r>
          </w:p>
          <w:p w14:paraId="1654F05C" w14:textId="77777777" w:rsidR="00BE3968" w:rsidRDefault="00CA6E70">
            <w:pPr>
              <w:pStyle w:val="CMRBodySmall"/>
              <w:spacing w:after="100"/>
            </w:pPr>
            <w:r>
              <w:t>____________________________________________________________________</w:t>
            </w:r>
          </w:p>
          <w:p w14:paraId="5395A7F4" w14:textId="77777777" w:rsidR="00BE3968" w:rsidRDefault="00CA6E70">
            <w:pPr>
              <w:pStyle w:val="CMRBodySmall"/>
              <w:spacing w:after="100"/>
            </w:pPr>
            <w:r>
              <w:t>____________________________________________________________________</w:t>
            </w:r>
          </w:p>
          <w:p w14:paraId="2F590DC3" w14:textId="77777777" w:rsidR="00BE3968" w:rsidRDefault="00CA6E70">
            <w:pPr>
              <w:pStyle w:val="CMRBodySmall"/>
              <w:spacing w:after="100"/>
            </w:pPr>
            <w:r>
              <w:t>Answer with units: __________________________________________________</w:t>
            </w:r>
          </w:p>
          <w:p w14:paraId="0671CEAE" w14:textId="77777777" w:rsidR="00BE3968" w:rsidRDefault="00CA6E70">
            <w:pPr>
              <w:pStyle w:val="CMRBodySmall"/>
              <w:spacing w:after="80"/>
            </w:pPr>
            <w:r>
              <w:t>Does the answer make sense? ___________________________________________</w:t>
            </w:r>
          </w:p>
        </w:tc>
      </w:tr>
    </w:tbl>
    <w:p w14:paraId="005F7A1F" w14:textId="77777777" w:rsidR="00BE3968" w:rsidRDefault="00CA6E70">
      <w:r>
        <w:br w:type="page"/>
      </w:r>
    </w:p>
    <w:p w14:paraId="69DCAE1B" w14:textId="77777777" w:rsidR="00BE3968" w:rsidRDefault="00CA6E70">
      <w:pPr>
        <w:pStyle w:val="CMRSmallLabel"/>
        <w:spacing w:after="60"/>
      </w:pPr>
      <w:r>
        <w:rPr>
          <w:b w:val="0"/>
        </w:rPr>
        <w:t>SECTION 2  |  TOPIC 22  |  PRACTICE PAGE 3/5</w:t>
      </w:r>
    </w:p>
    <w:p w14:paraId="52104083" w14:textId="77777777" w:rsidR="00BE3968" w:rsidRDefault="00CA6E70">
      <w:pPr>
        <w:pStyle w:val="CMRPageTitle"/>
        <w:spacing w:after="60"/>
      </w:pPr>
      <w:r>
        <w:rPr>
          <w:b w:val="0"/>
        </w:rPr>
        <w:t>Reading schedules</w:t>
      </w:r>
    </w:p>
    <w:p w14:paraId="5487CFBC"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53AF8016" w14:textId="77777777">
        <w:tc>
          <w:tcPr>
            <w:tcW w:w="10036" w:type="dxa"/>
            <w:shd w:val="clear" w:color="auto" w:fill="F5F8F9"/>
            <w:tcMar>
              <w:top w:w="70" w:type="dxa"/>
              <w:left w:w="140" w:type="dxa"/>
              <w:bottom w:w="85" w:type="dxa"/>
              <w:right w:w="140" w:type="dxa"/>
            </w:tcMar>
          </w:tcPr>
          <w:p w14:paraId="79393995" w14:textId="77777777" w:rsidR="00BE3968" w:rsidRDefault="00BE3968"/>
          <w:p w14:paraId="2363049D" w14:textId="77777777" w:rsidR="00BE3968" w:rsidRDefault="00CA6E70">
            <w:pPr>
              <w:pStyle w:val="CMRBodySmall"/>
            </w:pPr>
            <w:r>
              <w:rPr>
                <w:b/>
              </w:rPr>
              <w:t>PROBLEM S2-215</w:t>
            </w:r>
          </w:p>
          <w:p w14:paraId="28B4BBB3" w14:textId="77777777" w:rsidR="00BE3968" w:rsidRDefault="00CA6E70">
            <w:r>
              <w:t>Here is today’s job-training schedule: Registration 8:15 AM–8:45 AM; Computer class 9:00 AM–10:30 AM; Interview practice 10:40 AM–11:25 AM. Monica skips registration and goes to both classes. How many minutes does Monica spend in class? Do not count the time between classes.</w:t>
            </w:r>
          </w:p>
          <w:p w14:paraId="38919280" w14:textId="77777777" w:rsidR="00BE3968" w:rsidRDefault="00CA6E70">
            <w:pPr>
              <w:pStyle w:val="CMRBodySmall"/>
              <w:spacing w:after="40"/>
            </w:pPr>
            <w:r>
              <w:rPr>
                <w:b/>
              </w:rPr>
              <w:t>STEP 1 — WHAT DO THEY WANT?</w:t>
            </w:r>
          </w:p>
          <w:p w14:paraId="43AE157C" w14:textId="77777777" w:rsidR="00BE3968" w:rsidRDefault="00CA6E70">
            <w:pPr>
              <w:pStyle w:val="CMRBodySmall"/>
              <w:spacing w:after="80"/>
            </w:pPr>
            <w:r>
              <w:t>I need to find: _________________________________________________________</w:t>
            </w:r>
          </w:p>
          <w:p w14:paraId="087B1FD9" w14:textId="77777777" w:rsidR="00BE3968" w:rsidRDefault="00CA6E70">
            <w:pPr>
              <w:pStyle w:val="CMRBodySmall"/>
              <w:spacing w:after="40"/>
            </w:pPr>
            <w:r>
              <w:rPr>
                <w:b/>
              </w:rPr>
              <w:t>STEP 2 — WHAT DO I KNOW?</w:t>
            </w:r>
          </w:p>
          <w:p w14:paraId="76818D96" w14:textId="77777777" w:rsidR="00BE3968" w:rsidRDefault="00CA6E70">
            <w:pPr>
              <w:pStyle w:val="CMRBodySmall"/>
              <w:spacing w:after="40"/>
            </w:pPr>
            <w:r>
              <w:t>Useful facts: __________________________________________________________</w:t>
            </w:r>
          </w:p>
          <w:p w14:paraId="6321B7D0" w14:textId="77777777" w:rsidR="00BE3968" w:rsidRDefault="00CA6E70">
            <w:pPr>
              <w:pStyle w:val="CMRBodySmall"/>
            </w:pPr>
            <w:r>
              <w:t>____________________________________________________________________</w:t>
            </w:r>
          </w:p>
          <w:p w14:paraId="1F959E60" w14:textId="77777777" w:rsidR="00BE3968" w:rsidRDefault="00CA6E70">
            <w:pPr>
              <w:pStyle w:val="CMRBodySmall"/>
              <w:spacing w:after="40"/>
            </w:pPr>
            <w:r>
              <w:rPr>
                <w:b/>
              </w:rPr>
              <w:t>STEP 3 — HOW DO I FIND IT?</w:t>
            </w:r>
          </w:p>
          <w:p w14:paraId="49E98D5C" w14:textId="77777777" w:rsidR="00BE3968" w:rsidRDefault="00CA6E70">
            <w:pPr>
              <w:pStyle w:val="CMRBodySmall"/>
              <w:spacing w:after="100"/>
            </w:pPr>
            <w:r>
              <w:t>My work: ____________________________________________________________</w:t>
            </w:r>
          </w:p>
          <w:p w14:paraId="1FE0DD03" w14:textId="77777777" w:rsidR="00BE3968" w:rsidRDefault="00CA6E70">
            <w:pPr>
              <w:pStyle w:val="CMRBodySmall"/>
              <w:spacing w:after="100"/>
            </w:pPr>
            <w:r>
              <w:t>____________________________________________________________________</w:t>
            </w:r>
          </w:p>
          <w:p w14:paraId="108B86B9" w14:textId="77777777" w:rsidR="00BE3968" w:rsidRDefault="00CA6E70">
            <w:pPr>
              <w:pStyle w:val="CMRBodySmall"/>
              <w:spacing w:after="100"/>
            </w:pPr>
            <w:r>
              <w:t>____________________________________________________________________</w:t>
            </w:r>
          </w:p>
          <w:p w14:paraId="53BC1763" w14:textId="77777777" w:rsidR="00BE3968" w:rsidRDefault="00CA6E70">
            <w:pPr>
              <w:pStyle w:val="CMRBodySmall"/>
              <w:spacing w:after="100"/>
            </w:pPr>
            <w:r>
              <w:t>Answer with units: __________________________________________________</w:t>
            </w:r>
          </w:p>
          <w:p w14:paraId="71DA02EF" w14:textId="77777777" w:rsidR="00BE3968" w:rsidRDefault="00CA6E70">
            <w:pPr>
              <w:pStyle w:val="CMRBodySmall"/>
              <w:spacing w:after="80"/>
            </w:pPr>
            <w:r>
              <w:t>Does the answer make sense? ___________________________________________</w:t>
            </w:r>
          </w:p>
        </w:tc>
      </w:tr>
    </w:tbl>
    <w:p w14:paraId="0ED1B02D"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086C8896" w14:textId="77777777">
        <w:tc>
          <w:tcPr>
            <w:tcW w:w="10036" w:type="dxa"/>
            <w:tcMar>
              <w:top w:w="70" w:type="dxa"/>
              <w:left w:w="140" w:type="dxa"/>
              <w:bottom w:w="85" w:type="dxa"/>
              <w:right w:w="140" w:type="dxa"/>
            </w:tcMar>
          </w:tcPr>
          <w:p w14:paraId="1D605C35" w14:textId="77777777" w:rsidR="00BE3968" w:rsidRDefault="00BE3968"/>
          <w:p w14:paraId="14BE1707" w14:textId="77777777" w:rsidR="00BE3968" w:rsidRDefault="00CA6E70">
            <w:pPr>
              <w:pStyle w:val="CMRBodySmall"/>
            </w:pPr>
            <w:r>
              <w:rPr>
                <w:b/>
              </w:rPr>
              <w:t>PROBLEM S2-216</w:t>
            </w:r>
          </w:p>
          <w:p w14:paraId="5B861CBE" w14:textId="77777777" w:rsidR="00BE3968" w:rsidRDefault="00CA6E70">
            <w:r>
              <w:t>Rosa must report total class time for a training program. The schedule: Registration 8:30 AM–9:00 AM; Computer class 9:15 AM–10:00 AM; Interview practice 10:15 AM–11:45 AM. Rosa attended both classes but was already registered. How many minutes of class did Rosa attend?</w:t>
            </w:r>
          </w:p>
          <w:p w14:paraId="43097D84" w14:textId="77777777" w:rsidR="00BE3968" w:rsidRDefault="00CA6E70">
            <w:pPr>
              <w:pStyle w:val="CMRBodySmall"/>
              <w:spacing w:after="40"/>
            </w:pPr>
            <w:r>
              <w:rPr>
                <w:b/>
              </w:rPr>
              <w:t>STEP 1 — WHAT DO THEY WANT?</w:t>
            </w:r>
          </w:p>
          <w:p w14:paraId="5E20F849" w14:textId="77777777" w:rsidR="00BE3968" w:rsidRDefault="00CA6E70">
            <w:pPr>
              <w:pStyle w:val="CMRBodySmall"/>
              <w:spacing w:after="80"/>
            </w:pPr>
            <w:r>
              <w:t>I need to find: _________________________________________________________</w:t>
            </w:r>
          </w:p>
          <w:p w14:paraId="31E1DF5D" w14:textId="77777777" w:rsidR="00BE3968" w:rsidRDefault="00CA6E70">
            <w:pPr>
              <w:pStyle w:val="CMRBodySmall"/>
              <w:spacing w:after="40"/>
            </w:pPr>
            <w:r>
              <w:rPr>
                <w:b/>
              </w:rPr>
              <w:t>STEP 2 — WHAT DO I KNOW?</w:t>
            </w:r>
          </w:p>
          <w:p w14:paraId="4142BA44" w14:textId="77777777" w:rsidR="00BE3968" w:rsidRDefault="00CA6E70">
            <w:pPr>
              <w:pStyle w:val="CMRBodySmall"/>
              <w:spacing w:after="40"/>
            </w:pPr>
            <w:r>
              <w:t>Useful facts: __________________________________________________________</w:t>
            </w:r>
          </w:p>
          <w:p w14:paraId="37F0A77C" w14:textId="77777777" w:rsidR="00BE3968" w:rsidRDefault="00CA6E70">
            <w:pPr>
              <w:pStyle w:val="CMRBodySmall"/>
            </w:pPr>
            <w:r>
              <w:t>____________________________________________________________________</w:t>
            </w:r>
          </w:p>
          <w:p w14:paraId="2655FF4A" w14:textId="77777777" w:rsidR="00BE3968" w:rsidRDefault="00CA6E70">
            <w:pPr>
              <w:pStyle w:val="CMRBodySmall"/>
              <w:spacing w:after="40"/>
            </w:pPr>
            <w:r>
              <w:rPr>
                <w:b/>
              </w:rPr>
              <w:t>STEP 3 — HOW DO I FIND IT?</w:t>
            </w:r>
          </w:p>
          <w:p w14:paraId="4C2F790C" w14:textId="77777777" w:rsidR="00BE3968" w:rsidRDefault="00CA6E70">
            <w:pPr>
              <w:pStyle w:val="CMRBodySmall"/>
              <w:spacing w:after="100"/>
            </w:pPr>
            <w:r>
              <w:t>My work: ____________________________________________________________</w:t>
            </w:r>
          </w:p>
          <w:p w14:paraId="54439FEB" w14:textId="77777777" w:rsidR="00BE3968" w:rsidRDefault="00CA6E70">
            <w:pPr>
              <w:pStyle w:val="CMRBodySmall"/>
              <w:spacing w:after="100"/>
            </w:pPr>
            <w:r>
              <w:t>____________________________________________________________________</w:t>
            </w:r>
          </w:p>
          <w:p w14:paraId="415ADD0D" w14:textId="77777777" w:rsidR="00BE3968" w:rsidRDefault="00CA6E70">
            <w:pPr>
              <w:pStyle w:val="CMRBodySmall"/>
              <w:spacing w:after="100"/>
            </w:pPr>
            <w:r>
              <w:t>____________________________________________________________________</w:t>
            </w:r>
          </w:p>
          <w:p w14:paraId="55DF1E07" w14:textId="77777777" w:rsidR="00BE3968" w:rsidRDefault="00CA6E70">
            <w:pPr>
              <w:pStyle w:val="CMRBodySmall"/>
              <w:spacing w:after="100"/>
            </w:pPr>
            <w:r>
              <w:t>Answer with units: __________________________________________________</w:t>
            </w:r>
          </w:p>
          <w:p w14:paraId="6B8FD85E" w14:textId="77777777" w:rsidR="00BE3968" w:rsidRDefault="00CA6E70">
            <w:pPr>
              <w:pStyle w:val="CMRBodySmall"/>
              <w:spacing w:after="80"/>
            </w:pPr>
            <w:r>
              <w:t>Does the answer make sense? ___________________________________________</w:t>
            </w:r>
          </w:p>
        </w:tc>
      </w:tr>
    </w:tbl>
    <w:p w14:paraId="46C08E7A" w14:textId="77777777" w:rsidR="00BE3968" w:rsidRDefault="00CA6E70">
      <w:r>
        <w:br w:type="page"/>
      </w:r>
    </w:p>
    <w:p w14:paraId="6426A9B2" w14:textId="77777777" w:rsidR="00BE3968" w:rsidRDefault="00CA6E70">
      <w:pPr>
        <w:pStyle w:val="CMRSmallLabel"/>
        <w:spacing w:after="60"/>
      </w:pPr>
      <w:r>
        <w:rPr>
          <w:b w:val="0"/>
        </w:rPr>
        <w:t>SECTION 2  |  TOPIC 22  |  PRACTICE PAGE 4/5</w:t>
      </w:r>
    </w:p>
    <w:p w14:paraId="3A490787" w14:textId="77777777" w:rsidR="00BE3968" w:rsidRDefault="00CA6E70">
      <w:pPr>
        <w:pStyle w:val="CMRPageTitle"/>
        <w:spacing w:after="60"/>
      </w:pPr>
      <w:r>
        <w:rPr>
          <w:b w:val="0"/>
        </w:rPr>
        <w:t>Reading schedules</w:t>
      </w:r>
    </w:p>
    <w:p w14:paraId="1EB2952B"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9373916" w14:textId="77777777">
        <w:tc>
          <w:tcPr>
            <w:tcW w:w="10036" w:type="dxa"/>
            <w:shd w:val="clear" w:color="auto" w:fill="F5F8F9"/>
            <w:tcMar>
              <w:top w:w="70" w:type="dxa"/>
              <w:left w:w="140" w:type="dxa"/>
              <w:bottom w:w="85" w:type="dxa"/>
              <w:right w:w="140" w:type="dxa"/>
            </w:tcMar>
          </w:tcPr>
          <w:p w14:paraId="44116544" w14:textId="77777777" w:rsidR="00BE3968" w:rsidRDefault="00BE3968"/>
          <w:p w14:paraId="6A66C8F4" w14:textId="77777777" w:rsidR="00BE3968" w:rsidRDefault="00CA6E70">
            <w:pPr>
              <w:pStyle w:val="CMRBodySmall"/>
            </w:pPr>
            <w:r>
              <w:rPr>
                <w:b/>
              </w:rPr>
              <w:t>PROBLEM S2-217</w:t>
            </w:r>
          </w:p>
          <w:p w14:paraId="04381E06" w14:textId="77777777" w:rsidR="00BE3968" w:rsidRDefault="00CA6E70">
            <w:r>
              <w:t>Jasmine reads a job-training schedule: Registration 8:45 AM–9:15 AM; Computer class 9:30 AM–10:30 AM; Interview practice 10:40 AM–11:25 AM. Jasmine attends computer class and interview practice but not registration. How many minutes of class time does Jasmine attend, not counting the break between classes?</w:t>
            </w:r>
          </w:p>
          <w:p w14:paraId="77E47670" w14:textId="77777777" w:rsidR="00BE3968" w:rsidRDefault="00CA6E70">
            <w:pPr>
              <w:pStyle w:val="CMRBodySmall"/>
              <w:spacing w:after="40"/>
            </w:pPr>
            <w:r>
              <w:rPr>
                <w:b/>
              </w:rPr>
              <w:t>STEP 1 — WHAT DO THEY WANT?</w:t>
            </w:r>
          </w:p>
          <w:p w14:paraId="12A0919D" w14:textId="77777777" w:rsidR="00BE3968" w:rsidRDefault="00CA6E70">
            <w:pPr>
              <w:pStyle w:val="CMRBodySmall"/>
              <w:spacing w:after="80"/>
            </w:pPr>
            <w:r>
              <w:t>I need to find: _________________________________________________________</w:t>
            </w:r>
          </w:p>
          <w:p w14:paraId="34FEEF4E" w14:textId="77777777" w:rsidR="00BE3968" w:rsidRDefault="00CA6E70">
            <w:pPr>
              <w:pStyle w:val="CMRBodySmall"/>
              <w:spacing w:after="40"/>
            </w:pPr>
            <w:r>
              <w:rPr>
                <w:b/>
              </w:rPr>
              <w:t>STEP 2 — WHAT DO I KNOW?</w:t>
            </w:r>
          </w:p>
          <w:p w14:paraId="332F50D0" w14:textId="77777777" w:rsidR="00BE3968" w:rsidRDefault="00CA6E70">
            <w:pPr>
              <w:pStyle w:val="CMRBodySmall"/>
              <w:spacing w:after="40"/>
            </w:pPr>
            <w:r>
              <w:t>Useful facts: __________________________________________________________</w:t>
            </w:r>
          </w:p>
          <w:p w14:paraId="393C0E5C" w14:textId="77777777" w:rsidR="00BE3968" w:rsidRDefault="00CA6E70">
            <w:pPr>
              <w:pStyle w:val="CMRBodySmall"/>
            </w:pPr>
            <w:r>
              <w:t>____________________________________________________________________</w:t>
            </w:r>
          </w:p>
          <w:p w14:paraId="4FFFAE3F" w14:textId="77777777" w:rsidR="00BE3968" w:rsidRDefault="00CA6E70">
            <w:pPr>
              <w:pStyle w:val="CMRBodySmall"/>
              <w:spacing w:after="40"/>
            </w:pPr>
            <w:r>
              <w:rPr>
                <w:b/>
              </w:rPr>
              <w:t>STEP 3 — HOW DO I FIND IT?</w:t>
            </w:r>
          </w:p>
          <w:p w14:paraId="1ECC8406" w14:textId="77777777" w:rsidR="00BE3968" w:rsidRDefault="00CA6E70">
            <w:pPr>
              <w:pStyle w:val="CMRBodySmall"/>
              <w:spacing w:after="100"/>
            </w:pPr>
            <w:r>
              <w:t>My work: ____________________________________________________________</w:t>
            </w:r>
          </w:p>
          <w:p w14:paraId="26F1AB8E" w14:textId="77777777" w:rsidR="00BE3968" w:rsidRDefault="00CA6E70">
            <w:pPr>
              <w:pStyle w:val="CMRBodySmall"/>
              <w:spacing w:after="100"/>
            </w:pPr>
            <w:r>
              <w:t>____________________________________________________________________</w:t>
            </w:r>
          </w:p>
          <w:p w14:paraId="204F241B" w14:textId="77777777" w:rsidR="00BE3968" w:rsidRDefault="00CA6E70">
            <w:pPr>
              <w:pStyle w:val="CMRBodySmall"/>
              <w:spacing w:after="100"/>
            </w:pPr>
            <w:r>
              <w:t>____________________________________________________________________</w:t>
            </w:r>
          </w:p>
          <w:p w14:paraId="1728D828" w14:textId="77777777" w:rsidR="00BE3968" w:rsidRDefault="00CA6E70">
            <w:pPr>
              <w:pStyle w:val="CMRBodySmall"/>
              <w:spacing w:after="100"/>
            </w:pPr>
            <w:r>
              <w:t>Answer with units: __________________________________________________</w:t>
            </w:r>
          </w:p>
          <w:p w14:paraId="14F940CA" w14:textId="77777777" w:rsidR="00BE3968" w:rsidRDefault="00CA6E70">
            <w:pPr>
              <w:pStyle w:val="CMRBodySmall"/>
              <w:spacing w:after="80"/>
            </w:pPr>
            <w:r>
              <w:t>Does the answer make sense? ___________________________________________</w:t>
            </w:r>
          </w:p>
        </w:tc>
      </w:tr>
    </w:tbl>
    <w:p w14:paraId="1695C13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E37AFA4" w14:textId="77777777">
        <w:tc>
          <w:tcPr>
            <w:tcW w:w="10036" w:type="dxa"/>
            <w:tcMar>
              <w:top w:w="70" w:type="dxa"/>
              <w:left w:w="140" w:type="dxa"/>
              <w:bottom w:w="85" w:type="dxa"/>
              <w:right w:w="140" w:type="dxa"/>
            </w:tcMar>
          </w:tcPr>
          <w:p w14:paraId="0A21DB49" w14:textId="77777777" w:rsidR="00BE3968" w:rsidRDefault="00BE3968"/>
          <w:p w14:paraId="4FE62881" w14:textId="77777777" w:rsidR="00BE3968" w:rsidRDefault="00CA6E70">
            <w:pPr>
              <w:pStyle w:val="CMRBodySmall"/>
            </w:pPr>
            <w:r>
              <w:rPr>
                <w:b/>
              </w:rPr>
              <w:t>PROBLEM S2-218</w:t>
            </w:r>
          </w:p>
          <w:p w14:paraId="4BACC46A" w14:textId="77777777" w:rsidR="00BE3968" w:rsidRDefault="00CA6E70">
            <w:r>
              <w:t>Here is today’s job-training schedule: Registration 8:00 AM–8:30 AM; Computer class 8:45 AM–10:15 AM; Interview practice 10:25 AM–11:40 AM. Anthony skips registration and goes to both classes. How many minutes does Anthony spend in class? Do not count the time between classes.</w:t>
            </w:r>
          </w:p>
          <w:p w14:paraId="3DF7F165" w14:textId="77777777" w:rsidR="00BE3968" w:rsidRDefault="00CA6E70">
            <w:pPr>
              <w:pStyle w:val="CMRBodySmall"/>
              <w:spacing w:after="40"/>
            </w:pPr>
            <w:r>
              <w:rPr>
                <w:b/>
              </w:rPr>
              <w:t>STEP 1 — WHAT DO THEY WANT?</w:t>
            </w:r>
          </w:p>
          <w:p w14:paraId="6BF49631" w14:textId="77777777" w:rsidR="00BE3968" w:rsidRDefault="00CA6E70">
            <w:pPr>
              <w:pStyle w:val="CMRBodySmall"/>
              <w:spacing w:after="80"/>
            </w:pPr>
            <w:r>
              <w:t>I need to find: _________________________________________________________</w:t>
            </w:r>
          </w:p>
          <w:p w14:paraId="2132C239" w14:textId="77777777" w:rsidR="00BE3968" w:rsidRDefault="00CA6E70">
            <w:pPr>
              <w:pStyle w:val="CMRBodySmall"/>
              <w:spacing w:after="40"/>
            </w:pPr>
            <w:r>
              <w:rPr>
                <w:b/>
              </w:rPr>
              <w:t>STEP 2 — WHAT DO I KNOW?</w:t>
            </w:r>
          </w:p>
          <w:p w14:paraId="3351D841" w14:textId="77777777" w:rsidR="00BE3968" w:rsidRDefault="00CA6E70">
            <w:pPr>
              <w:pStyle w:val="CMRBodySmall"/>
              <w:spacing w:after="40"/>
            </w:pPr>
            <w:r>
              <w:t>Useful facts: __________________________________________________________</w:t>
            </w:r>
          </w:p>
          <w:p w14:paraId="65E1FD65" w14:textId="77777777" w:rsidR="00BE3968" w:rsidRDefault="00CA6E70">
            <w:pPr>
              <w:pStyle w:val="CMRBodySmall"/>
            </w:pPr>
            <w:r>
              <w:t>____________________________________________________________________</w:t>
            </w:r>
          </w:p>
          <w:p w14:paraId="29C2E5FB" w14:textId="77777777" w:rsidR="00BE3968" w:rsidRDefault="00CA6E70">
            <w:pPr>
              <w:pStyle w:val="CMRBodySmall"/>
              <w:spacing w:after="40"/>
            </w:pPr>
            <w:r>
              <w:rPr>
                <w:b/>
              </w:rPr>
              <w:t>STEP 3 — HOW DO I FIND IT?</w:t>
            </w:r>
          </w:p>
          <w:p w14:paraId="34FDA34E" w14:textId="77777777" w:rsidR="00BE3968" w:rsidRDefault="00CA6E70">
            <w:pPr>
              <w:pStyle w:val="CMRBodySmall"/>
              <w:spacing w:after="100"/>
            </w:pPr>
            <w:r>
              <w:t>My work: ____________________________________________________________</w:t>
            </w:r>
          </w:p>
          <w:p w14:paraId="016EA801" w14:textId="77777777" w:rsidR="00BE3968" w:rsidRDefault="00CA6E70">
            <w:pPr>
              <w:pStyle w:val="CMRBodySmall"/>
              <w:spacing w:after="100"/>
            </w:pPr>
            <w:r>
              <w:t>____________________________________________________________________</w:t>
            </w:r>
          </w:p>
          <w:p w14:paraId="0D2FD87A" w14:textId="77777777" w:rsidR="00BE3968" w:rsidRDefault="00CA6E70">
            <w:pPr>
              <w:pStyle w:val="CMRBodySmall"/>
              <w:spacing w:after="100"/>
            </w:pPr>
            <w:r>
              <w:t>____________________________________________________________________</w:t>
            </w:r>
          </w:p>
          <w:p w14:paraId="7F9076F1" w14:textId="77777777" w:rsidR="00BE3968" w:rsidRDefault="00CA6E70">
            <w:pPr>
              <w:pStyle w:val="CMRBodySmall"/>
              <w:spacing w:after="100"/>
            </w:pPr>
            <w:r>
              <w:t>Answer with units: __________________________________________________</w:t>
            </w:r>
          </w:p>
          <w:p w14:paraId="642FF0D9" w14:textId="77777777" w:rsidR="00BE3968" w:rsidRDefault="00CA6E70">
            <w:pPr>
              <w:pStyle w:val="CMRBodySmall"/>
              <w:spacing w:after="80"/>
            </w:pPr>
            <w:r>
              <w:t>Does the answer make sense? ___________________________________________</w:t>
            </w:r>
          </w:p>
        </w:tc>
      </w:tr>
    </w:tbl>
    <w:p w14:paraId="5959F540" w14:textId="77777777" w:rsidR="00BE3968" w:rsidRDefault="00CA6E70">
      <w:r>
        <w:br w:type="page"/>
      </w:r>
    </w:p>
    <w:p w14:paraId="6B228DCF" w14:textId="77777777" w:rsidR="00BE3968" w:rsidRDefault="00CA6E70">
      <w:pPr>
        <w:pStyle w:val="CMRSmallLabel"/>
        <w:spacing w:after="60"/>
      </w:pPr>
      <w:r>
        <w:rPr>
          <w:b w:val="0"/>
        </w:rPr>
        <w:t>SECTION 2  |  TOPIC 22  |  PRACTICE PAGE 5/5</w:t>
      </w:r>
    </w:p>
    <w:p w14:paraId="27A73E2E" w14:textId="77777777" w:rsidR="00BE3968" w:rsidRDefault="00CA6E70">
      <w:pPr>
        <w:pStyle w:val="CMRPageTitle"/>
        <w:spacing w:after="60"/>
      </w:pPr>
      <w:r>
        <w:rPr>
          <w:b w:val="0"/>
        </w:rPr>
        <w:t>Reading schedules</w:t>
      </w:r>
    </w:p>
    <w:p w14:paraId="5609277A"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AE1C6A3" w14:textId="77777777">
        <w:tc>
          <w:tcPr>
            <w:tcW w:w="10036" w:type="dxa"/>
            <w:shd w:val="clear" w:color="auto" w:fill="F5F8F9"/>
            <w:tcMar>
              <w:top w:w="70" w:type="dxa"/>
              <w:left w:w="140" w:type="dxa"/>
              <w:bottom w:w="85" w:type="dxa"/>
              <w:right w:w="140" w:type="dxa"/>
            </w:tcMar>
          </w:tcPr>
          <w:p w14:paraId="383C5913" w14:textId="77777777" w:rsidR="00BE3968" w:rsidRDefault="00BE3968"/>
          <w:p w14:paraId="7E31FB00" w14:textId="77777777" w:rsidR="00BE3968" w:rsidRDefault="00CA6E70">
            <w:pPr>
              <w:pStyle w:val="CMRBodySmall"/>
            </w:pPr>
            <w:r>
              <w:rPr>
                <w:b/>
              </w:rPr>
              <w:t>PROBLEM S2-219</w:t>
            </w:r>
          </w:p>
          <w:p w14:paraId="5E772BAE" w14:textId="77777777" w:rsidR="00BE3968" w:rsidRDefault="00CA6E70">
            <w:r>
              <w:t>Joseph must report total class time for a training program. The schedule: Registration 8:15 AM–8:45 AM; Computer class 9:00 AM–10:30 AM; Interview practice 10:50 AM–11:35 AM. Joseph attended both classes but was already registered. How many minutes of class did Joseph attend?</w:t>
            </w:r>
          </w:p>
          <w:p w14:paraId="1CD395A5" w14:textId="77777777" w:rsidR="00BE3968" w:rsidRDefault="00CA6E70">
            <w:pPr>
              <w:pStyle w:val="CMRBodySmall"/>
              <w:spacing w:after="40"/>
            </w:pPr>
            <w:r>
              <w:rPr>
                <w:b/>
              </w:rPr>
              <w:t>STEP 1 — WHAT DO THEY WANT?</w:t>
            </w:r>
          </w:p>
          <w:p w14:paraId="7C208FD6" w14:textId="77777777" w:rsidR="00BE3968" w:rsidRDefault="00CA6E70">
            <w:pPr>
              <w:pStyle w:val="CMRBodySmall"/>
              <w:spacing w:after="80"/>
            </w:pPr>
            <w:r>
              <w:t>I need to find: _________________________________________________________</w:t>
            </w:r>
          </w:p>
          <w:p w14:paraId="083B0E17" w14:textId="77777777" w:rsidR="00BE3968" w:rsidRDefault="00CA6E70">
            <w:pPr>
              <w:pStyle w:val="CMRBodySmall"/>
              <w:spacing w:after="40"/>
            </w:pPr>
            <w:r>
              <w:rPr>
                <w:b/>
              </w:rPr>
              <w:t>STEP 2 — WHAT DO I KNOW?</w:t>
            </w:r>
          </w:p>
          <w:p w14:paraId="5C9839E2" w14:textId="77777777" w:rsidR="00BE3968" w:rsidRDefault="00CA6E70">
            <w:pPr>
              <w:pStyle w:val="CMRBodySmall"/>
              <w:spacing w:after="40"/>
            </w:pPr>
            <w:r>
              <w:t>Useful facts: __________________________________________________________</w:t>
            </w:r>
          </w:p>
          <w:p w14:paraId="56F16F6A" w14:textId="77777777" w:rsidR="00BE3968" w:rsidRDefault="00CA6E70">
            <w:pPr>
              <w:pStyle w:val="CMRBodySmall"/>
            </w:pPr>
            <w:r>
              <w:t>____________________________________________________________________</w:t>
            </w:r>
          </w:p>
          <w:p w14:paraId="074C06F5" w14:textId="77777777" w:rsidR="00BE3968" w:rsidRDefault="00CA6E70">
            <w:pPr>
              <w:pStyle w:val="CMRBodySmall"/>
              <w:spacing w:after="40"/>
            </w:pPr>
            <w:r>
              <w:rPr>
                <w:b/>
              </w:rPr>
              <w:t>STEP 3 — HOW DO I FIND IT?</w:t>
            </w:r>
          </w:p>
          <w:p w14:paraId="0AB3A97E" w14:textId="77777777" w:rsidR="00BE3968" w:rsidRDefault="00CA6E70">
            <w:pPr>
              <w:pStyle w:val="CMRBodySmall"/>
              <w:spacing w:after="100"/>
            </w:pPr>
            <w:r>
              <w:t>My work: ____________________________________________________________</w:t>
            </w:r>
          </w:p>
          <w:p w14:paraId="2979FB00" w14:textId="77777777" w:rsidR="00BE3968" w:rsidRDefault="00CA6E70">
            <w:pPr>
              <w:pStyle w:val="CMRBodySmall"/>
              <w:spacing w:after="100"/>
            </w:pPr>
            <w:r>
              <w:t>____________________________________________________________________</w:t>
            </w:r>
          </w:p>
          <w:p w14:paraId="479EF9A1" w14:textId="77777777" w:rsidR="00BE3968" w:rsidRDefault="00CA6E70">
            <w:pPr>
              <w:pStyle w:val="CMRBodySmall"/>
              <w:spacing w:after="100"/>
            </w:pPr>
            <w:r>
              <w:t>____________________________________________________________________</w:t>
            </w:r>
          </w:p>
          <w:p w14:paraId="38DB6C08" w14:textId="77777777" w:rsidR="00BE3968" w:rsidRDefault="00CA6E70">
            <w:pPr>
              <w:pStyle w:val="CMRBodySmall"/>
              <w:spacing w:after="100"/>
            </w:pPr>
            <w:r>
              <w:t>Answer with units: __________________________________________________</w:t>
            </w:r>
          </w:p>
          <w:p w14:paraId="54CC40E0" w14:textId="77777777" w:rsidR="00BE3968" w:rsidRDefault="00CA6E70">
            <w:pPr>
              <w:pStyle w:val="CMRBodySmall"/>
              <w:spacing w:after="80"/>
            </w:pPr>
            <w:r>
              <w:t>Does the answer make sense? ___________________________________________</w:t>
            </w:r>
          </w:p>
        </w:tc>
      </w:tr>
    </w:tbl>
    <w:p w14:paraId="028E3F5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5F90D4F6" w14:textId="77777777">
        <w:tc>
          <w:tcPr>
            <w:tcW w:w="10036" w:type="dxa"/>
            <w:tcMar>
              <w:top w:w="70" w:type="dxa"/>
              <w:left w:w="140" w:type="dxa"/>
              <w:bottom w:w="85" w:type="dxa"/>
              <w:right w:w="140" w:type="dxa"/>
            </w:tcMar>
          </w:tcPr>
          <w:p w14:paraId="261FFA0B" w14:textId="77777777" w:rsidR="00BE3968" w:rsidRDefault="00BE3968"/>
          <w:p w14:paraId="33C835E4" w14:textId="77777777" w:rsidR="00BE3968" w:rsidRDefault="00CA6E70">
            <w:pPr>
              <w:pStyle w:val="CMRBodySmall"/>
            </w:pPr>
            <w:r>
              <w:rPr>
                <w:b/>
              </w:rPr>
              <w:t>PROBLEM S2-220</w:t>
            </w:r>
          </w:p>
          <w:p w14:paraId="22C837A8" w14:textId="77777777" w:rsidR="00BE3968" w:rsidRDefault="00CA6E70">
            <w:r>
              <w:t>Angela reads a job-training schedule: Registration 8:30 AM–9:00 AM; Computer class 9:15 AM–10:15 AM; Interview practice 10:30 AM–11:30 AM. Angela attends computer class and interview practice but not registration. How many minutes of class time does Angela attend, not counting the break between classes?</w:t>
            </w:r>
          </w:p>
          <w:p w14:paraId="760BFAF9" w14:textId="77777777" w:rsidR="00BE3968" w:rsidRDefault="00CA6E70">
            <w:pPr>
              <w:pStyle w:val="CMRBodySmall"/>
              <w:spacing w:after="40"/>
            </w:pPr>
            <w:r>
              <w:rPr>
                <w:b/>
              </w:rPr>
              <w:t>STEP 1 — WHAT DO THEY WANT?</w:t>
            </w:r>
          </w:p>
          <w:p w14:paraId="44A82595" w14:textId="77777777" w:rsidR="00BE3968" w:rsidRDefault="00CA6E70">
            <w:pPr>
              <w:pStyle w:val="CMRBodySmall"/>
              <w:spacing w:after="80"/>
            </w:pPr>
            <w:r>
              <w:t>I need to find: _________________________________________________________</w:t>
            </w:r>
          </w:p>
          <w:p w14:paraId="01B69A2D" w14:textId="77777777" w:rsidR="00BE3968" w:rsidRDefault="00CA6E70">
            <w:pPr>
              <w:pStyle w:val="CMRBodySmall"/>
              <w:spacing w:after="40"/>
            </w:pPr>
            <w:r>
              <w:rPr>
                <w:b/>
              </w:rPr>
              <w:t>STEP 2 — WHAT DO I KNOW?</w:t>
            </w:r>
          </w:p>
          <w:p w14:paraId="55456A0B" w14:textId="77777777" w:rsidR="00BE3968" w:rsidRDefault="00CA6E70">
            <w:pPr>
              <w:pStyle w:val="CMRBodySmall"/>
              <w:spacing w:after="40"/>
            </w:pPr>
            <w:r>
              <w:t>Useful facts: __________________________________________________________</w:t>
            </w:r>
          </w:p>
          <w:p w14:paraId="6301FC97" w14:textId="77777777" w:rsidR="00BE3968" w:rsidRDefault="00CA6E70">
            <w:pPr>
              <w:pStyle w:val="CMRBodySmall"/>
            </w:pPr>
            <w:r>
              <w:t>____________________________________________________________________</w:t>
            </w:r>
          </w:p>
          <w:p w14:paraId="5E442078" w14:textId="77777777" w:rsidR="00BE3968" w:rsidRDefault="00CA6E70">
            <w:pPr>
              <w:pStyle w:val="CMRBodySmall"/>
              <w:spacing w:after="40"/>
            </w:pPr>
            <w:r>
              <w:rPr>
                <w:b/>
              </w:rPr>
              <w:t>STEP 3 — HOW DO I FIND IT?</w:t>
            </w:r>
          </w:p>
          <w:p w14:paraId="769E7FD8" w14:textId="77777777" w:rsidR="00BE3968" w:rsidRDefault="00CA6E70">
            <w:pPr>
              <w:pStyle w:val="CMRBodySmall"/>
              <w:spacing w:after="100"/>
            </w:pPr>
            <w:r>
              <w:t>My work: ____________________________________________________________</w:t>
            </w:r>
          </w:p>
          <w:p w14:paraId="399B8305" w14:textId="77777777" w:rsidR="00BE3968" w:rsidRDefault="00CA6E70">
            <w:pPr>
              <w:pStyle w:val="CMRBodySmall"/>
              <w:spacing w:after="100"/>
            </w:pPr>
            <w:r>
              <w:t>____________________________________________________________________</w:t>
            </w:r>
          </w:p>
          <w:p w14:paraId="1DFE32E8" w14:textId="77777777" w:rsidR="00BE3968" w:rsidRDefault="00CA6E70">
            <w:pPr>
              <w:pStyle w:val="CMRBodySmall"/>
              <w:spacing w:after="100"/>
            </w:pPr>
            <w:r>
              <w:t>____________________________________________________________________</w:t>
            </w:r>
          </w:p>
          <w:p w14:paraId="3BF3AAD3" w14:textId="77777777" w:rsidR="00BE3968" w:rsidRDefault="00CA6E70">
            <w:pPr>
              <w:pStyle w:val="CMRBodySmall"/>
              <w:spacing w:after="100"/>
            </w:pPr>
            <w:r>
              <w:t>Answer with units: __________________________________________________</w:t>
            </w:r>
          </w:p>
          <w:p w14:paraId="0DED3181" w14:textId="77777777" w:rsidR="00BE3968" w:rsidRDefault="00CA6E70">
            <w:pPr>
              <w:pStyle w:val="CMRBodySmall"/>
              <w:spacing w:after="80"/>
            </w:pPr>
            <w:r>
              <w:t>Does the answer make sense? ___________________________________________</w:t>
            </w:r>
          </w:p>
        </w:tc>
      </w:tr>
    </w:tbl>
    <w:p w14:paraId="5246DCEC" w14:textId="77777777" w:rsidR="00BE3968" w:rsidRDefault="00CA6E70">
      <w:r>
        <w:br w:type="page"/>
      </w:r>
    </w:p>
    <w:p w14:paraId="039637BC" w14:textId="77777777" w:rsidR="00BE3968" w:rsidRDefault="00CA6E70">
      <w:pPr>
        <w:pStyle w:val="CMRSmallLabel"/>
        <w:spacing w:after="60"/>
      </w:pPr>
      <w:r>
        <w:rPr>
          <w:b w:val="0"/>
        </w:rPr>
        <w:t>SECTION 2  |  TOPIC 23  |  PRACTICE PAGE 1/5</w:t>
      </w:r>
    </w:p>
    <w:p w14:paraId="34E4CD49" w14:textId="77777777" w:rsidR="00BE3968" w:rsidRDefault="00CA6E70">
      <w:pPr>
        <w:pStyle w:val="CMRPageTitle"/>
        <w:spacing w:after="60"/>
      </w:pPr>
      <w:r>
        <w:rPr>
          <w:b w:val="0"/>
        </w:rPr>
        <w:t>Understanding data</w:t>
      </w:r>
    </w:p>
    <w:p w14:paraId="48A446E1" w14:textId="77777777" w:rsidR="00BE3968" w:rsidRDefault="00CA6E70">
      <w:pPr>
        <w:pStyle w:val="CMRBodySmall"/>
        <w:spacing w:after="100"/>
      </w:pPr>
      <w:r>
        <w:t>Use the same three steps: Read small data sets and make reasonable conclusions.</w:t>
      </w:r>
    </w:p>
    <w:tbl>
      <w:tblPr>
        <w:tblW w:w="0" w:type="auto"/>
        <w:tblLayout w:type="fixed"/>
        <w:tblLook w:val="04A0" w:firstRow="1" w:lastRow="0" w:firstColumn="1" w:lastColumn="0" w:noHBand="0" w:noVBand="1"/>
      </w:tblPr>
      <w:tblGrid>
        <w:gridCol w:w="10036"/>
      </w:tblGrid>
      <w:tr w:rsidR="00BE3968" w14:paraId="23FF1464" w14:textId="77777777">
        <w:tc>
          <w:tcPr>
            <w:tcW w:w="10036" w:type="dxa"/>
            <w:shd w:val="clear" w:color="auto" w:fill="F5F8F9"/>
            <w:tcMar>
              <w:top w:w="70" w:type="dxa"/>
              <w:left w:w="140" w:type="dxa"/>
              <w:bottom w:w="85" w:type="dxa"/>
              <w:right w:w="140" w:type="dxa"/>
            </w:tcMar>
          </w:tcPr>
          <w:p w14:paraId="61400C04" w14:textId="77777777" w:rsidR="00BE3968" w:rsidRDefault="00BE3968"/>
          <w:p w14:paraId="7119CCF7" w14:textId="77777777" w:rsidR="00BE3968" w:rsidRDefault="00CA6E70">
            <w:pPr>
              <w:pStyle w:val="CMRBodySmall"/>
            </w:pPr>
            <w:r>
              <w:rPr>
                <w:b/>
              </w:rPr>
              <w:t>PROBLEM S2-221</w:t>
            </w:r>
          </w:p>
          <w:p w14:paraId="05D925EE" w14:textId="77777777" w:rsidR="00BE3968" w:rsidRDefault="00CA6E70">
            <w:r>
              <w:t>A clinic saw 10 patients on Monday, 13 on Tuesday, 12 on Wednesday, and 13 on Thursday. Nicole needs the average for a report. What is the average number of patients per day?</w:t>
            </w:r>
          </w:p>
          <w:p w14:paraId="7690DB39" w14:textId="77777777" w:rsidR="00BE3968" w:rsidRDefault="00CA6E70">
            <w:pPr>
              <w:pStyle w:val="CMRBodySmall"/>
              <w:spacing w:after="40"/>
            </w:pPr>
            <w:r>
              <w:rPr>
                <w:b/>
              </w:rPr>
              <w:t>STEP 1 — WHAT DO THEY WANT?</w:t>
            </w:r>
          </w:p>
          <w:p w14:paraId="2E3709A7" w14:textId="77777777" w:rsidR="00BE3968" w:rsidRDefault="00CA6E70">
            <w:pPr>
              <w:pStyle w:val="CMRBodySmall"/>
              <w:spacing w:after="80"/>
            </w:pPr>
            <w:r>
              <w:t>I need to find: _________________________________________________________</w:t>
            </w:r>
          </w:p>
          <w:p w14:paraId="107A0D88" w14:textId="77777777" w:rsidR="00BE3968" w:rsidRDefault="00CA6E70">
            <w:pPr>
              <w:pStyle w:val="CMRBodySmall"/>
              <w:spacing w:after="40"/>
            </w:pPr>
            <w:r>
              <w:rPr>
                <w:b/>
              </w:rPr>
              <w:t>STEP 2 — WHAT DO I KNOW?</w:t>
            </w:r>
          </w:p>
          <w:p w14:paraId="3565E749" w14:textId="77777777" w:rsidR="00BE3968" w:rsidRDefault="00CA6E70">
            <w:pPr>
              <w:pStyle w:val="CMRBodySmall"/>
              <w:spacing w:after="40"/>
            </w:pPr>
            <w:r>
              <w:t>Useful facts: __________________________________________________________</w:t>
            </w:r>
          </w:p>
          <w:p w14:paraId="21669CEF" w14:textId="77777777" w:rsidR="00BE3968" w:rsidRDefault="00CA6E70">
            <w:pPr>
              <w:pStyle w:val="CMRBodySmall"/>
            </w:pPr>
            <w:r>
              <w:t>____________________________________________________________________</w:t>
            </w:r>
          </w:p>
          <w:p w14:paraId="789F4640" w14:textId="77777777" w:rsidR="00BE3968" w:rsidRDefault="00CA6E70">
            <w:pPr>
              <w:pStyle w:val="CMRBodySmall"/>
              <w:spacing w:after="40"/>
            </w:pPr>
            <w:r>
              <w:rPr>
                <w:b/>
              </w:rPr>
              <w:t>STEP 3 — HOW DO I FIND IT?</w:t>
            </w:r>
          </w:p>
          <w:p w14:paraId="115705C1" w14:textId="77777777" w:rsidR="00BE3968" w:rsidRDefault="00CA6E70">
            <w:pPr>
              <w:pStyle w:val="CMRBodySmall"/>
              <w:spacing w:after="100"/>
            </w:pPr>
            <w:r>
              <w:t>My work: ____________________________________________________________</w:t>
            </w:r>
          </w:p>
          <w:p w14:paraId="5284845F" w14:textId="77777777" w:rsidR="00BE3968" w:rsidRDefault="00CA6E70">
            <w:pPr>
              <w:pStyle w:val="CMRBodySmall"/>
              <w:spacing w:after="100"/>
            </w:pPr>
            <w:r>
              <w:t>____________________________________________________________________</w:t>
            </w:r>
          </w:p>
          <w:p w14:paraId="40D70063" w14:textId="77777777" w:rsidR="00BE3968" w:rsidRDefault="00CA6E70">
            <w:pPr>
              <w:pStyle w:val="CMRBodySmall"/>
              <w:spacing w:after="100"/>
            </w:pPr>
            <w:r>
              <w:t>____________________________________________________________________</w:t>
            </w:r>
          </w:p>
          <w:p w14:paraId="1336A192" w14:textId="77777777" w:rsidR="00BE3968" w:rsidRDefault="00CA6E70">
            <w:pPr>
              <w:pStyle w:val="CMRBodySmall"/>
              <w:spacing w:after="100"/>
            </w:pPr>
            <w:r>
              <w:t>Answer with units: __________________________________________________</w:t>
            </w:r>
          </w:p>
          <w:p w14:paraId="31E11C15" w14:textId="77777777" w:rsidR="00BE3968" w:rsidRDefault="00CA6E70">
            <w:pPr>
              <w:pStyle w:val="CMRBodySmall"/>
              <w:spacing w:after="80"/>
            </w:pPr>
            <w:r>
              <w:t>Does the answer make sense? ___________________________________________</w:t>
            </w:r>
          </w:p>
        </w:tc>
      </w:tr>
    </w:tbl>
    <w:p w14:paraId="0BBE141A"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0CB9EC5" w14:textId="77777777">
        <w:tc>
          <w:tcPr>
            <w:tcW w:w="10036" w:type="dxa"/>
            <w:tcMar>
              <w:top w:w="70" w:type="dxa"/>
              <w:left w:w="140" w:type="dxa"/>
              <w:bottom w:w="85" w:type="dxa"/>
              <w:right w:w="140" w:type="dxa"/>
            </w:tcMar>
          </w:tcPr>
          <w:p w14:paraId="1615DFC5" w14:textId="77777777" w:rsidR="00BE3968" w:rsidRDefault="00BE3968"/>
          <w:p w14:paraId="6036567D" w14:textId="77777777" w:rsidR="00BE3968" w:rsidRDefault="00CA6E70">
            <w:pPr>
              <w:pStyle w:val="CMRBodySmall"/>
            </w:pPr>
            <w:r>
              <w:rPr>
                <w:b/>
              </w:rPr>
              <w:t>PROBLEM S2-222</w:t>
            </w:r>
          </w:p>
          <w:p w14:paraId="1FA0F605" w14:textId="77777777" w:rsidR="00BE3968" w:rsidRDefault="00CA6E70">
            <w:r>
              <w:t>Luis tracked how many job applications went out each week for four weeks: 18, 15, 17, and 18. On average, how many applications went out per week?</w:t>
            </w:r>
          </w:p>
          <w:p w14:paraId="7D0AD3E9" w14:textId="77777777" w:rsidR="00BE3968" w:rsidRDefault="00CA6E70">
            <w:pPr>
              <w:pStyle w:val="CMRBodySmall"/>
              <w:spacing w:after="40"/>
            </w:pPr>
            <w:r>
              <w:rPr>
                <w:b/>
              </w:rPr>
              <w:t>STEP 1 — WHAT DO THEY WANT?</w:t>
            </w:r>
          </w:p>
          <w:p w14:paraId="23709765" w14:textId="77777777" w:rsidR="00BE3968" w:rsidRDefault="00CA6E70">
            <w:pPr>
              <w:pStyle w:val="CMRBodySmall"/>
              <w:spacing w:after="80"/>
            </w:pPr>
            <w:r>
              <w:t>I need to find: _________________________________________________________</w:t>
            </w:r>
          </w:p>
          <w:p w14:paraId="316CBA03" w14:textId="77777777" w:rsidR="00BE3968" w:rsidRDefault="00CA6E70">
            <w:pPr>
              <w:pStyle w:val="CMRBodySmall"/>
              <w:spacing w:after="40"/>
            </w:pPr>
            <w:r>
              <w:rPr>
                <w:b/>
              </w:rPr>
              <w:t>STEP 2 — WHAT DO I KNOW?</w:t>
            </w:r>
          </w:p>
          <w:p w14:paraId="3328C109" w14:textId="77777777" w:rsidR="00BE3968" w:rsidRDefault="00CA6E70">
            <w:pPr>
              <w:pStyle w:val="CMRBodySmall"/>
              <w:spacing w:after="40"/>
            </w:pPr>
            <w:r>
              <w:t>Useful facts: __________________________________________________________</w:t>
            </w:r>
          </w:p>
          <w:p w14:paraId="3D8235BC" w14:textId="77777777" w:rsidR="00BE3968" w:rsidRDefault="00CA6E70">
            <w:pPr>
              <w:pStyle w:val="CMRBodySmall"/>
            </w:pPr>
            <w:r>
              <w:t>____________________________________________________________________</w:t>
            </w:r>
          </w:p>
          <w:p w14:paraId="4754415E" w14:textId="77777777" w:rsidR="00BE3968" w:rsidRDefault="00CA6E70">
            <w:pPr>
              <w:pStyle w:val="CMRBodySmall"/>
              <w:spacing w:after="40"/>
            </w:pPr>
            <w:r>
              <w:rPr>
                <w:b/>
              </w:rPr>
              <w:t>STEP 3 — HOW DO I FIND IT?</w:t>
            </w:r>
          </w:p>
          <w:p w14:paraId="065C8559" w14:textId="77777777" w:rsidR="00BE3968" w:rsidRDefault="00CA6E70">
            <w:pPr>
              <w:pStyle w:val="CMRBodySmall"/>
              <w:spacing w:after="100"/>
            </w:pPr>
            <w:r>
              <w:t>My work: ____________________________________________________________</w:t>
            </w:r>
          </w:p>
          <w:p w14:paraId="267464C6" w14:textId="77777777" w:rsidR="00BE3968" w:rsidRDefault="00CA6E70">
            <w:pPr>
              <w:pStyle w:val="CMRBodySmall"/>
              <w:spacing w:after="100"/>
            </w:pPr>
            <w:r>
              <w:t>____________________________________________________________________</w:t>
            </w:r>
          </w:p>
          <w:p w14:paraId="5A4AD7AB" w14:textId="77777777" w:rsidR="00BE3968" w:rsidRDefault="00CA6E70">
            <w:pPr>
              <w:pStyle w:val="CMRBodySmall"/>
              <w:spacing w:after="100"/>
            </w:pPr>
            <w:r>
              <w:t>____________________________________________________________________</w:t>
            </w:r>
          </w:p>
          <w:p w14:paraId="0440AFDD" w14:textId="77777777" w:rsidR="00BE3968" w:rsidRDefault="00CA6E70">
            <w:pPr>
              <w:pStyle w:val="CMRBodySmall"/>
              <w:spacing w:after="100"/>
            </w:pPr>
            <w:r>
              <w:t>Answer with units: __________________________________________________</w:t>
            </w:r>
          </w:p>
          <w:p w14:paraId="40A7649C" w14:textId="77777777" w:rsidR="00BE3968" w:rsidRDefault="00CA6E70">
            <w:pPr>
              <w:pStyle w:val="CMRBodySmall"/>
              <w:spacing w:after="80"/>
            </w:pPr>
            <w:r>
              <w:t>Does the answer make sense? ___________________________________________</w:t>
            </w:r>
          </w:p>
        </w:tc>
      </w:tr>
    </w:tbl>
    <w:p w14:paraId="4E96CD33" w14:textId="77777777" w:rsidR="00BE3968" w:rsidRDefault="00CA6E70">
      <w:r>
        <w:br w:type="page"/>
      </w:r>
    </w:p>
    <w:p w14:paraId="0A4AEB15" w14:textId="77777777" w:rsidR="00BE3968" w:rsidRDefault="00CA6E70">
      <w:pPr>
        <w:pStyle w:val="CMRSmallLabel"/>
        <w:spacing w:after="60"/>
      </w:pPr>
      <w:r>
        <w:rPr>
          <w:b w:val="0"/>
        </w:rPr>
        <w:t>SECTION 2  |  TOPIC 23  |  PRACTICE PAGE 2/5</w:t>
      </w:r>
    </w:p>
    <w:p w14:paraId="77293807" w14:textId="77777777" w:rsidR="00BE3968" w:rsidRDefault="00CA6E70">
      <w:pPr>
        <w:pStyle w:val="CMRPageTitle"/>
        <w:spacing w:after="60"/>
      </w:pPr>
      <w:r>
        <w:rPr>
          <w:b w:val="0"/>
        </w:rPr>
        <w:t>Understanding data</w:t>
      </w:r>
    </w:p>
    <w:p w14:paraId="0357559D"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7BAD9CA" w14:textId="77777777">
        <w:tc>
          <w:tcPr>
            <w:tcW w:w="10036" w:type="dxa"/>
            <w:shd w:val="clear" w:color="auto" w:fill="F5F8F9"/>
            <w:tcMar>
              <w:top w:w="70" w:type="dxa"/>
              <w:left w:w="140" w:type="dxa"/>
              <w:bottom w:w="85" w:type="dxa"/>
              <w:right w:w="140" w:type="dxa"/>
            </w:tcMar>
          </w:tcPr>
          <w:p w14:paraId="487C1F42" w14:textId="77777777" w:rsidR="00BE3968" w:rsidRDefault="00BE3968"/>
          <w:p w14:paraId="5CC7FBCB" w14:textId="77777777" w:rsidR="00BE3968" w:rsidRDefault="00CA6E70">
            <w:pPr>
              <w:pStyle w:val="CMRBodySmall"/>
            </w:pPr>
            <w:r>
              <w:rPr>
                <w:b/>
              </w:rPr>
              <w:t>PROBLEM S2-223</w:t>
            </w:r>
          </w:p>
          <w:p w14:paraId="7F138C42" w14:textId="77777777" w:rsidR="00BE3968" w:rsidRDefault="00CA6E70">
            <w:r>
              <w:t>Grace reviews a delivery team’s package counts for four days: 11, 8, 10, and 11. What is the average number of packages delivered per day?</w:t>
            </w:r>
          </w:p>
          <w:p w14:paraId="2BF8C74C" w14:textId="77777777" w:rsidR="00BE3968" w:rsidRDefault="00CA6E70">
            <w:pPr>
              <w:pStyle w:val="CMRBodySmall"/>
              <w:spacing w:after="40"/>
            </w:pPr>
            <w:r>
              <w:rPr>
                <w:b/>
              </w:rPr>
              <w:t>STEP 1 — WHAT DO THEY WANT?</w:t>
            </w:r>
          </w:p>
          <w:p w14:paraId="02028A40" w14:textId="77777777" w:rsidR="00BE3968" w:rsidRDefault="00CA6E70">
            <w:pPr>
              <w:pStyle w:val="CMRBodySmall"/>
              <w:spacing w:after="80"/>
            </w:pPr>
            <w:r>
              <w:t>I need to find: _________________________________________________________</w:t>
            </w:r>
          </w:p>
          <w:p w14:paraId="367E7259" w14:textId="77777777" w:rsidR="00BE3968" w:rsidRDefault="00CA6E70">
            <w:pPr>
              <w:pStyle w:val="CMRBodySmall"/>
              <w:spacing w:after="40"/>
            </w:pPr>
            <w:r>
              <w:rPr>
                <w:b/>
              </w:rPr>
              <w:t>STEP 2 — WHAT DO I KNOW?</w:t>
            </w:r>
          </w:p>
          <w:p w14:paraId="2BF5838C" w14:textId="77777777" w:rsidR="00BE3968" w:rsidRDefault="00CA6E70">
            <w:pPr>
              <w:pStyle w:val="CMRBodySmall"/>
              <w:spacing w:after="40"/>
            </w:pPr>
            <w:r>
              <w:t>Useful facts: __________________________________________________________</w:t>
            </w:r>
          </w:p>
          <w:p w14:paraId="04C459B8" w14:textId="77777777" w:rsidR="00BE3968" w:rsidRDefault="00CA6E70">
            <w:pPr>
              <w:pStyle w:val="CMRBodySmall"/>
            </w:pPr>
            <w:r>
              <w:t>____________________________________________________________________</w:t>
            </w:r>
          </w:p>
          <w:p w14:paraId="7BB2A2BC" w14:textId="77777777" w:rsidR="00BE3968" w:rsidRDefault="00CA6E70">
            <w:pPr>
              <w:pStyle w:val="CMRBodySmall"/>
              <w:spacing w:after="40"/>
            </w:pPr>
            <w:r>
              <w:rPr>
                <w:b/>
              </w:rPr>
              <w:t>STEP 3 — HOW DO I FIND IT?</w:t>
            </w:r>
          </w:p>
          <w:p w14:paraId="0F19FDA9" w14:textId="77777777" w:rsidR="00BE3968" w:rsidRDefault="00CA6E70">
            <w:pPr>
              <w:pStyle w:val="CMRBodySmall"/>
              <w:spacing w:after="100"/>
            </w:pPr>
            <w:r>
              <w:t>My work: ____________________________________________________________</w:t>
            </w:r>
          </w:p>
          <w:p w14:paraId="7324FD81" w14:textId="77777777" w:rsidR="00BE3968" w:rsidRDefault="00CA6E70">
            <w:pPr>
              <w:pStyle w:val="CMRBodySmall"/>
              <w:spacing w:after="100"/>
            </w:pPr>
            <w:r>
              <w:t>____________________________________________________________________</w:t>
            </w:r>
          </w:p>
          <w:p w14:paraId="6D1E3825" w14:textId="77777777" w:rsidR="00BE3968" w:rsidRDefault="00CA6E70">
            <w:pPr>
              <w:pStyle w:val="CMRBodySmall"/>
              <w:spacing w:after="100"/>
            </w:pPr>
            <w:r>
              <w:t>____________________________________________________________________</w:t>
            </w:r>
          </w:p>
          <w:p w14:paraId="3B5CCE11" w14:textId="77777777" w:rsidR="00BE3968" w:rsidRDefault="00CA6E70">
            <w:pPr>
              <w:pStyle w:val="CMRBodySmall"/>
              <w:spacing w:after="100"/>
            </w:pPr>
            <w:r>
              <w:t>Answer with units: __________________________________________________</w:t>
            </w:r>
          </w:p>
          <w:p w14:paraId="725A27EE" w14:textId="77777777" w:rsidR="00BE3968" w:rsidRDefault="00CA6E70">
            <w:pPr>
              <w:pStyle w:val="CMRBodySmall"/>
              <w:spacing w:after="80"/>
            </w:pPr>
            <w:r>
              <w:t>Does the answer make sense? ___________________________________________</w:t>
            </w:r>
          </w:p>
        </w:tc>
      </w:tr>
    </w:tbl>
    <w:p w14:paraId="2641C578"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ACF9106" w14:textId="77777777">
        <w:tc>
          <w:tcPr>
            <w:tcW w:w="10036" w:type="dxa"/>
            <w:tcMar>
              <w:top w:w="70" w:type="dxa"/>
              <w:left w:w="140" w:type="dxa"/>
              <w:bottom w:w="85" w:type="dxa"/>
              <w:right w:w="140" w:type="dxa"/>
            </w:tcMar>
          </w:tcPr>
          <w:p w14:paraId="44415114" w14:textId="77777777" w:rsidR="00BE3968" w:rsidRDefault="00BE3968"/>
          <w:p w14:paraId="18D046DB" w14:textId="77777777" w:rsidR="00BE3968" w:rsidRDefault="00CA6E70">
            <w:pPr>
              <w:pStyle w:val="CMRBodySmall"/>
            </w:pPr>
            <w:r>
              <w:rPr>
                <w:b/>
              </w:rPr>
              <w:t>PROBLEM S2-224</w:t>
            </w:r>
          </w:p>
          <w:p w14:paraId="093B0A31" w14:textId="77777777" w:rsidR="00BE3968" w:rsidRDefault="00CA6E70">
            <w:r>
              <w:t>A clinic saw 13 patients on Monday, 13 on Tuesday, 10 on Wednesday, and 12 on Thursday. Daniel needs the average for a report. What is the average number of patients per day?</w:t>
            </w:r>
          </w:p>
          <w:p w14:paraId="3902A9FB" w14:textId="77777777" w:rsidR="00BE3968" w:rsidRDefault="00CA6E70">
            <w:pPr>
              <w:pStyle w:val="CMRBodySmall"/>
              <w:spacing w:after="40"/>
            </w:pPr>
            <w:r>
              <w:rPr>
                <w:b/>
              </w:rPr>
              <w:t>STEP 1 — WHAT DO THEY WANT?</w:t>
            </w:r>
          </w:p>
          <w:p w14:paraId="363FD428" w14:textId="77777777" w:rsidR="00BE3968" w:rsidRDefault="00CA6E70">
            <w:pPr>
              <w:pStyle w:val="CMRBodySmall"/>
              <w:spacing w:after="80"/>
            </w:pPr>
            <w:r>
              <w:t>I need to find: _________________________________________________________</w:t>
            </w:r>
          </w:p>
          <w:p w14:paraId="49BAD16E" w14:textId="77777777" w:rsidR="00BE3968" w:rsidRDefault="00CA6E70">
            <w:pPr>
              <w:pStyle w:val="CMRBodySmall"/>
              <w:spacing w:after="40"/>
            </w:pPr>
            <w:r>
              <w:rPr>
                <w:b/>
              </w:rPr>
              <w:t>STEP 2 — WHAT DO I KNOW?</w:t>
            </w:r>
          </w:p>
          <w:p w14:paraId="1F014D11" w14:textId="77777777" w:rsidR="00BE3968" w:rsidRDefault="00CA6E70">
            <w:pPr>
              <w:pStyle w:val="CMRBodySmall"/>
              <w:spacing w:after="40"/>
            </w:pPr>
            <w:r>
              <w:t>Useful facts: __________________________________________________________</w:t>
            </w:r>
          </w:p>
          <w:p w14:paraId="0FF6526E" w14:textId="77777777" w:rsidR="00BE3968" w:rsidRDefault="00CA6E70">
            <w:pPr>
              <w:pStyle w:val="CMRBodySmall"/>
            </w:pPr>
            <w:r>
              <w:t>____________________________________________________________________</w:t>
            </w:r>
          </w:p>
          <w:p w14:paraId="77C503D9" w14:textId="77777777" w:rsidR="00BE3968" w:rsidRDefault="00CA6E70">
            <w:pPr>
              <w:pStyle w:val="CMRBodySmall"/>
              <w:spacing w:after="40"/>
            </w:pPr>
            <w:r>
              <w:rPr>
                <w:b/>
              </w:rPr>
              <w:t>STEP 3 — HOW DO I FIND IT?</w:t>
            </w:r>
          </w:p>
          <w:p w14:paraId="5C319D62" w14:textId="77777777" w:rsidR="00BE3968" w:rsidRDefault="00CA6E70">
            <w:pPr>
              <w:pStyle w:val="CMRBodySmall"/>
              <w:spacing w:after="100"/>
            </w:pPr>
            <w:r>
              <w:t>My work: ____________________________________________________________</w:t>
            </w:r>
          </w:p>
          <w:p w14:paraId="766F94AF" w14:textId="77777777" w:rsidR="00BE3968" w:rsidRDefault="00CA6E70">
            <w:pPr>
              <w:pStyle w:val="CMRBodySmall"/>
              <w:spacing w:after="100"/>
            </w:pPr>
            <w:r>
              <w:t>____________________________________________________________________</w:t>
            </w:r>
          </w:p>
          <w:p w14:paraId="31A806D8" w14:textId="77777777" w:rsidR="00BE3968" w:rsidRDefault="00CA6E70">
            <w:pPr>
              <w:pStyle w:val="CMRBodySmall"/>
              <w:spacing w:after="100"/>
            </w:pPr>
            <w:r>
              <w:t>____________________________________________________________________</w:t>
            </w:r>
          </w:p>
          <w:p w14:paraId="161B5D52" w14:textId="77777777" w:rsidR="00BE3968" w:rsidRDefault="00CA6E70">
            <w:pPr>
              <w:pStyle w:val="CMRBodySmall"/>
              <w:spacing w:after="100"/>
            </w:pPr>
            <w:r>
              <w:t>Answer with units: __________________________________________________</w:t>
            </w:r>
          </w:p>
          <w:p w14:paraId="32D7C5E4" w14:textId="77777777" w:rsidR="00BE3968" w:rsidRDefault="00CA6E70">
            <w:pPr>
              <w:pStyle w:val="CMRBodySmall"/>
              <w:spacing w:after="80"/>
            </w:pPr>
            <w:r>
              <w:t>Does the answer make sense? ___________________________________________</w:t>
            </w:r>
          </w:p>
        </w:tc>
      </w:tr>
    </w:tbl>
    <w:p w14:paraId="27FB5AD0" w14:textId="77777777" w:rsidR="00BE3968" w:rsidRDefault="00CA6E70">
      <w:r>
        <w:br w:type="page"/>
      </w:r>
    </w:p>
    <w:p w14:paraId="70D7A9E9" w14:textId="77777777" w:rsidR="00BE3968" w:rsidRDefault="00CA6E70">
      <w:pPr>
        <w:pStyle w:val="CMRSmallLabel"/>
        <w:spacing w:after="60"/>
      </w:pPr>
      <w:r>
        <w:rPr>
          <w:b w:val="0"/>
        </w:rPr>
        <w:t>SECTION 2  |  TOPIC 23  |  PRACTICE PAGE 3/5</w:t>
      </w:r>
    </w:p>
    <w:p w14:paraId="1C9E535F" w14:textId="77777777" w:rsidR="00BE3968" w:rsidRDefault="00CA6E70">
      <w:pPr>
        <w:pStyle w:val="CMRPageTitle"/>
        <w:spacing w:after="60"/>
      </w:pPr>
      <w:r>
        <w:rPr>
          <w:b w:val="0"/>
        </w:rPr>
        <w:t>Understanding data</w:t>
      </w:r>
    </w:p>
    <w:p w14:paraId="00F1239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0A1FF9DB" w14:textId="77777777">
        <w:tc>
          <w:tcPr>
            <w:tcW w:w="10036" w:type="dxa"/>
            <w:shd w:val="clear" w:color="auto" w:fill="F5F8F9"/>
            <w:tcMar>
              <w:top w:w="70" w:type="dxa"/>
              <w:left w:w="140" w:type="dxa"/>
              <w:bottom w:w="85" w:type="dxa"/>
              <w:right w:w="140" w:type="dxa"/>
            </w:tcMar>
          </w:tcPr>
          <w:p w14:paraId="3DEEA3DB" w14:textId="77777777" w:rsidR="00BE3968" w:rsidRDefault="00BE3968"/>
          <w:p w14:paraId="0710E028" w14:textId="77777777" w:rsidR="00BE3968" w:rsidRDefault="00CA6E70">
            <w:pPr>
              <w:pStyle w:val="CMRBodySmall"/>
            </w:pPr>
            <w:r>
              <w:rPr>
                <w:b/>
              </w:rPr>
              <w:t>PROBLEM S2-225</w:t>
            </w:r>
          </w:p>
          <w:p w14:paraId="2D740412" w14:textId="77777777" w:rsidR="00BE3968" w:rsidRDefault="00CA6E70">
            <w:r>
              <w:t>Marcus tracked how many job applications went out each week for four weeks: 17, 14, 16, and 17. On average, how many applications went out per week?</w:t>
            </w:r>
          </w:p>
          <w:p w14:paraId="56CD0074" w14:textId="77777777" w:rsidR="00BE3968" w:rsidRDefault="00CA6E70">
            <w:pPr>
              <w:pStyle w:val="CMRBodySmall"/>
              <w:spacing w:after="40"/>
            </w:pPr>
            <w:r>
              <w:rPr>
                <w:b/>
              </w:rPr>
              <w:t>STEP 1 — WHAT DO THEY WANT?</w:t>
            </w:r>
          </w:p>
          <w:p w14:paraId="11973AC9" w14:textId="77777777" w:rsidR="00BE3968" w:rsidRDefault="00CA6E70">
            <w:pPr>
              <w:pStyle w:val="CMRBodySmall"/>
              <w:spacing w:after="80"/>
            </w:pPr>
            <w:r>
              <w:t>I need to find: _________________________________________________________</w:t>
            </w:r>
          </w:p>
          <w:p w14:paraId="71B6DFEC" w14:textId="77777777" w:rsidR="00BE3968" w:rsidRDefault="00CA6E70">
            <w:pPr>
              <w:pStyle w:val="CMRBodySmall"/>
              <w:spacing w:after="40"/>
            </w:pPr>
            <w:r>
              <w:rPr>
                <w:b/>
              </w:rPr>
              <w:t>STEP 2 — WHAT DO I KNOW?</w:t>
            </w:r>
          </w:p>
          <w:p w14:paraId="0FB955B3" w14:textId="77777777" w:rsidR="00BE3968" w:rsidRDefault="00CA6E70">
            <w:pPr>
              <w:pStyle w:val="CMRBodySmall"/>
              <w:spacing w:after="40"/>
            </w:pPr>
            <w:r>
              <w:t>Useful facts: __________________________________________________________</w:t>
            </w:r>
          </w:p>
          <w:p w14:paraId="54197C55" w14:textId="77777777" w:rsidR="00BE3968" w:rsidRDefault="00CA6E70">
            <w:pPr>
              <w:pStyle w:val="CMRBodySmall"/>
            </w:pPr>
            <w:r>
              <w:t>____________________________________________________________________</w:t>
            </w:r>
          </w:p>
          <w:p w14:paraId="70C3AD94" w14:textId="77777777" w:rsidR="00BE3968" w:rsidRDefault="00CA6E70">
            <w:pPr>
              <w:pStyle w:val="CMRBodySmall"/>
              <w:spacing w:after="40"/>
            </w:pPr>
            <w:r>
              <w:rPr>
                <w:b/>
              </w:rPr>
              <w:t>STEP 3 — HOW DO I FIND IT?</w:t>
            </w:r>
          </w:p>
          <w:p w14:paraId="1DE70BC4" w14:textId="77777777" w:rsidR="00BE3968" w:rsidRDefault="00CA6E70">
            <w:pPr>
              <w:pStyle w:val="CMRBodySmall"/>
              <w:spacing w:after="100"/>
            </w:pPr>
            <w:r>
              <w:t>My work: ____________________________________________________________</w:t>
            </w:r>
          </w:p>
          <w:p w14:paraId="43BB2190" w14:textId="77777777" w:rsidR="00BE3968" w:rsidRDefault="00CA6E70">
            <w:pPr>
              <w:pStyle w:val="CMRBodySmall"/>
              <w:spacing w:after="100"/>
            </w:pPr>
            <w:r>
              <w:t>____________________________________________________________________</w:t>
            </w:r>
          </w:p>
          <w:p w14:paraId="7D037676" w14:textId="77777777" w:rsidR="00BE3968" w:rsidRDefault="00CA6E70">
            <w:pPr>
              <w:pStyle w:val="CMRBodySmall"/>
              <w:spacing w:after="100"/>
            </w:pPr>
            <w:r>
              <w:t>____________________________________________________________________</w:t>
            </w:r>
          </w:p>
          <w:p w14:paraId="08E49551" w14:textId="77777777" w:rsidR="00BE3968" w:rsidRDefault="00CA6E70">
            <w:pPr>
              <w:pStyle w:val="CMRBodySmall"/>
              <w:spacing w:after="100"/>
            </w:pPr>
            <w:r>
              <w:t>Answer with units: __________________________________________________</w:t>
            </w:r>
          </w:p>
          <w:p w14:paraId="4440EF0F" w14:textId="77777777" w:rsidR="00BE3968" w:rsidRDefault="00CA6E70">
            <w:pPr>
              <w:pStyle w:val="CMRBodySmall"/>
              <w:spacing w:after="80"/>
            </w:pPr>
            <w:r>
              <w:t>Does the answer make sense? ___________________________________________</w:t>
            </w:r>
          </w:p>
        </w:tc>
      </w:tr>
    </w:tbl>
    <w:p w14:paraId="07C0ED27"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F2ACE51" w14:textId="77777777">
        <w:tc>
          <w:tcPr>
            <w:tcW w:w="10036" w:type="dxa"/>
            <w:tcMar>
              <w:top w:w="70" w:type="dxa"/>
              <w:left w:w="140" w:type="dxa"/>
              <w:bottom w:w="85" w:type="dxa"/>
              <w:right w:w="140" w:type="dxa"/>
            </w:tcMar>
          </w:tcPr>
          <w:p w14:paraId="0F569330" w14:textId="77777777" w:rsidR="00BE3968" w:rsidRDefault="00BE3968"/>
          <w:p w14:paraId="07595DC0" w14:textId="77777777" w:rsidR="00BE3968" w:rsidRDefault="00CA6E70">
            <w:pPr>
              <w:pStyle w:val="CMRBodySmall"/>
            </w:pPr>
            <w:r>
              <w:rPr>
                <w:b/>
              </w:rPr>
              <w:t>PROBLEM S2-226</w:t>
            </w:r>
          </w:p>
          <w:p w14:paraId="0A6E42E7" w14:textId="77777777" w:rsidR="00BE3968" w:rsidRDefault="00CA6E70">
            <w:r>
              <w:t>Linda reviews a delivery team’s package counts for four days: 14, 13, 11, and 14. What is the average number of packages delivered per day?</w:t>
            </w:r>
          </w:p>
          <w:p w14:paraId="43095B94" w14:textId="77777777" w:rsidR="00BE3968" w:rsidRDefault="00CA6E70">
            <w:pPr>
              <w:pStyle w:val="CMRBodySmall"/>
              <w:spacing w:after="40"/>
            </w:pPr>
            <w:r>
              <w:rPr>
                <w:b/>
              </w:rPr>
              <w:t>STEP 1 — WHAT DO THEY WANT?</w:t>
            </w:r>
          </w:p>
          <w:p w14:paraId="590B176D" w14:textId="77777777" w:rsidR="00BE3968" w:rsidRDefault="00CA6E70">
            <w:pPr>
              <w:pStyle w:val="CMRBodySmall"/>
              <w:spacing w:after="80"/>
            </w:pPr>
            <w:r>
              <w:t>I need to find: _________________________________________________________</w:t>
            </w:r>
          </w:p>
          <w:p w14:paraId="198EA88F" w14:textId="77777777" w:rsidR="00BE3968" w:rsidRDefault="00CA6E70">
            <w:pPr>
              <w:pStyle w:val="CMRBodySmall"/>
              <w:spacing w:after="40"/>
            </w:pPr>
            <w:r>
              <w:rPr>
                <w:b/>
              </w:rPr>
              <w:t>STEP 2 — WHAT DO I KNOW?</w:t>
            </w:r>
          </w:p>
          <w:p w14:paraId="10E54860" w14:textId="77777777" w:rsidR="00BE3968" w:rsidRDefault="00CA6E70">
            <w:pPr>
              <w:pStyle w:val="CMRBodySmall"/>
              <w:spacing w:after="40"/>
            </w:pPr>
            <w:r>
              <w:t>Useful facts: __________________________________________________________</w:t>
            </w:r>
          </w:p>
          <w:p w14:paraId="471636DC" w14:textId="77777777" w:rsidR="00BE3968" w:rsidRDefault="00CA6E70">
            <w:pPr>
              <w:pStyle w:val="CMRBodySmall"/>
            </w:pPr>
            <w:r>
              <w:t>____________________________________________________________________</w:t>
            </w:r>
          </w:p>
          <w:p w14:paraId="3A43614D" w14:textId="77777777" w:rsidR="00BE3968" w:rsidRDefault="00CA6E70">
            <w:pPr>
              <w:pStyle w:val="CMRBodySmall"/>
              <w:spacing w:after="40"/>
            </w:pPr>
            <w:r>
              <w:rPr>
                <w:b/>
              </w:rPr>
              <w:t>STEP 3 — HOW DO I FIND IT?</w:t>
            </w:r>
          </w:p>
          <w:p w14:paraId="45F89679" w14:textId="77777777" w:rsidR="00BE3968" w:rsidRDefault="00CA6E70">
            <w:pPr>
              <w:pStyle w:val="CMRBodySmall"/>
              <w:spacing w:after="100"/>
            </w:pPr>
            <w:r>
              <w:t>My work: ____________________________________________________________</w:t>
            </w:r>
          </w:p>
          <w:p w14:paraId="6CB16F14" w14:textId="77777777" w:rsidR="00BE3968" w:rsidRDefault="00CA6E70">
            <w:pPr>
              <w:pStyle w:val="CMRBodySmall"/>
              <w:spacing w:after="100"/>
            </w:pPr>
            <w:r>
              <w:t>____________________________________________________________________</w:t>
            </w:r>
          </w:p>
          <w:p w14:paraId="6DFF4B46" w14:textId="77777777" w:rsidR="00BE3968" w:rsidRDefault="00CA6E70">
            <w:pPr>
              <w:pStyle w:val="CMRBodySmall"/>
              <w:spacing w:after="100"/>
            </w:pPr>
            <w:r>
              <w:t>____________________________________________________________________</w:t>
            </w:r>
          </w:p>
          <w:p w14:paraId="75F7A3C1" w14:textId="77777777" w:rsidR="00BE3968" w:rsidRDefault="00CA6E70">
            <w:pPr>
              <w:pStyle w:val="CMRBodySmall"/>
              <w:spacing w:after="100"/>
            </w:pPr>
            <w:r>
              <w:t>Answer with units: __________________________________________________</w:t>
            </w:r>
          </w:p>
          <w:p w14:paraId="38520F89" w14:textId="77777777" w:rsidR="00BE3968" w:rsidRDefault="00CA6E70">
            <w:pPr>
              <w:pStyle w:val="CMRBodySmall"/>
              <w:spacing w:after="80"/>
            </w:pPr>
            <w:r>
              <w:t>Does the answer make sense? ___________________________________________</w:t>
            </w:r>
          </w:p>
        </w:tc>
      </w:tr>
    </w:tbl>
    <w:p w14:paraId="6839C134" w14:textId="77777777" w:rsidR="00BE3968" w:rsidRDefault="00CA6E70">
      <w:r>
        <w:br w:type="page"/>
      </w:r>
    </w:p>
    <w:p w14:paraId="0AB5E88C" w14:textId="77777777" w:rsidR="00BE3968" w:rsidRDefault="00CA6E70">
      <w:pPr>
        <w:pStyle w:val="CMRSmallLabel"/>
        <w:spacing w:after="60"/>
      </w:pPr>
      <w:r>
        <w:rPr>
          <w:b w:val="0"/>
        </w:rPr>
        <w:t>SECTION 2  |  TOPIC 23  |  PRACTICE PAGE 4/5</w:t>
      </w:r>
    </w:p>
    <w:p w14:paraId="7FA6F19C" w14:textId="77777777" w:rsidR="00BE3968" w:rsidRDefault="00CA6E70">
      <w:pPr>
        <w:pStyle w:val="CMRPageTitle"/>
        <w:spacing w:after="60"/>
      </w:pPr>
      <w:r>
        <w:rPr>
          <w:b w:val="0"/>
        </w:rPr>
        <w:t>Understanding data</w:t>
      </w:r>
    </w:p>
    <w:p w14:paraId="428FFB10"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766532A9" w14:textId="77777777">
        <w:tc>
          <w:tcPr>
            <w:tcW w:w="10036" w:type="dxa"/>
            <w:shd w:val="clear" w:color="auto" w:fill="F5F8F9"/>
            <w:tcMar>
              <w:top w:w="70" w:type="dxa"/>
              <w:left w:w="140" w:type="dxa"/>
              <w:bottom w:w="85" w:type="dxa"/>
              <w:right w:w="140" w:type="dxa"/>
            </w:tcMar>
          </w:tcPr>
          <w:p w14:paraId="289F655D" w14:textId="77777777" w:rsidR="00BE3968" w:rsidRDefault="00BE3968"/>
          <w:p w14:paraId="06005E61" w14:textId="77777777" w:rsidR="00BE3968" w:rsidRDefault="00CA6E70">
            <w:pPr>
              <w:pStyle w:val="CMRBodySmall"/>
            </w:pPr>
            <w:r>
              <w:rPr>
                <w:b/>
              </w:rPr>
              <w:t>PROBLEM S2-227</w:t>
            </w:r>
          </w:p>
          <w:p w14:paraId="57316E8D" w14:textId="77777777" w:rsidR="00BE3968" w:rsidRDefault="00CA6E70">
            <w:r>
              <w:t>A clinic saw 19 patients on Monday, 18 on Tuesday, 16 on Wednesday, and 19 on Thursday. Carmen needs the average for a report. What is the average number of patients per day?</w:t>
            </w:r>
          </w:p>
          <w:p w14:paraId="1E6B03B9" w14:textId="77777777" w:rsidR="00BE3968" w:rsidRDefault="00CA6E70">
            <w:pPr>
              <w:pStyle w:val="CMRBodySmall"/>
              <w:spacing w:after="40"/>
            </w:pPr>
            <w:r>
              <w:rPr>
                <w:b/>
              </w:rPr>
              <w:t>STEP 1 — WHAT DO THEY WANT?</w:t>
            </w:r>
          </w:p>
          <w:p w14:paraId="0A7A8449" w14:textId="77777777" w:rsidR="00BE3968" w:rsidRDefault="00CA6E70">
            <w:pPr>
              <w:pStyle w:val="CMRBodySmall"/>
              <w:spacing w:after="80"/>
            </w:pPr>
            <w:r>
              <w:t>I need to find: _________________________________________________________</w:t>
            </w:r>
          </w:p>
          <w:p w14:paraId="1931A137" w14:textId="77777777" w:rsidR="00BE3968" w:rsidRDefault="00CA6E70">
            <w:pPr>
              <w:pStyle w:val="CMRBodySmall"/>
              <w:spacing w:after="40"/>
            </w:pPr>
            <w:r>
              <w:rPr>
                <w:b/>
              </w:rPr>
              <w:t>STEP 2 — WHAT DO I KNOW?</w:t>
            </w:r>
          </w:p>
          <w:p w14:paraId="20027367" w14:textId="77777777" w:rsidR="00BE3968" w:rsidRDefault="00CA6E70">
            <w:pPr>
              <w:pStyle w:val="CMRBodySmall"/>
              <w:spacing w:after="40"/>
            </w:pPr>
            <w:r>
              <w:t>Useful facts: __________________________________________________________</w:t>
            </w:r>
          </w:p>
          <w:p w14:paraId="191207A5" w14:textId="77777777" w:rsidR="00BE3968" w:rsidRDefault="00CA6E70">
            <w:pPr>
              <w:pStyle w:val="CMRBodySmall"/>
            </w:pPr>
            <w:r>
              <w:t>____________________________________________________________________</w:t>
            </w:r>
          </w:p>
          <w:p w14:paraId="63BBF485" w14:textId="77777777" w:rsidR="00BE3968" w:rsidRDefault="00CA6E70">
            <w:pPr>
              <w:pStyle w:val="CMRBodySmall"/>
              <w:spacing w:after="40"/>
            </w:pPr>
            <w:r>
              <w:rPr>
                <w:b/>
              </w:rPr>
              <w:t>STEP 3 — HOW DO I FIND IT?</w:t>
            </w:r>
          </w:p>
          <w:p w14:paraId="3CA07945" w14:textId="77777777" w:rsidR="00BE3968" w:rsidRDefault="00CA6E70">
            <w:pPr>
              <w:pStyle w:val="CMRBodySmall"/>
              <w:spacing w:after="100"/>
            </w:pPr>
            <w:r>
              <w:t>My work: ____________________________________________________________</w:t>
            </w:r>
          </w:p>
          <w:p w14:paraId="73591591" w14:textId="77777777" w:rsidR="00BE3968" w:rsidRDefault="00CA6E70">
            <w:pPr>
              <w:pStyle w:val="CMRBodySmall"/>
              <w:spacing w:after="100"/>
            </w:pPr>
            <w:r>
              <w:t>____________________________________________________________________</w:t>
            </w:r>
          </w:p>
          <w:p w14:paraId="3B9D6326" w14:textId="77777777" w:rsidR="00BE3968" w:rsidRDefault="00CA6E70">
            <w:pPr>
              <w:pStyle w:val="CMRBodySmall"/>
              <w:spacing w:after="100"/>
            </w:pPr>
            <w:r>
              <w:t>____________________________________________________________________</w:t>
            </w:r>
          </w:p>
          <w:p w14:paraId="1FF16BDE" w14:textId="77777777" w:rsidR="00BE3968" w:rsidRDefault="00CA6E70">
            <w:pPr>
              <w:pStyle w:val="CMRBodySmall"/>
              <w:spacing w:after="100"/>
            </w:pPr>
            <w:r>
              <w:t>Answer with units: __________________________________________________</w:t>
            </w:r>
          </w:p>
          <w:p w14:paraId="0BC3ECEF" w14:textId="77777777" w:rsidR="00BE3968" w:rsidRDefault="00CA6E70">
            <w:pPr>
              <w:pStyle w:val="CMRBodySmall"/>
              <w:spacing w:after="80"/>
            </w:pPr>
            <w:r>
              <w:t>Does the answer make sense? ___________________________________________</w:t>
            </w:r>
          </w:p>
        </w:tc>
      </w:tr>
    </w:tbl>
    <w:p w14:paraId="2355732F"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7612DA79" w14:textId="77777777">
        <w:tc>
          <w:tcPr>
            <w:tcW w:w="10036" w:type="dxa"/>
            <w:tcMar>
              <w:top w:w="70" w:type="dxa"/>
              <w:left w:w="140" w:type="dxa"/>
              <w:bottom w:w="85" w:type="dxa"/>
              <w:right w:w="140" w:type="dxa"/>
            </w:tcMar>
          </w:tcPr>
          <w:p w14:paraId="20309A3C" w14:textId="77777777" w:rsidR="00BE3968" w:rsidRDefault="00BE3968"/>
          <w:p w14:paraId="0399A034" w14:textId="77777777" w:rsidR="00BE3968" w:rsidRDefault="00CA6E70">
            <w:pPr>
              <w:pStyle w:val="CMRBodySmall"/>
            </w:pPr>
            <w:r>
              <w:rPr>
                <w:b/>
              </w:rPr>
              <w:t>PROBLEM S2-228</w:t>
            </w:r>
          </w:p>
          <w:p w14:paraId="37A3AB68" w14:textId="77777777" w:rsidR="00BE3968" w:rsidRDefault="00CA6E70">
            <w:r>
              <w:t>David tracked how many job applications went out each week for four weeks: 11, 11, 8, and 10. On average, how many applications went out per week?</w:t>
            </w:r>
          </w:p>
          <w:p w14:paraId="1CF37752" w14:textId="77777777" w:rsidR="00BE3968" w:rsidRDefault="00CA6E70">
            <w:pPr>
              <w:pStyle w:val="CMRBodySmall"/>
              <w:spacing w:after="40"/>
            </w:pPr>
            <w:r>
              <w:rPr>
                <w:b/>
              </w:rPr>
              <w:t>STEP 1 — WHAT DO THEY WANT?</w:t>
            </w:r>
          </w:p>
          <w:p w14:paraId="433543A7" w14:textId="77777777" w:rsidR="00BE3968" w:rsidRDefault="00CA6E70">
            <w:pPr>
              <w:pStyle w:val="CMRBodySmall"/>
              <w:spacing w:after="80"/>
            </w:pPr>
            <w:r>
              <w:t>I need to find: _________________________________________________________</w:t>
            </w:r>
          </w:p>
          <w:p w14:paraId="6D7146B7" w14:textId="77777777" w:rsidR="00BE3968" w:rsidRDefault="00CA6E70">
            <w:pPr>
              <w:pStyle w:val="CMRBodySmall"/>
              <w:spacing w:after="40"/>
            </w:pPr>
            <w:r>
              <w:rPr>
                <w:b/>
              </w:rPr>
              <w:t>STEP 2 — WHAT DO I KNOW?</w:t>
            </w:r>
          </w:p>
          <w:p w14:paraId="2DB2CDA6" w14:textId="77777777" w:rsidR="00BE3968" w:rsidRDefault="00CA6E70">
            <w:pPr>
              <w:pStyle w:val="CMRBodySmall"/>
              <w:spacing w:after="40"/>
            </w:pPr>
            <w:r>
              <w:t>Useful facts: __________________________________________________________</w:t>
            </w:r>
          </w:p>
          <w:p w14:paraId="3F8813D3" w14:textId="77777777" w:rsidR="00BE3968" w:rsidRDefault="00CA6E70">
            <w:pPr>
              <w:pStyle w:val="CMRBodySmall"/>
            </w:pPr>
            <w:r>
              <w:t>____________________________________________________________________</w:t>
            </w:r>
          </w:p>
          <w:p w14:paraId="626D5A2B" w14:textId="77777777" w:rsidR="00BE3968" w:rsidRDefault="00CA6E70">
            <w:pPr>
              <w:pStyle w:val="CMRBodySmall"/>
              <w:spacing w:after="40"/>
            </w:pPr>
            <w:r>
              <w:rPr>
                <w:b/>
              </w:rPr>
              <w:t>STEP 3 — HOW DO I FIND IT?</w:t>
            </w:r>
          </w:p>
          <w:p w14:paraId="18291FA1" w14:textId="77777777" w:rsidR="00BE3968" w:rsidRDefault="00CA6E70">
            <w:pPr>
              <w:pStyle w:val="CMRBodySmall"/>
              <w:spacing w:after="100"/>
            </w:pPr>
            <w:r>
              <w:t>My work: ____________________________________________________________</w:t>
            </w:r>
          </w:p>
          <w:p w14:paraId="7CAF2E90" w14:textId="77777777" w:rsidR="00BE3968" w:rsidRDefault="00CA6E70">
            <w:pPr>
              <w:pStyle w:val="CMRBodySmall"/>
              <w:spacing w:after="100"/>
            </w:pPr>
            <w:r>
              <w:t>____________________________________________________________________</w:t>
            </w:r>
          </w:p>
          <w:p w14:paraId="679A4AAA" w14:textId="77777777" w:rsidR="00BE3968" w:rsidRDefault="00CA6E70">
            <w:pPr>
              <w:pStyle w:val="CMRBodySmall"/>
              <w:spacing w:after="100"/>
            </w:pPr>
            <w:r>
              <w:t>____________________________________________________________________</w:t>
            </w:r>
          </w:p>
          <w:p w14:paraId="252F3B71" w14:textId="77777777" w:rsidR="00BE3968" w:rsidRDefault="00CA6E70">
            <w:pPr>
              <w:pStyle w:val="CMRBodySmall"/>
              <w:spacing w:after="100"/>
            </w:pPr>
            <w:r>
              <w:t>Answer with units: __________________________________________________</w:t>
            </w:r>
          </w:p>
          <w:p w14:paraId="2008362B" w14:textId="77777777" w:rsidR="00BE3968" w:rsidRDefault="00CA6E70">
            <w:pPr>
              <w:pStyle w:val="CMRBodySmall"/>
              <w:spacing w:after="80"/>
            </w:pPr>
            <w:r>
              <w:t>Does the answer make sense? ___________________________________________</w:t>
            </w:r>
          </w:p>
        </w:tc>
      </w:tr>
    </w:tbl>
    <w:p w14:paraId="4C543F67" w14:textId="77777777" w:rsidR="00BE3968" w:rsidRDefault="00CA6E70">
      <w:r>
        <w:br w:type="page"/>
      </w:r>
    </w:p>
    <w:p w14:paraId="57113E8A" w14:textId="77777777" w:rsidR="00BE3968" w:rsidRDefault="00CA6E70">
      <w:pPr>
        <w:pStyle w:val="CMRSmallLabel"/>
        <w:spacing w:after="60"/>
      </w:pPr>
      <w:r>
        <w:rPr>
          <w:b w:val="0"/>
        </w:rPr>
        <w:t>SECTION 2  |  TOPIC 23  |  PRACTICE PAGE 5/5</w:t>
      </w:r>
    </w:p>
    <w:p w14:paraId="4B991218" w14:textId="77777777" w:rsidR="00BE3968" w:rsidRDefault="00CA6E70">
      <w:pPr>
        <w:pStyle w:val="CMRPageTitle"/>
        <w:spacing w:after="60"/>
      </w:pPr>
      <w:r>
        <w:rPr>
          <w:b w:val="0"/>
        </w:rPr>
        <w:t>Understanding data</w:t>
      </w:r>
    </w:p>
    <w:p w14:paraId="4A57F40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22026B91" w14:textId="77777777">
        <w:tc>
          <w:tcPr>
            <w:tcW w:w="10036" w:type="dxa"/>
            <w:shd w:val="clear" w:color="auto" w:fill="F5F8F9"/>
            <w:tcMar>
              <w:top w:w="70" w:type="dxa"/>
              <w:left w:w="140" w:type="dxa"/>
              <w:bottom w:w="85" w:type="dxa"/>
              <w:right w:w="140" w:type="dxa"/>
            </w:tcMar>
          </w:tcPr>
          <w:p w14:paraId="2B391A5E" w14:textId="77777777" w:rsidR="00BE3968" w:rsidRDefault="00BE3968"/>
          <w:p w14:paraId="48B5449E" w14:textId="77777777" w:rsidR="00BE3968" w:rsidRDefault="00CA6E70">
            <w:pPr>
              <w:pStyle w:val="CMRBodySmall"/>
            </w:pPr>
            <w:r>
              <w:rPr>
                <w:b/>
              </w:rPr>
              <w:t>PROBLEM S2-229</w:t>
            </w:r>
          </w:p>
          <w:p w14:paraId="6D162B46" w14:textId="77777777" w:rsidR="00BE3968" w:rsidRDefault="00CA6E70">
            <w:r>
              <w:t>Tanya reviews a delivery team’s package counts for four days: 11, 10, 11, and 8. What is the average number of packages delivered per day?</w:t>
            </w:r>
          </w:p>
          <w:p w14:paraId="06872062" w14:textId="77777777" w:rsidR="00BE3968" w:rsidRDefault="00CA6E70">
            <w:pPr>
              <w:pStyle w:val="CMRBodySmall"/>
              <w:spacing w:after="40"/>
            </w:pPr>
            <w:r>
              <w:rPr>
                <w:b/>
              </w:rPr>
              <w:t>STEP 1 — WHAT DO THEY WANT?</w:t>
            </w:r>
          </w:p>
          <w:p w14:paraId="08F1FE23" w14:textId="77777777" w:rsidR="00BE3968" w:rsidRDefault="00CA6E70">
            <w:pPr>
              <w:pStyle w:val="CMRBodySmall"/>
              <w:spacing w:after="80"/>
            </w:pPr>
            <w:r>
              <w:t>I need to find: _________________________________________________________</w:t>
            </w:r>
          </w:p>
          <w:p w14:paraId="46AF3079" w14:textId="77777777" w:rsidR="00BE3968" w:rsidRDefault="00CA6E70">
            <w:pPr>
              <w:pStyle w:val="CMRBodySmall"/>
              <w:spacing w:after="40"/>
            </w:pPr>
            <w:r>
              <w:rPr>
                <w:b/>
              </w:rPr>
              <w:t>STEP 2 — WHAT DO I KNOW?</w:t>
            </w:r>
          </w:p>
          <w:p w14:paraId="49E36ECB" w14:textId="77777777" w:rsidR="00BE3968" w:rsidRDefault="00CA6E70">
            <w:pPr>
              <w:pStyle w:val="CMRBodySmall"/>
              <w:spacing w:after="40"/>
            </w:pPr>
            <w:r>
              <w:t>Useful facts: __________________________________________________________</w:t>
            </w:r>
          </w:p>
          <w:p w14:paraId="351E3D9C" w14:textId="77777777" w:rsidR="00BE3968" w:rsidRDefault="00CA6E70">
            <w:pPr>
              <w:pStyle w:val="CMRBodySmall"/>
            </w:pPr>
            <w:r>
              <w:t>____________________________________________________________________</w:t>
            </w:r>
          </w:p>
          <w:p w14:paraId="642E57AC" w14:textId="77777777" w:rsidR="00BE3968" w:rsidRDefault="00CA6E70">
            <w:pPr>
              <w:pStyle w:val="CMRBodySmall"/>
              <w:spacing w:after="40"/>
            </w:pPr>
            <w:r>
              <w:rPr>
                <w:b/>
              </w:rPr>
              <w:t>STEP 3 — HOW DO I FIND IT?</w:t>
            </w:r>
          </w:p>
          <w:p w14:paraId="60E63EB2" w14:textId="77777777" w:rsidR="00BE3968" w:rsidRDefault="00CA6E70">
            <w:pPr>
              <w:pStyle w:val="CMRBodySmall"/>
              <w:spacing w:after="100"/>
            </w:pPr>
            <w:r>
              <w:t>My work: ____________________________________________________________</w:t>
            </w:r>
          </w:p>
          <w:p w14:paraId="7C000B00" w14:textId="77777777" w:rsidR="00BE3968" w:rsidRDefault="00CA6E70">
            <w:pPr>
              <w:pStyle w:val="CMRBodySmall"/>
              <w:spacing w:after="100"/>
            </w:pPr>
            <w:r>
              <w:t>____________________________________________________________________</w:t>
            </w:r>
          </w:p>
          <w:p w14:paraId="28B30520" w14:textId="77777777" w:rsidR="00BE3968" w:rsidRDefault="00CA6E70">
            <w:pPr>
              <w:pStyle w:val="CMRBodySmall"/>
              <w:spacing w:after="100"/>
            </w:pPr>
            <w:r>
              <w:t>____________________________________________________________________</w:t>
            </w:r>
          </w:p>
          <w:p w14:paraId="76D8557E" w14:textId="77777777" w:rsidR="00BE3968" w:rsidRDefault="00CA6E70">
            <w:pPr>
              <w:pStyle w:val="CMRBodySmall"/>
              <w:spacing w:after="100"/>
            </w:pPr>
            <w:r>
              <w:t>Answer with units: __________________________________________________</w:t>
            </w:r>
          </w:p>
          <w:p w14:paraId="6454BDCE" w14:textId="77777777" w:rsidR="00BE3968" w:rsidRDefault="00CA6E70">
            <w:pPr>
              <w:pStyle w:val="CMRBodySmall"/>
              <w:spacing w:after="80"/>
            </w:pPr>
            <w:r>
              <w:t>Does the answer make sense? ___________________________________________</w:t>
            </w:r>
          </w:p>
        </w:tc>
      </w:tr>
    </w:tbl>
    <w:p w14:paraId="51E56A7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19E07C10" w14:textId="77777777">
        <w:tc>
          <w:tcPr>
            <w:tcW w:w="10036" w:type="dxa"/>
            <w:tcMar>
              <w:top w:w="70" w:type="dxa"/>
              <w:left w:w="140" w:type="dxa"/>
              <w:bottom w:w="85" w:type="dxa"/>
              <w:right w:w="140" w:type="dxa"/>
            </w:tcMar>
          </w:tcPr>
          <w:p w14:paraId="69319045" w14:textId="77777777" w:rsidR="00BE3968" w:rsidRDefault="00BE3968"/>
          <w:p w14:paraId="2D78A6BF" w14:textId="77777777" w:rsidR="00BE3968" w:rsidRDefault="00CA6E70">
            <w:pPr>
              <w:pStyle w:val="CMRBodySmall"/>
            </w:pPr>
            <w:r>
              <w:rPr>
                <w:b/>
              </w:rPr>
              <w:t>PROBLEM S2-230</w:t>
            </w:r>
          </w:p>
          <w:p w14:paraId="08A1B4A6" w14:textId="77777777" w:rsidR="00BE3968" w:rsidRDefault="00CA6E70">
            <w:r>
              <w:t>A clinic saw 12 patients on Monday, 12 on Tuesday, 9 on Wednesday, and 11 on Thursday. Kevin needs the average for a report. What is the average number of patients per day?</w:t>
            </w:r>
          </w:p>
          <w:p w14:paraId="3E9BEDD1" w14:textId="77777777" w:rsidR="00BE3968" w:rsidRDefault="00CA6E70">
            <w:pPr>
              <w:pStyle w:val="CMRBodySmall"/>
              <w:spacing w:after="40"/>
            </w:pPr>
            <w:r>
              <w:rPr>
                <w:b/>
              </w:rPr>
              <w:t>STEP 1 — WHAT DO THEY WANT?</w:t>
            </w:r>
          </w:p>
          <w:p w14:paraId="7EFF3686" w14:textId="77777777" w:rsidR="00BE3968" w:rsidRDefault="00CA6E70">
            <w:pPr>
              <w:pStyle w:val="CMRBodySmall"/>
              <w:spacing w:after="80"/>
            </w:pPr>
            <w:r>
              <w:t>I need to find: _________________________________________________________</w:t>
            </w:r>
          </w:p>
          <w:p w14:paraId="1FDBBD73" w14:textId="77777777" w:rsidR="00BE3968" w:rsidRDefault="00CA6E70">
            <w:pPr>
              <w:pStyle w:val="CMRBodySmall"/>
              <w:spacing w:after="40"/>
            </w:pPr>
            <w:r>
              <w:rPr>
                <w:b/>
              </w:rPr>
              <w:t>STEP 2 — WHAT DO I KNOW?</w:t>
            </w:r>
          </w:p>
          <w:p w14:paraId="4BFFA78A" w14:textId="77777777" w:rsidR="00BE3968" w:rsidRDefault="00CA6E70">
            <w:pPr>
              <w:pStyle w:val="CMRBodySmall"/>
              <w:spacing w:after="40"/>
            </w:pPr>
            <w:r>
              <w:t>Useful facts: __________________________________________________________</w:t>
            </w:r>
          </w:p>
          <w:p w14:paraId="29CB2CE8" w14:textId="77777777" w:rsidR="00BE3968" w:rsidRDefault="00CA6E70">
            <w:pPr>
              <w:pStyle w:val="CMRBodySmall"/>
            </w:pPr>
            <w:r>
              <w:t>____________________________________________________________________</w:t>
            </w:r>
          </w:p>
          <w:p w14:paraId="7286769A" w14:textId="77777777" w:rsidR="00BE3968" w:rsidRDefault="00CA6E70">
            <w:pPr>
              <w:pStyle w:val="CMRBodySmall"/>
              <w:spacing w:after="40"/>
            </w:pPr>
            <w:r>
              <w:rPr>
                <w:b/>
              </w:rPr>
              <w:t>STEP 3 — HOW DO I FIND IT?</w:t>
            </w:r>
          </w:p>
          <w:p w14:paraId="2B80E63C" w14:textId="77777777" w:rsidR="00BE3968" w:rsidRDefault="00CA6E70">
            <w:pPr>
              <w:pStyle w:val="CMRBodySmall"/>
              <w:spacing w:after="100"/>
            </w:pPr>
            <w:r>
              <w:t>My work: ____________________________________________________________</w:t>
            </w:r>
          </w:p>
          <w:p w14:paraId="0B0D620B" w14:textId="77777777" w:rsidR="00BE3968" w:rsidRDefault="00CA6E70">
            <w:pPr>
              <w:pStyle w:val="CMRBodySmall"/>
              <w:spacing w:after="100"/>
            </w:pPr>
            <w:r>
              <w:t>____________________________________________________________________</w:t>
            </w:r>
          </w:p>
          <w:p w14:paraId="1B76F619" w14:textId="77777777" w:rsidR="00BE3968" w:rsidRDefault="00CA6E70">
            <w:pPr>
              <w:pStyle w:val="CMRBodySmall"/>
              <w:spacing w:after="100"/>
            </w:pPr>
            <w:r>
              <w:t>____________________________________________________________________</w:t>
            </w:r>
          </w:p>
          <w:p w14:paraId="3DCBD61A" w14:textId="77777777" w:rsidR="00BE3968" w:rsidRDefault="00CA6E70">
            <w:pPr>
              <w:pStyle w:val="CMRBodySmall"/>
              <w:spacing w:after="100"/>
            </w:pPr>
            <w:r>
              <w:t>Answer with units: __________________________________________________</w:t>
            </w:r>
          </w:p>
          <w:p w14:paraId="4FE1860D" w14:textId="77777777" w:rsidR="00BE3968" w:rsidRDefault="00CA6E70">
            <w:pPr>
              <w:pStyle w:val="CMRBodySmall"/>
              <w:spacing w:after="80"/>
            </w:pPr>
            <w:r>
              <w:t>Does the answer make sense? ___________________________________________</w:t>
            </w:r>
          </w:p>
        </w:tc>
      </w:tr>
    </w:tbl>
    <w:p w14:paraId="54043566" w14:textId="77777777" w:rsidR="00BE3968" w:rsidRDefault="00CA6E70">
      <w:r>
        <w:br w:type="page"/>
      </w:r>
    </w:p>
    <w:p w14:paraId="40815DC0" w14:textId="77777777" w:rsidR="00BE3968" w:rsidRDefault="00CA6E70">
      <w:pPr>
        <w:pStyle w:val="CMRSmallLabel"/>
        <w:spacing w:after="60"/>
      </w:pPr>
      <w:r>
        <w:rPr>
          <w:b w:val="0"/>
        </w:rPr>
        <w:t>SECTION 2  |  TOPIC 24  |  PRACTICE PAGE 1/5</w:t>
      </w:r>
    </w:p>
    <w:p w14:paraId="3DF66478" w14:textId="77777777" w:rsidR="00BE3968" w:rsidRDefault="00CA6E70">
      <w:pPr>
        <w:pStyle w:val="CMRPageTitle"/>
        <w:spacing w:after="60"/>
      </w:pPr>
      <w:r>
        <w:rPr>
          <w:b w:val="0"/>
        </w:rPr>
        <w:t>Finding the unknown</w:t>
      </w:r>
    </w:p>
    <w:p w14:paraId="307921A4" w14:textId="77777777" w:rsidR="00BE3968" w:rsidRDefault="00CA6E70">
      <w:pPr>
        <w:pStyle w:val="CMRBodySmall"/>
        <w:spacing w:after="100"/>
      </w:pPr>
      <w:r>
        <w:t>Use the same three steps: Represent a missing cost or number and use the facts to find it.</w:t>
      </w:r>
    </w:p>
    <w:tbl>
      <w:tblPr>
        <w:tblW w:w="0" w:type="auto"/>
        <w:tblLayout w:type="fixed"/>
        <w:tblLook w:val="04A0" w:firstRow="1" w:lastRow="0" w:firstColumn="1" w:lastColumn="0" w:noHBand="0" w:noVBand="1"/>
      </w:tblPr>
      <w:tblGrid>
        <w:gridCol w:w="10036"/>
      </w:tblGrid>
      <w:tr w:rsidR="00BE3968" w14:paraId="6C53AC6C" w14:textId="77777777">
        <w:tc>
          <w:tcPr>
            <w:tcW w:w="10036" w:type="dxa"/>
            <w:shd w:val="clear" w:color="auto" w:fill="F5F8F9"/>
            <w:tcMar>
              <w:top w:w="70" w:type="dxa"/>
              <w:left w:w="140" w:type="dxa"/>
              <w:bottom w:w="85" w:type="dxa"/>
              <w:right w:w="140" w:type="dxa"/>
            </w:tcMar>
          </w:tcPr>
          <w:p w14:paraId="320C6672" w14:textId="77777777" w:rsidR="00BE3968" w:rsidRDefault="00BE3968"/>
          <w:p w14:paraId="20C30366" w14:textId="77777777" w:rsidR="00BE3968" w:rsidRDefault="00CA6E70">
            <w:pPr>
              <w:pStyle w:val="CMRBodySmall"/>
            </w:pPr>
            <w:r>
              <w:rPr>
                <w:b/>
              </w:rPr>
              <w:t>PROBLEM S2-231</w:t>
            </w:r>
          </w:p>
          <w:p w14:paraId="74662DAD" w14:textId="77777777" w:rsidR="00BE3968" w:rsidRDefault="00CA6E70">
            <w:r>
              <w:t>A taxi ride costs $9.00 to start plus $8.00 per mile. Andre’s ride cost $49.00. How many miles long was the ride?</w:t>
            </w:r>
          </w:p>
          <w:p w14:paraId="0EF34CF2" w14:textId="77777777" w:rsidR="00BE3968" w:rsidRDefault="00CA6E70">
            <w:pPr>
              <w:pStyle w:val="CMRBodySmall"/>
              <w:spacing w:after="40"/>
            </w:pPr>
            <w:r>
              <w:rPr>
                <w:b/>
              </w:rPr>
              <w:t>STEP 1 — WHAT DO THEY WANT?</w:t>
            </w:r>
          </w:p>
          <w:p w14:paraId="26DBA693" w14:textId="77777777" w:rsidR="00BE3968" w:rsidRDefault="00CA6E70">
            <w:pPr>
              <w:pStyle w:val="CMRBodySmall"/>
              <w:spacing w:after="80"/>
            </w:pPr>
            <w:r>
              <w:t>I need to find: _________________________________________________________</w:t>
            </w:r>
          </w:p>
          <w:p w14:paraId="539213E4" w14:textId="77777777" w:rsidR="00BE3968" w:rsidRDefault="00CA6E70">
            <w:pPr>
              <w:pStyle w:val="CMRBodySmall"/>
              <w:spacing w:after="40"/>
            </w:pPr>
            <w:r>
              <w:rPr>
                <w:b/>
              </w:rPr>
              <w:t>STEP 2 — WHAT DO I KNOW?</w:t>
            </w:r>
          </w:p>
          <w:p w14:paraId="2611FE67" w14:textId="77777777" w:rsidR="00BE3968" w:rsidRDefault="00CA6E70">
            <w:pPr>
              <w:pStyle w:val="CMRBodySmall"/>
              <w:spacing w:after="40"/>
            </w:pPr>
            <w:r>
              <w:t>Useful facts: __________________________________________________________</w:t>
            </w:r>
          </w:p>
          <w:p w14:paraId="1B597077" w14:textId="77777777" w:rsidR="00BE3968" w:rsidRDefault="00CA6E70">
            <w:pPr>
              <w:pStyle w:val="CMRBodySmall"/>
            </w:pPr>
            <w:r>
              <w:t>____________________________________________________________________</w:t>
            </w:r>
          </w:p>
          <w:p w14:paraId="513C3DCD" w14:textId="77777777" w:rsidR="00BE3968" w:rsidRDefault="00CA6E70">
            <w:pPr>
              <w:pStyle w:val="CMRBodySmall"/>
              <w:spacing w:after="40"/>
            </w:pPr>
            <w:r>
              <w:rPr>
                <w:b/>
              </w:rPr>
              <w:t>STEP 3 — HOW DO I FIND IT?</w:t>
            </w:r>
          </w:p>
          <w:p w14:paraId="0F1BC0A3" w14:textId="77777777" w:rsidR="00BE3968" w:rsidRDefault="00CA6E70">
            <w:pPr>
              <w:pStyle w:val="CMRBodySmall"/>
              <w:spacing w:after="100"/>
            </w:pPr>
            <w:r>
              <w:t>My work: ____________________________________________________________</w:t>
            </w:r>
          </w:p>
          <w:p w14:paraId="36B9D48E" w14:textId="77777777" w:rsidR="00BE3968" w:rsidRDefault="00CA6E70">
            <w:pPr>
              <w:pStyle w:val="CMRBodySmall"/>
              <w:spacing w:after="100"/>
            </w:pPr>
            <w:r>
              <w:t>____________________________________________________________________</w:t>
            </w:r>
          </w:p>
          <w:p w14:paraId="121C0CED" w14:textId="77777777" w:rsidR="00BE3968" w:rsidRDefault="00CA6E70">
            <w:pPr>
              <w:pStyle w:val="CMRBodySmall"/>
              <w:spacing w:after="100"/>
            </w:pPr>
            <w:r>
              <w:t>____________________________________________________________________</w:t>
            </w:r>
          </w:p>
          <w:p w14:paraId="5928A28F" w14:textId="77777777" w:rsidR="00BE3968" w:rsidRDefault="00CA6E70">
            <w:pPr>
              <w:pStyle w:val="CMRBodySmall"/>
              <w:spacing w:after="100"/>
            </w:pPr>
            <w:r>
              <w:t>Answer with units: __________________________________________________</w:t>
            </w:r>
          </w:p>
          <w:p w14:paraId="06F12636" w14:textId="77777777" w:rsidR="00BE3968" w:rsidRDefault="00CA6E70">
            <w:pPr>
              <w:pStyle w:val="CMRBodySmall"/>
              <w:spacing w:after="80"/>
            </w:pPr>
            <w:r>
              <w:t>Does the answer make sense? ___________________________________________</w:t>
            </w:r>
          </w:p>
        </w:tc>
      </w:tr>
    </w:tbl>
    <w:p w14:paraId="610A9E06"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F03354C" w14:textId="77777777">
        <w:tc>
          <w:tcPr>
            <w:tcW w:w="10036" w:type="dxa"/>
            <w:tcMar>
              <w:top w:w="70" w:type="dxa"/>
              <w:left w:w="140" w:type="dxa"/>
              <w:bottom w:w="85" w:type="dxa"/>
              <w:right w:w="140" w:type="dxa"/>
            </w:tcMar>
          </w:tcPr>
          <w:p w14:paraId="6F5D3082" w14:textId="77777777" w:rsidR="00BE3968" w:rsidRDefault="00BE3968"/>
          <w:p w14:paraId="651ACD61" w14:textId="77777777" w:rsidR="00BE3968" w:rsidRDefault="00CA6E70">
            <w:pPr>
              <w:pStyle w:val="CMRBodySmall"/>
            </w:pPr>
            <w:r>
              <w:rPr>
                <w:b/>
              </w:rPr>
              <w:t>PROBLEM S2-232</w:t>
            </w:r>
          </w:p>
          <w:p w14:paraId="504600A4" w14:textId="77777777" w:rsidR="00BE3968" w:rsidRDefault="00CA6E70">
            <w:r>
              <w:t>A community center charges a one-time $14.00 registration fee plus $12.00 for each class. Patricia pays $62.00 altogether. How many classes did Patricia sign up for?</w:t>
            </w:r>
          </w:p>
          <w:p w14:paraId="28937DD4" w14:textId="77777777" w:rsidR="00BE3968" w:rsidRDefault="00CA6E70">
            <w:pPr>
              <w:pStyle w:val="CMRBodySmall"/>
              <w:spacing w:after="40"/>
            </w:pPr>
            <w:r>
              <w:rPr>
                <w:b/>
              </w:rPr>
              <w:t>STEP 1 — WHAT DO THEY WANT?</w:t>
            </w:r>
          </w:p>
          <w:p w14:paraId="3D4EF739" w14:textId="77777777" w:rsidR="00BE3968" w:rsidRDefault="00CA6E70">
            <w:pPr>
              <w:pStyle w:val="CMRBodySmall"/>
              <w:spacing w:after="80"/>
            </w:pPr>
            <w:r>
              <w:t>I need to find: _________________________________________________________</w:t>
            </w:r>
          </w:p>
          <w:p w14:paraId="196F0AF2" w14:textId="77777777" w:rsidR="00BE3968" w:rsidRDefault="00CA6E70">
            <w:pPr>
              <w:pStyle w:val="CMRBodySmall"/>
              <w:spacing w:after="40"/>
            </w:pPr>
            <w:r>
              <w:rPr>
                <w:b/>
              </w:rPr>
              <w:t>STEP 2 — WHAT DO I KNOW?</w:t>
            </w:r>
          </w:p>
          <w:p w14:paraId="54039318" w14:textId="77777777" w:rsidR="00BE3968" w:rsidRDefault="00CA6E70">
            <w:pPr>
              <w:pStyle w:val="CMRBodySmall"/>
              <w:spacing w:after="40"/>
            </w:pPr>
            <w:r>
              <w:t>Useful facts: __________________________________________________________</w:t>
            </w:r>
          </w:p>
          <w:p w14:paraId="282EEDDD" w14:textId="77777777" w:rsidR="00BE3968" w:rsidRDefault="00CA6E70">
            <w:pPr>
              <w:pStyle w:val="CMRBodySmall"/>
            </w:pPr>
            <w:r>
              <w:t>____________________________________________________________________</w:t>
            </w:r>
          </w:p>
          <w:p w14:paraId="2B681193" w14:textId="77777777" w:rsidR="00BE3968" w:rsidRDefault="00CA6E70">
            <w:pPr>
              <w:pStyle w:val="CMRBodySmall"/>
              <w:spacing w:after="40"/>
            </w:pPr>
            <w:r>
              <w:rPr>
                <w:b/>
              </w:rPr>
              <w:t>STEP 3 — HOW DO I FIND IT?</w:t>
            </w:r>
          </w:p>
          <w:p w14:paraId="52770985" w14:textId="77777777" w:rsidR="00BE3968" w:rsidRDefault="00CA6E70">
            <w:pPr>
              <w:pStyle w:val="CMRBodySmall"/>
              <w:spacing w:after="100"/>
            </w:pPr>
            <w:r>
              <w:t>My work: ____________________________________________________________</w:t>
            </w:r>
          </w:p>
          <w:p w14:paraId="3BB51A58" w14:textId="77777777" w:rsidR="00BE3968" w:rsidRDefault="00CA6E70">
            <w:pPr>
              <w:pStyle w:val="CMRBodySmall"/>
              <w:spacing w:after="100"/>
            </w:pPr>
            <w:r>
              <w:t>____________________________________________________________________</w:t>
            </w:r>
          </w:p>
          <w:p w14:paraId="2DC07271" w14:textId="77777777" w:rsidR="00BE3968" w:rsidRDefault="00CA6E70">
            <w:pPr>
              <w:pStyle w:val="CMRBodySmall"/>
              <w:spacing w:after="100"/>
            </w:pPr>
            <w:r>
              <w:t>____________________________________________________________________</w:t>
            </w:r>
          </w:p>
          <w:p w14:paraId="4AF33609" w14:textId="77777777" w:rsidR="00BE3968" w:rsidRDefault="00CA6E70">
            <w:pPr>
              <w:pStyle w:val="CMRBodySmall"/>
              <w:spacing w:after="100"/>
            </w:pPr>
            <w:r>
              <w:t>Answer with units: __________________________________________________</w:t>
            </w:r>
          </w:p>
          <w:p w14:paraId="6F6CE111" w14:textId="77777777" w:rsidR="00BE3968" w:rsidRDefault="00CA6E70">
            <w:pPr>
              <w:pStyle w:val="CMRBodySmall"/>
              <w:spacing w:after="80"/>
            </w:pPr>
            <w:r>
              <w:t>Does the answer make sense? ___________________________________________</w:t>
            </w:r>
          </w:p>
        </w:tc>
      </w:tr>
    </w:tbl>
    <w:p w14:paraId="792082A4" w14:textId="77777777" w:rsidR="00BE3968" w:rsidRDefault="00CA6E70">
      <w:r>
        <w:br w:type="page"/>
      </w:r>
    </w:p>
    <w:p w14:paraId="6F40CC34" w14:textId="77777777" w:rsidR="00BE3968" w:rsidRDefault="00CA6E70">
      <w:pPr>
        <w:pStyle w:val="CMRSmallLabel"/>
        <w:spacing w:after="60"/>
      </w:pPr>
      <w:r>
        <w:rPr>
          <w:b w:val="0"/>
        </w:rPr>
        <w:t>SECTION 2  |  TOPIC 24  |  PRACTICE PAGE 2/5</w:t>
      </w:r>
    </w:p>
    <w:p w14:paraId="23E6E632" w14:textId="77777777" w:rsidR="00BE3968" w:rsidRDefault="00CA6E70">
      <w:pPr>
        <w:pStyle w:val="CMRPageTitle"/>
        <w:spacing w:after="60"/>
      </w:pPr>
      <w:r>
        <w:rPr>
          <w:b w:val="0"/>
        </w:rPr>
        <w:t>Finding the unknown</w:t>
      </w:r>
    </w:p>
    <w:p w14:paraId="6C19D70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2D705D6" w14:textId="77777777">
        <w:tc>
          <w:tcPr>
            <w:tcW w:w="10036" w:type="dxa"/>
            <w:shd w:val="clear" w:color="auto" w:fill="F5F8F9"/>
            <w:tcMar>
              <w:top w:w="70" w:type="dxa"/>
              <w:left w:w="140" w:type="dxa"/>
              <w:bottom w:w="85" w:type="dxa"/>
              <w:right w:w="140" w:type="dxa"/>
            </w:tcMar>
          </w:tcPr>
          <w:p w14:paraId="365A9FE7" w14:textId="77777777" w:rsidR="00BE3968" w:rsidRDefault="00BE3968"/>
          <w:p w14:paraId="4DB526AD" w14:textId="77777777" w:rsidR="00BE3968" w:rsidRDefault="00CA6E70">
            <w:pPr>
              <w:pStyle w:val="CMRBodySmall"/>
            </w:pPr>
            <w:r>
              <w:rPr>
                <w:b/>
              </w:rPr>
              <w:t>PROBLEM S2-233</w:t>
            </w:r>
          </w:p>
          <w:p w14:paraId="399998CF" w14:textId="77777777" w:rsidR="00BE3968" w:rsidRDefault="00CA6E70">
            <w:r>
              <w:t>A gym charges a $10.00 sign-up fee and $12.00 per visit. Elaine spent $70.00 in total last month. How many visits did Elaine pay for?</w:t>
            </w:r>
          </w:p>
          <w:p w14:paraId="54880E7F" w14:textId="77777777" w:rsidR="00BE3968" w:rsidRDefault="00CA6E70">
            <w:pPr>
              <w:pStyle w:val="CMRBodySmall"/>
              <w:spacing w:after="40"/>
            </w:pPr>
            <w:r>
              <w:rPr>
                <w:b/>
              </w:rPr>
              <w:t>STEP 1 — WHAT DO THEY WANT?</w:t>
            </w:r>
          </w:p>
          <w:p w14:paraId="02A0FB0D" w14:textId="77777777" w:rsidR="00BE3968" w:rsidRDefault="00CA6E70">
            <w:pPr>
              <w:pStyle w:val="CMRBodySmall"/>
              <w:spacing w:after="80"/>
            </w:pPr>
            <w:r>
              <w:t>I need to find: _________________________________________________________</w:t>
            </w:r>
          </w:p>
          <w:p w14:paraId="74CBDE30" w14:textId="77777777" w:rsidR="00BE3968" w:rsidRDefault="00CA6E70">
            <w:pPr>
              <w:pStyle w:val="CMRBodySmall"/>
              <w:spacing w:after="40"/>
            </w:pPr>
            <w:r>
              <w:rPr>
                <w:b/>
              </w:rPr>
              <w:t>STEP 2 — WHAT DO I KNOW?</w:t>
            </w:r>
          </w:p>
          <w:p w14:paraId="4C17C7AF" w14:textId="77777777" w:rsidR="00BE3968" w:rsidRDefault="00CA6E70">
            <w:pPr>
              <w:pStyle w:val="CMRBodySmall"/>
              <w:spacing w:after="40"/>
            </w:pPr>
            <w:r>
              <w:t>Useful facts: __________________________________________________________</w:t>
            </w:r>
          </w:p>
          <w:p w14:paraId="475452E0" w14:textId="77777777" w:rsidR="00BE3968" w:rsidRDefault="00CA6E70">
            <w:pPr>
              <w:pStyle w:val="CMRBodySmall"/>
            </w:pPr>
            <w:r>
              <w:t>____________________________________________________________________</w:t>
            </w:r>
          </w:p>
          <w:p w14:paraId="08FC2E19" w14:textId="77777777" w:rsidR="00BE3968" w:rsidRDefault="00CA6E70">
            <w:pPr>
              <w:pStyle w:val="CMRBodySmall"/>
              <w:spacing w:after="40"/>
            </w:pPr>
            <w:r>
              <w:rPr>
                <w:b/>
              </w:rPr>
              <w:t>STEP 3 — HOW DO I FIND IT?</w:t>
            </w:r>
          </w:p>
          <w:p w14:paraId="4D813CF0" w14:textId="77777777" w:rsidR="00BE3968" w:rsidRDefault="00CA6E70">
            <w:pPr>
              <w:pStyle w:val="CMRBodySmall"/>
              <w:spacing w:after="100"/>
            </w:pPr>
            <w:r>
              <w:t>My work: ____________________________________________________________</w:t>
            </w:r>
          </w:p>
          <w:p w14:paraId="720BA471" w14:textId="77777777" w:rsidR="00BE3968" w:rsidRDefault="00CA6E70">
            <w:pPr>
              <w:pStyle w:val="CMRBodySmall"/>
              <w:spacing w:after="100"/>
            </w:pPr>
            <w:r>
              <w:t>____________________________________________________________________</w:t>
            </w:r>
          </w:p>
          <w:p w14:paraId="43B07A69" w14:textId="77777777" w:rsidR="00BE3968" w:rsidRDefault="00CA6E70">
            <w:pPr>
              <w:pStyle w:val="CMRBodySmall"/>
              <w:spacing w:after="100"/>
            </w:pPr>
            <w:r>
              <w:t>____________________________________________________________________</w:t>
            </w:r>
          </w:p>
          <w:p w14:paraId="6454F59E" w14:textId="77777777" w:rsidR="00BE3968" w:rsidRDefault="00CA6E70">
            <w:pPr>
              <w:pStyle w:val="CMRBodySmall"/>
              <w:spacing w:after="100"/>
            </w:pPr>
            <w:r>
              <w:t>Answer with units: __________________________________________________</w:t>
            </w:r>
          </w:p>
          <w:p w14:paraId="2A5FA8AF" w14:textId="77777777" w:rsidR="00BE3968" w:rsidRDefault="00CA6E70">
            <w:pPr>
              <w:pStyle w:val="CMRBodySmall"/>
              <w:spacing w:after="80"/>
            </w:pPr>
            <w:r>
              <w:t>Does the answer make sense? ___________________________________________</w:t>
            </w:r>
          </w:p>
        </w:tc>
      </w:tr>
    </w:tbl>
    <w:p w14:paraId="7E07A86C"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E9CD035" w14:textId="77777777">
        <w:tc>
          <w:tcPr>
            <w:tcW w:w="10036" w:type="dxa"/>
            <w:tcMar>
              <w:top w:w="70" w:type="dxa"/>
              <w:left w:w="140" w:type="dxa"/>
              <w:bottom w:w="85" w:type="dxa"/>
              <w:right w:w="140" w:type="dxa"/>
            </w:tcMar>
          </w:tcPr>
          <w:p w14:paraId="06D53498" w14:textId="77777777" w:rsidR="00BE3968" w:rsidRDefault="00BE3968"/>
          <w:p w14:paraId="3C4F5A59" w14:textId="77777777" w:rsidR="00BE3968" w:rsidRDefault="00CA6E70">
            <w:pPr>
              <w:pStyle w:val="CMRBodySmall"/>
            </w:pPr>
            <w:r>
              <w:rPr>
                <w:b/>
              </w:rPr>
              <w:t>PROBLEM S2-234</w:t>
            </w:r>
          </w:p>
          <w:p w14:paraId="4B49EBD6" w14:textId="77777777" w:rsidR="00BE3968" w:rsidRDefault="00CA6E70">
            <w:r>
              <w:t>A taxi ride costs $12.00 to start plus $12.00 per mile. Terry’s ride cost $60.00. How many miles long was the ride?</w:t>
            </w:r>
          </w:p>
          <w:p w14:paraId="6DE952F8" w14:textId="77777777" w:rsidR="00BE3968" w:rsidRDefault="00CA6E70">
            <w:pPr>
              <w:pStyle w:val="CMRBodySmall"/>
              <w:spacing w:after="40"/>
            </w:pPr>
            <w:r>
              <w:rPr>
                <w:b/>
              </w:rPr>
              <w:t>STEP 1 — WHAT DO THEY WANT?</w:t>
            </w:r>
          </w:p>
          <w:p w14:paraId="2B20F951" w14:textId="77777777" w:rsidR="00BE3968" w:rsidRDefault="00CA6E70">
            <w:pPr>
              <w:pStyle w:val="CMRBodySmall"/>
              <w:spacing w:after="80"/>
            </w:pPr>
            <w:r>
              <w:t>I need to find: _________________________________________________________</w:t>
            </w:r>
          </w:p>
          <w:p w14:paraId="2B0970C5" w14:textId="77777777" w:rsidR="00BE3968" w:rsidRDefault="00CA6E70">
            <w:pPr>
              <w:pStyle w:val="CMRBodySmall"/>
              <w:spacing w:after="40"/>
            </w:pPr>
            <w:r>
              <w:rPr>
                <w:b/>
              </w:rPr>
              <w:t>STEP 2 — WHAT DO I KNOW?</w:t>
            </w:r>
          </w:p>
          <w:p w14:paraId="2437EEF7" w14:textId="77777777" w:rsidR="00BE3968" w:rsidRDefault="00CA6E70">
            <w:pPr>
              <w:pStyle w:val="CMRBodySmall"/>
              <w:spacing w:after="40"/>
            </w:pPr>
            <w:r>
              <w:t>Useful facts: __________________________________________________________</w:t>
            </w:r>
          </w:p>
          <w:p w14:paraId="10D73274" w14:textId="77777777" w:rsidR="00BE3968" w:rsidRDefault="00CA6E70">
            <w:pPr>
              <w:pStyle w:val="CMRBodySmall"/>
            </w:pPr>
            <w:r>
              <w:t>____________________________________________________________________</w:t>
            </w:r>
          </w:p>
          <w:p w14:paraId="2AB752E0" w14:textId="77777777" w:rsidR="00BE3968" w:rsidRDefault="00CA6E70">
            <w:pPr>
              <w:pStyle w:val="CMRBodySmall"/>
              <w:spacing w:after="40"/>
            </w:pPr>
            <w:r>
              <w:rPr>
                <w:b/>
              </w:rPr>
              <w:t>STEP 3 — HOW DO I FIND IT?</w:t>
            </w:r>
          </w:p>
          <w:p w14:paraId="55F320D5" w14:textId="77777777" w:rsidR="00BE3968" w:rsidRDefault="00CA6E70">
            <w:pPr>
              <w:pStyle w:val="CMRBodySmall"/>
              <w:spacing w:after="100"/>
            </w:pPr>
            <w:r>
              <w:t>My work: ____________________________________________________________</w:t>
            </w:r>
          </w:p>
          <w:p w14:paraId="6B3F73D4" w14:textId="77777777" w:rsidR="00BE3968" w:rsidRDefault="00CA6E70">
            <w:pPr>
              <w:pStyle w:val="CMRBodySmall"/>
              <w:spacing w:after="100"/>
            </w:pPr>
            <w:r>
              <w:t>____________________________________________________________________</w:t>
            </w:r>
          </w:p>
          <w:p w14:paraId="7C4B6DCB" w14:textId="77777777" w:rsidR="00BE3968" w:rsidRDefault="00CA6E70">
            <w:pPr>
              <w:pStyle w:val="CMRBodySmall"/>
              <w:spacing w:after="100"/>
            </w:pPr>
            <w:r>
              <w:t>____________________________________________________________________</w:t>
            </w:r>
          </w:p>
          <w:p w14:paraId="74C00698" w14:textId="77777777" w:rsidR="00BE3968" w:rsidRDefault="00CA6E70">
            <w:pPr>
              <w:pStyle w:val="CMRBodySmall"/>
              <w:spacing w:after="100"/>
            </w:pPr>
            <w:r>
              <w:t>Answer with units: __________________________________________________</w:t>
            </w:r>
          </w:p>
          <w:p w14:paraId="05C9ED2F" w14:textId="77777777" w:rsidR="00BE3968" w:rsidRDefault="00CA6E70">
            <w:pPr>
              <w:pStyle w:val="CMRBodySmall"/>
              <w:spacing w:after="80"/>
            </w:pPr>
            <w:r>
              <w:t>Does the answer make sense? ___________________________________________</w:t>
            </w:r>
          </w:p>
        </w:tc>
      </w:tr>
    </w:tbl>
    <w:p w14:paraId="50EC5A91" w14:textId="77777777" w:rsidR="00BE3968" w:rsidRDefault="00CA6E70">
      <w:r>
        <w:br w:type="page"/>
      </w:r>
    </w:p>
    <w:p w14:paraId="165B5A4C" w14:textId="77777777" w:rsidR="00BE3968" w:rsidRDefault="00CA6E70">
      <w:pPr>
        <w:pStyle w:val="CMRSmallLabel"/>
        <w:spacing w:after="60"/>
      </w:pPr>
      <w:r>
        <w:rPr>
          <w:b w:val="0"/>
        </w:rPr>
        <w:t>SECTION 2  |  TOPIC 24  |  PRACTICE PAGE 3/5</w:t>
      </w:r>
    </w:p>
    <w:p w14:paraId="49A3E57C" w14:textId="77777777" w:rsidR="00BE3968" w:rsidRDefault="00CA6E70">
      <w:pPr>
        <w:pStyle w:val="CMRPageTitle"/>
        <w:spacing w:after="60"/>
      </w:pPr>
      <w:r>
        <w:rPr>
          <w:b w:val="0"/>
        </w:rPr>
        <w:t>Finding the unknown</w:t>
      </w:r>
    </w:p>
    <w:p w14:paraId="2FA791A7"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47794FDD" w14:textId="77777777">
        <w:tc>
          <w:tcPr>
            <w:tcW w:w="10036" w:type="dxa"/>
            <w:shd w:val="clear" w:color="auto" w:fill="F5F8F9"/>
            <w:tcMar>
              <w:top w:w="70" w:type="dxa"/>
              <w:left w:w="140" w:type="dxa"/>
              <w:bottom w:w="85" w:type="dxa"/>
              <w:right w:w="140" w:type="dxa"/>
            </w:tcMar>
          </w:tcPr>
          <w:p w14:paraId="4A8B71B5" w14:textId="77777777" w:rsidR="00BE3968" w:rsidRDefault="00BE3968"/>
          <w:p w14:paraId="629615E0" w14:textId="77777777" w:rsidR="00BE3968" w:rsidRDefault="00CA6E70">
            <w:pPr>
              <w:pStyle w:val="CMRBodySmall"/>
            </w:pPr>
            <w:r>
              <w:rPr>
                <w:b/>
              </w:rPr>
              <w:t>PROBLEM S2-235</w:t>
            </w:r>
          </w:p>
          <w:p w14:paraId="32D22C82" w14:textId="77777777" w:rsidR="00BE3968" w:rsidRDefault="00CA6E70">
            <w:r>
              <w:t>A community center charges a one-time $15.00 registration fee plus $11.00 for each class. Rachel pays $70.00 altogether. How many classes did Rachel sign up for?</w:t>
            </w:r>
          </w:p>
          <w:p w14:paraId="440253EA" w14:textId="77777777" w:rsidR="00BE3968" w:rsidRDefault="00CA6E70">
            <w:pPr>
              <w:pStyle w:val="CMRBodySmall"/>
              <w:spacing w:after="40"/>
            </w:pPr>
            <w:r>
              <w:rPr>
                <w:b/>
              </w:rPr>
              <w:t>STEP 1 — WHAT DO THEY WANT?</w:t>
            </w:r>
          </w:p>
          <w:p w14:paraId="285A05EF" w14:textId="77777777" w:rsidR="00BE3968" w:rsidRDefault="00CA6E70">
            <w:pPr>
              <w:pStyle w:val="CMRBodySmall"/>
              <w:spacing w:after="80"/>
            </w:pPr>
            <w:r>
              <w:t>I need to find: _________________________________________________________</w:t>
            </w:r>
          </w:p>
          <w:p w14:paraId="20A27812" w14:textId="77777777" w:rsidR="00BE3968" w:rsidRDefault="00CA6E70">
            <w:pPr>
              <w:pStyle w:val="CMRBodySmall"/>
              <w:spacing w:after="40"/>
            </w:pPr>
            <w:r>
              <w:rPr>
                <w:b/>
              </w:rPr>
              <w:t>STEP 2 — WHAT DO I KNOW?</w:t>
            </w:r>
          </w:p>
          <w:p w14:paraId="13E500A4" w14:textId="77777777" w:rsidR="00BE3968" w:rsidRDefault="00CA6E70">
            <w:pPr>
              <w:pStyle w:val="CMRBodySmall"/>
              <w:spacing w:after="40"/>
            </w:pPr>
            <w:r>
              <w:t>Useful facts: __________________________________________________________</w:t>
            </w:r>
          </w:p>
          <w:p w14:paraId="53564C99" w14:textId="77777777" w:rsidR="00BE3968" w:rsidRDefault="00CA6E70">
            <w:pPr>
              <w:pStyle w:val="CMRBodySmall"/>
            </w:pPr>
            <w:r>
              <w:t>____________________________________________________________________</w:t>
            </w:r>
          </w:p>
          <w:p w14:paraId="30C56C30" w14:textId="77777777" w:rsidR="00BE3968" w:rsidRDefault="00CA6E70">
            <w:pPr>
              <w:pStyle w:val="CMRBodySmall"/>
              <w:spacing w:after="40"/>
            </w:pPr>
            <w:r>
              <w:rPr>
                <w:b/>
              </w:rPr>
              <w:t>STEP 3 — HOW DO I FIND IT?</w:t>
            </w:r>
          </w:p>
          <w:p w14:paraId="20D448C7" w14:textId="77777777" w:rsidR="00BE3968" w:rsidRDefault="00CA6E70">
            <w:pPr>
              <w:pStyle w:val="CMRBodySmall"/>
              <w:spacing w:after="100"/>
            </w:pPr>
            <w:r>
              <w:t>My work: ____________________________________________________________</w:t>
            </w:r>
          </w:p>
          <w:p w14:paraId="0AF8BDE2" w14:textId="77777777" w:rsidR="00BE3968" w:rsidRDefault="00CA6E70">
            <w:pPr>
              <w:pStyle w:val="CMRBodySmall"/>
              <w:spacing w:after="100"/>
            </w:pPr>
            <w:r>
              <w:t>____________________________________________________________________</w:t>
            </w:r>
          </w:p>
          <w:p w14:paraId="03993470" w14:textId="77777777" w:rsidR="00BE3968" w:rsidRDefault="00CA6E70">
            <w:pPr>
              <w:pStyle w:val="CMRBodySmall"/>
              <w:spacing w:after="100"/>
            </w:pPr>
            <w:r>
              <w:t>____________________________________________________________________</w:t>
            </w:r>
          </w:p>
          <w:p w14:paraId="277D5C0B" w14:textId="77777777" w:rsidR="00BE3968" w:rsidRDefault="00CA6E70">
            <w:pPr>
              <w:pStyle w:val="CMRBodySmall"/>
              <w:spacing w:after="100"/>
            </w:pPr>
            <w:r>
              <w:t>Answer with units: __________________________________________________</w:t>
            </w:r>
          </w:p>
          <w:p w14:paraId="0F40E40C" w14:textId="77777777" w:rsidR="00BE3968" w:rsidRDefault="00CA6E70">
            <w:pPr>
              <w:pStyle w:val="CMRBodySmall"/>
              <w:spacing w:after="80"/>
            </w:pPr>
            <w:r>
              <w:t>Does the answer make sense? ___________________________________________</w:t>
            </w:r>
          </w:p>
        </w:tc>
      </w:tr>
    </w:tbl>
    <w:p w14:paraId="13F9B145"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285565F2" w14:textId="77777777">
        <w:tc>
          <w:tcPr>
            <w:tcW w:w="10036" w:type="dxa"/>
            <w:tcMar>
              <w:top w:w="70" w:type="dxa"/>
              <w:left w:w="140" w:type="dxa"/>
              <w:bottom w:w="85" w:type="dxa"/>
              <w:right w:w="140" w:type="dxa"/>
            </w:tcMar>
          </w:tcPr>
          <w:p w14:paraId="6D1271B1" w14:textId="77777777" w:rsidR="00BE3968" w:rsidRDefault="00BE3968"/>
          <w:p w14:paraId="77A07408" w14:textId="77777777" w:rsidR="00BE3968" w:rsidRDefault="00CA6E70">
            <w:pPr>
              <w:pStyle w:val="CMRBodySmall"/>
            </w:pPr>
            <w:r>
              <w:rPr>
                <w:b/>
              </w:rPr>
              <w:t>PROBLEM S2-236</w:t>
            </w:r>
          </w:p>
          <w:p w14:paraId="619043ED" w14:textId="77777777" w:rsidR="00BE3968" w:rsidRDefault="00CA6E70">
            <w:r>
              <w:t>A gym charges a $17.00 sign-up fee and $10.00 per visit. Maria spent $77.00 in total last month. How many visits did Maria pay for?</w:t>
            </w:r>
          </w:p>
          <w:p w14:paraId="768AC006" w14:textId="77777777" w:rsidR="00BE3968" w:rsidRDefault="00CA6E70">
            <w:pPr>
              <w:pStyle w:val="CMRBodySmall"/>
              <w:spacing w:after="40"/>
            </w:pPr>
            <w:r>
              <w:rPr>
                <w:b/>
              </w:rPr>
              <w:t>STEP 1 — WHAT DO THEY WANT?</w:t>
            </w:r>
          </w:p>
          <w:p w14:paraId="43F599B8" w14:textId="77777777" w:rsidR="00BE3968" w:rsidRDefault="00CA6E70">
            <w:pPr>
              <w:pStyle w:val="CMRBodySmall"/>
              <w:spacing w:after="80"/>
            </w:pPr>
            <w:r>
              <w:t>I need to find: _________________________________________________________</w:t>
            </w:r>
          </w:p>
          <w:p w14:paraId="40170548" w14:textId="77777777" w:rsidR="00BE3968" w:rsidRDefault="00CA6E70">
            <w:pPr>
              <w:pStyle w:val="CMRBodySmall"/>
              <w:spacing w:after="40"/>
            </w:pPr>
            <w:r>
              <w:rPr>
                <w:b/>
              </w:rPr>
              <w:t>STEP 2 — WHAT DO I KNOW?</w:t>
            </w:r>
          </w:p>
          <w:p w14:paraId="4E32620A" w14:textId="77777777" w:rsidR="00BE3968" w:rsidRDefault="00CA6E70">
            <w:pPr>
              <w:pStyle w:val="CMRBodySmall"/>
              <w:spacing w:after="40"/>
            </w:pPr>
            <w:r>
              <w:t>Useful facts: __________________________________________________________</w:t>
            </w:r>
          </w:p>
          <w:p w14:paraId="7DE7ED06" w14:textId="77777777" w:rsidR="00BE3968" w:rsidRDefault="00CA6E70">
            <w:pPr>
              <w:pStyle w:val="CMRBodySmall"/>
            </w:pPr>
            <w:r>
              <w:t>____________________________________________________________________</w:t>
            </w:r>
          </w:p>
          <w:p w14:paraId="457D05C0" w14:textId="77777777" w:rsidR="00BE3968" w:rsidRDefault="00CA6E70">
            <w:pPr>
              <w:pStyle w:val="CMRBodySmall"/>
              <w:spacing w:after="40"/>
            </w:pPr>
            <w:r>
              <w:rPr>
                <w:b/>
              </w:rPr>
              <w:t>STEP 3 — HOW DO I FIND IT?</w:t>
            </w:r>
          </w:p>
          <w:p w14:paraId="68527947" w14:textId="77777777" w:rsidR="00BE3968" w:rsidRDefault="00CA6E70">
            <w:pPr>
              <w:pStyle w:val="CMRBodySmall"/>
              <w:spacing w:after="100"/>
            </w:pPr>
            <w:r>
              <w:t>My work: ____________________________________________________________</w:t>
            </w:r>
          </w:p>
          <w:p w14:paraId="3F039387" w14:textId="77777777" w:rsidR="00BE3968" w:rsidRDefault="00CA6E70">
            <w:pPr>
              <w:pStyle w:val="CMRBodySmall"/>
              <w:spacing w:after="100"/>
            </w:pPr>
            <w:r>
              <w:t>____________________________________________________________________</w:t>
            </w:r>
          </w:p>
          <w:p w14:paraId="073F69C1" w14:textId="77777777" w:rsidR="00BE3968" w:rsidRDefault="00CA6E70">
            <w:pPr>
              <w:pStyle w:val="CMRBodySmall"/>
              <w:spacing w:after="100"/>
            </w:pPr>
            <w:r>
              <w:t>____________________________________________________________________</w:t>
            </w:r>
          </w:p>
          <w:p w14:paraId="26C8BE12" w14:textId="77777777" w:rsidR="00BE3968" w:rsidRDefault="00CA6E70">
            <w:pPr>
              <w:pStyle w:val="CMRBodySmall"/>
              <w:spacing w:after="100"/>
            </w:pPr>
            <w:r>
              <w:t>Answer with units: __________________________________________________</w:t>
            </w:r>
          </w:p>
          <w:p w14:paraId="7E3091C6" w14:textId="77777777" w:rsidR="00BE3968" w:rsidRDefault="00CA6E70">
            <w:pPr>
              <w:pStyle w:val="CMRBodySmall"/>
              <w:spacing w:after="80"/>
            </w:pPr>
            <w:r>
              <w:t>Does the answer make sense? ___________________________________________</w:t>
            </w:r>
          </w:p>
        </w:tc>
      </w:tr>
    </w:tbl>
    <w:p w14:paraId="6F34C90E" w14:textId="77777777" w:rsidR="00BE3968" w:rsidRDefault="00CA6E70">
      <w:r>
        <w:br w:type="page"/>
      </w:r>
    </w:p>
    <w:p w14:paraId="57121D9D" w14:textId="77777777" w:rsidR="00BE3968" w:rsidRDefault="00CA6E70">
      <w:pPr>
        <w:pStyle w:val="CMRSmallLabel"/>
        <w:spacing w:after="60"/>
      </w:pPr>
      <w:r>
        <w:rPr>
          <w:b w:val="0"/>
        </w:rPr>
        <w:t>SECTION 2  |  TOPIC 24  |  PRACTICE PAGE 4/5</w:t>
      </w:r>
    </w:p>
    <w:p w14:paraId="6D06EFDE" w14:textId="77777777" w:rsidR="00BE3968" w:rsidRDefault="00CA6E70">
      <w:pPr>
        <w:pStyle w:val="CMRPageTitle"/>
        <w:spacing w:after="60"/>
      </w:pPr>
      <w:r>
        <w:rPr>
          <w:b w:val="0"/>
        </w:rPr>
        <w:t>Finding the unknown</w:t>
      </w:r>
    </w:p>
    <w:p w14:paraId="3E2CFDB4"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3D249073" w14:textId="77777777">
        <w:tc>
          <w:tcPr>
            <w:tcW w:w="10036" w:type="dxa"/>
            <w:shd w:val="clear" w:color="auto" w:fill="F5F8F9"/>
            <w:tcMar>
              <w:top w:w="70" w:type="dxa"/>
              <w:left w:w="140" w:type="dxa"/>
              <w:bottom w:w="85" w:type="dxa"/>
              <w:right w:w="140" w:type="dxa"/>
            </w:tcMar>
          </w:tcPr>
          <w:p w14:paraId="5F0DA526" w14:textId="77777777" w:rsidR="00BE3968" w:rsidRDefault="00BE3968"/>
          <w:p w14:paraId="29859CF1" w14:textId="77777777" w:rsidR="00BE3968" w:rsidRDefault="00CA6E70">
            <w:pPr>
              <w:pStyle w:val="CMRBodySmall"/>
            </w:pPr>
            <w:r>
              <w:rPr>
                <w:b/>
              </w:rPr>
              <w:t>PROBLEM S2-237</w:t>
            </w:r>
          </w:p>
          <w:p w14:paraId="05E27FE1" w14:textId="77777777" w:rsidR="00BE3968" w:rsidRDefault="00CA6E70">
            <w:r>
              <w:t>A taxi ride costs $11.00 to start plus $10.00 per mile. Robert’s ride cost $81.00. How many miles long was the ride?</w:t>
            </w:r>
          </w:p>
          <w:p w14:paraId="5D50824D" w14:textId="77777777" w:rsidR="00BE3968" w:rsidRDefault="00CA6E70">
            <w:pPr>
              <w:pStyle w:val="CMRBodySmall"/>
              <w:spacing w:after="40"/>
            </w:pPr>
            <w:r>
              <w:rPr>
                <w:b/>
              </w:rPr>
              <w:t>STEP 1 — WHAT DO THEY WANT?</w:t>
            </w:r>
          </w:p>
          <w:p w14:paraId="74A39A36" w14:textId="77777777" w:rsidR="00BE3968" w:rsidRDefault="00CA6E70">
            <w:pPr>
              <w:pStyle w:val="CMRBodySmall"/>
              <w:spacing w:after="80"/>
            </w:pPr>
            <w:r>
              <w:t>I need to find: _________________________________________________________</w:t>
            </w:r>
          </w:p>
          <w:p w14:paraId="43600C71" w14:textId="77777777" w:rsidR="00BE3968" w:rsidRDefault="00CA6E70">
            <w:pPr>
              <w:pStyle w:val="CMRBodySmall"/>
              <w:spacing w:after="40"/>
            </w:pPr>
            <w:r>
              <w:rPr>
                <w:b/>
              </w:rPr>
              <w:t>STEP 2 — WHAT DO I KNOW?</w:t>
            </w:r>
          </w:p>
          <w:p w14:paraId="56CA2A95" w14:textId="77777777" w:rsidR="00BE3968" w:rsidRDefault="00CA6E70">
            <w:pPr>
              <w:pStyle w:val="CMRBodySmall"/>
              <w:spacing w:after="40"/>
            </w:pPr>
            <w:r>
              <w:t>Useful facts: __________________________________________________________</w:t>
            </w:r>
          </w:p>
          <w:p w14:paraId="24D086AC" w14:textId="77777777" w:rsidR="00BE3968" w:rsidRDefault="00CA6E70">
            <w:pPr>
              <w:pStyle w:val="CMRBodySmall"/>
            </w:pPr>
            <w:r>
              <w:t>____________________________________________________________________</w:t>
            </w:r>
          </w:p>
          <w:p w14:paraId="6ECB4794" w14:textId="77777777" w:rsidR="00BE3968" w:rsidRDefault="00CA6E70">
            <w:pPr>
              <w:pStyle w:val="CMRBodySmall"/>
              <w:spacing w:after="40"/>
            </w:pPr>
            <w:r>
              <w:rPr>
                <w:b/>
              </w:rPr>
              <w:t>STEP 3 — HOW DO I FIND IT?</w:t>
            </w:r>
          </w:p>
          <w:p w14:paraId="0785E378" w14:textId="77777777" w:rsidR="00BE3968" w:rsidRDefault="00CA6E70">
            <w:pPr>
              <w:pStyle w:val="CMRBodySmall"/>
              <w:spacing w:after="100"/>
            </w:pPr>
            <w:r>
              <w:t>My work: ____________________________________________________________</w:t>
            </w:r>
          </w:p>
          <w:p w14:paraId="367418E2" w14:textId="77777777" w:rsidR="00BE3968" w:rsidRDefault="00CA6E70">
            <w:pPr>
              <w:pStyle w:val="CMRBodySmall"/>
              <w:spacing w:after="100"/>
            </w:pPr>
            <w:r>
              <w:t>____________________________________________________________________</w:t>
            </w:r>
          </w:p>
          <w:p w14:paraId="1EEB68F9" w14:textId="77777777" w:rsidR="00BE3968" w:rsidRDefault="00CA6E70">
            <w:pPr>
              <w:pStyle w:val="CMRBodySmall"/>
              <w:spacing w:after="100"/>
            </w:pPr>
            <w:r>
              <w:t>____________________________________________________________________</w:t>
            </w:r>
          </w:p>
          <w:p w14:paraId="4826EE40" w14:textId="77777777" w:rsidR="00BE3968" w:rsidRDefault="00CA6E70">
            <w:pPr>
              <w:pStyle w:val="CMRBodySmall"/>
              <w:spacing w:after="100"/>
            </w:pPr>
            <w:r>
              <w:t>Answer with units: __________________________________________________</w:t>
            </w:r>
          </w:p>
          <w:p w14:paraId="188EE644" w14:textId="77777777" w:rsidR="00BE3968" w:rsidRDefault="00CA6E70">
            <w:pPr>
              <w:pStyle w:val="CMRBodySmall"/>
              <w:spacing w:after="80"/>
            </w:pPr>
            <w:r>
              <w:t>Does the answer make sense? ___________________________________________</w:t>
            </w:r>
          </w:p>
        </w:tc>
      </w:tr>
    </w:tbl>
    <w:p w14:paraId="3EC66C23"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385C0086" w14:textId="77777777">
        <w:tc>
          <w:tcPr>
            <w:tcW w:w="10036" w:type="dxa"/>
            <w:tcMar>
              <w:top w:w="70" w:type="dxa"/>
              <w:left w:w="140" w:type="dxa"/>
              <w:bottom w:w="85" w:type="dxa"/>
              <w:right w:w="140" w:type="dxa"/>
            </w:tcMar>
          </w:tcPr>
          <w:p w14:paraId="5D2F44D1" w14:textId="77777777" w:rsidR="00BE3968" w:rsidRDefault="00BE3968"/>
          <w:p w14:paraId="796FF86A" w14:textId="77777777" w:rsidR="00BE3968" w:rsidRDefault="00CA6E70">
            <w:pPr>
              <w:pStyle w:val="CMRBodySmall"/>
            </w:pPr>
            <w:r>
              <w:rPr>
                <w:b/>
              </w:rPr>
              <w:t>PROBLEM S2-238</w:t>
            </w:r>
          </w:p>
          <w:p w14:paraId="5799E953" w14:textId="77777777" w:rsidR="00BE3968" w:rsidRDefault="00CA6E70">
            <w:r>
              <w:t>A community center charges a one-time $12.00 registration fee plus $5.00 for each class. Denise pays $27.00 altogether. How many classes did Denise sign up for?</w:t>
            </w:r>
          </w:p>
          <w:p w14:paraId="469907DE" w14:textId="77777777" w:rsidR="00BE3968" w:rsidRDefault="00CA6E70">
            <w:pPr>
              <w:pStyle w:val="CMRBodySmall"/>
              <w:spacing w:after="40"/>
            </w:pPr>
            <w:r>
              <w:rPr>
                <w:b/>
              </w:rPr>
              <w:t>STEP 1 — WHAT DO THEY WANT?</w:t>
            </w:r>
          </w:p>
          <w:p w14:paraId="77CFAD02" w14:textId="77777777" w:rsidR="00BE3968" w:rsidRDefault="00CA6E70">
            <w:pPr>
              <w:pStyle w:val="CMRBodySmall"/>
              <w:spacing w:after="80"/>
            </w:pPr>
            <w:r>
              <w:t>I need to find: _________________________________________________________</w:t>
            </w:r>
          </w:p>
          <w:p w14:paraId="752D0C00" w14:textId="77777777" w:rsidR="00BE3968" w:rsidRDefault="00CA6E70">
            <w:pPr>
              <w:pStyle w:val="CMRBodySmall"/>
              <w:spacing w:after="40"/>
            </w:pPr>
            <w:r>
              <w:rPr>
                <w:b/>
              </w:rPr>
              <w:t>STEP 2 — WHAT DO I KNOW?</w:t>
            </w:r>
          </w:p>
          <w:p w14:paraId="5C3259F4" w14:textId="77777777" w:rsidR="00BE3968" w:rsidRDefault="00CA6E70">
            <w:pPr>
              <w:pStyle w:val="CMRBodySmall"/>
              <w:spacing w:after="40"/>
            </w:pPr>
            <w:r>
              <w:t>Useful facts: __________________________________________________________</w:t>
            </w:r>
          </w:p>
          <w:p w14:paraId="12B1CC85" w14:textId="77777777" w:rsidR="00BE3968" w:rsidRDefault="00CA6E70">
            <w:pPr>
              <w:pStyle w:val="CMRBodySmall"/>
            </w:pPr>
            <w:r>
              <w:t>____________________________________________________________________</w:t>
            </w:r>
          </w:p>
          <w:p w14:paraId="49FFCCDA" w14:textId="77777777" w:rsidR="00BE3968" w:rsidRDefault="00CA6E70">
            <w:pPr>
              <w:pStyle w:val="CMRBodySmall"/>
              <w:spacing w:after="40"/>
            </w:pPr>
            <w:r>
              <w:rPr>
                <w:b/>
              </w:rPr>
              <w:t>STEP 3 — HOW DO I FIND IT?</w:t>
            </w:r>
          </w:p>
          <w:p w14:paraId="7562AC6C" w14:textId="77777777" w:rsidR="00BE3968" w:rsidRDefault="00CA6E70">
            <w:pPr>
              <w:pStyle w:val="CMRBodySmall"/>
              <w:spacing w:after="100"/>
            </w:pPr>
            <w:r>
              <w:t>My work: ____________________________________________________________</w:t>
            </w:r>
          </w:p>
          <w:p w14:paraId="657D9448" w14:textId="77777777" w:rsidR="00BE3968" w:rsidRDefault="00CA6E70">
            <w:pPr>
              <w:pStyle w:val="CMRBodySmall"/>
              <w:spacing w:after="100"/>
            </w:pPr>
            <w:r>
              <w:t>____________________________________________________________________</w:t>
            </w:r>
          </w:p>
          <w:p w14:paraId="1DAE8179" w14:textId="77777777" w:rsidR="00BE3968" w:rsidRDefault="00CA6E70">
            <w:pPr>
              <w:pStyle w:val="CMRBodySmall"/>
              <w:spacing w:after="100"/>
            </w:pPr>
            <w:r>
              <w:t>____________________________________________________________________</w:t>
            </w:r>
          </w:p>
          <w:p w14:paraId="4AA9C756" w14:textId="77777777" w:rsidR="00BE3968" w:rsidRDefault="00CA6E70">
            <w:pPr>
              <w:pStyle w:val="CMRBodySmall"/>
              <w:spacing w:after="100"/>
            </w:pPr>
            <w:r>
              <w:t>Answer with units: __________________________________________________</w:t>
            </w:r>
          </w:p>
          <w:p w14:paraId="6E5119E9" w14:textId="77777777" w:rsidR="00BE3968" w:rsidRDefault="00CA6E70">
            <w:pPr>
              <w:pStyle w:val="CMRBodySmall"/>
              <w:spacing w:after="80"/>
            </w:pPr>
            <w:r>
              <w:t>Does the answer make sense? ___________________________________________</w:t>
            </w:r>
          </w:p>
        </w:tc>
      </w:tr>
    </w:tbl>
    <w:p w14:paraId="3C8CD857" w14:textId="77777777" w:rsidR="00BE3968" w:rsidRDefault="00CA6E70">
      <w:r>
        <w:br w:type="page"/>
      </w:r>
    </w:p>
    <w:p w14:paraId="02545C46" w14:textId="77777777" w:rsidR="00BE3968" w:rsidRDefault="00CA6E70">
      <w:pPr>
        <w:pStyle w:val="CMRSmallLabel"/>
        <w:spacing w:after="60"/>
      </w:pPr>
      <w:r>
        <w:rPr>
          <w:b w:val="0"/>
        </w:rPr>
        <w:t>SECTION 2  |  TOPIC 24  |  PRACTICE PAGE 5/5</w:t>
      </w:r>
    </w:p>
    <w:p w14:paraId="796494A9" w14:textId="77777777" w:rsidR="00BE3968" w:rsidRDefault="00CA6E70">
      <w:pPr>
        <w:pStyle w:val="CMRPageTitle"/>
        <w:spacing w:after="60"/>
      </w:pPr>
      <w:r>
        <w:rPr>
          <w:b w:val="0"/>
        </w:rPr>
        <w:t>Finding the unknown</w:t>
      </w:r>
    </w:p>
    <w:p w14:paraId="22A8102F" w14:textId="77777777" w:rsidR="00BE3968" w:rsidRDefault="00CA6E70">
      <w:pPr>
        <w:pStyle w:val="CMRBodySmall"/>
        <w:spacing w:after="100"/>
      </w:pPr>
      <w:r>
        <w:t>Words first. Read the entire problem before choosing any math.</w:t>
      </w:r>
    </w:p>
    <w:tbl>
      <w:tblPr>
        <w:tblW w:w="0" w:type="auto"/>
        <w:tblLayout w:type="fixed"/>
        <w:tblLook w:val="04A0" w:firstRow="1" w:lastRow="0" w:firstColumn="1" w:lastColumn="0" w:noHBand="0" w:noVBand="1"/>
      </w:tblPr>
      <w:tblGrid>
        <w:gridCol w:w="10036"/>
      </w:tblGrid>
      <w:tr w:rsidR="00BE3968" w14:paraId="13C5156F" w14:textId="77777777">
        <w:tc>
          <w:tcPr>
            <w:tcW w:w="10036" w:type="dxa"/>
            <w:shd w:val="clear" w:color="auto" w:fill="F5F8F9"/>
            <w:tcMar>
              <w:top w:w="70" w:type="dxa"/>
              <w:left w:w="140" w:type="dxa"/>
              <w:bottom w:w="85" w:type="dxa"/>
              <w:right w:w="140" w:type="dxa"/>
            </w:tcMar>
          </w:tcPr>
          <w:p w14:paraId="24819E23" w14:textId="77777777" w:rsidR="00BE3968" w:rsidRDefault="00BE3968"/>
          <w:p w14:paraId="1B9C6DFF" w14:textId="77777777" w:rsidR="00BE3968" w:rsidRDefault="00CA6E70">
            <w:pPr>
              <w:pStyle w:val="CMRBodySmall"/>
            </w:pPr>
            <w:r>
              <w:rPr>
                <w:b/>
              </w:rPr>
              <w:t>PROBLEM S2-239</w:t>
            </w:r>
          </w:p>
          <w:p w14:paraId="5B349BD6" w14:textId="77777777" w:rsidR="00BE3968" w:rsidRDefault="00CA6E70">
            <w:r>
              <w:t>A gym charges a $11.00 sign-up fee and $5.00 per visit. James spent $36.00 in total last month. How many visits did James pay for?</w:t>
            </w:r>
          </w:p>
          <w:p w14:paraId="0C4B5688" w14:textId="77777777" w:rsidR="00BE3968" w:rsidRDefault="00CA6E70">
            <w:pPr>
              <w:pStyle w:val="CMRBodySmall"/>
              <w:spacing w:after="40"/>
            </w:pPr>
            <w:r>
              <w:rPr>
                <w:b/>
              </w:rPr>
              <w:t>STEP 1 — WHAT DO THEY WANT?</w:t>
            </w:r>
          </w:p>
          <w:p w14:paraId="41436790" w14:textId="77777777" w:rsidR="00BE3968" w:rsidRDefault="00CA6E70">
            <w:pPr>
              <w:pStyle w:val="CMRBodySmall"/>
              <w:spacing w:after="80"/>
            </w:pPr>
            <w:r>
              <w:t>I need to find: _________________________________________________________</w:t>
            </w:r>
          </w:p>
          <w:p w14:paraId="51E8D614" w14:textId="77777777" w:rsidR="00BE3968" w:rsidRDefault="00CA6E70">
            <w:pPr>
              <w:pStyle w:val="CMRBodySmall"/>
              <w:spacing w:after="40"/>
            </w:pPr>
            <w:r>
              <w:rPr>
                <w:b/>
              </w:rPr>
              <w:t>STEP 2 — WHAT DO I KNOW?</w:t>
            </w:r>
          </w:p>
          <w:p w14:paraId="6C69A424" w14:textId="77777777" w:rsidR="00BE3968" w:rsidRDefault="00CA6E70">
            <w:pPr>
              <w:pStyle w:val="CMRBodySmall"/>
              <w:spacing w:after="40"/>
            </w:pPr>
            <w:r>
              <w:t>Useful facts: __________________________________________________________</w:t>
            </w:r>
          </w:p>
          <w:p w14:paraId="2BCAE1FB" w14:textId="77777777" w:rsidR="00BE3968" w:rsidRDefault="00CA6E70">
            <w:pPr>
              <w:pStyle w:val="CMRBodySmall"/>
            </w:pPr>
            <w:r>
              <w:t>____________________________________________________________________</w:t>
            </w:r>
          </w:p>
          <w:p w14:paraId="214C190D" w14:textId="77777777" w:rsidR="00BE3968" w:rsidRDefault="00CA6E70">
            <w:pPr>
              <w:pStyle w:val="CMRBodySmall"/>
              <w:spacing w:after="40"/>
            </w:pPr>
            <w:r>
              <w:rPr>
                <w:b/>
              </w:rPr>
              <w:t>STEP 3 — HOW DO I FIND IT?</w:t>
            </w:r>
          </w:p>
          <w:p w14:paraId="7F69CA68" w14:textId="77777777" w:rsidR="00BE3968" w:rsidRDefault="00CA6E70">
            <w:pPr>
              <w:pStyle w:val="CMRBodySmall"/>
              <w:spacing w:after="100"/>
            </w:pPr>
            <w:r>
              <w:t>My work: ____________________________________________________________</w:t>
            </w:r>
          </w:p>
          <w:p w14:paraId="1886EAF3" w14:textId="77777777" w:rsidR="00BE3968" w:rsidRDefault="00CA6E70">
            <w:pPr>
              <w:pStyle w:val="CMRBodySmall"/>
              <w:spacing w:after="100"/>
            </w:pPr>
            <w:r>
              <w:t>____________________________________________________________________</w:t>
            </w:r>
          </w:p>
          <w:p w14:paraId="0AF026CD" w14:textId="77777777" w:rsidR="00BE3968" w:rsidRDefault="00CA6E70">
            <w:pPr>
              <w:pStyle w:val="CMRBodySmall"/>
              <w:spacing w:after="100"/>
            </w:pPr>
            <w:r>
              <w:t>____________________________________________________________________</w:t>
            </w:r>
          </w:p>
          <w:p w14:paraId="3A0D34A1" w14:textId="77777777" w:rsidR="00BE3968" w:rsidRDefault="00CA6E70">
            <w:pPr>
              <w:pStyle w:val="CMRBodySmall"/>
              <w:spacing w:after="100"/>
            </w:pPr>
            <w:r>
              <w:t>Answer with units: __________________________________________________</w:t>
            </w:r>
          </w:p>
          <w:p w14:paraId="27A8DA22" w14:textId="77777777" w:rsidR="00BE3968" w:rsidRDefault="00CA6E70">
            <w:pPr>
              <w:pStyle w:val="CMRBodySmall"/>
              <w:spacing w:after="80"/>
            </w:pPr>
            <w:r>
              <w:t>Does the answer make sense? ___________________________________________</w:t>
            </w:r>
          </w:p>
        </w:tc>
      </w:tr>
    </w:tbl>
    <w:p w14:paraId="0AD3F6F4" w14:textId="77777777" w:rsidR="00BE3968" w:rsidRDefault="00BE3968">
      <w:pPr>
        <w:pStyle w:val="CMRBodySmall"/>
        <w:spacing w:after="40"/>
      </w:pPr>
    </w:p>
    <w:tbl>
      <w:tblPr>
        <w:tblW w:w="0" w:type="auto"/>
        <w:tblLayout w:type="fixed"/>
        <w:tblLook w:val="04A0" w:firstRow="1" w:lastRow="0" w:firstColumn="1" w:lastColumn="0" w:noHBand="0" w:noVBand="1"/>
      </w:tblPr>
      <w:tblGrid>
        <w:gridCol w:w="10036"/>
      </w:tblGrid>
      <w:tr w:rsidR="00BE3968" w14:paraId="4313C869" w14:textId="77777777">
        <w:tc>
          <w:tcPr>
            <w:tcW w:w="10036" w:type="dxa"/>
            <w:tcMar>
              <w:top w:w="70" w:type="dxa"/>
              <w:left w:w="140" w:type="dxa"/>
              <w:bottom w:w="85" w:type="dxa"/>
              <w:right w:w="140" w:type="dxa"/>
            </w:tcMar>
          </w:tcPr>
          <w:p w14:paraId="00B5A7E4" w14:textId="77777777" w:rsidR="00BE3968" w:rsidRDefault="00BE3968"/>
          <w:p w14:paraId="53F6809C" w14:textId="77777777" w:rsidR="00BE3968" w:rsidRDefault="00CA6E70">
            <w:pPr>
              <w:pStyle w:val="CMRBodySmall"/>
            </w:pPr>
            <w:r>
              <w:rPr>
                <w:b/>
              </w:rPr>
              <w:t>PROBLEM S2-240</w:t>
            </w:r>
          </w:p>
          <w:p w14:paraId="32B0D603" w14:textId="77777777" w:rsidR="00BE3968" w:rsidRDefault="00CA6E70">
            <w:r>
              <w:t>A taxi ride costs $15.00 to start plus $8.00 per mile. Felicia’s ride cost $71.00. How many miles long was the ride?</w:t>
            </w:r>
          </w:p>
          <w:p w14:paraId="450F0143" w14:textId="77777777" w:rsidR="00BE3968" w:rsidRDefault="00CA6E70">
            <w:pPr>
              <w:pStyle w:val="CMRBodySmall"/>
              <w:spacing w:after="40"/>
            </w:pPr>
            <w:r>
              <w:rPr>
                <w:b/>
              </w:rPr>
              <w:t>STEP 1 — WHAT DO THEY WANT?</w:t>
            </w:r>
          </w:p>
          <w:p w14:paraId="6BB04ED0" w14:textId="77777777" w:rsidR="00BE3968" w:rsidRDefault="00CA6E70">
            <w:pPr>
              <w:pStyle w:val="CMRBodySmall"/>
              <w:spacing w:after="80"/>
            </w:pPr>
            <w:r>
              <w:t>I need to find: _________________________________________________________</w:t>
            </w:r>
          </w:p>
          <w:p w14:paraId="65CC7BD8" w14:textId="77777777" w:rsidR="00BE3968" w:rsidRDefault="00CA6E70">
            <w:pPr>
              <w:pStyle w:val="CMRBodySmall"/>
              <w:spacing w:after="40"/>
            </w:pPr>
            <w:r>
              <w:rPr>
                <w:b/>
              </w:rPr>
              <w:t>STEP 2 — WHAT DO I KNOW?</w:t>
            </w:r>
          </w:p>
          <w:p w14:paraId="70B7F817" w14:textId="77777777" w:rsidR="00BE3968" w:rsidRDefault="00CA6E70">
            <w:pPr>
              <w:pStyle w:val="CMRBodySmall"/>
              <w:spacing w:after="40"/>
            </w:pPr>
            <w:r>
              <w:t>Useful facts: __________________________________________________________</w:t>
            </w:r>
          </w:p>
          <w:p w14:paraId="5CB57667" w14:textId="77777777" w:rsidR="00BE3968" w:rsidRDefault="00CA6E70">
            <w:pPr>
              <w:pStyle w:val="CMRBodySmall"/>
            </w:pPr>
            <w:r>
              <w:t>____________________________________________________________________</w:t>
            </w:r>
          </w:p>
          <w:p w14:paraId="388C248F" w14:textId="77777777" w:rsidR="00BE3968" w:rsidRDefault="00CA6E70">
            <w:pPr>
              <w:pStyle w:val="CMRBodySmall"/>
              <w:spacing w:after="40"/>
            </w:pPr>
            <w:r>
              <w:rPr>
                <w:b/>
              </w:rPr>
              <w:t>STEP 3 — HOW DO I FIND IT?</w:t>
            </w:r>
          </w:p>
          <w:p w14:paraId="7363654D" w14:textId="77777777" w:rsidR="00BE3968" w:rsidRDefault="00CA6E70">
            <w:pPr>
              <w:pStyle w:val="CMRBodySmall"/>
              <w:spacing w:after="100"/>
            </w:pPr>
            <w:r>
              <w:t>My work: ____________________________________________________________</w:t>
            </w:r>
          </w:p>
          <w:p w14:paraId="473235A1" w14:textId="77777777" w:rsidR="00BE3968" w:rsidRDefault="00CA6E70">
            <w:pPr>
              <w:pStyle w:val="CMRBodySmall"/>
              <w:spacing w:after="100"/>
            </w:pPr>
            <w:r>
              <w:t>____________________________________________________________________</w:t>
            </w:r>
          </w:p>
          <w:p w14:paraId="6C4048AA" w14:textId="77777777" w:rsidR="00BE3968" w:rsidRDefault="00CA6E70">
            <w:pPr>
              <w:pStyle w:val="CMRBodySmall"/>
              <w:spacing w:after="100"/>
            </w:pPr>
            <w:r>
              <w:t>____________________________________________________________________</w:t>
            </w:r>
          </w:p>
          <w:p w14:paraId="7930802A" w14:textId="77777777" w:rsidR="00BE3968" w:rsidRDefault="00CA6E70">
            <w:pPr>
              <w:pStyle w:val="CMRBodySmall"/>
              <w:spacing w:after="100"/>
            </w:pPr>
            <w:r>
              <w:t>Answer with units: __________________________________________________</w:t>
            </w:r>
          </w:p>
          <w:p w14:paraId="54B1C65D" w14:textId="77777777" w:rsidR="00BE3968" w:rsidRDefault="00CA6E70">
            <w:pPr>
              <w:pStyle w:val="CMRBodySmall"/>
              <w:spacing w:after="80"/>
            </w:pPr>
            <w:r>
              <w:t>Does the answer make sense? ___________________________________________</w:t>
            </w:r>
          </w:p>
        </w:tc>
      </w:tr>
    </w:tbl>
    <w:p w14:paraId="68FC29D3" w14:textId="77777777" w:rsidR="00BE3968" w:rsidRDefault="00CA6E70">
      <w:r>
        <w:br w:type="page"/>
      </w:r>
    </w:p>
    <w:p w14:paraId="2CDD8102" w14:textId="77777777" w:rsidR="00BE3968" w:rsidRDefault="00CA6E70">
      <w:pPr>
        <w:pStyle w:val="CMRPageTitle"/>
      </w:pPr>
      <w:r>
        <w:rPr>
          <w:b w:val="0"/>
        </w:rPr>
        <w:t>Putting it all together</w:t>
      </w:r>
    </w:p>
    <w:p w14:paraId="48AAFF25" w14:textId="77777777" w:rsidR="00BE3968" w:rsidRDefault="00CA6E70">
      <w:pPr>
        <w:pStyle w:val="CMRSectionLabel"/>
      </w:pPr>
      <w:r>
        <w:rPr>
          <w:b w:val="0"/>
        </w:rPr>
        <w:t>MIXED REVIEW  •  PAGE 1 OF 12</w:t>
      </w:r>
    </w:p>
    <w:p w14:paraId="630B0AFA"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66DC460B" w14:textId="77777777">
        <w:tc>
          <w:tcPr>
            <w:tcW w:w="10036" w:type="dxa"/>
            <w:shd w:val="clear" w:color="auto" w:fill="F5F8F9"/>
            <w:tcMar>
              <w:top w:w="70" w:type="dxa"/>
              <w:left w:w="140" w:type="dxa"/>
              <w:bottom w:w="85" w:type="dxa"/>
              <w:right w:w="140" w:type="dxa"/>
            </w:tcMar>
          </w:tcPr>
          <w:p w14:paraId="39B0FF2C" w14:textId="77777777" w:rsidR="00BE3968" w:rsidRDefault="00BE3968"/>
          <w:p w14:paraId="563A1978" w14:textId="77777777" w:rsidR="00BE3968" w:rsidRDefault="00CA6E70">
            <w:pPr>
              <w:pStyle w:val="CMRBodySmall"/>
            </w:pPr>
            <w:r>
              <w:rPr>
                <w:b/>
              </w:rPr>
              <w:t>PROBLEM R-001</w:t>
            </w:r>
          </w:p>
          <w:p w14:paraId="0DEFEC4F" w14:textId="77777777" w:rsidR="00BE3968" w:rsidRDefault="00CA6E70">
            <w:r>
              <w:t>Maria picks up 5 days of temporary work at $16.00 per hour, 6 hours each day. Parking at the job site is free. How much does Maria earn before taxes?</w:t>
            </w:r>
          </w:p>
          <w:p w14:paraId="484952C3" w14:textId="77777777" w:rsidR="00BE3968" w:rsidRDefault="00CA6E70">
            <w:pPr>
              <w:pStyle w:val="CMRBodySmall"/>
              <w:spacing w:after="40"/>
            </w:pPr>
            <w:r>
              <w:rPr>
                <w:b/>
              </w:rPr>
              <w:t>STEP 1 — WHAT DO THEY WANT?</w:t>
            </w:r>
          </w:p>
          <w:p w14:paraId="3FF8E84B" w14:textId="77777777" w:rsidR="00BE3968" w:rsidRDefault="00CA6E70">
            <w:pPr>
              <w:pStyle w:val="CMRBodySmall"/>
              <w:spacing w:after="80"/>
            </w:pPr>
            <w:r>
              <w:t>I need to find: _________________________________________________________</w:t>
            </w:r>
          </w:p>
          <w:p w14:paraId="4AF45CD6" w14:textId="77777777" w:rsidR="00BE3968" w:rsidRDefault="00CA6E70">
            <w:pPr>
              <w:pStyle w:val="CMRBodySmall"/>
              <w:spacing w:after="40"/>
            </w:pPr>
            <w:r>
              <w:rPr>
                <w:b/>
              </w:rPr>
              <w:t>STEP 2 — WHAT DO I KNOW?</w:t>
            </w:r>
          </w:p>
          <w:p w14:paraId="1B9A648C" w14:textId="77777777" w:rsidR="00BE3968" w:rsidRDefault="00CA6E70">
            <w:pPr>
              <w:pStyle w:val="CMRBodySmall"/>
              <w:spacing w:after="40"/>
            </w:pPr>
            <w:r>
              <w:t>Useful facts: __________________________________________________________</w:t>
            </w:r>
          </w:p>
          <w:p w14:paraId="0D100A6E" w14:textId="77777777" w:rsidR="00BE3968" w:rsidRDefault="00CA6E70">
            <w:pPr>
              <w:pStyle w:val="CMRBodySmall"/>
            </w:pPr>
            <w:r>
              <w:t>____________________________________________________________________</w:t>
            </w:r>
          </w:p>
          <w:p w14:paraId="3B6CE0F3" w14:textId="77777777" w:rsidR="00BE3968" w:rsidRDefault="00CA6E70">
            <w:pPr>
              <w:pStyle w:val="CMRBodySmall"/>
              <w:spacing w:after="40"/>
            </w:pPr>
            <w:r>
              <w:rPr>
                <w:b/>
              </w:rPr>
              <w:t>STEP 3 — HOW DO I FIND IT?</w:t>
            </w:r>
          </w:p>
          <w:p w14:paraId="5AFE8C96" w14:textId="77777777" w:rsidR="00BE3968" w:rsidRDefault="00CA6E70">
            <w:pPr>
              <w:pStyle w:val="CMRBodySmall"/>
              <w:spacing w:after="100"/>
            </w:pPr>
            <w:r>
              <w:t>My work: ____________________________________________________________</w:t>
            </w:r>
          </w:p>
          <w:p w14:paraId="72644D2D" w14:textId="77777777" w:rsidR="00BE3968" w:rsidRDefault="00CA6E70">
            <w:pPr>
              <w:pStyle w:val="CMRBodySmall"/>
              <w:spacing w:after="100"/>
            </w:pPr>
            <w:r>
              <w:t>____________________________________________________________________</w:t>
            </w:r>
          </w:p>
          <w:p w14:paraId="0CF1ACC4" w14:textId="77777777" w:rsidR="00BE3968" w:rsidRDefault="00CA6E70">
            <w:pPr>
              <w:pStyle w:val="CMRBodySmall"/>
              <w:spacing w:after="100"/>
            </w:pPr>
            <w:r>
              <w:t>____________________________________________________________________</w:t>
            </w:r>
          </w:p>
          <w:p w14:paraId="2E7D8098" w14:textId="77777777" w:rsidR="00BE3968" w:rsidRDefault="00CA6E70">
            <w:pPr>
              <w:pStyle w:val="CMRBodySmall"/>
              <w:spacing w:after="100"/>
            </w:pPr>
            <w:r>
              <w:t>Answer with units: __________________________________________________</w:t>
            </w:r>
          </w:p>
          <w:p w14:paraId="1FBB1333" w14:textId="77777777" w:rsidR="00BE3968" w:rsidRDefault="00CA6E70">
            <w:pPr>
              <w:pStyle w:val="CMRBodySmall"/>
              <w:spacing w:after="80"/>
            </w:pPr>
            <w:r>
              <w:t>Does the answer make sense? ___________________________________________</w:t>
            </w:r>
          </w:p>
        </w:tc>
      </w:tr>
    </w:tbl>
    <w:p w14:paraId="2B780EE1"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579CA9BF" w14:textId="77777777">
        <w:tc>
          <w:tcPr>
            <w:tcW w:w="10036" w:type="dxa"/>
            <w:tcMar>
              <w:top w:w="70" w:type="dxa"/>
              <w:left w:w="140" w:type="dxa"/>
              <w:bottom w:w="85" w:type="dxa"/>
              <w:right w:w="140" w:type="dxa"/>
            </w:tcMar>
          </w:tcPr>
          <w:p w14:paraId="37DFA362" w14:textId="77777777" w:rsidR="00BE3968" w:rsidRDefault="00BE3968"/>
          <w:p w14:paraId="198BB1AF" w14:textId="77777777" w:rsidR="00BE3968" w:rsidRDefault="00CA6E70">
            <w:pPr>
              <w:pStyle w:val="CMRBodySmall"/>
            </w:pPr>
            <w:r>
              <w:rPr>
                <w:b/>
              </w:rPr>
              <w:t>PROBLEM R-002</w:t>
            </w:r>
          </w:p>
          <w:p w14:paraId="1F2C3A34" w14:textId="77777777" w:rsidR="00BE3968" w:rsidRDefault="00CA6E70">
            <w:r>
              <w:t>A community center is repainting 310 square feet of wall with two coats. A can covers 125 square feet. Volunteers will bring their own brushes. How many cans should be purchased?</w:t>
            </w:r>
          </w:p>
          <w:p w14:paraId="7EC19622" w14:textId="77777777" w:rsidR="00BE3968" w:rsidRDefault="00CA6E70">
            <w:pPr>
              <w:pStyle w:val="CMRBodySmall"/>
              <w:spacing w:after="40"/>
            </w:pPr>
            <w:r>
              <w:rPr>
                <w:b/>
              </w:rPr>
              <w:t>STEP 1 — WHAT DO THEY WANT?</w:t>
            </w:r>
          </w:p>
          <w:p w14:paraId="63A98DDC" w14:textId="77777777" w:rsidR="00BE3968" w:rsidRDefault="00CA6E70">
            <w:pPr>
              <w:pStyle w:val="CMRBodySmall"/>
              <w:spacing w:after="80"/>
            </w:pPr>
            <w:r>
              <w:t>I need to find: _________________________________________________________</w:t>
            </w:r>
          </w:p>
          <w:p w14:paraId="7AB42655" w14:textId="77777777" w:rsidR="00BE3968" w:rsidRDefault="00CA6E70">
            <w:pPr>
              <w:pStyle w:val="CMRBodySmall"/>
              <w:spacing w:after="40"/>
            </w:pPr>
            <w:r>
              <w:rPr>
                <w:b/>
              </w:rPr>
              <w:t>STEP 2 — WHAT DO I KNOW?</w:t>
            </w:r>
          </w:p>
          <w:p w14:paraId="6C2F7CEB" w14:textId="77777777" w:rsidR="00BE3968" w:rsidRDefault="00CA6E70">
            <w:pPr>
              <w:pStyle w:val="CMRBodySmall"/>
              <w:spacing w:after="40"/>
            </w:pPr>
            <w:r>
              <w:t>Useful facts: __________________________________________________________</w:t>
            </w:r>
          </w:p>
          <w:p w14:paraId="74D82EE4" w14:textId="77777777" w:rsidR="00BE3968" w:rsidRDefault="00CA6E70">
            <w:pPr>
              <w:pStyle w:val="CMRBodySmall"/>
            </w:pPr>
            <w:r>
              <w:t>____________________________________________________________________</w:t>
            </w:r>
          </w:p>
          <w:p w14:paraId="248BD3D8" w14:textId="77777777" w:rsidR="00BE3968" w:rsidRDefault="00CA6E70">
            <w:pPr>
              <w:pStyle w:val="CMRBodySmall"/>
              <w:spacing w:after="40"/>
            </w:pPr>
            <w:r>
              <w:rPr>
                <w:b/>
              </w:rPr>
              <w:t>STEP 3 — HOW DO I FIND IT?</w:t>
            </w:r>
          </w:p>
          <w:p w14:paraId="234AD86B" w14:textId="77777777" w:rsidR="00BE3968" w:rsidRDefault="00CA6E70">
            <w:pPr>
              <w:pStyle w:val="CMRBodySmall"/>
              <w:spacing w:after="100"/>
            </w:pPr>
            <w:r>
              <w:t>My work: ____________________________________________________________</w:t>
            </w:r>
          </w:p>
          <w:p w14:paraId="095D3746" w14:textId="77777777" w:rsidR="00BE3968" w:rsidRDefault="00CA6E70">
            <w:pPr>
              <w:pStyle w:val="CMRBodySmall"/>
              <w:spacing w:after="100"/>
            </w:pPr>
            <w:r>
              <w:t>____________________________________________________________________</w:t>
            </w:r>
          </w:p>
          <w:p w14:paraId="581E26F6" w14:textId="77777777" w:rsidR="00BE3968" w:rsidRDefault="00CA6E70">
            <w:pPr>
              <w:pStyle w:val="CMRBodySmall"/>
              <w:spacing w:after="100"/>
            </w:pPr>
            <w:r>
              <w:t>____________________________________________________________________</w:t>
            </w:r>
          </w:p>
          <w:p w14:paraId="17C97D7E" w14:textId="77777777" w:rsidR="00BE3968" w:rsidRDefault="00CA6E70">
            <w:pPr>
              <w:pStyle w:val="CMRBodySmall"/>
              <w:spacing w:after="100"/>
            </w:pPr>
            <w:r>
              <w:t>Answer with units: __________________________________________________</w:t>
            </w:r>
          </w:p>
          <w:p w14:paraId="27E00140" w14:textId="77777777" w:rsidR="00BE3968" w:rsidRDefault="00CA6E70">
            <w:pPr>
              <w:pStyle w:val="CMRBodySmall"/>
              <w:spacing w:after="80"/>
            </w:pPr>
            <w:r>
              <w:t>Does the answer make sense? ___________________________________________</w:t>
            </w:r>
          </w:p>
        </w:tc>
      </w:tr>
    </w:tbl>
    <w:p w14:paraId="3028F8C0" w14:textId="77777777" w:rsidR="00BE3968" w:rsidRDefault="00CA6E70">
      <w:r>
        <w:br w:type="page"/>
      </w:r>
    </w:p>
    <w:p w14:paraId="2EDBBAF6" w14:textId="77777777" w:rsidR="00BE3968" w:rsidRDefault="00CA6E70">
      <w:pPr>
        <w:pStyle w:val="CMRPageTitle"/>
      </w:pPr>
      <w:r>
        <w:rPr>
          <w:b w:val="0"/>
        </w:rPr>
        <w:t>Putting it all together</w:t>
      </w:r>
    </w:p>
    <w:p w14:paraId="3EA047B5" w14:textId="77777777" w:rsidR="00BE3968" w:rsidRDefault="00CA6E70">
      <w:pPr>
        <w:pStyle w:val="CMRSectionLabel"/>
      </w:pPr>
      <w:r>
        <w:rPr>
          <w:b w:val="0"/>
        </w:rPr>
        <w:t>MIXED REVIEW  •  PAGE 2 OF 12</w:t>
      </w:r>
    </w:p>
    <w:p w14:paraId="25EBCA84"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7D1822C1" w14:textId="77777777">
        <w:tc>
          <w:tcPr>
            <w:tcW w:w="10036" w:type="dxa"/>
            <w:shd w:val="clear" w:color="auto" w:fill="F5F8F9"/>
            <w:tcMar>
              <w:top w:w="70" w:type="dxa"/>
              <w:left w:w="140" w:type="dxa"/>
              <w:bottom w:w="85" w:type="dxa"/>
              <w:right w:w="140" w:type="dxa"/>
            </w:tcMar>
          </w:tcPr>
          <w:p w14:paraId="61C4E2AC" w14:textId="77777777" w:rsidR="00BE3968" w:rsidRDefault="00BE3968"/>
          <w:p w14:paraId="5938CD94" w14:textId="77777777" w:rsidR="00BE3968" w:rsidRDefault="00CA6E70">
            <w:pPr>
              <w:pStyle w:val="CMRBodySmall"/>
            </w:pPr>
            <w:r>
              <w:rPr>
                <w:b/>
              </w:rPr>
              <w:t>PROBLEM R-003</w:t>
            </w:r>
          </w:p>
          <w:p w14:paraId="73339296" w14:textId="77777777" w:rsidR="00BE3968" w:rsidRDefault="00CA6E70">
            <w:r>
              <w:t>Tanya keeps a $140.00 emergency fund. This month Tanya used $18.00 for a bus pass and $24.00 for a prescription. Tanya’s sister spent $11.00 from her own wallet on the same trip. How much is left in Tanya’s emergency fund?</w:t>
            </w:r>
          </w:p>
          <w:p w14:paraId="1C8B6CF2" w14:textId="77777777" w:rsidR="00BE3968" w:rsidRDefault="00CA6E70">
            <w:pPr>
              <w:pStyle w:val="CMRBodySmall"/>
              <w:spacing w:after="40"/>
            </w:pPr>
            <w:r>
              <w:rPr>
                <w:b/>
              </w:rPr>
              <w:t>STEP 1 — WHAT DO THEY WANT?</w:t>
            </w:r>
          </w:p>
          <w:p w14:paraId="2BDF3B7C" w14:textId="77777777" w:rsidR="00BE3968" w:rsidRDefault="00CA6E70">
            <w:pPr>
              <w:pStyle w:val="CMRBodySmall"/>
              <w:spacing w:after="80"/>
            </w:pPr>
            <w:r>
              <w:t>I need to find: _________________________________________________________</w:t>
            </w:r>
          </w:p>
          <w:p w14:paraId="2DF9C709" w14:textId="77777777" w:rsidR="00BE3968" w:rsidRDefault="00CA6E70">
            <w:pPr>
              <w:pStyle w:val="CMRBodySmall"/>
              <w:spacing w:after="40"/>
            </w:pPr>
            <w:r>
              <w:rPr>
                <w:b/>
              </w:rPr>
              <w:t>STEP 2 — WHAT DO I KNOW?</w:t>
            </w:r>
          </w:p>
          <w:p w14:paraId="62556694" w14:textId="77777777" w:rsidR="00BE3968" w:rsidRDefault="00CA6E70">
            <w:pPr>
              <w:pStyle w:val="CMRBodySmall"/>
              <w:spacing w:after="40"/>
            </w:pPr>
            <w:r>
              <w:t>Useful facts: __________________________________________________________</w:t>
            </w:r>
          </w:p>
          <w:p w14:paraId="014D3275" w14:textId="77777777" w:rsidR="00BE3968" w:rsidRDefault="00CA6E70">
            <w:pPr>
              <w:pStyle w:val="CMRBodySmall"/>
            </w:pPr>
            <w:r>
              <w:t>____________________________________________________________________</w:t>
            </w:r>
          </w:p>
          <w:p w14:paraId="09955B32" w14:textId="77777777" w:rsidR="00BE3968" w:rsidRDefault="00CA6E70">
            <w:pPr>
              <w:pStyle w:val="CMRBodySmall"/>
              <w:spacing w:after="40"/>
            </w:pPr>
            <w:r>
              <w:rPr>
                <w:b/>
              </w:rPr>
              <w:t>STEP 3 — HOW DO I FIND IT?</w:t>
            </w:r>
          </w:p>
          <w:p w14:paraId="41D8327B" w14:textId="77777777" w:rsidR="00BE3968" w:rsidRDefault="00CA6E70">
            <w:pPr>
              <w:pStyle w:val="CMRBodySmall"/>
              <w:spacing w:after="100"/>
            </w:pPr>
            <w:r>
              <w:t>My work: ____________________________________________________________</w:t>
            </w:r>
          </w:p>
          <w:p w14:paraId="1E156932" w14:textId="77777777" w:rsidR="00BE3968" w:rsidRDefault="00CA6E70">
            <w:pPr>
              <w:pStyle w:val="CMRBodySmall"/>
              <w:spacing w:after="100"/>
            </w:pPr>
            <w:r>
              <w:t>____________________________________________________________________</w:t>
            </w:r>
          </w:p>
          <w:p w14:paraId="3671707E" w14:textId="77777777" w:rsidR="00BE3968" w:rsidRDefault="00CA6E70">
            <w:pPr>
              <w:pStyle w:val="CMRBodySmall"/>
              <w:spacing w:after="100"/>
            </w:pPr>
            <w:r>
              <w:t>____________________________________________________________________</w:t>
            </w:r>
          </w:p>
          <w:p w14:paraId="38F556A2" w14:textId="77777777" w:rsidR="00BE3968" w:rsidRDefault="00CA6E70">
            <w:pPr>
              <w:pStyle w:val="CMRBodySmall"/>
              <w:spacing w:after="100"/>
            </w:pPr>
            <w:r>
              <w:t>Answer with units: __________________________________________________</w:t>
            </w:r>
          </w:p>
          <w:p w14:paraId="37095BEB" w14:textId="77777777" w:rsidR="00BE3968" w:rsidRDefault="00CA6E70">
            <w:pPr>
              <w:pStyle w:val="CMRBodySmall"/>
              <w:spacing w:after="80"/>
            </w:pPr>
            <w:r>
              <w:t>Does the answer make sense? ___________________________________________</w:t>
            </w:r>
          </w:p>
        </w:tc>
      </w:tr>
    </w:tbl>
    <w:p w14:paraId="21FA44E5"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5E4B45D2" w14:textId="77777777">
        <w:tc>
          <w:tcPr>
            <w:tcW w:w="10036" w:type="dxa"/>
            <w:tcMar>
              <w:top w:w="70" w:type="dxa"/>
              <w:left w:w="140" w:type="dxa"/>
              <w:bottom w:w="85" w:type="dxa"/>
              <w:right w:w="140" w:type="dxa"/>
            </w:tcMar>
          </w:tcPr>
          <w:p w14:paraId="1931C58F" w14:textId="77777777" w:rsidR="00BE3968" w:rsidRDefault="00BE3968"/>
          <w:p w14:paraId="2574B38D" w14:textId="77777777" w:rsidR="00BE3968" w:rsidRDefault="00CA6E70">
            <w:pPr>
              <w:pStyle w:val="CMRBodySmall"/>
            </w:pPr>
            <w:r>
              <w:rPr>
                <w:b/>
              </w:rPr>
              <w:t>PROBLEM R-004</w:t>
            </w:r>
          </w:p>
          <w:p w14:paraId="0918EF55" w14:textId="77777777" w:rsidR="00BE3968" w:rsidRDefault="00CA6E70">
            <w:r>
              <w:t>Luis’s cart has a $30.00 fan and a $20.00 extension cord. Sales tax is 6%. A sign says the store will be closed on Sunday. How much will Luis pay in all, including tax?</w:t>
            </w:r>
          </w:p>
          <w:p w14:paraId="1CA251D1" w14:textId="77777777" w:rsidR="00BE3968" w:rsidRDefault="00CA6E70">
            <w:pPr>
              <w:pStyle w:val="CMRBodySmall"/>
              <w:spacing w:after="40"/>
            </w:pPr>
            <w:r>
              <w:rPr>
                <w:b/>
              </w:rPr>
              <w:t>STEP 1 — WHAT DO THEY WANT?</w:t>
            </w:r>
          </w:p>
          <w:p w14:paraId="1A2992C6" w14:textId="77777777" w:rsidR="00BE3968" w:rsidRDefault="00CA6E70">
            <w:pPr>
              <w:pStyle w:val="CMRBodySmall"/>
              <w:spacing w:after="80"/>
            </w:pPr>
            <w:r>
              <w:t>I need to find: _________________________________________________________</w:t>
            </w:r>
          </w:p>
          <w:p w14:paraId="47F07339" w14:textId="77777777" w:rsidR="00BE3968" w:rsidRDefault="00CA6E70">
            <w:pPr>
              <w:pStyle w:val="CMRBodySmall"/>
              <w:spacing w:after="40"/>
            </w:pPr>
            <w:r>
              <w:rPr>
                <w:b/>
              </w:rPr>
              <w:t>STEP 2 — WHAT DO I KNOW?</w:t>
            </w:r>
          </w:p>
          <w:p w14:paraId="6E811B82" w14:textId="77777777" w:rsidR="00BE3968" w:rsidRDefault="00CA6E70">
            <w:pPr>
              <w:pStyle w:val="CMRBodySmall"/>
              <w:spacing w:after="40"/>
            </w:pPr>
            <w:r>
              <w:t>Useful facts: __________________________________________________________</w:t>
            </w:r>
          </w:p>
          <w:p w14:paraId="6A094734" w14:textId="77777777" w:rsidR="00BE3968" w:rsidRDefault="00CA6E70">
            <w:pPr>
              <w:pStyle w:val="CMRBodySmall"/>
            </w:pPr>
            <w:r>
              <w:t>____________________________________________________________________</w:t>
            </w:r>
          </w:p>
          <w:p w14:paraId="00FD9533" w14:textId="77777777" w:rsidR="00BE3968" w:rsidRDefault="00CA6E70">
            <w:pPr>
              <w:pStyle w:val="CMRBodySmall"/>
              <w:spacing w:after="40"/>
            </w:pPr>
            <w:r>
              <w:rPr>
                <w:b/>
              </w:rPr>
              <w:t>STEP 3 — HOW DO I FIND IT?</w:t>
            </w:r>
          </w:p>
          <w:p w14:paraId="1B5169F2" w14:textId="77777777" w:rsidR="00BE3968" w:rsidRDefault="00CA6E70">
            <w:pPr>
              <w:pStyle w:val="CMRBodySmall"/>
              <w:spacing w:after="100"/>
            </w:pPr>
            <w:r>
              <w:t>My work: ____________________________________________________________</w:t>
            </w:r>
          </w:p>
          <w:p w14:paraId="1D5A2709" w14:textId="77777777" w:rsidR="00BE3968" w:rsidRDefault="00CA6E70">
            <w:pPr>
              <w:pStyle w:val="CMRBodySmall"/>
              <w:spacing w:after="100"/>
            </w:pPr>
            <w:r>
              <w:t>____________________________________________________________________</w:t>
            </w:r>
          </w:p>
          <w:p w14:paraId="26983324" w14:textId="77777777" w:rsidR="00BE3968" w:rsidRDefault="00CA6E70">
            <w:pPr>
              <w:pStyle w:val="CMRBodySmall"/>
              <w:spacing w:after="100"/>
            </w:pPr>
            <w:r>
              <w:t>____________________________________________________________________</w:t>
            </w:r>
          </w:p>
          <w:p w14:paraId="37EEA403" w14:textId="77777777" w:rsidR="00BE3968" w:rsidRDefault="00CA6E70">
            <w:pPr>
              <w:pStyle w:val="CMRBodySmall"/>
              <w:spacing w:after="100"/>
            </w:pPr>
            <w:r>
              <w:t>Answer with units: __________________________________________________</w:t>
            </w:r>
          </w:p>
          <w:p w14:paraId="5916E490" w14:textId="77777777" w:rsidR="00BE3968" w:rsidRDefault="00CA6E70">
            <w:pPr>
              <w:pStyle w:val="CMRBodySmall"/>
              <w:spacing w:after="80"/>
            </w:pPr>
            <w:r>
              <w:t>Does the answer make sense? ___________________________________________</w:t>
            </w:r>
          </w:p>
        </w:tc>
      </w:tr>
    </w:tbl>
    <w:p w14:paraId="08C27D82" w14:textId="77777777" w:rsidR="00BE3968" w:rsidRDefault="00CA6E70">
      <w:r>
        <w:br w:type="page"/>
      </w:r>
    </w:p>
    <w:p w14:paraId="28558D24" w14:textId="77777777" w:rsidR="00BE3968" w:rsidRDefault="00CA6E70">
      <w:pPr>
        <w:pStyle w:val="CMRPageTitle"/>
      </w:pPr>
      <w:r>
        <w:rPr>
          <w:b w:val="0"/>
        </w:rPr>
        <w:t>Putting it all together</w:t>
      </w:r>
    </w:p>
    <w:p w14:paraId="7514584B" w14:textId="77777777" w:rsidR="00BE3968" w:rsidRDefault="00CA6E70">
      <w:pPr>
        <w:pStyle w:val="CMRSectionLabel"/>
      </w:pPr>
      <w:r>
        <w:rPr>
          <w:b w:val="0"/>
        </w:rPr>
        <w:t>MIXED REVIEW  •  PAGE 3 OF 12</w:t>
      </w:r>
    </w:p>
    <w:p w14:paraId="288C3A9F"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3882A6E2" w14:textId="77777777">
        <w:tc>
          <w:tcPr>
            <w:tcW w:w="10036" w:type="dxa"/>
            <w:shd w:val="clear" w:color="auto" w:fill="F5F8F9"/>
            <w:tcMar>
              <w:top w:w="70" w:type="dxa"/>
              <w:left w:w="140" w:type="dxa"/>
              <w:bottom w:w="85" w:type="dxa"/>
              <w:right w:w="140" w:type="dxa"/>
            </w:tcMar>
          </w:tcPr>
          <w:p w14:paraId="26B1A587" w14:textId="77777777" w:rsidR="00BE3968" w:rsidRDefault="00BE3968"/>
          <w:p w14:paraId="0827F5A0" w14:textId="77777777" w:rsidR="00BE3968" w:rsidRDefault="00CA6E70">
            <w:pPr>
              <w:pStyle w:val="CMRBodySmall"/>
            </w:pPr>
            <w:r>
              <w:rPr>
                <w:b/>
              </w:rPr>
              <w:t>PROBLEM R-005</w:t>
            </w:r>
          </w:p>
          <w:p w14:paraId="0006BCD7" w14:textId="77777777" w:rsidR="00BE3968" w:rsidRDefault="00CA6E70">
            <w:r>
              <w:t>A library counted visitors at a computer class four times: 14, 9, 12, and 17. Elaine wants the typical (average) attendance. What is it?</w:t>
            </w:r>
          </w:p>
          <w:p w14:paraId="1D87430C" w14:textId="77777777" w:rsidR="00BE3968" w:rsidRDefault="00CA6E70">
            <w:pPr>
              <w:pStyle w:val="CMRBodySmall"/>
              <w:spacing w:after="40"/>
            </w:pPr>
            <w:r>
              <w:rPr>
                <w:b/>
              </w:rPr>
              <w:t>STEP 1 — WHAT DO THEY WANT?</w:t>
            </w:r>
          </w:p>
          <w:p w14:paraId="6923ED03" w14:textId="77777777" w:rsidR="00BE3968" w:rsidRDefault="00CA6E70">
            <w:pPr>
              <w:pStyle w:val="CMRBodySmall"/>
              <w:spacing w:after="80"/>
            </w:pPr>
            <w:r>
              <w:t>I need to find: _________________________________________________________</w:t>
            </w:r>
          </w:p>
          <w:p w14:paraId="224888C6" w14:textId="77777777" w:rsidR="00BE3968" w:rsidRDefault="00CA6E70">
            <w:pPr>
              <w:pStyle w:val="CMRBodySmall"/>
              <w:spacing w:after="40"/>
            </w:pPr>
            <w:r>
              <w:rPr>
                <w:b/>
              </w:rPr>
              <w:t>STEP 2 — WHAT DO I KNOW?</w:t>
            </w:r>
          </w:p>
          <w:p w14:paraId="53B3D0FF" w14:textId="77777777" w:rsidR="00BE3968" w:rsidRDefault="00CA6E70">
            <w:pPr>
              <w:pStyle w:val="CMRBodySmall"/>
              <w:spacing w:after="40"/>
            </w:pPr>
            <w:r>
              <w:t>Useful facts: __________________________________________________________</w:t>
            </w:r>
          </w:p>
          <w:p w14:paraId="3465A1E7" w14:textId="77777777" w:rsidR="00BE3968" w:rsidRDefault="00CA6E70">
            <w:pPr>
              <w:pStyle w:val="CMRBodySmall"/>
            </w:pPr>
            <w:r>
              <w:t>____________________________________________________________________</w:t>
            </w:r>
          </w:p>
          <w:p w14:paraId="3A00D789" w14:textId="77777777" w:rsidR="00BE3968" w:rsidRDefault="00CA6E70">
            <w:pPr>
              <w:pStyle w:val="CMRBodySmall"/>
              <w:spacing w:after="40"/>
            </w:pPr>
            <w:r>
              <w:rPr>
                <w:b/>
              </w:rPr>
              <w:t>STEP 3 — HOW DO I FIND IT?</w:t>
            </w:r>
          </w:p>
          <w:p w14:paraId="4D597A96" w14:textId="77777777" w:rsidR="00BE3968" w:rsidRDefault="00CA6E70">
            <w:pPr>
              <w:pStyle w:val="CMRBodySmall"/>
              <w:spacing w:after="100"/>
            </w:pPr>
            <w:r>
              <w:t>My work: ____________________________________________________________</w:t>
            </w:r>
          </w:p>
          <w:p w14:paraId="7CC0A1D5" w14:textId="77777777" w:rsidR="00BE3968" w:rsidRDefault="00CA6E70">
            <w:pPr>
              <w:pStyle w:val="CMRBodySmall"/>
              <w:spacing w:after="100"/>
            </w:pPr>
            <w:r>
              <w:t>____________________________________________________________________</w:t>
            </w:r>
          </w:p>
          <w:p w14:paraId="050D6450" w14:textId="77777777" w:rsidR="00BE3968" w:rsidRDefault="00CA6E70">
            <w:pPr>
              <w:pStyle w:val="CMRBodySmall"/>
              <w:spacing w:after="100"/>
            </w:pPr>
            <w:r>
              <w:t>____________________________________________________________________</w:t>
            </w:r>
          </w:p>
          <w:p w14:paraId="6DCE1552" w14:textId="77777777" w:rsidR="00BE3968" w:rsidRDefault="00CA6E70">
            <w:pPr>
              <w:pStyle w:val="CMRBodySmall"/>
              <w:spacing w:after="100"/>
            </w:pPr>
            <w:r>
              <w:t>Answer with units: __________________________________________________</w:t>
            </w:r>
          </w:p>
          <w:p w14:paraId="1614D6D7" w14:textId="77777777" w:rsidR="00BE3968" w:rsidRDefault="00CA6E70">
            <w:pPr>
              <w:pStyle w:val="CMRBodySmall"/>
              <w:spacing w:after="80"/>
            </w:pPr>
            <w:r>
              <w:t>Does the answer make sense? ___________________________________________</w:t>
            </w:r>
          </w:p>
        </w:tc>
      </w:tr>
    </w:tbl>
    <w:p w14:paraId="07490F76"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4AE175D4" w14:textId="77777777">
        <w:tc>
          <w:tcPr>
            <w:tcW w:w="10036" w:type="dxa"/>
            <w:tcMar>
              <w:top w:w="70" w:type="dxa"/>
              <w:left w:w="140" w:type="dxa"/>
              <w:bottom w:w="85" w:type="dxa"/>
              <w:right w:w="140" w:type="dxa"/>
            </w:tcMar>
          </w:tcPr>
          <w:p w14:paraId="18E2CFCD" w14:textId="77777777" w:rsidR="00BE3968" w:rsidRDefault="00BE3968"/>
          <w:p w14:paraId="504AAC36" w14:textId="77777777" w:rsidR="00BE3968" w:rsidRDefault="00CA6E70">
            <w:pPr>
              <w:pStyle w:val="CMRBodySmall"/>
            </w:pPr>
            <w:r>
              <w:rPr>
                <w:b/>
              </w:rPr>
              <w:t>PROBLEM R-006</w:t>
            </w:r>
          </w:p>
          <w:p w14:paraId="5BBD6B0F" w14:textId="77777777" w:rsidR="00BE3968" w:rsidRDefault="00CA6E70">
            <w:r>
              <w:t>Robert buys school supplies for $8.75 and a snack for $3.50, then pays with a $20.00 bill. The store is open until 9 PM. What is the correct change?</w:t>
            </w:r>
          </w:p>
          <w:p w14:paraId="0CC0F751" w14:textId="77777777" w:rsidR="00BE3968" w:rsidRDefault="00CA6E70">
            <w:pPr>
              <w:pStyle w:val="CMRBodySmall"/>
              <w:spacing w:after="40"/>
            </w:pPr>
            <w:r>
              <w:rPr>
                <w:b/>
              </w:rPr>
              <w:t>STEP 1 — WHAT DO THEY WANT?</w:t>
            </w:r>
          </w:p>
          <w:p w14:paraId="61DCA23C" w14:textId="77777777" w:rsidR="00BE3968" w:rsidRDefault="00CA6E70">
            <w:pPr>
              <w:pStyle w:val="CMRBodySmall"/>
              <w:spacing w:after="80"/>
            </w:pPr>
            <w:r>
              <w:t>I need to find: _________________________________________________________</w:t>
            </w:r>
          </w:p>
          <w:p w14:paraId="6848C065" w14:textId="77777777" w:rsidR="00BE3968" w:rsidRDefault="00CA6E70">
            <w:pPr>
              <w:pStyle w:val="CMRBodySmall"/>
              <w:spacing w:after="40"/>
            </w:pPr>
            <w:r>
              <w:rPr>
                <w:b/>
              </w:rPr>
              <w:t>STEP 2 — WHAT DO I KNOW?</w:t>
            </w:r>
          </w:p>
          <w:p w14:paraId="4A09D269" w14:textId="77777777" w:rsidR="00BE3968" w:rsidRDefault="00CA6E70">
            <w:pPr>
              <w:pStyle w:val="CMRBodySmall"/>
              <w:spacing w:after="40"/>
            </w:pPr>
            <w:r>
              <w:t>Useful facts: __________________________________________________________</w:t>
            </w:r>
          </w:p>
          <w:p w14:paraId="75D9D950" w14:textId="77777777" w:rsidR="00BE3968" w:rsidRDefault="00CA6E70">
            <w:pPr>
              <w:pStyle w:val="CMRBodySmall"/>
            </w:pPr>
            <w:r>
              <w:t>____________________________________________________________________</w:t>
            </w:r>
          </w:p>
          <w:p w14:paraId="4172C3BB" w14:textId="77777777" w:rsidR="00BE3968" w:rsidRDefault="00CA6E70">
            <w:pPr>
              <w:pStyle w:val="CMRBodySmall"/>
              <w:spacing w:after="40"/>
            </w:pPr>
            <w:r>
              <w:rPr>
                <w:b/>
              </w:rPr>
              <w:t>STEP 3 — HOW DO I FIND IT?</w:t>
            </w:r>
          </w:p>
          <w:p w14:paraId="6ACBA589" w14:textId="77777777" w:rsidR="00BE3968" w:rsidRDefault="00CA6E70">
            <w:pPr>
              <w:pStyle w:val="CMRBodySmall"/>
              <w:spacing w:after="100"/>
            </w:pPr>
            <w:r>
              <w:t>My work: ____________________________________________________________</w:t>
            </w:r>
          </w:p>
          <w:p w14:paraId="219A7959" w14:textId="77777777" w:rsidR="00BE3968" w:rsidRDefault="00CA6E70">
            <w:pPr>
              <w:pStyle w:val="CMRBodySmall"/>
              <w:spacing w:after="100"/>
            </w:pPr>
            <w:r>
              <w:t>____________________________________________________________________</w:t>
            </w:r>
          </w:p>
          <w:p w14:paraId="3E2E197C" w14:textId="77777777" w:rsidR="00BE3968" w:rsidRDefault="00CA6E70">
            <w:pPr>
              <w:pStyle w:val="CMRBodySmall"/>
              <w:spacing w:after="100"/>
            </w:pPr>
            <w:r>
              <w:t>____________________________________________________________________</w:t>
            </w:r>
          </w:p>
          <w:p w14:paraId="09946ED6" w14:textId="77777777" w:rsidR="00BE3968" w:rsidRDefault="00CA6E70">
            <w:pPr>
              <w:pStyle w:val="CMRBodySmall"/>
              <w:spacing w:after="100"/>
            </w:pPr>
            <w:r>
              <w:t>Answer with units: __________________________________________________</w:t>
            </w:r>
          </w:p>
          <w:p w14:paraId="1E6CB17B" w14:textId="77777777" w:rsidR="00BE3968" w:rsidRDefault="00CA6E70">
            <w:pPr>
              <w:pStyle w:val="CMRBodySmall"/>
              <w:spacing w:after="80"/>
            </w:pPr>
            <w:r>
              <w:t>Does the answer make sense? ___________________________________________</w:t>
            </w:r>
          </w:p>
        </w:tc>
      </w:tr>
    </w:tbl>
    <w:p w14:paraId="46721E0E" w14:textId="77777777" w:rsidR="00BE3968" w:rsidRDefault="00CA6E70">
      <w:r>
        <w:br w:type="page"/>
      </w:r>
    </w:p>
    <w:p w14:paraId="22F7E956" w14:textId="77777777" w:rsidR="00BE3968" w:rsidRDefault="00CA6E70">
      <w:pPr>
        <w:pStyle w:val="CMRPageTitle"/>
      </w:pPr>
      <w:r>
        <w:rPr>
          <w:b w:val="0"/>
        </w:rPr>
        <w:t>Putting it all together</w:t>
      </w:r>
    </w:p>
    <w:p w14:paraId="1BBF5173" w14:textId="77777777" w:rsidR="00BE3968" w:rsidRDefault="00CA6E70">
      <w:pPr>
        <w:pStyle w:val="CMRSectionLabel"/>
      </w:pPr>
      <w:r>
        <w:rPr>
          <w:b w:val="0"/>
        </w:rPr>
        <w:t>MIXED REVIEW  •  PAGE 4 OF 12</w:t>
      </w:r>
    </w:p>
    <w:p w14:paraId="15A46E04"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126130FA" w14:textId="77777777">
        <w:tc>
          <w:tcPr>
            <w:tcW w:w="10036" w:type="dxa"/>
            <w:shd w:val="clear" w:color="auto" w:fill="F5F8F9"/>
            <w:tcMar>
              <w:top w:w="70" w:type="dxa"/>
              <w:left w:w="140" w:type="dxa"/>
              <w:bottom w:w="85" w:type="dxa"/>
              <w:right w:w="140" w:type="dxa"/>
            </w:tcMar>
          </w:tcPr>
          <w:p w14:paraId="601D3CA2" w14:textId="77777777" w:rsidR="00BE3968" w:rsidRDefault="00BE3968"/>
          <w:p w14:paraId="5CAC00FF" w14:textId="77777777" w:rsidR="00BE3968" w:rsidRDefault="00CA6E70">
            <w:pPr>
              <w:pStyle w:val="CMRBodySmall"/>
            </w:pPr>
            <w:r>
              <w:rPr>
                <w:b/>
              </w:rPr>
              <w:t>PROBLEM R-007</w:t>
            </w:r>
          </w:p>
          <w:p w14:paraId="4DAF10ED" w14:textId="77777777" w:rsidR="00BE3968" w:rsidRDefault="00CA6E70">
            <w:r>
              <w:t>A class of 30 students takes a survey. Of these students, 2/5 say they ride the bus. Nicole needs the count for a report. How many students ride the bus?</w:t>
            </w:r>
          </w:p>
          <w:p w14:paraId="50292937" w14:textId="77777777" w:rsidR="00BE3968" w:rsidRDefault="00CA6E70">
            <w:pPr>
              <w:pStyle w:val="CMRBodySmall"/>
              <w:spacing w:after="40"/>
            </w:pPr>
            <w:r>
              <w:rPr>
                <w:b/>
              </w:rPr>
              <w:t>STEP 1 — WHAT DO THEY WANT?</w:t>
            </w:r>
          </w:p>
          <w:p w14:paraId="561F0A01" w14:textId="77777777" w:rsidR="00BE3968" w:rsidRDefault="00CA6E70">
            <w:pPr>
              <w:pStyle w:val="CMRBodySmall"/>
              <w:spacing w:after="80"/>
            </w:pPr>
            <w:r>
              <w:t>I need to find: _________________________________________________________</w:t>
            </w:r>
          </w:p>
          <w:p w14:paraId="7FCFBF32" w14:textId="77777777" w:rsidR="00BE3968" w:rsidRDefault="00CA6E70">
            <w:pPr>
              <w:pStyle w:val="CMRBodySmall"/>
              <w:spacing w:after="40"/>
            </w:pPr>
            <w:r>
              <w:rPr>
                <w:b/>
              </w:rPr>
              <w:t>STEP 2 — WHAT DO I KNOW?</w:t>
            </w:r>
          </w:p>
          <w:p w14:paraId="5FE6E483" w14:textId="77777777" w:rsidR="00BE3968" w:rsidRDefault="00CA6E70">
            <w:pPr>
              <w:pStyle w:val="CMRBodySmall"/>
              <w:spacing w:after="40"/>
            </w:pPr>
            <w:r>
              <w:t>Useful facts: __________________________________________________________</w:t>
            </w:r>
          </w:p>
          <w:p w14:paraId="37D95F77" w14:textId="77777777" w:rsidR="00BE3968" w:rsidRDefault="00CA6E70">
            <w:pPr>
              <w:pStyle w:val="CMRBodySmall"/>
            </w:pPr>
            <w:r>
              <w:t>____________________________________________________________________</w:t>
            </w:r>
          </w:p>
          <w:p w14:paraId="293024F5" w14:textId="77777777" w:rsidR="00BE3968" w:rsidRDefault="00CA6E70">
            <w:pPr>
              <w:pStyle w:val="CMRBodySmall"/>
              <w:spacing w:after="40"/>
            </w:pPr>
            <w:r>
              <w:rPr>
                <w:b/>
              </w:rPr>
              <w:t>STEP 3 — HOW DO I FIND IT?</w:t>
            </w:r>
          </w:p>
          <w:p w14:paraId="3706A4D8" w14:textId="77777777" w:rsidR="00BE3968" w:rsidRDefault="00CA6E70">
            <w:pPr>
              <w:pStyle w:val="CMRBodySmall"/>
              <w:spacing w:after="100"/>
            </w:pPr>
            <w:r>
              <w:t>My work: ____________________________________________________________</w:t>
            </w:r>
          </w:p>
          <w:p w14:paraId="14EEC425" w14:textId="77777777" w:rsidR="00BE3968" w:rsidRDefault="00CA6E70">
            <w:pPr>
              <w:pStyle w:val="CMRBodySmall"/>
              <w:spacing w:after="100"/>
            </w:pPr>
            <w:r>
              <w:t>____________________________________________________________________</w:t>
            </w:r>
          </w:p>
          <w:p w14:paraId="26E77278" w14:textId="77777777" w:rsidR="00BE3968" w:rsidRDefault="00CA6E70">
            <w:pPr>
              <w:pStyle w:val="CMRBodySmall"/>
              <w:spacing w:after="100"/>
            </w:pPr>
            <w:r>
              <w:t>____________________________________________________________________</w:t>
            </w:r>
          </w:p>
          <w:p w14:paraId="181F33D2" w14:textId="77777777" w:rsidR="00BE3968" w:rsidRDefault="00CA6E70">
            <w:pPr>
              <w:pStyle w:val="CMRBodySmall"/>
              <w:spacing w:after="100"/>
            </w:pPr>
            <w:r>
              <w:t>Answer with units: __________________________________________________</w:t>
            </w:r>
          </w:p>
          <w:p w14:paraId="0013CB0C" w14:textId="77777777" w:rsidR="00BE3968" w:rsidRDefault="00CA6E70">
            <w:pPr>
              <w:pStyle w:val="CMRBodySmall"/>
              <w:spacing w:after="80"/>
            </w:pPr>
            <w:r>
              <w:t>Does the answer make sense? ___________________________________________</w:t>
            </w:r>
          </w:p>
        </w:tc>
      </w:tr>
    </w:tbl>
    <w:p w14:paraId="35A0A157"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36C13E52" w14:textId="77777777">
        <w:tc>
          <w:tcPr>
            <w:tcW w:w="10036" w:type="dxa"/>
            <w:tcMar>
              <w:top w:w="70" w:type="dxa"/>
              <w:left w:w="140" w:type="dxa"/>
              <w:bottom w:w="85" w:type="dxa"/>
              <w:right w:w="140" w:type="dxa"/>
            </w:tcMar>
          </w:tcPr>
          <w:p w14:paraId="6E5A68C7" w14:textId="77777777" w:rsidR="00BE3968" w:rsidRDefault="00BE3968"/>
          <w:p w14:paraId="1D7290AF" w14:textId="77777777" w:rsidR="00BE3968" w:rsidRDefault="00CA6E70">
            <w:pPr>
              <w:pStyle w:val="CMRBodySmall"/>
            </w:pPr>
            <w:r>
              <w:rPr>
                <w:b/>
              </w:rPr>
              <w:t>PROBLEM R-008</w:t>
            </w:r>
          </w:p>
          <w:p w14:paraId="4F253CC0" w14:textId="77777777" w:rsidR="00BE3968" w:rsidRDefault="00CA6E70">
            <w:r>
              <w:t>Andre gets paid $1,450.00 for the month. Out of that, Andre pays $725.00 rent, a $68.00 electric bill, and a $52.00 phone bill. A sale flyer says groceries will cost less next week. How much does Andre have left?</w:t>
            </w:r>
          </w:p>
          <w:p w14:paraId="62986DE9" w14:textId="77777777" w:rsidR="00BE3968" w:rsidRDefault="00CA6E70">
            <w:pPr>
              <w:pStyle w:val="CMRBodySmall"/>
              <w:spacing w:after="40"/>
            </w:pPr>
            <w:r>
              <w:rPr>
                <w:b/>
              </w:rPr>
              <w:t>STEP 1 — WHAT DO THEY WANT?</w:t>
            </w:r>
          </w:p>
          <w:p w14:paraId="0CBD6D86" w14:textId="77777777" w:rsidR="00BE3968" w:rsidRDefault="00CA6E70">
            <w:pPr>
              <w:pStyle w:val="CMRBodySmall"/>
              <w:spacing w:after="80"/>
            </w:pPr>
            <w:r>
              <w:t>I need to find: _________________________________________________________</w:t>
            </w:r>
          </w:p>
          <w:p w14:paraId="5A1F540B" w14:textId="77777777" w:rsidR="00BE3968" w:rsidRDefault="00CA6E70">
            <w:pPr>
              <w:pStyle w:val="CMRBodySmall"/>
              <w:spacing w:after="40"/>
            </w:pPr>
            <w:r>
              <w:rPr>
                <w:b/>
              </w:rPr>
              <w:t>STEP 2 — WHAT DO I KNOW?</w:t>
            </w:r>
          </w:p>
          <w:p w14:paraId="7EE803D5" w14:textId="77777777" w:rsidR="00BE3968" w:rsidRDefault="00CA6E70">
            <w:pPr>
              <w:pStyle w:val="CMRBodySmall"/>
              <w:spacing w:after="40"/>
            </w:pPr>
            <w:r>
              <w:t>Useful facts: __________________________________________________________</w:t>
            </w:r>
          </w:p>
          <w:p w14:paraId="25E7FA6A" w14:textId="77777777" w:rsidR="00BE3968" w:rsidRDefault="00CA6E70">
            <w:pPr>
              <w:pStyle w:val="CMRBodySmall"/>
            </w:pPr>
            <w:r>
              <w:t>____________________________________________________________________</w:t>
            </w:r>
          </w:p>
          <w:p w14:paraId="4F7E8E0C" w14:textId="77777777" w:rsidR="00BE3968" w:rsidRDefault="00CA6E70">
            <w:pPr>
              <w:pStyle w:val="CMRBodySmall"/>
              <w:spacing w:after="40"/>
            </w:pPr>
            <w:r>
              <w:rPr>
                <w:b/>
              </w:rPr>
              <w:t>STEP 3 — HOW DO I FIND IT?</w:t>
            </w:r>
          </w:p>
          <w:p w14:paraId="451C3E85" w14:textId="77777777" w:rsidR="00BE3968" w:rsidRDefault="00CA6E70">
            <w:pPr>
              <w:pStyle w:val="CMRBodySmall"/>
              <w:spacing w:after="100"/>
            </w:pPr>
            <w:r>
              <w:t>My work: ____________________________________________________________</w:t>
            </w:r>
          </w:p>
          <w:p w14:paraId="67975E30" w14:textId="77777777" w:rsidR="00BE3968" w:rsidRDefault="00CA6E70">
            <w:pPr>
              <w:pStyle w:val="CMRBodySmall"/>
              <w:spacing w:after="100"/>
            </w:pPr>
            <w:r>
              <w:t>____________________________________________________________________</w:t>
            </w:r>
          </w:p>
          <w:p w14:paraId="35054A87" w14:textId="77777777" w:rsidR="00BE3968" w:rsidRDefault="00CA6E70">
            <w:pPr>
              <w:pStyle w:val="CMRBodySmall"/>
              <w:spacing w:after="100"/>
            </w:pPr>
            <w:r>
              <w:t>____________________________________________________________________</w:t>
            </w:r>
          </w:p>
          <w:p w14:paraId="2708F6E2" w14:textId="77777777" w:rsidR="00BE3968" w:rsidRDefault="00CA6E70">
            <w:pPr>
              <w:pStyle w:val="CMRBodySmall"/>
              <w:spacing w:after="100"/>
            </w:pPr>
            <w:r>
              <w:t>Answer with units: __________________________________________________</w:t>
            </w:r>
          </w:p>
          <w:p w14:paraId="1DF40DC7" w14:textId="77777777" w:rsidR="00BE3968" w:rsidRDefault="00CA6E70">
            <w:pPr>
              <w:pStyle w:val="CMRBodySmall"/>
              <w:spacing w:after="80"/>
            </w:pPr>
            <w:r>
              <w:t>Does the answer make sense? ___________________________________________</w:t>
            </w:r>
          </w:p>
        </w:tc>
      </w:tr>
    </w:tbl>
    <w:p w14:paraId="2E809E04" w14:textId="77777777" w:rsidR="00BE3968" w:rsidRDefault="00CA6E70">
      <w:r>
        <w:br w:type="page"/>
      </w:r>
    </w:p>
    <w:p w14:paraId="173ACB35" w14:textId="77777777" w:rsidR="00BE3968" w:rsidRDefault="00CA6E70">
      <w:pPr>
        <w:pStyle w:val="CMRPageTitle"/>
      </w:pPr>
      <w:r>
        <w:rPr>
          <w:b w:val="0"/>
        </w:rPr>
        <w:t>Putting it all together</w:t>
      </w:r>
    </w:p>
    <w:p w14:paraId="45927C3B" w14:textId="77777777" w:rsidR="00BE3968" w:rsidRDefault="00CA6E70">
      <w:pPr>
        <w:pStyle w:val="CMRSectionLabel"/>
      </w:pPr>
      <w:r>
        <w:rPr>
          <w:b w:val="0"/>
        </w:rPr>
        <w:t>MIXED REVIEW  •  PAGE 5 OF 12</w:t>
      </w:r>
    </w:p>
    <w:p w14:paraId="1FB4C451"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0E136EF8" w14:textId="77777777">
        <w:tc>
          <w:tcPr>
            <w:tcW w:w="10036" w:type="dxa"/>
            <w:shd w:val="clear" w:color="auto" w:fill="F5F8F9"/>
            <w:tcMar>
              <w:top w:w="70" w:type="dxa"/>
              <w:left w:w="140" w:type="dxa"/>
              <w:bottom w:w="85" w:type="dxa"/>
              <w:right w:w="140" w:type="dxa"/>
            </w:tcMar>
          </w:tcPr>
          <w:p w14:paraId="74DC2BF1" w14:textId="77777777" w:rsidR="00BE3968" w:rsidRDefault="00BE3968"/>
          <w:p w14:paraId="3D8EB88F" w14:textId="77777777" w:rsidR="00BE3968" w:rsidRDefault="00CA6E70">
            <w:pPr>
              <w:pStyle w:val="CMRBodySmall"/>
            </w:pPr>
            <w:r>
              <w:rPr>
                <w:b/>
              </w:rPr>
              <w:t>PROBLEM R-009</w:t>
            </w:r>
          </w:p>
          <w:p w14:paraId="274B111B" w14:textId="77777777" w:rsidR="00BE3968" w:rsidRDefault="00CA6E70">
            <w:r>
              <w:t>Patricia’s receipt lists rice at $12.00, vegetables at $7.00, and eggs at $5.00. A sign by the door advertises reusable bags for $2.00. Patricia did not buy one. What was the receipt total?</w:t>
            </w:r>
          </w:p>
          <w:p w14:paraId="05DBF368" w14:textId="77777777" w:rsidR="00BE3968" w:rsidRDefault="00CA6E70">
            <w:pPr>
              <w:pStyle w:val="CMRBodySmall"/>
              <w:spacing w:after="40"/>
            </w:pPr>
            <w:r>
              <w:rPr>
                <w:b/>
              </w:rPr>
              <w:t>STEP 1 — WHAT DO THEY WANT?</w:t>
            </w:r>
          </w:p>
          <w:p w14:paraId="621591E7" w14:textId="77777777" w:rsidR="00BE3968" w:rsidRDefault="00CA6E70">
            <w:pPr>
              <w:pStyle w:val="CMRBodySmall"/>
              <w:spacing w:after="80"/>
            </w:pPr>
            <w:r>
              <w:t>I need to find: _________________________________________________________</w:t>
            </w:r>
          </w:p>
          <w:p w14:paraId="708B42CD" w14:textId="77777777" w:rsidR="00BE3968" w:rsidRDefault="00CA6E70">
            <w:pPr>
              <w:pStyle w:val="CMRBodySmall"/>
              <w:spacing w:after="40"/>
            </w:pPr>
            <w:r>
              <w:rPr>
                <w:b/>
              </w:rPr>
              <w:t>STEP 2 — WHAT DO I KNOW?</w:t>
            </w:r>
          </w:p>
          <w:p w14:paraId="298EA44A" w14:textId="77777777" w:rsidR="00BE3968" w:rsidRDefault="00CA6E70">
            <w:pPr>
              <w:pStyle w:val="CMRBodySmall"/>
              <w:spacing w:after="40"/>
            </w:pPr>
            <w:r>
              <w:t>Useful facts: __________________________________________________________</w:t>
            </w:r>
          </w:p>
          <w:p w14:paraId="6041816C" w14:textId="77777777" w:rsidR="00BE3968" w:rsidRDefault="00CA6E70">
            <w:pPr>
              <w:pStyle w:val="CMRBodySmall"/>
            </w:pPr>
            <w:r>
              <w:t>____________________________________________________________________</w:t>
            </w:r>
          </w:p>
          <w:p w14:paraId="4C0F0492" w14:textId="77777777" w:rsidR="00BE3968" w:rsidRDefault="00CA6E70">
            <w:pPr>
              <w:pStyle w:val="CMRBodySmall"/>
              <w:spacing w:after="40"/>
            </w:pPr>
            <w:r>
              <w:rPr>
                <w:b/>
              </w:rPr>
              <w:t>STEP 3 — HOW DO I FIND IT?</w:t>
            </w:r>
          </w:p>
          <w:p w14:paraId="772F23EF" w14:textId="77777777" w:rsidR="00BE3968" w:rsidRDefault="00CA6E70">
            <w:pPr>
              <w:pStyle w:val="CMRBodySmall"/>
              <w:spacing w:after="100"/>
            </w:pPr>
            <w:r>
              <w:t>My work: ____________________________________________________________</w:t>
            </w:r>
          </w:p>
          <w:p w14:paraId="6682924A" w14:textId="77777777" w:rsidR="00BE3968" w:rsidRDefault="00CA6E70">
            <w:pPr>
              <w:pStyle w:val="CMRBodySmall"/>
              <w:spacing w:after="100"/>
            </w:pPr>
            <w:r>
              <w:t>____________________________________________________________________</w:t>
            </w:r>
          </w:p>
          <w:p w14:paraId="3A33147F" w14:textId="77777777" w:rsidR="00BE3968" w:rsidRDefault="00CA6E70">
            <w:pPr>
              <w:pStyle w:val="CMRBodySmall"/>
              <w:spacing w:after="100"/>
            </w:pPr>
            <w:r>
              <w:t>____________________________________________________________________</w:t>
            </w:r>
          </w:p>
          <w:p w14:paraId="54A63064" w14:textId="77777777" w:rsidR="00BE3968" w:rsidRDefault="00CA6E70">
            <w:pPr>
              <w:pStyle w:val="CMRBodySmall"/>
              <w:spacing w:after="100"/>
            </w:pPr>
            <w:r>
              <w:t>Answer with units: __________________________________________________</w:t>
            </w:r>
          </w:p>
          <w:p w14:paraId="069B4785" w14:textId="77777777" w:rsidR="00BE3968" w:rsidRDefault="00CA6E70">
            <w:pPr>
              <w:pStyle w:val="CMRBodySmall"/>
              <w:spacing w:after="80"/>
            </w:pPr>
            <w:r>
              <w:t>Does the answer make sense? ___________________________________________</w:t>
            </w:r>
          </w:p>
        </w:tc>
      </w:tr>
    </w:tbl>
    <w:p w14:paraId="1A94D5AC"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0A157226" w14:textId="77777777">
        <w:tc>
          <w:tcPr>
            <w:tcW w:w="10036" w:type="dxa"/>
            <w:tcMar>
              <w:top w:w="70" w:type="dxa"/>
              <w:left w:w="140" w:type="dxa"/>
              <w:bottom w:w="85" w:type="dxa"/>
              <w:right w:w="140" w:type="dxa"/>
            </w:tcMar>
          </w:tcPr>
          <w:p w14:paraId="5AD5D617" w14:textId="77777777" w:rsidR="00BE3968" w:rsidRDefault="00BE3968"/>
          <w:p w14:paraId="58830972" w14:textId="77777777" w:rsidR="00BE3968" w:rsidRDefault="00CA6E70">
            <w:pPr>
              <w:pStyle w:val="CMRBodySmall"/>
            </w:pPr>
            <w:r>
              <w:rPr>
                <w:b/>
              </w:rPr>
              <w:t>PROBLEM R-010</w:t>
            </w:r>
          </w:p>
          <w:p w14:paraId="360E3321" w14:textId="77777777" w:rsidR="00BE3968" w:rsidRDefault="00CA6E70">
            <w:r>
              <w:t>Joseph makes soup with 3 cups of broth for 4 people. For a family reunion, Joseph needs to feed 18 people. The pot holds 30 cups. How many cups of broth should Joseph use?</w:t>
            </w:r>
          </w:p>
          <w:p w14:paraId="59CC5539" w14:textId="77777777" w:rsidR="00BE3968" w:rsidRDefault="00CA6E70">
            <w:pPr>
              <w:pStyle w:val="CMRBodySmall"/>
              <w:spacing w:after="40"/>
            </w:pPr>
            <w:r>
              <w:rPr>
                <w:b/>
              </w:rPr>
              <w:t>STEP 1 — WHAT DO THEY WANT?</w:t>
            </w:r>
          </w:p>
          <w:p w14:paraId="0EEE5C8D" w14:textId="77777777" w:rsidR="00BE3968" w:rsidRDefault="00CA6E70">
            <w:pPr>
              <w:pStyle w:val="CMRBodySmall"/>
              <w:spacing w:after="80"/>
            </w:pPr>
            <w:r>
              <w:t>I need to find: _________________________________________________________</w:t>
            </w:r>
          </w:p>
          <w:p w14:paraId="696155D3" w14:textId="77777777" w:rsidR="00BE3968" w:rsidRDefault="00CA6E70">
            <w:pPr>
              <w:pStyle w:val="CMRBodySmall"/>
              <w:spacing w:after="40"/>
            </w:pPr>
            <w:r>
              <w:rPr>
                <w:b/>
              </w:rPr>
              <w:t>STEP 2 — WHAT DO I KNOW?</w:t>
            </w:r>
          </w:p>
          <w:p w14:paraId="5626803A" w14:textId="77777777" w:rsidR="00BE3968" w:rsidRDefault="00CA6E70">
            <w:pPr>
              <w:pStyle w:val="CMRBodySmall"/>
              <w:spacing w:after="40"/>
            </w:pPr>
            <w:r>
              <w:t>Useful facts: __________________________________________________________</w:t>
            </w:r>
          </w:p>
          <w:p w14:paraId="1E122596" w14:textId="77777777" w:rsidR="00BE3968" w:rsidRDefault="00CA6E70">
            <w:pPr>
              <w:pStyle w:val="CMRBodySmall"/>
            </w:pPr>
            <w:r>
              <w:t>____________________________________________________________________</w:t>
            </w:r>
          </w:p>
          <w:p w14:paraId="3938B047" w14:textId="77777777" w:rsidR="00BE3968" w:rsidRDefault="00CA6E70">
            <w:pPr>
              <w:pStyle w:val="CMRBodySmall"/>
              <w:spacing w:after="40"/>
            </w:pPr>
            <w:r>
              <w:rPr>
                <w:b/>
              </w:rPr>
              <w:t>STEP 3 — HOW DO I FIND IT?</w:t>
            </w:r>
          </w:p>
          <w:p w14:paraId="4ECF63E4" w14:textId="77777777" w:rsidR="00BE3968" w:rsidRDefault="00CA6E70">
            <w:pPr>
              <w:pStyle w:val="CMRBodySmall"/>
              <w:spacing w:after="100"/>
            </w:pPr>
            <w:r>
              <w:t>My work: ____________________________________________________________</w:t>
            </w:r>
          </w:p>
          <w:p w14:paraId="05380257" w14:textId="77777777" w:rsidR="00BE3968" w:rsidRDefault="00CA6E70">
            <w:pPr>
              <w:pStyle w:val="CMRBodySmall"/>
              <w:spacing w:after="100"/>
            </w:pPr>
            <w:r>
              <w:t>____________________________________________________________________</w:t>
            </w:r>
          </w:p>
          <w:p w14:paraId="50BE7548" w14:textId="77777777" w:rsidR="00BE3968" w:rsidRDefault="00CA6E70">
            <w:pPr>
              <w:pStyle w:val="CMRBodySmall"/>
              <w:spacing w:after="100"/>
            </w:pPr>
            <w:r>
              <w:t>____________________________________________________________________</w:t>
            </w:r>
          </w:p>
          <w:p w14:paraId="35A63568" w14:textId="77777777" w:rsidR="00BE3968" w:rsidRDefault="00CA6E70">
            <w:pPr>
              <w:pStyle w:val="CMRBodySmall"/>
              <w:spacing w:after="100"/>
            </w:pPr>
            <w:r>
              <w:t>Answer with units: __________________________________________________</w:t>
            </w:r>
          </w:p>
          <w:p w14:paraId="445B9FFC" w14:textId="77777777" w:rsidR="00BE3968" w:rsidRDefault="00CA6E70">
            <w:pPr>
              <w:pStyle w:val="CMRBodySmall"/>
              <w:spacing w:after="80"/>
            </w:pPr>
            <w:r>
              <w:t>Does the answer make sense? ___________________________________________</w:t>
            </w:r>
          </w:p>
        </w:tc>
      </w:tr>
    </w:tbl>
    <w:p w14:paraId="73C8C8FC" w14:textId="77777777" w:rsidR="00BE3968" w:rsidRDefault="00CA6E70">
      <w:r>
        <w:br w:type="page"/>
      </w:r>
    </w:p>
    <w:p w14:paraId="78D359B0" w14:textId="77777777" w:rsidR="00BE3968" w:rsidRDefault="00CA6E70">
      <w:pPr>
        <w:pStyle w:val="CMRPageTitle"/>
      </w:pPr>
      <w:r>
        <w:rPr>
          <w:b w:val="0"/>
        </w:rPr>
        <w:t>Putting it all together</w:t>
      </w:r>
    </w:p>
    <w:p w14:paraId="5F24B5BD" w14:textId="77777777" w:rsidR="00BE3968" w:rsidRDefault="00CA6E70">
      <w:pPr>
        <w:pStyle w:val="CMRSectionLabel"/>
      </w:pPr>
      <w:r>
        <w:rPr>
          <w:b w:val="0"/>
        </w:rPr>
        <w:t>MIXED REVIEW  •  PAGE 6 OF 12</w:t>
      </w:r>
    </w:p>
    <w:p w14:paraId="1E5CF6CB"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59811BA9" w14:textId="77777777">
        <w:tc>
          <w:tcPr>
            <w:tcW w:w="10036" w:type="dxa"/>
            <w:shd w:val="clear" w:color="auto" w:fill="F5F8F9"/>
            <w:tcMar>
              <w:top w:w="70" w:type="dxa"/>
              <w:left w:w="140" w:type="dxa"/>
              <w:bottom w:w="85" w:type="dxa"/>
              <w:right w:w="140" w:type="dxa"/>
            </w:tcMar>
          </w:tcPr>
          <w:p w14:paraId="6F748922" w14:textId="77777777" w:rsidR="00BE3968" w:rsidRDefault="00BE3968"/>
          <w:p w14:paraId="64BDD0D0" w14:textId="77777777" w:rsidR="00BE3968" w:rsidRDefault="00CA6E70">
            <w:pPr>
              <w:pStyle w:val="CMRBodySmall"/>
            </w:pPr>
            <w:r>
              <w:rPr>
                <w:b/>
              </w:rPr>
              <w:t>PROBLEM R-011</w:t>
            </w:r>
          </w:p>
          <w:p w14:paraId="6100B851" w14:textId="77777777" w:rsidR="00BE3968" w:rsidRDefault="00CA6E70">
            <w:r>
              <w:t>During a weekend sale, a $60.00 jacket is marked down 30%. Socks are $6.00 a pack and are not on sale. Rachel buys just the jacket. What is its sale price before tax?</w:t>
            </w:r>
          </w:p>
          <w:p w14:paraId="73ABE5D2" w14:textId="77777777" w:rsidR="00BE3968" w:rsidRDefault="00CA6E70">
            <w:pPr>
              <w:pStyle w:val="CMRBodySmall"/>
              <w:spacing w:after="40"/>
            </w:pPr>
            <w:r>
              <w:rPr>
                <w:b/>
              </w:rPr>
              <w:t>STEP 1 — WHAT DO THEY WANT?</w:t>
            </w:r>
          </w:p>
          <w:p w14:paraId="249CA6CC" w14:textId="77777777" w:rsidR="00BE3968" w:rsidRDefault="00CA6E70">
            <w:pPr>
              <w:pStyle w:val="CMRBodySmall"/>
              <w:spacing w:after="80"/>
            </w:pPr>
            <w:r>
              <w:t>I need to find: _________________________________________________________</w:t>
            </w:r>
          </w:p>
          <w:p w14:paraId="28B79D2D" w14:textId="77777777" w:rsidR="00BE3968" w:rsidRDefault="00CA6E70">
            <w:pPr>
              <w:pStyle w:val="CMRBodySmall"/>
              <w:spacing w:after="40"/>
            </w:pPr>
            <w:r>
              <w:rPr>
                <w:b/>
              </w:rPr>
              <w:t>STEP 2 — WHAT DO I KNOW?</w:t>
            </w:r>
          </w:p>
          <w:p w14:paraId="2715A29D" w14:textId="77777777" w:rsidR="00BE3968" w:rsidRDefault="00CA6E70">
            <w:pPr>
              <w:pStyle w:val="CMRBodySmall"/>
              <w:spacing w:after="40"/>
            </w:pPr>
            <w:r>
              <w:t>Useful facts: __________________________________________________________</w:t>
            </w:r>
          </w:p>
          <w:p w14:paraId="040C1DA8" w14:textId="77777777" w:rsidR="00BE3968" w:rsidRDefault="00CA6E70">
            <w:pPr>
              <w:pStyle w:val="CMRBodySmall"/>
            </w:pPr>
            <w:r>
              <w:t>____________________________________________________________________</w:t>
            </w:r>
          </w:p>
          <w:p w14:paraId="5FDA677B" w14:textId="77777777" w:rsidR="00BE3968" w:rsidRDefault="00CA6E70">
            <w:pPr>
              <w:pStyle w:val="CMRBodySmall"/>
              <w:spacing w:after="40"/>
            </w:pPr>
            <w:r>
              <w:rPr>
                <w:b/>
              </w:rPr>
              <w:t>STEP 3 — HOW DO I FIND IT?</w:t>
            </w:r>
          </w:p>
          <w:p w14:paraId="58C0D564" w14:textId="77777777" w:rsidR="00BE3968" w:rsidRDefault="00CA6E70">
            <w:pPr>
              <w:pStyle w:val="CMRBodySmall"/>
              <w:spacing w:after="100"/>
            </w:pPr>
            <w:r>
              <w:t>My work: ____________________________________________________________</w:t>
            </w:r>
          </w:p>
          <w:p w14:paraId="78C732E5" w14:textId="77777777" w:rsidR="00BE3968" w:rsidRDefault="00CA6E70">
            <w:pPr>
              <w:pStyle w:val="CMRBodySmall"/>
              <w:spacing w:after="100"/>
            </w:pPr>
            <w:r>
              <w:t>____________________________________________________________________</w:t>
            </w:r>
          </w:p>
          <w:p w14:paraId="0CF865AB" w14:textId="77777777" w:rsidR="00BE3968" w:rsidRDefault="00CA6E70">
            <w:pPr>
              <w:pStyle w:val="CMRBodySmall"/>
              <w:spacing w:after="100"/>
            </w:pPr>
            <w:r>
              <w:t>____________________________________________________________________</w:t>
            </w:r>
          </w:p>
          <w:p w14:paraId="306108F2" w14:textId="77777777" w:rsidR="00BE3968" w:rsidRDefault="00CA6E70">
            <w:pPr>
              <w:pStyle w:val="CMRBodySmall"/>
              <w:spacing w:after="100"/>
            </w:pPr>
            <w:r>
              <w:t>Answer with units: __________________________________________________</w:t>
            </w:r>
          </w:p>
          <w:p w14:paraId="15A0EBC2" w14:textId="77777777" w:rsidR="00BE3968" w:rsidRDefault="00CA6E70">
            <w:pPr>
              <w:pStyle w:val="CMRBodySmall"/>
              <w:spacing w:after="80"/>
            </w:pPr>
            <w:r>
              <w:t>Does the answer make sense? ___________________________________________</w:t>
            </w:r>
          </w:p>
        </w:tc>
      </w:tr>
    </w:tbl>
    <w:p w14:paraId="490F0659"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5E47A0E3" w14:textId="77777777">
        <w:tc>
          <w:tcPr>
            <w:tcW w:w="10036" w:type="dxa"/>
            <w:tcMar>
              <w:top w:w="70" w:type="dxa"/>
              <w:left w:w="140" w:type="dxa"/>
              <w:bottom w:w="85" w:type="dxa"/>
              <w:right w:w="140" w:type="dxa"/>
            </w:tcMar>
          </w:tcPr>
          <w:p w14:paraId="60736A02" w14:textId="77777777" w:rsidR="00BE3968" w:rsidRDefault="00BE3968"/>
          <w:p w14:paraId="46B6BB39" w14:textId="77777777" w:rsidR="00BE3968" w:rsidRDefault="00CA6E70">
            <w:pPr>
              <w:pStyle w:val="CMRBodySmall"/>
            </w:pPr>
            <w:r>
              <w:rPr>
                <w:b/>
              </w:rPr>
              <w:t>PROBLEM R-012</w:t>
            </w:r>
          </w:p>
          <w:p w14:paraId="6B395425" w14:textId="77777777" w:rsidR="00BE3968" w:rsidRDefault="00CA6E70">
            <w:r>
              <w:t>Out of 50 notebooks, Daniel keeps 2 in storage and divides the rest equally among 6 shelves. The storage room is on the second floor. How many notebooks go on each shelf?</w:t>
            </w:r>
          </w:p>
          <w:p w14:paraId="115DF280" w14:textId="77777777" w:rsidR="00BE3968" w:rsidRDefault="00CA6E70">
            <w:pPr>
              <w:pStyle w:val="CMRBodySmall"/>
              <w:spacing w:after="40"/>
            </w:pPr>
            <w:r>
              <w:rPr>
                <w:b/>
              </w:rPr>
              <w:t>STEP 1 — WHAT DO THEY WANT?</w:t>
            </w:r>
          </w:p>
          <w:p w14:paraId="5C2CD112" w14:textId="77777777" w:rsidR="00BE3968" w:rsidRDefault="00CA6E70">
            <w:pPr>
              <w:pStyle w:val="CMRBodySmall"/>
              <w:spacing w:after="80"/>
            </w:pPr>
            <w:r>
              <w:t>I need to find: _________________________________________________________</w:t>
            </w:r>
          </w:p>
          <w:p w14:paraId="3E5D7EB3" w14:textId="77777777" w:rsidR="00BE3968" w:rsidRDefault="00CA6E70">
            <w:pPr>
              <w:pStyle w:val="CMRBodySmall"/>
              <w:spacing w:after="40"/>
            </w:pPr>
            <w:r>
              <w:rPr>
                <w:b/>
              </w:rPr>
              <w:t>STEP 2 — WHAT DO I KNOW?</w:t>
            </w:r>
          </w:p>
          <w:p w14:paraId="23D266BB" w14:textId="77777777" w:rsidR="00BE3968" w:rsidRDefault="00CA6E70">
            <w:pPr>
              <w:pStyle w:val="CMRBodySmall"/>
              <w:spacing w:after="40"/>
            </w:pPr>
            <w:r>
              <w:t>Useful facts: __________________________________________________________</w:t>
            </w:r>
          </w:p>
          <w:p w14:paraId="59BBD545" w14:textId="77777777" w:rsidR="00BE3968" w:rsidRDefault="00CA6E70">
            <w:pPr>
              <w:pStyle w:val="CMRBodySmall"/>
            </w:pPr>
            <w:r>
              <w:t>____________________________________________________________________</w:t>
            </w:r>
          </w:p>
          <w:p w14:paraId="15F1A0E5" w14:textId="77777777" w:rsidR="00BE3968" w:rsidRDefault="00CA6E70">
            <w:pPr>
              <w:pStyle w:val="CMRBodySmall"/>
              <w:spacing w:after="40"/>
            </w:pPr>
            <w:r>
              <w:rPr>
                <w:b/>
              </w:rPr>
              <w:t>STEP 3 — HOW DO I FIND IT?</w:t>
            </w:r>
          </w:p>
          <w:p w14:paraId="71B62916" w14:textId="77777777" w:rsidR="00BE3968" w:rsidRDefault="00CA6E70">
            <w:pPr>
              <w:pStyle w:val="CMRBodySmall"/>
              <w:spacing w:after="100"/>
            </w:pPr>
            <w:r>
              <w:t>My work: ____________________________________________________________</w:t>
            </w:r>
          </w:p>
          <w:p w14:paraId="74531E29" w14:textId="77777777" w:rsidR="00BE3968" w:rsidRDefault="00CA6E70">
            <w:pPr>
              <w:pStyle w:val="CMRBodySmall"/>
              <w:spacing w:after="100"/>
            </w:pPr>
            <w:r>
              <w:t>____________________________________________________________________</w:t>
            </w:r>
          </w:p>
          <w:p w14:paraId="33B8FDC3" w14:textId="77777777" w:rsidR="00BE3968" w:rsidRDefault="00CA6E70">
            <w:pPr>
              <w:pStyle w:val="CMRBodySmall"/>
              <w:spacing w:after="100"/>
            </w:pPr>
            <w:r>
              <w:t>____________________________________________________________________</w:t>
            </w:r>
          </w:p>
          <w:p w14:paraId="5AEBE6D9" w14:textId="77777777" w:rsidR="00BE3968" w:rsidRDefault="00CA6E70">
            <w:pPr>
              <w:pStyle w:val="CMRBodySmall"/>
              <w:spacing w:after="100"/>
            </w:pPr>
            <w:r>
              <w:t>Answer with units: __________________________________________________</w:t>
            </w:r>
          </w:p>
          <w:p w14:paraId="2703F7D6" w14:textId="77777777" w:rsidR="00BE3968" w:rsidRDefault="00CA6E70">
            <w:pPr>
              <w:pStyle w:val="CMRBodySmall"/>
              <w:spacing w:after="80"/>
            </w:pPr>
            <w:r>
              <w:t>Does the answer make sense? ___________________________________________</w:t>
            </w:r>
          </w:p>
        </w:tc>
      </w:tr>
    </w:tbl>
    <w:p w14:paraId="7CF3FDA0" w14:textId="77777777" w:rsidR="00BE3968" w:rsidRDefault="00CA6E70">
      <w:r>
        <w:br w:type="page"/>
      </w:r>
    </w:p>
    <w:p w14:paraId="3755E92C" w14:textId="77777777" w:rsidR="00BE3968" w:rsidRDefault="00CA6E70">
      <w:pPr>
        <w:pStyle w:val="CMRPageTitle"/>
      </w:pPr>
      <w:r>
        <w:rPr>
          <w:b w:val="0"/>
        </w:rPr>
        <w:t>Putting it all together</w:t>
      </w:r>
    </w:p>
    <w:p w14:paraId="75DF152C" w14:textId="77777777" w:rsidR="00BE3968" w:rsidRDefault="00CA6E70">
      <w:pPr>
        <w:pStyle w:val="CMRSectionLabel"/>
      </w:pPr>
      <w:r>
        <w:rPr>
          <w:b w:val="0"/>
        </w:rPr>
        <w:t>MIXED REVIEW  •  PAGE 7 OF 12</w:t>
      </w:r>
    </w:p>
    <w:p w14:paraId="0A3C312C"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419FD5FD" w14:textId="77777777">
        <w:tc>
          <w:tcPr>
            <w:tcW w:w="10036" w:type="dxa"/>
            <w:shd w:val="clear" w:color="auto" w:fill="F5F8F9"/>
            <w:tcMar>
              <w:top w:w="70" w:type="dxa"/>
              <w:left w:w="140" w:type="dxa"/>
              <w:bottom w:w="85" w:type="dxa"/>
              <w:right w:w="140" w:type="dxa"/>
            </w:tcMar>
          </w:tcPr>
          <w:p w14:paraId="423725F3" w14:textId="77777777" w:rsidR="00BE3968" w:rsidRDefault="00BE3968"/>
          <w:p w14:paraId="58B7A142" w14:textId="77777777" w:rsidR="00BE3968" w:rsidRDefault="00CA6E70">
            <w:pPr>
              <w:pStyle w:val="CMRBodySmall"/>
            </w:pPr>
            <w:r>
              <w:rPr>
                <w:b/>
              </w:rPr>
              <w:t>PROBLEM R-013</w:t>
            </w:r>
          </w:p>
          <w:p w14:paraId="17B253D8" w14:textId="77777777" w:rsidR="00BE3968" w:rsidRDefault="00CA6E70">
            <w:r>
              <w:t>The floor of a rectangular storage room measures 15 feet by 12 feet. Monica needs vinyl for the floor plus 10% extra. How many whole square feet of vinyl should Monica order?</w:t>
            </w:r>
          </w:p>
          <w:p w14:paraId="2F474A67" w14:textId="77777777" w:rsidR="00BE3968" w:rsidRDefault="00CA6E70">
            <w:pPr>
              <w:pStyle w:val="CMRBodySmall"/>
              <w:spacing w:after="40"/>
            </w:pPr>
            <w:r>
              <w:rPr>
                <w:b/>
              </w:rPr>
              <w:t>STEP 1 — WHAT DO THEY WANT?</w:t>
            </w:r>
          </w:p>
          <w:p w14:paraId="5CFE2F74" w14:textId="77777777" w:rsidR="00BE3968" w:rsidRDefault="00CA6E70">
            <w:pPr>
              <w:pStyle w:val="CMRBodySmall"/>
              <w:spacing w:after="80"/>
            </w:pPr>
            <w:r>
              <w:t>I need to find: _________________________________________________________</w:t>
            </w:r>
          </w:p>
          <w:p w14:paraId="1E6F4D69" w14:textId="77777777" w:rsidR="00BE3968" w:rsidRDefault="00CA6E70">
            <w:pPr>
              <w:pStyle w:val="CMRBodySmall"/>
              <w:spacing w:after="40"/>
            </w:pPr>
            <w:r>
              <w:rPr>
                <w:b/>
              </w:rPr>
              <w:t>STEP 2 — WHAT DO I KNOW?</w:t>
            </w:r>
          </w:p>
          <w:p w14:paraId="2EF96793" w14:textId="77777777" w:rsidR="00BE3968" w:rsidRDefault="00CA6E70">
            <w:pPr>
              <w:pStyle w:val="CMRBodySmall"/>
              <w:spacing w:after="40"/>
            </w:pPr>
            <w:r>
              <w:t>Useful facts: __________________________________________________________</w:t>
            </w:r>
          </w:p>
          <w:p w14:paraId="31072F3F" w14:textId="77777777" w:rsidR="00BE3968" w:rsidRDefault="00CA6E70">
            <w:pPr>
              <w:pStyle w:val="CMRBodySmall"/>
            </w:pPr>
            <w:r>
              <w:t>____________________________________________________________________</w:t>
            </w:r>
          </w:p>
          <w:p w14:paraId="7BAC4A3E" w14:textId="77777777" w:rsidR="00BE3968" w:rsidRDefault="00CA6E70">
            <w:pPr>
              <w:pStyle w:val="CMRBodySmall"/>
              <w:spacing w:after="40"/>
            </w:pPr>
            <w:r>
              <w:rPr>
                <w:b/>
              </w:rPr>
              <w:t>STEP 3 — HOW DO I FIND IT?</w:t>
            </w:r>
          </w:p>
          <w:p w14:paraId="1BA91BDF" w14:textId="77777777" w:rsidR="00BE3968" w:rsidRDefault="00CA6E70">
            <w:pPr>
              <w:pStyle w:val="CMRBodySmall"/>
              <w:spacing w:after="100"/>
            </w:pPr>
            <w:r>
              <w:t>My work: ____________________________________________________________</w:t>
            </w:r>
          </w:p>
          <w:p w14:paraId="419EEA7E" w14:textId="77777777" w:rsidR="00BE3968" w:rsidRDefault="00CA6E70">
            <w:pPr>
              <w:pStyle w:val="CMRBodySmall"/>
              <w:spacing w:after="100"/>
            </w:pPr>
            <w:r>
              <w:t>____________________________________________________________________</w:t>
            </w:r>
          </w:p>
          <w:p w14:paraId="0896AB42" w14:textId="77777777" w:rsidR="00BE3968" w:rsidRDefault="00CA6E70">
            <w:pPr>
              <w:pStyle w:val="CMRBodySmall"/>
              <w:spacing w:after="100"/>
            </w:pPr>
            <w:r>
              <w:t>____________________________________________________________________</w:t>
            </w:r>
          </w:p>
          <w:p w14:paraId="1734C165" w14:textId="77777777" w:rsidR="00BE3968" w:rsidRDefault="00CA6E70">
            <w:pPr>
              <w:pStyle w:val="CMRBodySmall"/>
              <w:spacing w:after="100"/>
            </w:pPr>
            <w:r>
              <w:t>Answer with units: __________________________________________________</w:t>
            </w:r>
          </w:p>
          <w:p w14:paraId="5DEBFEEE" w14:textId="77777777" w:rsidR="00BE3968" w:rsidRDefault="00CA6E70">
            <w:pPr>
              <w:pStyle w:val="CMRBodySmall"/>
              <w:spacing w:after="80"/>
            </w:pPr>
            <w:r>
              <w:t>Does the answer make sense? ___________________________________________</w:t>
            </w:r>
          </w:p>
        </w:tc>
      </w:tr>
    </w:tbl>
    <w:p w14:paraId="2BE12979"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77A0FF95" w14:textId="77777777">
        <w:tc>
          <w:tcPr>
            <w:tcW w:w="10036" w:type="dxa"/>
            <w:tcMar>
              <w:top w:w="70" w:type="dxa"/>
              <w:left w:w="140" w:type="dxa"/>
              <w:bottom w:w="85" w:type="dxa"/>
              <w:right w:w="140" w:type="dxa"/>
            </w:tcMar>
          </w:tcPr>
          <w:p w14:paraId="7800C345" w14:textId="77777777" w:rsidR="00BE3968" w:rsidRDefault="00BE3968"/>
          <w:p w14:paraId="505036BC" w14:textId="77777777" w:rsidR="00BE3968" w:rsidRDefault="00CA6E70">
            <w:pPr>
              <w:pStyle w:val="CMRBodySmall"/>
            </w:pPr>
            <w:r>
              <w:rPr>
                <w:b/>
              </w:rPr>
              <w:t>PROBLEM R-014</w:t>
            </w:r>
          </w:p>
          <w:p w14:paraId="3050B020" w14:textId="77777777" w:rsidR="00BE3968" w:rsidRDefault="00CA6E70">
            <w:r>
              <w:t>David sees a used bike for $65.00 and a new one for $89.00. Both bikes are the same size, and the shop closes at 6 PM. How much less does the used bike cost?</w:t>
            </w:r>
          </w:p>
          <w:p w14:paraId="22818FB2" w14:textId="77777777" w:rsidR="00BE3968" w:rsidRDefault="00CA6E70">
            <w:pPr>
              <w:pStyle w:val="CMRBodySmall"/>
              <w:spacing w:after="40"/>
            </w:pPr>
            <w:r>
              <w:rPr>
                <w:b/>
              </w:rPr>
              <w:t>STEP 1 — WHAT DO THEY WANT?</w:t>
            </w:r>
          </w:p>
          <w:p w14:paraId="5F7271DC" w14:textId="77777777" w:rsidR="00BE3968" w:rsidRDefault="00CA6E70">
            <w:pPr>
              <w:pStyle w:val="CMRBodySmall"/>
              <w:spacing w:after="80"/>
            </w:pPr>
            <w:r>
              <w:t>I need to find: _________________________________________________________</w:t>
            </w:r>
          </w:p>
          <w:p w14:paraId="4486E8BA" w14:textId="77777777" w:rsidR="00BE3968" w:rsidRDefault="00CA6E70">
            <w:pPr>
              <w:pStyle w:val="CMRBodySmall"/>
              <w:spacing w:after="40"/>
            </w:pPr>
            <w:r>
              <w:rPr>
                <w:b/>
              </w:rPr>
              <w:t>STEP 2 — WHAT DO I KNOW?</w:t>
            </w:r>
          </w:p>
          <w:p w14:paraId="069AFF51" w14:textId="77777777" w:rsidR="00BE3968" w:rsidRDefault="00CA6E70">
            <w:pPr>
              <w:pStyle w:val="CMRBodySmall"/>
              <w:spacing w:after="40"/>
            </w:pPr>
            <w:r>
              <w:t>Useful facts: __________________________________________________________</w:t>
            </w:r>
          </w:p>
          <w:p w14:paraId="03416E71" w14:textId="77777777" w:rsidR="00BE3968" w:rsidRDefault="00CA6E70">
            <w:pPr>
              <w:pStyle w:val="CMRBodySmall"/>
            </w:pPr>
            <w:r>
              <w:t>____________________________________________________________________</w:t>
            </w:r>
          </w:p>
          <w:p w14:paraId="00369862" w14:textId="77777777" w:rsidR="00BE3968" w:rsidRDefault="00CA6E70">
            <w:pPr>
              <w:pStyle w:val="CMRBodySmall"/>
              <w:spacing w:after="40"/>
            </w:pPr>
            <w:r>
              <w:rPr>
                <w:b/>
              </w:rPr>
              <w:t>STEP 3 — HOW DO I FIND IT?</w:t>
            </w:r>
          </w:p>
          <w:p w14:paraId="498084FA" w14:textId="77777777" w:rsidR="00BE3968" w:rsidRDefault="00CA6E70">
            <w:pPr>
              <w:pStyle w:val="CMRBodySmall"/>
              <w:spacing w:after="100"/>
            </w:pPr>
            <w:r>
              <w:t>My work: ____________________________________________________________</w:t>
            </w:r>
          </w:p>
          <w:p w14:paraId="627A3D16" w14:textId="77777777" w:rsidR="00BE3968" w:rsidRDefault="00CA6E70">
            <w:pPr>
              <w:pStyle w:val="CMRBodySmall"/>
              <w:spacing w:after="100"/>
            </w:pPr>
            <w:r>
              <w:t>____________________________________________________________________</w:t>
            </w:r>
          </w:p>
          <w:p w14:paraId="06864F82" w14:textId="77777777" w:rsidR="00BE3968" w:rsidRDefault="00CA6E70">
            <w:pPr>
              <w:pStyle w:val="CMRBodySmall"/>
              <w:spacing w:after="100"/>
            </w:pPr>
            <w:r>
              <w:t>____________________________________________________________________</w:t>
            </w:r>
          </w:p>
          <w:p w14:paraId="69A4F1E2" w14:textId="77777777" w:rsidR="00BE3968" w:rsidRDefault="00CA6E70">
            <w:pPr>
              <w:pStyle w:val="CMRBodySmall"/>
              <w:spacing w:after="100"/>
            </w:pPr>
            <w:r>
              <w:t>Answer with units: __________________________________________________</w:t>
            </w:r>
          </w:p>
          <w:p w14:paraId="77E06C20" w14:textId="77777777" w:rsidR="00BE3968" w:rsidRDefault="00CA6E70">
            <w:pPr>
              <w:pStyle w:val="CMRBodySmall"/>
              <w:spacing w:after="80"/>
            </w:pPr>
            <w:r>
              <w:t>Does the answer make sense? ___________________________________________</w:t>
            </w:r>
          </w:p>
        </w:tc>
      </w:tr>
    </w:tbl>
    <w:p w14:paraId="7679EFFC" w14:textId="77777777" w:rsidR="00BE3968" w:rsidRDefault="00CA6E70">
      <w:r>
        <w:br w:type="page"/>
      </w:r>
    </w:p>
    <w:p w14:paraId="3EF8964D" w14:textId="77777777" w:rsidR="00BE3968" w:rsidRDefault="00CA6E70">
      <w:pPr>
        <w:pStyle w:val="CMRPageTitle"/>
      </w:pPr>
      <w:r>
        <w:rPr>
          <w:b w:val="0"/>
        </w:rPr>
        <w:t>Putting it all together</w:t>
      </w:r>
    </w:p>
    <w:p w14:paraId="61AAD645" w14:textId="77777777" w:rsidR="00BE3968" w:rsidRDefault="00CA6E70">
      <w:pPr>
        <w:pStyle w:val="CMRSectionLabel"/>
      </w:pPr>
      <w:r>
        <w:rPr>
          <w:b w:val="0"/>
        </w:rPr>
        <w:t>MIXED REVIEW  •  PAGE 8 OF 12</w:t>
      </w:r>
    </w:p>
    <w:p w14:paraId="71EB0E26"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63567F14" w14:textId="77777777">
        <w:tc>
          <w:tcPr>
            <w:tcW w:w="10036" w:type="dxa"/>
            <w:shd w:val="clear" w:color="auto" w:fill="F5F8F9"/>
            <w:tcMar>
              <w:top w:w="70" w:type="dxa"/>
              <w:left w:w="140" w:type="dxa"/>
              <w:bottom w:w="85" w:type="dxa"/>
              <w:right w:w="140" w:type="dxa"/>
            </w:tcMar>
          </w:tcPr>
          <w:p w14:paraId="618AB606" w14:textId="77777777" w:rsidR="00BE3968" w:rsidRDefault="00BE3968"/>
          <w:p w14:paraId="2175E584" w14:textId="77777777" w:rsidR="00BE3968" w:rsidRDefault="00CA6E70">
            <w:pPr>
              <w:pStyle w:val="CMRBodySmall"/>
            </w:pPr>
            <w:r>
              <w:rPr>
                <w:b/>
              </w:rPr>
              <w:t>PROBLEM R-015</w:t>
            </w:r>
          </w:p>
          <w:p w14:paraId="42F2AA8E" w14:textId="77777777" w:rsidR="00BE3968" w:rsidRDefault="00CA6E70">
            <w:r>
              <w:t>A phone plan charges $25.00 a month plus $9.00 for each extra gigabyte of data. Sharon’s bill this month is $79.00. How many extra gigabytes did Sharon use?</w:t>
            </w:r>
          </w:p>
          <w:p w14:paraId="7285ECDD" w14:textId="77777777" w:rsidR="00BE3968" w:rsidRDefault="00CA6E70">
            <w:pPr>
              <w:pStyle w:val="CMRBodySmall"/>
              <w:spacing w:after="40"/>
            </w:pPr>
            <w:r>
              <w:rPr>
                <w:b/>
              </w:rPr>
              <w:t>STEP 1 — WHAT DO THEY WANT?</w:t>
            </w:r>
          </w:p>
          <w:p w14:paraId="16DCCDFA" w14:textId="77777777" w:rsidR="00BE3968" w:rsidRDefault="00CA6E70">
            <w:pPr>
              <w:pStyle w:val="CMRBodySmall"/>
              <w:spacing w:after="80"/>
            </w:pPr>
            <w:r>
              <w:t>I need to find: _________________________________________________________</w:t>
            </w:r>
          </w:p>
          <w:p w14:paraId="2FD6B4AE" w14:textId="77777777" w:rsidR="00BE3968" w:rsidRDefault="00CA6E70">
            <w:pPr>
              <w:pStyle w:val="CMRBodySmall"/>
              <w:spacing w:after="40"/>
            </w:pPr>
            <w:r>
              <w:rPr>
                <w:b/>
              </w:rPr>
              <w:t>STEP 2 — WHAT DO I KNOW?</w:t>
            </w:r>
          </w:p>
          <w:p w14:paraId="5ADE4E47" w14:textId="77777777" w:rsidR="00BE3968" w:rsidRDefault="00CA6E70">
            <w:pPr>
              <w:pStyle w:val="CMRBodySmall"/>
              <w:spacing w:after="40"/>
            </w:pPr>
            <w:r>
              <w:t>Useful facts: __________________________________________________________</w:t>
            </w:r>
          </w:p>
          <w:p w14:paraId="1D6DD62F" w14:textId="77777777" w:rsidR="00BE3968" w:rsidRDefault="00CA6E70">
            <w:pPr>
              <w:pStyle w:val="CMRBodySmall"/>
            </w:pPr>
            <w:r>
              <w:t>____________________________________________________________________</w:t>
            </w:r>
          </w:p>
          <w:p w14:paraId="19BE7B21" w14:textId="77777777" w:rsidR="00BE3968" w:rsidRDefault="00CA6E70">
            <w:pPr>
              <w:pStyle w:val="CMRBodySmall"/>
              <w:spacing w:after="40"/>
            </w:pPr>
            <w:r>
              <w:rPr>
                <w:b/>
              </w:rPr>
              <w:t>STEP 3 — HOW DO I FIND IT?</w:t>
            </w:r>
          </w:p>
          <w:p w14:paraId="3B86615A" w14:textId="77777777" w:rsidR="00BE3968" w:rsidRDefault="00CA6E70">
            <w:pPr>
              <w:pStyle w:val="CMRBodySmall"/>
              <w:spacing w:after="100"/>
            </w:pPr>
            <w:r>
              <w:t>My work: ____________________________________________________________</w:t>
            </w:r>
          </w:p>
          <w:p w14:paraId="2D5194A9" w14:textId="77777777" w:rsidR="00BE3968" w:rsidRDefault="00CA6E70">
            <w:pPr>
              <w:pStyle w:val="CMRBodySmall"/>
              <w:spacing w:after="100"/>
            </w:pPr>
            <w:r>
              <w:t>____________________________________________________________________</w:t>
            </w:r>
          </w:p>
          <w:p w14:paraId="2DC0DE81" w14:textId="77777777" w:rsidR="00BE3968" w:rsidRDefault="00CA6E70">
            <w:pPr>
              <w:pStyle w:val="CMRBodySmall"/>
              <w:spacing w:after="100"/>
            </w:pPr>
            <w:r>
              <w:t>____________________________________________________________________</w:t>
            </w:r>
          </w:p>
          <w:p w14:paraId="5B24BCCD" w14:textId="77777777" w:rsidR="00BE3968" w:rsidRDefault="00CA6E70">
            <w:pPr>
              <w:pStyle w:val="CMRBodySmall"/>
              <w:spacing w:after="100"/>
            </w:pPr>
            <w:r>
              <w:t>Answer with units: __________________________________________________</w:t>
            </w:r>
          </w:p>
          <w:p w14:paraId="2B6BD852" w14:textId="77777777" w:rsidR="00BE3968" w:rsidRDefault="00CA6E70">
            <w:pPr>
              <w:pStyle w:val="CMRBodySmall"/>
              <w:spacing w:after="80"/>
            </w:pPr>
            <w:r>
              <w:t>Does the answer make sense? ___________________________________________</w:t>
            </w:r>
          </w:p>
        </w:tc>
      </w:tr>
    </w:tbl>
    <w:p w14:paraId="08561270"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597F9B15" w14:textId="77777777">
        <w:tc>
          <w:tcPr>
            <w:tcW w:w="10036" w:type="dxa"/>
            <w:tcMar>
              <w:top w:w="70" w:type="dxa"/>
              <w:left w:w="140" w:type="dxa"/>
              <w:bottom w:w="85" w:type="dxa"/>
              <w:right w:w="140" w:type="dxa"/>
            </w:tcMar>
          </w:tcPr>
          <w:p w14:paraId="690E02F0" w14:textId="77777777" w:rsidR="00BE3968" w:rsidRDefault="00BE3968"/>
          <w:p w14:paraId="5993B07D" w14:textId="77777777" w:rsidR="00BE3968" w:rsidRDefault="00CA6E70">
            <w:pPr>
              <w:pStyle w:val="CMRBodySmall"/>
            </w:pPr>
            <w:r>
              <w:rPr>
                <w:b/>
              </w:rPr>
              <w:t>PROBLEM R-016</w:t>
            </w:r>
          </w:p>
          <w:p w14:paraId="11E69C8E" w14:textId="77777777" w:rsidR="00BE3968" w:rsidRDefault="00CA6E70">
            <w:r>
              <w:t>Carlos puts a load of laundry in at 9:40 AM. The wash cycle takes 55 minutes and the rinse takes another 25 minutes. The laundromat closes at 10 PM. What time will the laundry be done?</w:t>
            </w:r>
          </w:p>
          <w:p w14:paraId="5710B1B3" w14:textId="77777777" w:rsidR="00BE3968" w:rsidRDefault="00CA6E70">
            <w:pPr>
              <w:pStyle w:val="CMRBodySmall"/>
              <w:spacing w:after="40"/>
            </w:pPr>
            <w:r>
              <w:rPr>
                <w:b/>
              </w:rPr>
              <w:t>STEP 1 — WHAT DO THEY WANT?</w:t>
            </w:r>
          </w:p>
          <w:p w14:paraId="367E101F" w14:textId="77777777" w:rsidR="00BE3968" w:rsidRDefault="00CA6E70">
            <w:pPr>
              <w:pStyle w:val="CMRBodySmall"/>
              <w:spacing w:after="80"/>
            </w:pPr>
            <w:r>
              <w:t>I need to find: _________________________________________________________</w:t>
            </w:r>
          </w:p>
          <w:p w14:paraId="1D3D44EA" w14:textId="77777777" w:rsidR="00BE3968" w:rsidRDefault="00CA6E70">
            <w:pPr>
              <w:pStyle w:val="CMRBodySmall"/>
              <w:spacing w:after="40"/>
            </w:pPr>
            <w:r>
              <w:rPr>
                <w:b/>
              </w:rPr>
              <w:t>STEP 2 — WHAT DO I KNOW?</w:t>
            </w:r>
          </w:p>
          <w:p w14:paraId="52897BB4" w14:textId="77777777" w:rsidR="00BE3968" w:rsidRDefault="00CA6E70">
            <w:pPr>
              <w:pStyle w:val="CMRBodySmall"/>
              <w:spacing w:after="40"/>
            </w:pPr>
            <w:r>
              <w:t>Useful facts: __________________________________________________________</w:t>
            </w:r>
          </w:p>
          <w:p w14:paraId="7F5B9927" w14:textId="77777777" w:rsidR="00BE3968" w:rsidRDefault="00CA6E70">
            <w:pPr>
              <w:pStyle w:val="CMRBodySmall"/>
            </w:pPr>
            <w:r>
              <w:t>____________________________________________________________________</w:t>
            </w:r>
          </w:p>
          <w:p w14:paraId="780F7B87" w14:textId="77777777" w:rsidR="00BE3968" w:rsidRDefault="00CA6E70">
            <w:pPr>
              <w:pStyle w:val="CMRBodySmall"/>
              <w:spacing w:after="40"/>
            </w:pPr>
            <w:r>
              <w:rPr>
                <w:b/>
              </w:rPr>
              <w:t>STEP 3 — HOW DO I FIND IT?</w:t>
            </w:r>
          </w:p>
          <w:p w14:paraId="0502EEBF" w14:textId="77777777" w:rsidR="00BE3968" w:rsidRDefault="00CA6E70">
            <w:pPr>
              <w:pStyle w:val="CMRBodySmall"/>
              <w:spacing w:after="100"/>
            </w:pPr>
            <w:r>
              <w:t>My work: ____________________________________________________________</w:t>
            </w:r>
          </w:p>
          <w:p w14:paraId="5C8DBCDF" w14:textId="77777777" w:rsidR="00BE3968" w:rsidRDefault="00CA6E70">
            <w:pPr>
              <w:pStyle w:val="CMRBodySmall"/>
              <w:spacing w:after="100"/>
            </w:pPr>
            <w:r>
              <w:t>____________________________________________________________________</w:t>
            </w:r>
          </w:p>
          <w:p w14:paraId="4493ACA6" w14:textId="77777777" w:rsidR="00BE3968" w:rsidRDefault="00CA6E70">
            <w:pPr>
              <w:pStyle w:val="CMRBodySmall"/>
              <w:spacing w:after="100"/>
            </w:pPr>
            <w:r>
              <w:t>____________________________________________________________________</w:t>
            </w:r>
          </w:p>
          <w:p w14:paraId="70533CE2" w14:textId="77777777" w:rsidR="00BE3968" w:rsidRDefault="00CA6E70">
            <w:pPr>
              <w:pStyle w:val="CMRBodySmall"/>
              <w:spacing w:after="100"/>
            </w:pPr>
            <w:r>
              <w:t>Answer with units: __________________________________________________</w:t>
            </w:r>
          </w:p>
          <w:p w14:paraId="4453AF79" w14:textId="77777777" w:rsidR="00BE3968" w:rsidRDefault="00CA6E70">
            <w:pPr>
              <w:pStyle w:val="CMRBodySmall"/>
              <w:spacing w:after="80"/>
            </w:pPr>
            <w:r>
              <w:t>Does the answer make sense? ___________________________________________</w:t>
            </w:r>
          </w:p>
        </w:tc>
      </w:tr>
    </w:tbl>
    <w:p w14:paraId="0F6D6493" w14:textId="77777777" w:rsidR="00BE3968" w:rsidRDefault="00CA6E70">
      <w:r>
        <w:br w:type="page"/>
      </w:r>
    </w:p>
    <w:p w14:paraId="72B81D1D" w14:textId="77777777" w:rsidR="00BE3968" w:rsidRDefault="00CA6E70">
      <w:pPr>
        <w:pStyle w:val="CMRPageTitle"/>
      </w:pPr>
      <w:r>
        <w:rPr>
          <w:b w:val="0"/>
        </w:rPr>
        <w:t>Putting it all together</w:t>
      </w:r>
    </w:p>
    <w:p w14:paraId="1C41C6D7" w14:textId="77777777" w:rsidR="00BE3968" w:rsidRDefault="00CA6E70">
      <w:pPr>
        <w:pStyle w:val="CMRSectionLabel"/>
      </w:pPr>
      <w:r>
        <w:rPr>
          <w:b w:val="0"/>
        </w:rPr>
        <w:t>MIXED REVIEW  •  PAGE 9 OF 12</w:t>
      </w:r>
    </w:p>
    <w:p w14:paraId="2275EFC3"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4D42640B" w14:textId="77777777">
        <w:tc>
          <w:tcPr>
            <w:tcW w:w="10036" w:type="dxa"/>
            <w:shd w:val="clear" w:color="auto" w:fill="F5F8F9"/>
            <w:tcMar>
              <w:top w:w="70" w:type="dxa"/>
              <w:left w:w="140" w:type="dxa"/>
              <w:bottom w:w="85" w:type="dxa"/>
              <w:right w:w="140" w:type="dxa"/>
            </w:tcMar>
          </w:tcPr>
          <w:p w14:paraId="217BD486" w14:textId="77777777" w:rsidR="00BE3968" w:rsidRDefault="00BE3968"/>
          <w:p w14:paraId="2694D380" w14:textId="77777777" w:rsidR="00BE3968" w:rsidRDefault="00CA6E70">
            <w:pPr>
              <w:pStyle w:val="CMRBodySmall"/>
            </w:pPr>
            <w:r>
              <w:rPr>
                <w:b/>
              </w:rPr>
              <w:t>PROBLEM R-017</w:t>
            </w:r>
          </w:p>
          <w:p w14:paraId="36829F88" w14:textId="77777777" w:rsidR="00BE3968" w:rsidRDefault="00CA6E70">
            <w:r>
              <w:t>For 6 weeks, Linda saves $15.00 per week toward a $200.00 car repair. Linda already had $35.00 saved. After the 6 weeks, how much is still needed?</w:t>
            </w:r>
          </w:p>
          <w:p w14:paraId="4C2EE991" w14:textId="77777777" w:rsidR="00BE3968" w:rsidRDefault="00CA6E70">
            <w:pPr>
              <w:pStyle w:val="CMRBodySmall"/>
              <w:spacing w:after="40"/>
            </w:pPr>
            <w:r>
              <w:rPr>
                <w:b/>
              </w:rPr>
              <w:t>STEP 1 — WHAT DO THEY WANT?</w:t>
            </w:r>
          </w:p>
          <w:p w14:paraId="3EC32C41" w14:textId="77777777" w:rsidR="00BE3968" w:rsidRDefault="00CA6E70">
            <w:pPr>
              <w:pStyle w:val="CMRBodySmall"/>
              <w:spacing w:after="80"/>
            </w:pPr>
            <w:r>
              <w:t>I need to find: _________________________________________________________</w:t>
            </w:r>
          </w:p>
          <w:p w14:paraId="60858584" w14:textId="77777777" w:rsidR="00BE3968" w:rsidRDefault="00CA6E70">
            <w:pPr>
              <w:pStyle w:val="CMRBodySmall"/>
              <w:spacing w:after="40"/>
            </w:pPr>
            <w:r>
              <w:rPr>
                <w:b/>
              </w:rPr>
              <w:t>STEP 2 — WHAT DO I KNOW?</w:t>
            </w:r>
          </w:p>
          <w:p w14:paraId="7D5FF2DD" w14:textId="77777777" w:rsidR="00BE3968" w:rsidRDefault="00CA6E70">
            <w:pPr>
              <w:pStyle w:val="CMRBodySmall"/>
              <w:spacing w:after="40"/>
            </w:pPr>
            <w:r>
              <w:t>Useful facts: __________________________________________________________</w:t>
            </w:r>
          </w:p>
          <w:p w14:paraId="64F50749" w14:textId="77777777" w:rsidR="00BE3968" w:rsidRDefault="00CA6E70">
            <w:pPr>
              <w:pStyle w:val="CMRBodySmall"/>
            </w:pPr>
            <w:r>
              <w:t>____________________________________________________________________</w:t>
            </w:r>
          </w:p>
          <w:p w14:paraId="2725773A" w14:textId="77777777" w:rsidR="00BE3968" w:rsidRDefault="00CA6E70">
            <w:pPr>
              <w:pStyle w:val="CMRBodySmall"/>
              <w:spacing w:after="40"/>
            </w:pPr>
            <w:r>
              <w:rPr>
                <w:b/>
              </w:rPr>
              <w:t>STEP 3 — HOW DO I FIND IT?</w:t>
            </w:r>
          </w:p>
          <w:p w14:paraId="635BC1A3" w14:textId="77777777" w:rsidR="00BE3968" w:rsidRDefault="00CA6E70">
            <w:pPr>
              <w:pStyle w:val="CMRBodySmall"/>
              <w:spacing w:after="100"/>
            </w:pPr>
            <w:r>
              <w:t>My work: ____________________________________________________________</w:t>
            </w:r>
          </w:p>
          <w:p w14:paraId="522074B0" w14:textId="77777777" w:rsidR="00BE3968" w:rsidRDefault="00CA6E70">
            <w:pPr>
              <w:pStyle w:val="CMRBodySmall"/>
              <w:spacing w:after="100"/>
            </w:pPr>
            <w:r>
              <w:t>____________________________________________________________________</w:t>
            </w:r>
          </w:p>
          <w:p w14:paraId="4229620C" w14:textId="77777777" w:rsidR="00BE3968" w:rsidRDefault="00CA6E70">
            <w:pPr>
              <w:pStyle w:val="CMRBodySmall"/>
              <w:spacing w:after="100"/>
            </w:pPr>
            <w:r>
              <w:t>____________________________________________________________________</w:t>
            </w:r>
          </w:p>
          <w:p w14:paraId="48A34598" w14:textId="77777777" w:rsidR="00BE3968" w:rsidRDefault="00CA6E70">
            <w:pPr>
              <w:pStyle w:val="CMRBodySmall"/>
              <w:spacing w:after="100"/>
            </w:pPr>
            <w:r>
              <w:t>Answer with units: __________________________________________________</w:t>
            </w:r>
          </w:p>
          <w:p w14:paraId="3AB1ACE3" w14:textId="77777777" w:rsidR="00BE3968" w:rsidRDefault="00CA6E70">
            <w:pPr>
              <w:pStyle w:val="CMRBodySmall"/>
              <w:spacing w:after="80"/>
            </w:pPr>
            <w:r>
              <w:t>Does the answer make sense? ___________________________________________</w:t>
            </w:r>
          </w:p>
        </w:tc>
      </w:tr>
    </w:tbl>
    <w:p w14:paraId="0704E333"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5049D072" w14:textId="77777777">
        <w:tc>
          <w:tcPr>
            <w:tcW w:w="10036" w:type="dxa"/>
            <w:tcMar>
              <w:top w:w="70" w:type="dxa"/>
              <w:left w:w="140" w:type="dxa"/>
              <w:bottom w:w="85" w:type="dxa"/>
              <w:right w:w="140" w:type="dxa"/>
            </w:tcMar>
          </w:tcPr>
          <w:p w14:paraId="618CCFE7" w14:textId="77777777" w:rsidR="00BE3968" w:rsidRDefault="00BE3968"/>
          <w:p w14:paraId="7210A97B" w14:textId="77777777" w:rsidR="00BE3968" w:rsidRDefault="00CA6E70">
            <w:pPr>
              <w:pStyle w:val="CMRBodySmall"/>
            </w:pPr>
            <w:r>
              <w:rPr>
                <w:b/>
              </w:rPr>
              <w:t>PROBLEM R-018</w:t>
            </w:r>
          </w:p>
          <w:p w14:paraId="0442C85A" w14:textId="77777777" w:rsidR="00BE3968" w:rsidRDefault="00CA6E70">
            <w:r>
              <w:t>A delivery route is 120 miles, and today there is a 30-mile detour added. The truck gets 25 miles per gallon and gas is $3.75 per gallon. What is the gas cost for the day?</w:t>
            </w:r>
          </w:p>
          <w:p w14:paraId="110CD122" w14:textId="77777777" w:rsidR="00BE3968" w:rsidRDefault="00CA6E70">
            <w:pPr>
              <w:pStyle w:val="CMRBodySmall"/>
              <w:spacing w:after="40"/>
            </w:pPr>
            <w:r>
              <w:rPr>
                <w:b/>
              </w:rPr>
              <w:t>STEP 1 — WHAT DO THEY WANT?</w:t>
            </w:r>
          </w:p>
          <w:p w14:paraId="33BFADD0" w14:textId="77777777" w:rsidR="00BE3968" w:rsidRDefault="00CA6E70">
            <w:pPr>
              <w:pStyle w:val="CMRBodySmall"/>
              <w:spacing w:after="80"/>
            </w:pPr>
            <w:r>
              <w:t>I need to find: _________________________________________________________</w:t>
            </w:r>
          </w:p>
          <w:p w14:paraId="5B7BE1B2" w14:textId="77777777" w:rsidR="00BE3968" w:rsidRDefault="00CA6E70">
            <w:pPr>
              <w:pStyle w:val="CMRBodySmall"/>
              <w:spacing w:after="40"/>
            </w:pPr>
            <w:r>
              <w:rPr>
                <w:b/>
              </w:rPr>
              <w:t>STEP 2 — WHAT DO I KNOW?</w:t>
            </w:r>
          </w:p>
          <w:p w14:paraId="3A8E6166" w14:textId="77777777" w:rsidR="00BE3968" w:rsidRDefault="00CA6E70">
            <w:pPr>
              <w:pStyle w:val="CMRBodySmall"/>
              <w:spacing w:after="40"/>
            </w:pPr>
            <w:r>
              <w:t>Useful facts: __________________________________________________________</w:t>
            </w:r>
          </w:p>
          <w:p w14:paraId="033B69F0" w14:textId="77777777" w:rsidR="00BE3968" w:rsidRDefault="00CA6E70">
            <w:pPr>
              <w:pStyle w:val="CMRBodySmall"/>
            </w:pPr>
            <w:r>
              <w:t>____________________________________________________________________</w:t>
            </w:r>
          </w:p>
          <w:p w14:paraId="195BD489" w14:textId="77777777" w:rsidR="00BE3968" w:rsidRDefault="00CA6E70">
            <w:pPr>
              <w:pStyle w:val="CMRBodySmall"/>
              <w:spacing w:after="40"/>
            </w:pPr>
            <w:r>
              <w:rPr>
                <w:b/>
              </w:rPr>
              <w:t>STEP 3 — HOW DO I FIND IT?</w:t>
            </w:r>
          </w:p>
          <w:p w14:paraId="72F55606" w14:textId="77777777" w:rsidR="00BE3968" w:rsidRDefault="00CA6E70">
            <w:pPr>
              <w:pStyle w:val="CMRBodySmall"/>
              <w:spacing w:after="100"/>
            </w:pPr>
            <w:r>
              <w:t>My work: ____________________________________________________________</w:t>
            </w:r>
          </w:p>
          <w:p w14:paraId="48F2153F" w14:textId="77777777" w:rsidR="00BE3968" w:rsidRDefault="00CA6E70">
            <w:pPr>
              <w:pStyle w:val="CMRBodySmall"/>
              <w:spacing w:after="100"/>
            </w:pPr>
            <w:r>
              <w:t>____________________________________________________________________</w:t>
            </w:r>
          </w:p>
          <w:p w14:paraId="0A25EF7A" w14:textId="77777777" w:rsidR="00BE3968" w:rsidRDefault="00CA6E70">
            <w:pPr>
              <w:pStyle w:val="CMRBodySmall"/>
              <w:spacing w:after="100"/>
            </w:pPr>
            <w:r>
              <w:t>____________________________________________________________________</w:t>
            </w:r>
          </w:p>
          <w:p w14:paraId="6C60C9C6" w14:textId="77777777" w:rsidR="00BE3968" w:rsidRDefault="00CA6E70">
            <w:pPr>
              <w:pStyle w:val="CMRBodySmall"/>
              <w:spacing w:after="100"/>
            </w:pPr>
            <w:r>
              <w:t>Answer with units: __________________________________________________</w:t>
            </w:r>
          </w:p>
          <w:p w14:paraId="5829A272" w14:textId="77777777" w:rsidR="00BE3968" w:rsidRDefault="00CA6E70">
            <w:pPr>
              <w:pStyle w:val="CMRBodySmall"/>
              <w:spacing w:after="80"/>
            </w:pPr>
            <w:r>
              <w:t>Does the answer make sense? ___________________________________________</w:t>
            </w:r>
          </w:p>
        </w:tc>
      </w:tr>
    </w:tbl>
    <w:p w14:paraId="3ACE87DF" w14:textId="77777777" w:rsidR="00BE3968" w:rsidRDefault="00CA6E70">
      <w:r>
        <w:br w:type="page"/>
      </w:r>
    </w:p>
    <w:p w14:paraId="203F436A" w14:textId="77777777" w:rsidR="00BE3968" w:rsidRDefault="00CA6E70">
      <w:pPr>
        <w:pStyle w:val="CMRPageTitle"/>
      </w:pPr>
      <w:r>
        <w:rPr>
          <w:b w:val="0"/>
        </w:rPr>
        <w:t>Putting it all together</w:t>
      </w:r>
    </w:p>
    <w:p w14:paraId="360A0556" w14:textId="77777777" w:rsidR="00BE3968" w:rsidRDefault="00CA6E70">
      <w:pPr>
        <w:pStyle w:val="CMRSectionLabel"/>
      </w:pPr>
      <w:r>
        <w:rPr>
          <w:b w:val="0"/>
        </w:rPr>
        <w:t>MIXED REVIEW  •  PAGE 10 OF 12</w:t>
      </w:r>
    </w:p>
    <w:p w14:paraId="397B8730"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30C0FC91" w14:textId="77777777">
        <w:tc>
          <w:tcPr>
            <w:tcW w:w="10036" w:type="dxa"/>
            <w:shd w:val="clear" w:color="auto" w:fill="F5F8F9"/>
            <w:tcMar>
              <w:top w:w="70" w:type="dxa"/>
              <w:left w:w="140" w:type="dxa"/>
              <w:bottom w:w="85" w:type="dxa"/>
              <w:right w:w="140" w:type="dxa"/>
            </w:tcMar>
          </w:tcPr>
          <w:p w14:paraId="52FE1933" w14:textId="77777777" w:rsidR="00BE3968" w:rsidRDefault="00BE3968"/>
          <w:p w14:paraId="79198E6B" w14:textId="77777777" w:rsidR="00BE3968" w:rsidRDefault="00CA6E70">
            <w:pPr>
              <w:pStyle w:val="CMRBodySmall"/>
            </w:pPr>
            <w:r>
              <w:rPr>
                <w:b/>
              </w:rPr>
              <w:t>PROBLEM R-019</w:t>
            </w:r>
          </w:p>
          <w:p w14:paraId="6479975B" w14:textId="77777777" w:rsidR="00BE3968" w:rsidRDefault="00CA6E70">
            <w:r>
              <w:t>For an event, Jasmine needs 6 work gloves in each of 7 volunteer teams, plus 5 more for the welcome table. The event lasts 3 hours. What is the total number of work gloves?</w:t>
            </w:r>
          </w:p>
          <w:p w14:paraId="27B05AE6" w14:textId="77777777" w:rsidR="00BE3968" w:rsidRDefault="00CA6E70">
            <w:pPr>
              <w:pStyle w:val="CMRBodySmall"/>
              <w:spacing w:after="40"/>
            </w:pPr>
            <w:r>
              <w:rPr>
                <w:b/>
              </w:rPr>
              <w:t>STEP 1 — WHAT DO THEY WANT?</w:t>
            </w:r>
          </w:p>
          <w:p w14:paraId="339BDF0E" w14:textId="77777777" w:rsidR="00BE3968" w:rsidRDefault="00CA6E70">
            <w:pPr>
              <w:pStyle w:val="CMRBodySmall"/>
              <w:spacing w:after="80"/>
            </w:pPr>
            <w:r>
              <w:t>I need to find: _________________________________________________________</w:t>
            </w:r>
          </w:p>
          <w:p w14:paraId="7DC8EA15" w14:textId="77777777" w:rsidR="00BE3968" w:rsidRDefault="00CA6E70">
            <w:pPr>
              <w:pStyle w:val="CMRBodySmall"/>
              <w:spacing w:after="40"/>
            </w:pPr>
            <w:r>
              <w:rPr>
                <w:b/>
              </w:rPr>
              <w:t>STEP 2 — WHAT DO I KNOW?</w:t>
            </w:r>
          </w:p>
          <w:p w14:paraId="1FC92B35" w14:textId="77777777" w:rsidR="00BE3968" w:rsidRDefault="00CA6E70">
            <w:pPr>
              <w:pStyle w:val="CMRBodySmall"/>
              <w:spacing w:after="40"/>
            </w:pPr>
            <w:r>
              <w:t>Useful facts: __________________________________________________________</w:t>
            </w:r>
          </w:p>
          <w:p w14:paraId="038B423C" w14:textId="77777777" w:rsidR="00BE3968" w:rsidRDefault="00CA6E70">
            <w:pPr>
              <w:pStyle w:val="CMRBodySmall"/>
            </w:pPr>
            <w:r>
              <w:t>____________________________________________________________________</w:t>
            </w:r>
          </w:p>
          <w:p w14:paraId="1078B132" w14:textId="77777777" w:rsidR="00BE3968" w:rsidRDefault="00CA6E70">
            <w:pPr>
              <w:pStyle w:val="CMRBodySmall"/>
              <w:spacing w:after="40"/>
            </w:pPr>
            <w:r>
              <w:rPr>
                <w:b/>
              </w:rPr>
              <w:t>STEP 3 — HOW DO I FIND IT?</w:t>
            </w:r>
          </w:p>
          <w:p w14:paraId="013283E4" w14:textId="77777777" w:rsidR="00BE3968" w:rsidRDefault="00CA6E70">
            <w:pPr>
              <w:pStyle w:val="CMRBodySmall"/>
              <w:spacing w:after="100"/>
            </w:pPr>
            <w:r>
              <w:t>My work: ____________________________________________________________</w:t>
            </w:r>
          </w:p>
          <w:p w14:paraId="09FA6233" w14:textId="77777777" w:rsidR="00BE3968" w:rsidRDefault="00CA6E70">
            <w:pPr>
              <w:pStyle w:val="CMRBodySmall"/>
              <w:spacing w:after="100"/>
            </w:pPr>
            <w:r>
              <w:t>____________________________________________________________________</w:t>
            </w:r>
          </w:p>
          <w:p w14:paraId="659603FC" w14:textId="77777777" w:rsidR="00BE3968" w:rsidRDefault="00CA6E70">
            <w:pPr>
              <w:pStyle w:val="CMRBodySmall"/>
              <w:spacing w:after="100"/>
            </w:pPr>
            <w:r>
              <w:t>____________________________________________________________________</w:t>
            </w:r>
          </w:p>
          <w:p w14:paraId="4723CE80" w14:textId="77777777" w:rsidR="00BE3968" w:rsidRDefault="00CA6E70">
            <w:pPr>
              <w:pStyle w:val="CMRBodySmall"/>
              <w:spacing w:after="100"/>
            </w:pPr>
            <w:r>
              <w:t>Answer with units: __________________________________________________</w:t>
            </w:r>
          </w:p>
          <w:p w14:paraId="43B5CE87" w14:textId="77777777" w:rsidR="00BE3968" w:rsidRDefault="00CA6E70">
            <w:pPr>
              <w:pStyle w:val="CMRBodySmall"/>
              <w:spacing w:after="80"/>
            </w:pPr>
            <w:r>
              <w:t>Does the answer make sense? ___________________________________________</w:t>
            </w:r>
          </w:p>
        </w:tc>
      </w:tr>
    </w:tbl>
    <w:p w14:paraId="76A61340"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2569A117" w14:textId="77777777">
        <w:tc>
          <w:tcPr>
            <w:tcW w:w="10036" w:type="dxa"/>
            <w:tcMar>
              <w:top w:w="70" w:type="dxa"/>
              <w:left w:w="140" w:type="dxa"/>
              <w:bottom w:w="85" w:type="dxa"/>
              <w:right w:w="140" w:type="dxa"/>
            </w:tcMar>
          </w:tcPr>
          <w:p w14:paraId="5C3D7084" w14:textId="77777777" w:rsidR="00BE3968" w:rsidRDefault="00BE3968"/>
          <w:p w14:paraId="3C1251F1" w14:textId="77777777" w:rsidR="00BE3968" w:rsidRDefault="00CA6E70">
            <w:pPr>
              <w:pStyle w:val="CMRBodySmall"/>
            </w:pPr>
            <w:r>
              <w:rPr>
                <w:b/>
              </w:rPr>
              <w:t>PROBLEM R-020</w:t>
            </w:r>
          </w:p>
          <w:p w14:paraId="25DE6A29" w14:textId="77777777" w:rsidR="00BE3968" w:rsidRDefault="00CA6E70">
            <w:r>
              <w:t>An online shop lists batteries two ways: 8 for $10.00 or 3 for $4.50. Both ship free. Which listing has the lower price for one battery, and what is that price?</w:t>
            </w:r>
          </w:p>
          <w:p w14:paraId="609B780A" w14:textId="77777777" w:rsidR="00BE3968" w:rsidRDefault="00CA6E70">
            <w:pPr>
              <w:pStyle w:val="CMRBodySmall"/>
              <w:spacing w:after="40"/>
            </w:pPr>
            <w:r>
              <w:rPr>
                <w:b/>
              </w:rPr>
              <w:t>STEP 1 — WHAT DO THEY WANT?</w:t>
            </w:r>
          </w:p>
          <w:p w14:paraId="47590CF8" w14:textId="77777777" w:rsidR="00BE3968" w:rsidRDefault="00CA6E70">
            <w:pPr>
              <w:pStyle w:val="CMRBodySmall"/>
              <w:spacing w:after="80"/>
            </w:pPr>
            <w:r>
              <w:t>I need to find: _________________________________________________________</w:t>
            </w:r>
          </w:p>
          <w:p w14:paraId="3E53712B" w14:textId="77777777" w:rsidR="00BE3968" w:rsidRDefault="00CA6E70">
            <w:pPr>
              <w:pStyle w:val="CMRBodySmall"/>
              <w:spacing w:after="40"/>
            </w:pPr>
            <w:r>
              <w:rPr>
                <w:b/>
              </w:rPr>
              <w:t>STEP 2 — WHAT DO I KNOW?</w:t>
            </w:r>
          </w:p>
          <w:p w14:paraId="222947C1" w14:textId="77777777" w:rsidR="00BE3968" w:rsidRDefault="00CA6E70">
            <w:pPr>
              <w:pStyle w:val="CMRBodySmall"/>
              <w:spacing w:after="40"/>
            </w:pPr>
            <w:r>
              <w:t>Useful facts: __________________________________________________________</w:t>
            </w:r>
          </w:p>
          <w:p w14:paraId="24B27561" w14:textId="77777777" w:rsidR="00BE3968" w:rsidRDefault="00CA6E70">
            <w:pPr>
              <w:pStyle w:val="CMRBodySmall"/>
            </w:pPr>
            <w:r>
              <w:t>____________________________________________________________________</w:t>
            </w:r>
          </w:p>
          <w:p w14:paraId="6D4DE1E7" w14:textId="77777777" w:rsidR="00BE3968" w:rsidRDefault="00CA6E70">
            <w:pPr>
              <w:pStyle w:val="CMRBodySmall"/>
              <w:spacing w:after="40"/>
            </w:pPr>
            <w:r>
              <w:rPr>
                <w:b/>
              </w:rPr>
              <w:t>STEP 3 — HOW DO I FIND IT?</w:t>
            </w:r>
          </w:p>
          <w:p w14:paraId="5FE048B0" w14:textId="77777777" w:rsidR="00BE3968" w:rsidRDefault="00CA6E70">
            <w:pPr>
              <w:pStyle w:val="CMRBodySmall"/>
              <w:spacing w:after="100"/>
            </w:pPr>
            <w:r>
              <w:t>My work: ____________________________________________________________</w:t>
            </w:r>
          </w:p>
          <w:p w14:paraId="3A5165D3" w14:textId="77777777" w:rsidR="00BE3968" w:rsidRDefault="00CA6E70">
            <w:pPr>
              <w:pStyle w:val="CMRBodySmall"/>
              <w:spacing w:after="100"/>
            </w:pPr>
            <w:r>
              <w:t>____________________________________________________________________</w:t>
            </w:r>
          </w:p>
          <w:p w14:paraId="5FBC19FB" w14:textId="77777777" w:rsidR="00BE3968" w:rsidRDefault="00CA6E70">
            <w:pPr>
              <w:pStyle w:val="CMRBodySmall"/>
              <w:spacing w:after="100"/>
            </w:pPr>
            <w:r>
              <w:t>____________________________________________________________________</w:t>
            </w:r>
          </w:p>
          <w:p w14:paraId="4E3D9337" w14:textId="77777777" w:rsidR="00BE3968" w:rsidRDefault="00CA6E70">
            <w:pPr>
              <w:pStyle w:val="CMRBodySmall"/>
              <w:spacing w:after="100"/>
            </w:pPr>
            <w:r>
              <w:t>Answer with units: __________________________________________________</w:t>
            </w:r>
          </w:p>
          <w:p w14:paraId="2B458770" w14:textId="77777777" w:rsidR="00BE3968" w:rsidRDefault="00CA6E70">
            <w:pPr>
              <w:pStyle w:val="CMRBodySmall"/>
              <w:spacing w:after="80"/>
            </w:pPr>
            <w:r>
              <w:t>Does the answer make sense? ___________________________________________</w:t>
            </w:r>
          </w:p>
        </w:tc>
      </w:tr>
    </w:tbl>
    <w:p w14:paraId="6055BB2E" w14:textId="77777777" w:rsidR="00BE3968" w:rsidRDefault="00CA6E70">
      <w:r>
        <w:br w:type="page"/>
      </w:r>
    </w:p>
    <w:p w14:paraId="53FACD05" w14:textId="77777777" w:rsidR="00BE3968" w:rsidRDefault="00CA6E70">
      <w:pPr>
        <w:pStyle w:val="CMRPageTitle"/>
      </w:pPr>
      <w:r>
        <w:rPr>
          <w:b w:val="0"/>
        </w:rPr>
        <w:t>Putting it all together</w:t>
      </w:r>
    </w:p>
    <w:p w14:paraId="57981594" w14:textId="77777777" w:rsidR="00BE3968" w:rsidRDefault="00CA6E70">
      <w:pPr>
        <w:pStyle w:val="CMRSectionLabel"/>
      </w:pPr>
      <w:r>
        <w:rPr>
          <w:b w:val="0"/>
        </w:rPr>
        <w:t>MIXED REVIEW  •  PAGE 11 OF 12</w:t>
      </w:r>
    </w:p>
    <w:p w14:paraId="0080A3AA"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108EB494" w14:textId="77777777">
        <w:tc>
          <w:tcPr>
            <w:tcW w:w="10036" w:type="dxa"/>
            <w:shd w:val="clear" w:color="auto" w:fill="F5F8F9"/>
            <w:tcMar>
              <w:top w:w="70" w:type="dxa"/>
              <w:left w:w="140" w:type="dxa"/>
              <w:bottom w:w="85" w:type="dxa"/>
              <w:right w:w="140" w:type="dxa"/>
            </w:tcMar>
          </w:tcPr>
          <w:p w14:paraId="62135C84" w14:textId="77777777" w:rsidR="00BE3968" w:rsidRDefault="00BE3968"/>
          <w:p w14:paraId="1BD110CB" w14:textId="77777777" w:rsidR="00BE3968" w:rsidRDefault="00CA6E70">
            <w:pPr>
              <w:pStyle w:val="CMRBodySmall"/>
            </w:pPr>
            <w:r>
              <w:rPr>
                <w:b/>
              </w:rPr>
              <w:t>PROBLEM R-021</w:t>
            </w:r>
          </w:p>
          <w:p w14:paraId="3E7DFCB6" w14:textId="77777777" w:rsidR="00BE3968" w:rsidRDefault="00CA6E70">
            <w:r>
              <w:t>A job center posts this schedule: Registration 8:15 AM–8:40 AM; Computer class 9:00 AM–10:15 AM; Interview practice 10:30 AM–11:20 AM. Grace goes to computer class and interview practice. Registration is not a class. How many minutes is Grace in class, not counting the break?</w:t>
            </w:r>
          </w:p>
          <w:p w14:paraId="0254981B" w14:textId="77777777" w:rsidR="00BE3968" w:rsidRDefault="00CA6E70">
            <w:pPr>
              <w:pStyle w:val="CMRBodySmall"/>
              <w:spacing w:after="40"/>
            </w:pPr>
            <w:r>
              <w:rPr>
                <w:b/>
              </w:rPr>
              <w:t>STEP 1 — WHAT DO THEY WANT?</w:t>
            </w:r>
          </w:p>
          <w:p w14:paraId="025BE9F4" w14:textId="77777777" w:rsidR="00BE3968" w:rsidRDefault="00CA6E70">
            <w:pPr>
              <w:pStyle w:val="CMRBodySmall"/>
              <w:spacing w:after="80"/>
            </w:pPr>
            <w:r>
              <w:t>I need to find: _________________________________________________________</w:t>
            </w:r>
          </w:p>
          <w:p w14:paraId="1B2AD437" w14:textId="77777777" w:rsidR="00BE3968" w:rsidRDefault="00CA6E70">
            <w:pPr>
              <w:pStyle w:val="CMRBodySmall"/>
              <w:spacing w:after="40"/>
            </w:pPr>
            <w:r>
              <w:rPr>
                <w:b/>
              </w:rPr>
              <w:t>STEP 2 — WHAT DO I KNOW?</w:t>
            </w:r>
          </w:p>
          <w:p w14:paraId="551C10A6" w14:textId="77777777" w:rsidR="00BE3968" w:rsidRDefault="00CA6E70">
            <w:pPr>
              <w:pStyle w:val="CMRBodySmall"/>
              <w:spacing w:after="40"/>
            </w:pPr>
            <w:r>
              <w:t>Useful facts: __________________________________________________________</w:t>
            </w:r>
          </w:p>
          <w:p w14:paraId="30B79E3A" w14:textId="77777777" w:rsidR="00BE3968" w:rsidRDefault="00CA6E70">
            <w:pPr>
              <w:pStyle w:val="CMRBodySmall"/>
            </w:pPr>
            <w:r>
              <w:t>____________________________________________________________________</w:t>
            </w:r>
          </w:p>
          <w:p w14:paraId="0F3DDC75" w14:textId="77777777" w:rsidR="00BE3968" w:rsidRDefault="00CA6E70">
            <w:pPr>
              <w:pStyle w:val="CMRBodySmall"/>
              <w:spacing w:after="40"/>
            </w:pPr>
            <w:r>
              <w:rPr>
                <w:b/>
              </w:rPr>
              <w:t>STEP 3 — HOW DO I FIND IT?</w:t>
            </w:r>
          </w:p>
          <w:p w14:paraId="533F2F9F" w14:textId="77777777" w:rsidR="00BE3968" w:rsidRDefault="00CA6E70">
            <w:pPr>
              <w:pStyle w:val="CMRBodySmall"/>
              <w:spacing w:after="100"/>
            </w:pPr>
            <w:r>
              <w:t>My work: ____________________________________________________________</w:t>
            </w:r>
          </w:p>
          <w:p w14:paraId="3A12CCAA" w14:textId="77777777" w:rsidR="00BE3968" w:rsidRDefault="00CA6E70">
            <w:pPr>
              <w:pStyle w:val="CMRBodySmall"/>
              <w:spacing w:after="100"/>
            </w:pPr>
            <w:r>
              <w:t>____________________________________________________________________</w:t>
            </w:r>
          </w:p>
          <w:p w14:paraId="7E4270CB" w14:textId="77777777" w:rsidR="00BE3968" w:rsidRDefault="00CA6E70">
            <w:pPr>
              <w:pStyle w:val="CMRBodySmall"/>
              <w:spacing w:after="100"/>
            </w:pPr>
            <w:r>
              <w:t>____________________________________________________________________</w:t>
            </w:r>
          </w:p>
          <w:p w14:paraId="55EE102F" w14:textId="77777777" w:rsidR="00BE3968" w:rsidRDefault="00CA6E70">
            <w:pPr>
              <w:pStyle w:val="CMRBodySmall"/>
              <w:spacing w:after="100"/>
            </w:pPr>
            <w:r>
              <w:t>Answer with units: __________________________________________________</w:t>
            </w:r>
          </w:p>
          <w:p w14:paraId="28EFBF68" w14:textId="77777777" w:rsidR="00BE3968" w:rsidRDefault="00CA6E70">
            <w:pPr>
              <w:pStyle w:val="CMRBodySmall"/>
              <w:spacing w:after="80"/>
            </w:pPr>
            <w:r>
              <w:t>Does the answer make sense? ___________________________________________</w:t>
            </w:r>
          </w:p>
        </w:tc>
      </w:tr>
    </w:tbl>
    <w:p w14:paraId="4DB2434B"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0A714C70" w14:textId="77777777">
        <w:tc>
          <w:tcPr>
            <w:tcW w:w="10036" w:type="dxa"/>
            <w:tcMar>
              <w:top w:w="70" w:type="dxa"/>
              <w:left w:w="140" w:type="dxa"/>
              <w:bottom w:w="85" w:type="dxa"/>
              <w:right w:w="140" w:type="dxa"/>
            </w:tcMar>
          </w:tcPr>
          <w:p w14:paraId="4ACC708F" w14:textId="77777777" w:rsidR="00BE3968" w:rsidRDefault="00BE3968"/>
          <w:p w14:paraId="2006EF66" w14:textId="77777777" w:rsidR="00BE3968" w:rsidRDefault="00CA6E70">
            <w:pPr>
              <w:pStyle w:val="CMRBodySmall"/>
            </w:pPr>
            <w:r>
              <w:rPr>
                <w:b/>
              </w:rPr>
              <w:t>PROBLEM R-022</w:t>
            </w:r>
          </w:p>
          <w:p w14:paraId="451AE08A" w14:textId="77777777" w:rsidR="00BE3968" w:rsidRDefault="00CA6E70">
            <w:r>
              <w:t>A clothing drive needs 150 pairs of socks. Anthony has counted 96 pairs, and a neighbor just dropped off 12 more pairs. The boxes are picked up on Monday. How many more pairs are needed?</w:t>
            </w:r>
          </w:p>
          <w:p w14:paraId="3324E8B9" w14:textId="77777777" w:rsidR="00BE3968" w:rsidRDefault="00CA6E70">
            <w:pPr>
              <w:pStyle w:val="CMRBodySmall"/>
              <w:spacing w:after="40"/>
            </w:pPr>
            <w:r>
              <w:rPr>
                <w:b/>
              </w:rPr>
              <w:t>STEP 1 — WHAT DO THEY WANT?</w:t>
            </w:r>
          </w:p>
          <w:p w14:paraId="2A00CBD6" w14:textId="77777777" w:rsidR="00BE3968" w:rsidRDefault="00CA6E70">
            <w:pPr>
              <w:pStyle w:val="CMRBodySmall"/>
              <w:spacing w:after="80"/>
            </w:pPr>
            <w:r>
              <w:t>I need to find: _________________________________________________________</w:t>
            </w:r>
          </w:p>
          <w:p w14:paraId="7B98A748" w14:textId="77777777" w:rsidR="00BE3968" w:rsidRDefault="00CA6E70">
            <w:pPr>
              <w:pStyle w:val="CMRBodySmall"/>
              <w:spacing w:after="40"/>
            </w:pPr>
            <w:r>
              <w:rPr>
                <w:b/>
              </w:rPr>
              <w:t>STEP 2 — WHAT DO I KNOW?</w:t>
            </w:r>
          </w:p>
          <w:p w14:paraId="2A566D7E" w14:textId="77777777" w:rsidR="00BE3968" w:rsidRDefault="00CA6E70">
            <w:pPr>
              <w:pStyle w:val="CMRBodySmall"/>
              <w:spacing w:after="40"/>
            </w:pPr>
            <w:r>
              <w:t>Useful facts: __________________________________________________________</w:t>
            </w:r>
          </w:p>
          <w:p w14:paraId="50B349D2" w14:textId="77777777" w:rsidR="00BE3968" w:rsidRDefault="00CA6E70">
            <w:pPr>
              <w:pStyle w:val="CMRBodySmall"/>
            </w:pPr>
            <w:r>
              <w:t>____________________________________________________________________</w:t>
            </w:r>
          </w:p>
          <w:p w14:paraId="0923EF55" w14:textId="77777777" w:rsidR="00BE3968" w:rsidRDefault="00CA6E70">
            <w:pPr>
              <w:pStyle w:val="CMRBodySmall"/>
              <w:spacing w:after="40"/>
            </w:pPr>
            <w:r>
              <w:rPr>
                <w:b/>
              </w:rPr>
              <w:t>STEP 3 — HOW DO I FIND IT?</w:t>
            </w:r>
          </w:p>
          <w:p w14:paraId="42A154E3" w14:textId="77777777" w:rsidR="00BE3968" w:rsidRDefault="00CA6E70">
            <w:pPr>
              <w:pStyle w:val="CMRBodySmall"/>
              <w:spacing w:after="100"/>
            </w:pPr>
            <w:r>
              <w:t>My work: ____________________________________________________________</w:t>
            </w:r>
          </w:p>
          <w:p w14:paraId="42426D78" w14:textId="77777777" w:rsidR="00BE3968" w:rsidRDefault="00CA6E70">
            <w:pPr>
              <w:pStyle w:val="CMRBodySmall"/>
              <w:spacing w:after="100"/>
            </w:pPr>
            <w:r>
              <w:t>____________________________________________________________________</w:t>
            </w:r>
          </w:p>
          <w:p w14:paraId="096E68BE" w14:textId="77777777" w:rsidR="00BE3968" w:rsidRDefault="00CA6E70">
            <w:pPr>
              <w:pStyle w:val="CMRBodySmall"/>
              <w:spacing w:after="100"/>
            </w:pPr>
            <w:r>
              <w:t>____________________________________________________________________</w:t>
            </w:r>
          </w:p>
          <w:p w14:paraId="6BB4F3D3" w14:textId="77777777" w:rsidR="00BE3968" w:rsidRDefault="00CA6E70">
            <w:pPr>
              <w:pStyle w:val="CMRBodySmall"/>
              <w:spacing w:after="100"/>
            </w:pPr>
            <w:r>
              <w:t>Answer with units: __________________________________________________</w:t>
            </w:r>
          </w:p>
          <w:p w14:paraId="17FAC557" w14:textId="77777777" w:rsidR="00BE3968" w:rsidRDefault="00CA6E70">
            <w:pPr>
              <w:pStyle w:val="CMRBodySmall"/>
              <w:spacing w:after="80"/>
            </w:pPr>
            <w:r>
              <w:t>Does the answer make sense? ___________________________________________</w:t>
            </w:r>
          </w:p>
        </w:tc>
      </w:tr>
    </w:tbl>
    <w:p w14:paraId="378E1026" w14:textId="77777777" w:rsidR="00BE3968" w:rsidRDefault="00CA6E70">
      <w:r>
        <w:br w:type="page"/>
      </w:r>
    </w:p>
    <w:p w14:paraId="600E42C4" w14:textId="77777777" w:rsidR="00BE3968" w:rsidRDefault="00CA6E70">
      <w:pPr>
        <w:pStyle w:val="CMRPageTitle"/>
      </w:pPr>
      <w:r>
        <w:rPr>
          <w:b w:val="0"/>
        </w:rPr>
        <w:t>Putting it all together</w:t>
      </w:r>
    </w:p>
    <w:p w14:paraId="1E24458D" w14:textId="77777777" w:rsidR="00BE3968" w:rsidRDefault="00CA6E70">
      <w:pPr>
        <w:pStyle w:val="CMRSectionLabel"/>
      </w:pPr>
      <w:r>
        <w:rPr>
          <w:b w:val="0"/>
        </w:rPr>
        <w:t>MIXED REVIEW  •  PAGE 12 OF 12</w:t>
      </w:r>
    </w:p>
    <w:p w14:paraId="708CFEB9" w14:textId="77777777" w:rsidR="00BE3968" w:rsidRDefault="00CA6E70">
      <w:pPr>
        <w:pStyle w:val="CMRBodySmall"/>
        <w:spacing w:after="120"/>
      </w:pPr>
      <w:r>
        <w:t>These situations come from different parts of adult life. Read first. Find what is being asked. Then calculate.</w:t>
      </w:r>
    </w:p>
    <w:tbl>
      <w:tblPr>
        <w:tblW w:w="0" w:type="auto"/>
        <w:tblLayout w:type="fixed"/>
        <w:tblLook w:val="04A0" w:firstRow="1" w:lastRow="0" w:firstColumn="1" w:lastColumn="0" w:noHBand="0" w:noVBand="1"/>
      </w:tblPr>
      <w:tblGrid>
        <w:gridCol w:w="10036"/>
      </w:tblGrid>
      <w:tr w:rsidR="00BE3968" w14:paraId="469EF5B0" w14:textId="77777777">
        <w:tc>
          <w:tcPr>
            <w:tcW w:w="10036" w:type="dxa"/>
            <w:shd w:val="clear" w:color="auto" w:fill="F5F8F9"/>
            <w:tcMar>
              <w:top w:w="70" w:type="dxa"/>
              <w:left w:w="140" w:type="dxa"/>
              <w:bottom w:w="85" w:type="dxa"/>
              <w:right w:w="140" w:type="dxa"/>
            </w:tcMar>
          </w:tcPr>
          <w:p w14:paraId="6C14EA81" w14:textId="77777777" w:rsidR="00BE3968" w:rsidRDefault="00BE3968"/>
          <w:p w14:paraId="797534E5" w14:textId="77777777" w:rsidR="00BE3968" w:rsidRDefault="00CA6E70">
            <w:pPr>
              <w:pStyle w:val="CMRBodySmall"/>
            </w:pPr>
            <w:r>
              <w:rPr>
                <w:b/>
              </w:rPr>
              <w:t>PROBLEM R-023</w:t>
            </w:r>
          </w:p>
          <w:p w14:paraId="207B33E6" w14:textId="77777777" w:rsidR="00BE3968" w:rsidRDefault="00CA6E70">
            <w:r>
              <w:t>Rosa’s dinner costs $45.00, and James’s costs $15.00. Rosa pays for both and adds a 20% tip on the total. The restaurant is 2 miles from home. How much does Rosa pay?</w:t>
            </w:r>
          </w:p>
          <w:p w14:paraId="3182B807" w14:textId="77777777" w:rsidR="00BE3968" w:rsidRDefault="00CA6E70">
            <w:pPr>
              <w:pStyle w:val="CMRBodySmall"/>
              <w:spacing w:after="40"/>
            </w:pPr>
            <w:r>
              <w:rPr>
                <w:b/>
              </w:rPr>
              <w:t>STEP 1 — WHAT DO THEY WANT?</w:t>
            </w:r>
          </w:p>
          <w:p w14:paraId="7EDAA43A" w14:textId="77777777" w:rsidR="00BE3968" w:rsidRDefault="00CA6E70">
            <w:pPr>
              <w:pStyle w:val="CMRBodySmall"/>
              <w:spacing w:after="80"/>
            </w:pPr>
            <w:r>
              <w:t>I need to find: _________________________________________________________</w:t>
            </w:r>
          </w:p>
          <w:p w14:paraId="24DB5469" w14:textId="77777777" w:rsidR="00BE3968" w:rsidRDefault="00CA6E70">
            <w:pPr>
              <w:pStyle w:val="CMRBodySmall"/>
              <w:spacing w:after="40"/>
            </w:pPr>
            <w:r>
              <w:rPr>
                <w:b/>
              </w:rPr>
              <w:t>STEP 2 — WHAT DO I KNOW?</w:t>
            </w:r>
          </w:p>
          <w:p w14:paraId="0D42060E" w14:textId="77777777" w:rsidR="00BE3968" w:rsidRDefault="00CA6E70">
            <w:pPr>
              <w:pStyle w:val="CMRBodySmall"/>
              <w:spacing w:after="40"/>
            </w:pPr>
            <w:r>
              <w:t>Useful facts: __________________________________________________________</w:t>
            </w:r>
          </w:p>
          <w:p w14:paraId="38EF0C9F" w14:textId="77777777" w:rsidR="00BE3968" w:rsidRDefault="00CA6E70">
            <w:pPr>
              <w:pStyle w:val="CMRBodySmall"/>
            </w:pPr>
            <w:r>
              <w:t>____________________________________________________________________</w:t>
            </w:r>
          </w:p>
          <w:p w14:paraId="45C3F8D1" w14:textId="77777777" w:rsidR="00BE3968" w:rsidRDefault="00CA6E70">
            <w:pPr>
              <w:pStyle w:val="CMRBodySmall"/>
              <w:spacing w:after="40"/>
            </w:pPr>
            <w:r>
              <w:rPr>
                <w:b/>
              </w:rPr>
              <w:t>STEP 3 — HOW DO I FIND IT?</w:t>
            </w:r>
          </w:p>
          <w:p w14:paraId="0A2D4797" w14:textId="77777777" w:rsidR="00BE3968" w:rsidRDefault="00CA6E70">
            <w:pPr>
              <w:pStyle w:val="CMRBodySmall"/>
              <w:spacing w:after="100"/>
            </w:pPr>
            <w:r>
              <w:t>My work: ____________________________________________________________</w:t>
            </w:r>
          </w:p>
          <w:p w14:paraId="06202148" w14:textId="77777777" w:rsidR="00BE3968" w:rsidRDefault="00CA6E70">
            <w:pPr>
              <w:pStyle w:val="CMRBodySmall"/>
              <w:spacing w:after="100"/>
            </w:pPr>
            <w:r>
              <w:t>____________________________________________________________________</w:t>
            </w:r>
          </w:p>
          <w:p w14:paraId="19A98E31" w14:textId="77777777" w:rsidR="00BE3968" w:rsidRDefault="00CA6E70">
            <w:pPr>
              <w:pStyle w:val="CMRBodySmall"/>
              <w:spacing w:after="100"/>
            </w:pPr>
            <w:r>
              <w:t>____________________________________________________________________</w:t>
            </w:r>
          </w:p>
          <w:p w14:paraId="18C0A8C6" w14:textId="77777777" w:rsidR="00BE3968" w:rsidRDefault="00CA6E70">
            <w:pPr>
              <w:pStyle w:val="CMRBodySmall"/>
              <w:spacing w:after="100"/>
            </w:pPr>
            <w:r>
              <w:t>Answer with units: __________________________________________________</w:t>
            </w:r>
          </w:p>
          <w:p w14:paraId="32176589" w14:textId="77777777" w:rsidR="00BE3968" w:rsidRDefault="00CA6E70">
            <w:pPr>
              <w:pStyle w:val="CMRBodySmall"/>
              <w:spacing w:after="80"/>
            </w:pPr>
            <w:r>
              <w:t>Does the answer make sense? ___________________________________________</w:t>
            </w:r>
          </w:p>
        </w:tc>
      </w:tr>
    </w:tbl>
    <w:p w14:paraId="5B442E43" w14:textId="77777777" w:rsidR="00BE3968" w:rsidRDefault="00BE3968">
      <w:pPr>
        <w:spacing w:after="60"/>
      </w:pPr>
    </w:p>
    <w:tbl>
      <w:tblPr>
        <w:tblW w:w="0" w:type="auto"/>
        <w:tblLayout w:type="fixed"/>
        <w:tblLook w:val="04A0" w:firstRow="1" w:lastRow="0" w:firstColumn="1" w:lastColumn="0" w:noHBand="0" w:noVBand="1"/>
      </w:tblPr>
      <w:tblGrid>
        <w:gridCol w:w="10036"/>
      </w:tblGrid>
      <w:tr w:rsidR="00BE3968" w14:paraId="3F492906" w14:textId="77777777">
        <w:tc>
          <w:tcPr>
            <w:tcW w:w="10036" w:type="dxa"/>
            <w:tcMar>
              <w:top w:w="70" w:type="dxa"/>
              <w:left w:w="140" w:type="dxa"/>
              <w:bottom w:w="85" w:type="dxa"/>
              <w:right w:w="140" w:type="dxa"/>
            </w:tcMar>
          </w:tcPr>
          <w:p w14:paraId="61AFAB8F" w14:textId="77777777" w:rsidR="00BE3968" w:rsidRDefault="00BE3968"/>
          <w:p w14:paraId="2B558A61" w14:textId="77777777" w:rsidR="00BE3968" w:rsidRDefault="00CA6E70">
            <w:pPr>
              <w:pStyle w:val="CMRBodySmall"/>
            </w:pPr>
            <w:r>
              <w:rPr>
                <w:b/>
              </w:rPr>
              <w:t>PROBLEM R-024</w:t>
            </w:r>
          </w:p>
          <w:p w14:paraId="0BAA87A1" w14:textId="77777777" w:rsidR="00BE3968" w:rsidRDefault="00CA6E70">
            <w:r>
              <w:t>James lays out 5 yards of rope for a tent and 4 yards for a clothesline. How many feet of rope is that altogether?</w:t>
            </w:r>
          </w:p>
          <w:p w14:paraId="2821DD8B" w14:textId="77777777" w:rsidR="00BE3968" w:rsidRDefault="00CA6E70">
            <w:pPr>
              <w:pStyle w:val="CMRBodySmall"/>
              <w:spacing w:after="40"/>
            </w:pPr>
            <w:r>
              <w:rPr>
                <w:b/>
              </w:rPr>
              <w:t>STEP 1 — WHAT DO THEY WANT?</w:t>
            </w:r>
          </w:p>
          <w:p w14:paraId="363CDDDC" w14:textId="77777777" w:rsidR="00BE3968" w:rsidRDefault="00CA6E70">
            <w:pPr>
              <w:pStyle w:val="CMRBodySmall"/>
              <w:spacing w:after="80"/>
            </w:pPr>
            <w:r>
              <w:t>I need to find: _________________________________________________________</w:t>
            </w:r>
          </w:p>
          <w:p w14:paraId="58181BE2" w14:textId="77777777" w:rsidR="00BE3968" w:rsidRDefault="00CA6E70">
            <w:pPr>
              <w:pStyle w:val="CMRBodySmall"/>
              <w:spacing w:after="40"/>
            </w:pPr>
            <w:r>
              <w:rPr>
                <w:b/>
              </w:rPr>
              <w:t>STEP 2 — WHAT DO I KNOW?</w:t>
            </w:r>
          </w:p>
          <w:p w14:paraId="2FF29A93" w14:textId="77777777" w:rsidR="00BE3968" w:rsidRDefault="00CA6E70">
            <w:pPr>
              <w:pStyle w:val="CMRBodySmall"/>
              <w:spacing w:after="40"/>
            </w:pPr>
            <w:r>
              <w:t>Useful facts: __________________________________________________________</w:t>
            </w:r>
          </w:p>
          <w:p w14:paraId="0920BB58" w14:textId="77777777" w:rsidR="00BE3968" w:rsidRDefault="00CA6E70">
            <w:pPr>
              <w:pStyle w:val="CMRBodySmall"/>
            </w:pPr>
            <w:r>
              <w:t>____________________________________________________________________</w:t>
            </w:r>
          </w:p>
          <w:p w14:paraId="47BFCC73" w14:textId="77777777" w:rsidR="00BE3968" w:rsidRDefault="00CA6E70">
            <w:pPr>
              <w:pStyle w:val="CMRBodySmall"/>
              <w:spacing w:after="40"/>
            </w:pPr>
            <w:r>
              <w:rPr>
                <w:b/>
              </w:rPr>
              <w:t>STEP 3 — HOW DO I FIND IT?</w:t>
            </w:r>
          </w:p>
          <w:p w14:paraId="24133B6F" w14:textId="77777777" w:rsidR="00BE3968" w:rsidRDefault="00CA6E70">
            <w:pPr>
              <w:pStyle w:val="CMRBodySmall"/>
              <w:spacing w:after="100"/>
            </w:pPr>
            <w:r>
              <w:t>My work: ____________________________________________________________</w:t>
            </w:r>
          </w:p>
          <w:p w14:paraId="10DBDB22" w14:textId="77777777" w:rsidR="00BE3968" w:rsidRDefault="00CA6E70">
            <w:pPr>
              <w:pStyle w:val="CMRBodySmall"/>
              <w:spacing w:after="100"/>
            </w:pPr>
            <w:r>
              <w:t>____________________________________________________________________</w:t>
            </w:r>
          </w:p>
          <w:p w14:paraId="5D72579B" w14:textId="77777777" w:rsidR="00BE3968" w:rsidRDefault="00CA6E70">
            <w:pPr>
              <w:pStyle w:val="CMRBodySmall"/>
              <w:spacing w:after="100"/>
            </w:pPr>
            <w:r>
              <w:t>____________________________________________________________________</w:t>
            </w:r>
          </w:p>
          <w:p w14:paraId="0697AE41" w14:textId="77777777" w:rsidR="00BE3968" w:rsidRDefault="00CA6E70">
            <w:pPr>
              <w:pStyle w:val="CMRBodySmall"/>
              <w:spacing w:after="100"/>
            </w:pPr>
            <w:r>
              <w:t>Answer with units: __________________________________________________</w:t>
            </w:r>
          </w:p>
          <w:p w14:paraId="04049808" w14:textId="77777777" w:rsidR="00BE3968" w:rsidRDefault="00CA6E70">
            <w:pPr>
              <w:pStyle w:val="CMRBodySmall"/>
              <w:spacing w:after="80"/>
            </w:pPr>
            <w:r>
              <w:t>Does the answer make sense? ___________________________________________</w:t>
            </w:r>
          </w:p>
        </w:tc>
      </w:tr>
    </w:tbl>
    <w:p w14:paraId="74B794E8" w14:textId="77777777" w:rsidR="00BE3968" w:rsidRDefault="00CA6E70">
      <w:r>
        <w:br w:type="page"/>
      </w:r>
    </w:p>
    <w:p w14:paraId="41D87E4B" w14:textId="77777777" w:rsidR="00BE3968" w:rsidRDefault="00CA6E70">
      <w:pPr>
        <w:pStyle w:val="CMRSmallLabel"/>
        <w:spacing w:after="80"/>
      </w:pPr>
      <w:r>
        <w:rPr>
          <w:b w:val="0"/>
        </w:rPr>
        <w:t>ANSWER KEY  |  PAGE 1 OF 36</w:t>
      </w:r>
    </w:p>
    <w:p w14:paraId="2971E062" w14:textId="77777777" w:rsidR="00BE3968" w:rsidRDefault="00CA6E70">
      <w:pPr>
        <w:pStyle w:val="CMRPageTitle"/>
        <w:spacing w:after="100"/>
      </w:pPr>
      <w:r>
        <w:rPr>
          <w:b w:val="0"/>
        </w:rPr>
        <w:t>Answers and short explanations</w:t>
      </w:r>
    </w:p>
    <w:p w14:paraId="10B9E0FA" w14:textId="77777777" w:rsidR="00BE3968" w:rsidRDefault="00CA6E70">
      <w:pPr>
        <w:pStyle w:val="CMRBodySmall"/>
        <w:spacing w:after="160"/>
      </w:pPr>
      <w:r>
        <w:t>Finish the problem before checking here. If your result differs, return to Step 1 and make sure you answered the question that was asked.</w:t>
      </w:r>
    </w:p>
    <w:p w14:paraId="45F89456" w14:textId="77777777" w:rsidR="00BE3968" w:rsidRDefault="00CA6E70">
      <w:pPr>
        <w:pStyle w:val="CMRAnswerEntry"/>
        <w:spacing w:after="120"/>
      </w:pPr>
      <w:r>
        <w:rPr>
          <w:b/>
          <w:color w:val="1D4458"/>
        </w:rPr>
        <w:t xml:space="preserve">S1-001  $10.00.  </w:t>
      </w:r>
      <w:r>
        <w:t>Step 1: A; Step 2: Cost of rice: $6.00; Cost of vegetables: $4.00; Step 3: B.  $6.00 + $4.00 = $10.00.</w:t>
      </w:r>
    </w:p>
    <w:p w14:paraId="6C5F85F3" w14:textId="77777777" w:rsidR="00BE3968" w:rsidRDefault="00CA6E70">
      <w:pPr>
        <w:pStyle w:val="CMRAnswerEntry"/>
        <w:spacing w:after="120"/>
      </w:pPr>
      <w:r>
        <w:rPr>
          <w:b/>
          <w:color w:val="1D4458"/>
        </w:rPr>
        <w:t xml:space="preserve">S1-002  $25.00.  </w:t>
      </w:r>
      <w:r>
        <w:t>Step 1: B; Step 2: Cost of laundry soap: $11.00; Cost of paper towels: $14.00; Step 3: A.  $11.00 + $14.00 = $25.00.</w:t>
      </w:r>
    </w:p>
    <w:p w14:paraId="27A2ABE5" w14:textId="77777777" w:rsidR="00BE3968" w:rsidRDefault="00CA6E70">
      <w:pPr>
        <w:pStyle w:val="CMRAnswerEntry"/>
        <w:spacing w:after="120"/>
      </w:pPr>
      <w:r>
        <w:rPr>
          <w:b/>
          <w:color w:val="1D4458"/>
        </w:rPr>
        <w:t xml:space="preserve">S1-003  $26.00.  </w:t>
      </w:r>
      <w:r>
        <w:t>Step 1: B; Step 2: Cost of notebooks: $19.00; Cost of pens: $7.00; Step 3: B.  $19.00 + $7.00 = $26.00.</w:t>
      </w:r>
    </w:p>
    <w:p w14:paraId="26A94A55" w14:textId="77777777" w:rsidR="00BE3968" w:rsidRDefault="00CA6E70">
      <w:pPr>
        <w:pStyle w:val="CMRAnswerEntry"/>
        <w:spacing w:after="120"/>
      </w:pPr>
      <w:r>
        <w:rPr>
          <w:b/>
          <w:color w:val="1D4458"/>
        </w:rPr>
        <w:t xml:space="preserve">S1-004  $30.00.  </w:t>
      </w:r>
      <w:r>
        <w:t>Step 1: A; Step 2: Cost of bread: $17.00; Cost of milk: $13.00; Step 3: B.  $17.00 + $13.00 = $30.00.</w:t>
      </w:r>
    </w:p>
    <w:p w14:paraId="47956610" w14:textId="77777777" w:rsidR="00BE3968" w:rsidRDefault="00CA6E70">
      <w:pPr>
        <w:pStyle w:val="CMRAnswerEntry"/>
        <w:spacing w:after="120"/>
      </w:pPr>
      <w:r>
        <w:rPr>
          <w:b/>
          <w:color w:val="1D4458"/>
        </w:rPr>
        <w:t xml:space="preserve">S1-005  $37.00.  </w:t>
      </w:r>
      <w:r>
        <w:t>Step 1: B; Step 2: Cost of rice: $21.00; Cost of vegetables: $16.00; Step 3: A.  $21.00 + $16.00 = $37.00.</w:t>
      </w:r>
    </w:p>
    <w:p w14:paraId="49793CB8" w14:textId="77777777" w:rsidR="00BE3968" w:rsidRDefault="00CA6E70">
      <w:pPr>
        <w:pStyle w:val="CMRAnswerEntry"/>
        <w:spacing w:after="120"/>
      </w:pPr>
      <w:r>
        <w:rPr>
          <w:b/>
          <w:color w:val="1D4458"/>
        </w:rPr>
        <w:t xml:space="preserve">S1-006  $30.00.  </w:t>
      </w:r>
      <w:r>
        <w:t>Step 1: A; Step 2: Cost of laundry soap: $23.00; Cost of paper towels: $7.00; Step 3: A.  $23.00 + $7.00 = $30.00.</w:t>
      </w:r>
    </w:p>
    <w:p w14:paraId="4B1B2E91" w14:textId="77777777" w:rsidR="00BE3968" w:rsidRDefault="00CA6E70">
      <w:pPr>
        <w:pStyle w:val="CMRAnswerEntry"/>
        <w:spacing w:after="120"/>
      </w:pPr>
      <w:r>
        <w:rPr>
          <w:b/>
          <w:color w:val="1D4458"/>
        </w:rPr>
        <w:t xml:space="preserve">S1-007  $15.00.  </w:t>
      </w:r>
      <w:r>
        <w:t>Step 1: A; Step 2: Cost of notebooks: $10.00; Cost of pens: $5.00; Step 3: B.  $10.00 + $5.00 = $15.00.</w:t>
      </w:r>
    </w:p>
    <w:p w14:paraId="6CD654B4" w14:textId="77777777" w:rsidR="00BE3968" w:rsidRDefault="00CA6E70">
      <w:pPr>
        <w:pStyle w:val="CMRAnswerEntry"/>
        <w:spacing w:after="120"/>
      </w:pPr>
      <w:r>
        <w:rPr>
          <w:b/>
          <w:color w:val="1D4458"/>
        </w:rPr>
        <w:t xml:space="preserve">S1-008  $32.00.  </w:t>
      </w:r>
      <w:r>
        <w:t>Step 1: B; Step 2: Cost of bread: $20.00; Cost of milk: $12.00; Step 3: A.  $20.00 + $12.00 = $32.00.</w:t>
      </w:r>
    </w:p>
    <w:p w14:paraId="757C6A09" w14:textId="77777777" w:rsidR="00BE3968" w:rsidRDefault="00CA6E70">
      <w:pPr>
        <w:pStyle w:val="CMRAnswerEntry"/>
        <w:spacing w:after="120"/>
      </w:pPr>
      <w:r>
        <w:rPr>
          <w:b/>
          <w:color w:val="1D4458"/>
        </w:rPr>
        <w:t xml:space="preserve">S1-009  $17.00.  </w:t>
      </w:r>
      <w:r>
        <w:t>Step 1: A; Step 2: Cost of rice: $5.00; Cost of vegetables: $12.00; Step 3: A.  $5.00 + $12.00 = $17.00.</w:t>
      </w:r>
    </w:p>
    <w:p w14:paraId="40FCC3CB" w14:textId="77777777" w:rsidR="00BE3968" w:rsidRDefault="00CA6E70">
      <w:pPr>
        <w:pStyle w:val="CMRAnswerEntry"/>
        <w:spacing w:after="120"/>
      </w:pPr>
      <w:r>
        <w:rPr>
          <w:b/>
          <w:color w:val="1D4458"/>
        </w:rPr>
        <w:t xml:space="preserve">S1-010  $27.00.  </w:t>
      </w:r>
      <w:r>
        <w:t>Step 1: B; Step 2: Cost of laundry soap: $18.00; Cost of paper towels: $9.00; Step 3: B.  $18.00 + $9.00 = $27.00.</w:t>
      </w:r>
    </w:p>
    <w:p w14:paraId="3BF02B92" w14:textId="77777777" w:rsidR="00BE3968" w:rsidRDefault="00CA6E70">
      <w:pPr>
        <w:pStyle w:val="CMRAnswerEntry"/>
        <w:spacing w:after="120"/>
      </w:pPr>
      <w:r>
        <w:rPr>
          <w:b/>
          <w:color w:val="1D4458"/>
        </w:rPr>
        <w:t xml:space="preserve">S1-011  $78.00.  </w:t>
      </w:r>
      <w:r>
        <w:t>Step 1: B; Step 2: Money at the start: $99.00; Amount spent: $21.00; Step 3: B.  $99.00 − $21.00 = $78.00. Check: $78.00 + $21.00 = $99.00.</w:t>
      </w:r>
    </w:p>
    <w:p w14:paraId="07C45E4D" w14:textId="77777777" w:rsidR="00BE3968" w:rsidRDefault="00CA6E70">
      <w:pPr>
        <w:pStyle w:val="CMRAnswerEntry"/>
        <w:spacing w:after="120"/>
      </w:pPr>
      <w:r>
        <w:rPr>
          <w:b/>
          <w:color w:val="1D4458"/>
        </w:rPr>
        <w:t xml:space="preserve">S1-012  $44.00.  </w:t>
      </w:r>
      <w:r>
        <w:t>Step 1: B; Step 2: Money at the start: $60.00; Amount spent: $16.00; Step 3: B.  $60.00 − $16.00 = $44.00. Check: $44.00 + $16.00 = $60.00.</w:t>
      </w:r>
    </w:p>
    <w:p w14:paraId="136276C8" w14:textId="77777777" w:rsidR="00BE3968" w:rsidRDefault="00CA6E70">
      <w:pPr>
        <w:pStyle w:val="CMRAnswerEntry"/>
        <w:spacing w:after="120"/>
      </w:pPr>
      <w:r>
        <w:rPr>
          <w:b/>
          <w:color w:val="1D4458"/>
        </w:rPr>
        <w:t xml:space="preserve">S1-013  $59.00.  </w:t>
      </w:r>
      <w:r>
        <w:t>Step 1: A; Step 2: Money at the start: $81.00; Amount spent: $22.00; Step 3: A.  $81.00 − $22.00 = $59.00. Check: $59.00 + $22.00 = $81.00.</w:t>
      </w:r>
    </w:p>
    <w:p w14:paraId="4373A315" w14:textId="77777777" w:rsidR="00BE3968" w:rsidRDefault="00CA6E70">
      <w:pPr>
        <w:pStyle w:val="CMRAnswerEntry"/>
        <w:spacing w:after="120"/>
      </w:pPr>
      <w:r>
        <w:rPr>
          <w:b/>
          <w:color w:val="1D4458"/>
        </w:rPr>
        <w:t xml:space="preserve">S1-014  $77.00.  </w:t>
      </w:r>
      <w:r>
        <w:t>Step 1: B; Step 2: Money at the start: $93.00; Amount spent: $16.00; Step 3: A.  $93.00 − $16.00 = $77.00. Check: $77.00 + $16.00 = $93.00.</w:t>
      </w:r>
    </w:p>
    <w:p w14:paraId="464440F5" w14:textId="77777777" w:rsidR="00BE3968" w:rsidRDefault="00CA6E70">
      <w:r>
        <w:br w:type="page"/>
      </w:r>
    </w:p>
    <w:p w14:paraId="437CD929" w14:textId="77777777" w:rsidR="00BE3968" w:rsidRDefault="00CA6E70">
      <w:pPr>
        <w:pStyle w:val="CMRSmallLabel"/>
        <w:spacing w:after="80"/>
      </w:pPr>
      <w:r>
        <w:rPr>
          <w:b w:val="0"/>
        </w:rPr>
        <w:t>ANSWER KEY  |  PAGE 2 OF 36</w:t>
      </w:r>
    </w:p>
    <w:p w14:paraId="27A3D1CA" w14:textId="77777777" w:rsidR="00BE3968" w:rsidRDefault="00CA6E70">
      <w:pPr>
        <w:pStyle w:val="CMRPageTitle"/>
        <w:spacing w:after="100"/>
      </w:pPr>
      <w:r>
        <w:rPr>
          <w:b w:val="0"/>
        </w:rPr>
        <w:t>Answers and short explanations</w:t>
      </w:r>
    </w:p>
    <w:p w14:paraId="52B3E855" w14:textId="77777777" w:rsidR="00BE3968" w:rsidRDefault="00CA6E70">
      <w:pPr>
        <w:pStyle w:val="CMRBodySmall"/>
        <w:spacing w:after="120"/>
      </w:pPr>
      <w:r>
        <w:t>Find your problem number below. Compare your reasoning, not only the final answer.</w:t>
      </w:r>
    </w:p>
    <w:p w14:paraId="5AE4D653" w14:textId="77777777" w:rsidR="00BE3968" w:rsidRDefault="00CA6E70">
      <w:pPr>
        <w:pStyle w:val="CMRAnswerEntry"/>
        <w:spacing w:after="120"/>
      </w:pPr>
      <w:r>
        <w:rPr>
          <w:b/>
          <w:color w:val="1D4458"/>
        </w:rPr>
        <w:t xml:space="preserve">S1-015  $22.00.  </w:t>
      </w:r>
      <w:r>
        <w:t>Step 1: A; Step 2: Money at the start: $41.00; Amount spent: $19.00; Step 3: B.  $41.00 − $19.00 = $22.00. Check: $22.00 + $19.00 = $41.00.</w:t>
      </w:r>
    </w:p>
    <w:p w14:paraId="17FF1901" w14:textId="77777777" w:rsidR="00BE3968" w:rsidRDefault="00CA6E70">
      <w:pPr>
        <w:pStyle w:val="CMRAnswerEntry"/>
        <w:spacing w:after="120"/>
      </w:pPr>
      <w:r>
        <w:rPr>
          <w:b/>
          <w:color w:val="1D4458"/>
        </w:rPr>
        <w:t xml:space="preserve">S1-016  $37.00.  </w:t>
      </w:r>
      <w:r>
        <w:t>Step 1: A; Step 2: Money at the start: $55.00; Amount spent: $18.00; Step 3: A.  $55.00 − $18.00 = $37.00. Check: $37.00 + $18.00 = $55.00.</w:t>
      </w:r>
    </w:p>
    <w:p w14:paraId="306EEF97" w14:textId="77777777" w:rsidR="00BE3968" w:rsidRDefault="00CA6E70">
      <w:pPr>
        <w:pStyle w:val="CMRAnswerEntry"/>
        <w:spacing w:after="120"/>
      </w:pPr>
      <w:r>
        <w:rPr>
          <w:b/>
          <w:color w:val="1D4458"/>
        </w:rPr>
        <w:t xml:space="preserve">S1-017  $75.00.  </w:t>
      </w:r>
      <w:r>
        <w:t>Step 1: B; Step 2: Money at the start: $91.00; Amount spent: $16.00; Step 3: A.  $91.00 − $16.00 = $75.00. Check: $75.00 + $16.00 = $91.00.</w:t>
      </w:r>
    </w:p>
    <w:p w14:paraId="2AEA3E7C" w14:textId="77777777" w:rsidR="00BE3968" w:rsidRDefault="00CA6E70">
      <w:pPr>
        <w:pStyle w:val="CMRAnswerEntry"/>
        <w:spacing w:after="120"/>
      </w:pPr>
      <w:r>
        <w:rPr>
          <w:b/>
          <w:color w:val="1D4458"/>
        </w:rPr>
        <w:t xml:space="preserve">S1-018  $48.00.  </w:t>
      </w:r>
      <w:r>
        <w:t>Step 1: A; Step 2: Money at the start: $62.00; Amount spent: $14.00; Step 3: B.  $62.00 − $14.00 = $48.00. Check: $48.00 + $14.00 = $62.00.</w:t>
      </w:r>
    </w:p>
    <w:p w14:paraId="776BF196" w14:textId="77777777" w:rsidR="00BE3968" w:rsidRDefault="00CA6E70">
      <w:pPr>
        <w:pStyle w:val="CMRAnswerEntry"/>
        <w:spacing w:after="120"/>
      </w:pPr>
      <w:r>
        <w:rPr>
          <w:b/>
          <w:color w:val="1D4458"/>
        </w:rPr>
        <w:t xml:space="preserve">S1-019  $75.00.  </w:t>
      </w:r>
      <w:r>
        <w:t>Step 1: B; Step 2: Money at the start: $83.00; Amount spent: $8.00; Step 3: B.  $83.00 − $8.00 = $75.00. Check: $75.00 + $8.00 = $83.00.</w:t>
      </w:r>
    </w:p>
    <w:p w14:paraId="031FFFD5" w14:textId="77777777" w:rsidR="00BE3968" w:rsidRDefault="00CA6E70">
      <w:pPr>
        <w:pStyle w:val="CMRAnswerEntry"/>
        <w:spacing w:after="120"/>
      </w:pPr>
      <w:r>
        <w:rPr>
          <w:b/>
          <w:color w:val="1D4458"/>
        </w:rPr>
        <w:t xml:space="preserve">S1-020  $76.00.  </w:t>
      </w:r>
      <w:r>
        <w:t>Step 1: A; Step 2: Money at the start: $86.00; Amount spent: $10.00; Step 3: A.  $86.00 − $10.00 = $76.00. Check: $76.00 + $10.00 = $86.00.</w:t>
      </w:r>
    </w:p>
    <w:p w14:paraId="7DA63710" w14:textId="77777777" w:rsidR="00BE3968" w:rsidRDefault="00CA6E70">
      <w:pPr>
        <w:pStyle w:val="CMRAnswerEntry"/>
        <w:spacing w:after="120"/>
      </w:pPr>
      <w:r>
        <w:rPr>
          <w:b/>
          <w:color w:val="1D4458"/>
        </w:rPr>
        <w:t xml:space="preserve">S1-021  $13.00.  </w:t>
      </w:r>
      <w:r>
        <w:t>Step 1: B; Step 2: Lower price: $31.00; Higher price: $44.00; Step 3: A.  $44.00 − $31.00 = $13.00. Check: $31.00 + $13.00 = $44.00.</w:t>
      </w:r>
    </w:p>
    <w:p w14:paraId="6C9B52DA" w14:textId="77777777" w:rsidR="00BE3968" w:rsidRDefault="00CA6E70">
      <w:pPr>
        <w:pStyle w:val="CMRAnswerEntry"/>
        <w:spacing w:after="120"/>
      </w:pPr>
      <w:r>
        <w:rPr>
          <w:b/>
          <w:color w:val="1D4458"/>
        </w:rPr>
        <w:t xml:space="preserve">S1-022  $9.00.  </w:t>
      </w:r>
      <w:r>
        <w:t>Step 1: A; Step 2: Lower price: $22.00; Higher price: $31.00; Step 3: A.  $31.00 − $22.00 = $9.00. Check: $22.00 + $9.00 = $31.00.</w:t>
      </w:r>
    </w:p>
    <w:p w14:paraId="1DC677A6" w14:textId="77777777" w:rsidR="00BE3968" w:rsidRDefault="00CA6E70">
      <w:pPr>
        <w:pStyle w:val="CMRAnswerEntry"/>
        <w:spacing w:after="120"/>
      </w:pPr>
      <w:r>
        <w:rPr>
          <w:b/>
          <w:color w:val="1D4458"/>
        </w:rPr>
        <w:t xml:space="preserve">S1-023  $5.00.  </w:t>
      </w:r>
      <w:r>
        <w:t>Step 1: B; Step 2: Lower price: $22.00; Higher price: $27.00; Step 3: B.  $27.00 − $22.00 = $5.00. Check: $22.00 + $5.00 = $27.00.</w:t>
      </w:r>
    </w:p>
    <w:p w14:paraId="61E8D7EC" w14:textId="77777777" w:rsidR="00BE3968" w:rsidRDefault="00CA6E70">
      <w:pPr>
        <w:pStyle w:val="CMRAnswerEntry"/>
        <w:spacing w:after="120"/>
      </w:pPr>
      <w:r>
        <w:rPr>
          <w:b/>
          <w:color w:val="1D4458"/>
        </w:rPr>
        <w:t xml:space="preserve">S1-024  $19.00.  </w:t>
      </w:r>
      <w:r>
        <w:t>Step 1: A; Step 2: Lower price: $27.00; Higher price: $46.00; Step 3: A.  $46.00 − $27.00 = $19.00. Check: $27.00 + $19.00 = $46.00.</w:t>
      </w:r>
    </w:p>
    <w:p w14:paraId="3CB0508D" w14:textId="77777777" w:rsidR="00BE3968" w:rsidRDefault="00CA6E70">
      <w:pPr>
        <w:pStyle w:val="CMRAnswerEntry"/>
        <w:spacing w:after="120"/>
      </w:pPr>
      <w:r>
        <w:rPr>
          <w:b/>
          <w:color w:val="1D4458"/>
        </w:rPr>
        <w:t xml:space="preserve">S1-025  $13.00.  </w:t>
      </w:r>
      <w:r>
        <w:t>Step 1: A; Step 2: Lower price: $19.00; Higher price: $32.00; Step 3: A.  $32.00 − $19.00 = $13.00. Check: $19.00 + $13.00 = $32.00.</w:t>
      </w:r>
    </w:p>
    <w:p w14:paraId="530F0691" w14:textId="77777777" w:rsidR="00BE3968" w:rsidRDefault="00CA6E70">
      <w:pPr>
        <w:pStyle w:val="CMRAnswerEntry"/>
        <w:spacing w:after="120"/>
      </w:pPr>
      <w:r>
        <w:rPr>
          <w:b/>
          <w:color w:val="1D4458"/>
        </w:rPr>
        <w:t xml:space="preserve">S1-026  $7.00.  </w:t>
      </w:r>
      <w:r>
        <w:t>Step 1: B; Step 2: Lower price: $28.00; Higher price: $35.00; Step 3: B.  $35.00 − $28.00 = $7.00. Check: $28.00 + $7.00 = $35.00.</w:t>
      </w:r>
    </w:p>
    <w:p w14:paraId="027BBE3F" w14:textId="77777777" w:rsidR="00BE3968" w:rsidRDefault="00CA6E70">
      <w:pPr>
        <w:pStyle w:val="CMRAnswerEntry"/>
        <w:spacing w:after="120"/>
      </w:pPr>
      <w:r>
        <w:rPr>
          <w:b/>
          <w:color w:val="1D4458"/>
        </w:rPr>
        <w:t xml:space="preserve">S1-027  $7.00.  </w:t>
      </w:r>
      <w:r>
        <w:t>Step 1: A; Step 2: Lower price: $14.00; Higher price: $21.00; Step 3: B.  $21.00 − $14.00 = $7.00. Check: $14.00 + $7.00 = $21.00.</w:t>
      </w:r>
    </w:p>
    <w:p w14:paraId="603E3AFF" w14:textId="77777777" w:rsidR="00BE3968" w:rsidRDefault="00CA6E70">
      <w:pPr>
        <w:pStyle w:val="CMRAnswerEntry"/>
        <w:spacing w:after="120"/>
      </w:pPr>
      <w:r>
        <w:rPr>
          <w:b/>
          <w:color w:val="1D4458"/>
        </w:rPr>
        <w:t xml:space="preserve">S1-028  $7.00.  </w:t>
      </w:r>
      <w:r>
        <w:t>Step 1: B; Step 2: Lower price: $17.00; Higher price: $24.00; Step 3: A.  $24.00 − $17.00 = $7.00. Check: $17.00 + $7.00 = $24.00.</w:t>
      </w:r>
    </w:p>
    <w:p w14:paraId="4E6A26C0" w14:textId="77777777" w:rsidR="00BE3968" w:rsidRDefault="00CA6E70">
      <w:r>
        <w:br w:type="page"/>
      </w:r>
    </w:p>
    <w:p w14:paraId="595D639F" w14:textId="77777777" w:rsidR="00BE3968" w:rsidRDefault="00CA6E70">
      <w:pPr>
        <w:pStyle w:val="CMRSmallLabel"/>
        <w:spacing w:after="80"/>
      </w:pPr>
      <w:r>
        <w:rPr>
          <w:b w:val="0"/>
        </w:rPr>
        <w:t>ANSWER KEY  |  PAGE 3 OF 36</w:t>
      </w:r>
    </w:p>
    <w:p w14:paraId="6EC3BCBA" w14:textId="77777777" w:rsidR="00BE3968" w:rsidRDefault="00CA6E70">
      <w:pPr>
        <w:pStyle w:val="CMRPageTitle"/>
        <w:spacing w:after="100"/>
      </w:pPr>
      <w:r>
        <w:rPr>
          <w:b w:val="0"/>
        </w:rPr>
        <w:t>Answers and short explanations</w:t>
      </w:r>
    </w:p>
    <w:p w14:paraId="662C0FF9" w14:textId="77777777" w:rsidR="00BE3968" w:rsidRDefault="00CA6E70">
      <w:pPr>
        <w:pStyle w:val="CMRBodySmall"/>
        <w:spacing w:after="120"/>
      </w:pPr>
      <w:r>
        <w:t>Find your problem number below. Compare your reasoning, not only the final answer.</w:t>
      </w:r>
    </w:p>
    <w:p w14:paraId="436DAC95" w14:textId="77777777" w:rsidR="00BE3968" w:rsidRDefault="00CA6E70">
      <w:pPr>
        <w:pStyle w:val="CMRAnswerEntry"/>
        <w:spacing w:after="120"/>
      </w:pPr>
      <w:r>
        <w:rPr>
          <w:b/>
          <w:color w:val="1D4458"/>
        </w:rPr>
        <w:t xml:space="preserve">S1-029  $14.00.  </w:t>
      </w:r>
      <w:r>
        <w:t>Step 1: A; Step 2: Lower price: $16.00; Higher price: $30.00; Step 3: B.  $30.00 − $16.00 = $14.00. Check: $16.00 + $14.00 = $30.00.</w:t>
      </w:r>
    </w:p>
    <w:p w14:paraId="6182A3E6" w14:textId="77777777" w:rsidR="00BE3968" w:rsidRDefault="00CA6E70">
      <w:pPr>
        <w:pStyle w:val="CMRAnswerEntry"/>
        <w:spacing w:after="120"/>
      </w:pPr>
      <w:r>
        <w:rPr>
          <w:b/>
          <w:color w:val="1D4458"/>
        </w:rPr>
        <w:t xml:space="preserve">S1-030  $6.00.  </w:t>
      </w:r>
      <w:r>
        <w:t>Step 1: B; Step 2: Lower price: $15.00; Higher price: $21.00; Step 3: B.  $21.00 − $15.00 = $6.00. Check: $15.00 + $6.00 = $21.00.</w:t>
      </w:r>
    </w:p>
    <w:p w14:paraId="6BD68B3D" w14:textId="77777777" w:rsidR="00BE3968" w:rsidRDefault="00CA6E70">
      <w:pPr>
        <w:pStyle w:val="CMRAnswerEntry"/>
        <w:spacing w:after="120"/>
      </w:pPr>
      <w:r>
        <w:rPr>
          <w:b/>
          <w:color w:val="1D4458"/>
        </w:rPr>
        <w:t xml:space="preserve">S1-031  23 cans.  </w:t>
      </w:r>
      <w:r>
        <w:t>Step 1: A; Step 2: Goal: 62; Already have: 39; Step 3: B.  39 + ? = 62, so 62 − 39 = 23 more cans.</w:t>
      </w:r>
    </w:p>
    <w:p w14:paraId="20A89773" w14:textId="77777777" w:rsidR="00BE3968" w:rsidRDefault="00CA6E70">
      <w:pPr>
        <w:pStyle w:val="CMRAnswerEntry"/>
        <w:spacing w:after="120"/>
      </w:pPr>
      <w:r>
        <w:rPr>
          <w:b/>
          <w:color w:val="1D4458"/>
        </w:rPr>
        <w:t xml:space="preserve">S1-032  49 volunteers.  </w:t>
      </w:r>
      <w:r>
        <w:t>Step 1: B; Step 2: Goal: 70; Already have: 21; Step 3: A.  21 + ? = 70, so 70 − 21 = 49 more volunteers.</w:t>
      </w:r>
    </w:p>
    <w:p w14:paraId="7EC6ED04" w14:textId="77777777" w:rsidR="00BE3968" w:rsidRDefault="00CA6E70">
      <w:pPr>
        <w:pStyle w:val="CMRAnswerEntry"/>
        <w:spacing w:after="120"/>
      </w:pPr>
      <w:r>
        <w:rPr>
          <w:b/>
          <w:color w:val="1D4458"/>
        </w:rPr>
        <w:t xml:space="preserve">S1-033  45 coats.  </w:t>
      </w:r>
      <w:r>
        <w:t>Step 1: A; Step 2: Goal: 63; Already have: 18; Step 3: A.  18 + ? = 63, so 63 − 18 = 45 more coats.</w:t>
      </w:r>
    </w:p>
    <w:p w14:paraId="307FB547" w14:textId="77777777" w:rsidR="00BE3968" w:rsidRDefault="00CA6E70">
      <w:pPr>
        <w:pStyle w:val="CMRAnswerEntry"/>
        <w:spacing w:after="120"/>
      </w:pPr>
      <w:r>
        <w:rPr>
          <w:b/>
          <w:color w:val="1D4458"/>
        </w:rPr>
        <w:t xml:space="preserve">S1-034  14 cans.  </w:t>
      </w:r>
      <w:r>
        <w:t>Step 1: A; Step 2: Goal: 59; Already have: 45; Step 3: B.  45 + ? = 59, so 59 − 45 = 14 more cans.</w:t>
      </w:r>
    </w:p>
    <w:p w14:paraId="2E5A4454" w14:textId="77777777" w:rsidR="00BE3968" w:rsidRDefault="00CA6E70">
      <w:pPr>
        <w:pStyle w:val="CMRAnswerEntry"/>
        <w:spacing w:after="120"/>
      </w:pPr>
      <w:r>
        <w:rPr>
          <w:b/>
          <w:color w:val="1D4458"/>
        </w:rPr>
        <w:t xml:space="preserve">S1-035  9 volunteers.  </w:t>
      </w:r>
      <w:r>
        <w:t>Step 1: B; Step 2: Goal: 27; Already have: 18; Step 3: B.  18 + ? = 27, so 27 − 18 = 9 more volunteers.</w:t>
      </w:r>
    </w:p>
    <w:p w14:paraId="57FC14B2" w14:textId="77777777" w:rsidR="00BE3968" w:rsidRDefault="00CA6E70">
      <w:pPr>
        <w:pStyle w:val="CMRAnswerEntry"/>
        <w:spacing w:after="120"/>
      </w:pPr>
      <w:r>
        <w:rPr>
          <w:b/>
          <w:color w:val="1D4458"/>
        </w:rPr>
        <w:t xml:space="preserve">S1-036  34 coats.  </w:t>
      </w:r>
      <w:r>
        <w:t>Step 1: A; Step 2: Goal: 47; Already have: 13; Step 3: A.  13 + ? = 47, so 47 − 13 = 34 more coats.</w:t>
      </w:r>
    </w:p>
    <w:p w14:paraId="7CB2C3C2" w14:textId="77777777" w:rsidR="00BE3968" w:rsidRDefault="00CA6E70">
      <w:pPr>
        <w:pStyle w:val="CMRAnswerEntry"/>
        <w:spacing w:after="120"/>
      </w:pPr>
      <w:r>
        <w:rPr>
          <w:b/>
          <w:color w:val="1D4458"/>
        </w:rPr>
        <w:t xml:space="preserve">S1-037  18 cans.  </w:t>
      </w:r>
      <w:r>
        <w:t>Step 1: B; Step 2: Goal: 62; Already have: 44; Step 3: B.  44 + ? = 62, so 62 − 44 = 18 more cans.</w:t>
      </w:r>
    </w:p>
    <w:p w14:paraId="710CD42C" w14:textId="77777777" w:rsidR="00BE3968" w:rsidRDefault="00CA6E70">
      <w:pPr>
        <w:pStyle w:val="CMRAnswerEntry"/>
        <w:spacing w:after="120"/>
      </w:pPr>
      <w:r>
        <w:rPr>
          <w:b/>
          <w:color w:val="1D4458"/>
        </w:rPr>
        <w:t xml:space="preserve">S1-038  25 volunteers.  </w:t>
      </w:r>
      <w:r>
        <w:t>Step 1: A; Step 2: Goal: 46; Already have: 21; Step 3: B.  21 + ? = 46, so 46 − 21 = 25 more volunteers.</w:t>
      </w:r>
    </w:p>
    <w:p w14:paraId="14348F01" w14:textId="77777777" w:rsidR="00BE3968" w:rsidRDefault="00CA6E70">
      <w:pPr>
        <w:pStyle w:val="CMRAnswerEntry"/>
        <w:spacing w:after="120"/>
      </w:pPr>
      <w:r>
        <w:rPr>
          <w:b/>
          <w:color w:val="1D4458"/>
        </w:rPr>
        <w:t xml:space="preserve">S1-039  48 coats.  </w:t>
      </w:r>
      <w:r>
        <w:t>Step 1: B; Step 2: Goal: 69; Already have: 21; Step 3: A.  21 + ? = 69, so 69 − 21 = 48 more coats.</w:t>
      </w:r>
    </w:p>
    <w:p w14:paraId="3F5EC5F2" w14:textId="77777777" w:rsidR="00BE3968" w:rsidRDefault="00CA6E70">
      <w:pPr>
        <w:pStyle w:val="CMRAnswerEntry"/>
        <w:spacing w:after="120"/>
      </w:pPr>
      <w:r>
        <w:rPr>
          <w:b/>
          <w:color w:val="1D4458"/>
        </w:rPr>
        <w:t xml:space="preserve">S1-040  28 cans.  </w:t>
      </w:r>
      <w:r>
        <w:t>Step 1: B; Step 2: Goal: 57; Already have: 29; Step 3: A.  29 + ? = 57, so 57 − 29 = 28 more cans.</w:t>
      </w:r>
    </w:p>
    <w:p w14:paraId="31DCB1AD" w14:textId="77777777" w:rsidR="00BE3968" w:rsidRDefault="00CA6E70">
      <w:pPr>
        <w:pStyle w:val="CMRAnswerEntry"/>
        <w:spacing w:after="120"/>
      </w:pPr>
      <w:r>
        <w:rPr>
          <w:b/>
          <w:color w:val="1D4458"/>
        </w:rPr>
        <w:t xml:space="preserve">S1-041  $5.25.  </w:t>
      </w:r>
      <w:r>
        <w:t>Step 1: B; Step 2: Amount paid: $10.00; Cost of purchase: $4.75; Step 3: A.  $10.00 − $4.75 = $5.25. Check: $4.75 + $5.25 = $10.00.</w:t>
      </w:r>
    </w:p>
    <w:p w14:paraId="7A990EBD" w14:textId="77777777" w:rsidR="00BE3968" w:rsidRDefault="00CA6E70">
      <w:pPr>
        <w:pStyle w:val="CMRAnswerEntry"/>
        <w:spacing w:after="120"/>
      </w:pPr>
      <w:r>
        <w:rPr>
          <w:b/>
          <w:color w:val="1D4458"/>
        </w:rPr>
        <w:t xml:space="preserve">S1-042  $44.75.  </w:t>
      </w:r>
      <w:r>
        <w:t>Step 1: A; Step 2: Amount paid: $50.00; Cost of purchase: $5.25; Step 3: B.  $50.00 − $5.25 = $44.75. Check: $5.25 + $44.75 = $50.00.</w:t>
      </w:r>
    </w:p>
    <w:p w14:paraId="5CD76125" w14:textId="77777777" w:rsidR="00BE3968" w:rsidRDefault="00CA6E70">
      <w:r>
        <w:br w:type="page"/>
      </w:r>
    </w:p>
    <w:p w14:paraId="4DB6A547" w14:textId="77777777" w:rsidR="00BE3968" w:rsidRDefault="00CA6E70">
      <w:pPr>
        <w:pStyle w:val="CMRSmallLabel"/>
        <w:spacing w:after="80"/>
      </w:pPr>
      <w:r>
        <w:rPr>
          <w:b w:val="0"/>
        </w:rPr>
        <w:t>ANSWER KEY  |  PAGE 4 OF 36</w:t>
      </w:r>
    </w:p>
    <w:p w14:paraId="72EF70A7" w14:textId="77777777" w:rsidR="00BE3968" w:rsidRDefault="00CA6E70">
      <w:pPr>
        <w:pStyle w:val="CMRPageTitle"/>
        <w:spacing w:after="100"/>
      </w:pPr>
      <w:r>
        <w:rPr>
          <w:b w:val="0"/>
        </w:rPr>
        <w:t>Answers and short explanations</w:t>
      </w:r>
    </w:p>
    <w:p w14:paraId="66C1AB08" w14:textId="77777777" w:rsidR="00BE3968" w:rsidRDefault="00CA6E70">
      <w:pPr>
        <w:pStyle w:val="CMRBodySmall"/>
        <w:spacing w:after="120"/>
      </w:pPr>
      <w:r>
        <w:t>Find your problem number below. Compare your reasoning, not only the final answer.</w:t>
      </w:r>
    </w:p>
    <w:p w14:paraId="2ECB2F31" w14:textId="77777777" w:rsidR="00BE3968" w:rsidRDefault="00CA6E70">
      <w:pPr>
        <w:pStyle w:val="CMRAnswerEntry"/>
        <w:spacing w:after="120"/>
      </w:pPr>
      <w:r>
        <w:rPr>
          <w:b/>
          <w:color w:val="1D4458"/>
        </w:rPr>
        <w:t xml:space="preserve">S1-043  $15.75.  </w:t>
      </w:r>
      <w:r>
        <w:t>Step 1: A; Step 2: Amount paid: $20.00; Cost of purchase: $4.25; Step 3: B.  $20.00 − $4.25 = $15.75. Check: $4.25 + $15.75 = $20.00.</w:t>
      </w:r>
    </w:p>
    <w:p w14:paraId="43DE4A1C" w14:textId="77777777" w:rsidR="00BE3968" w:rsidRDefault="00CA6E70">
      <w:pPr>
        <w:pStyle w:val="CMRAnswerEntry"/>
        <w:spacing w:after="120"/>
      </w:pPr>
      <w:r>
        <w:rPr>
          <w:b/>
          <w:color w:val="1D4458"/>
        </w:rPr>
        <w:t xml:space="preserve">S1-044  $13.50.  </w:t>
      </w:r>
      <w:r>
        <w:t>Step 1: B; Step 2: Amount paid: $20.00; Cost of purchase: $6.50; Step 3: A.  $20.00 − $6.50 = $13.50. Check: $6.50 + $13.50 = $20.00.</w:t>
      </w:r>
    </w:p>
    <w:p w14:paraId="41CDEFCF" w14:textId="77777777" w:rsidR="00BE3968" w:rsidRDefault="00CA6E70">
      <w:pPr>
        <w:pStyle w:val="CMRAnswerEntry"/>
        <w:spacing w:after="120"/>
      </w:pPr>
      <w:r>
        <w:rPr>
          <w:b/>
          <w:color w:val="1D4458"/>
        </w:rPr>
        <w:t xml:space="preserve">S1-045  $5.50.  </w:t>
      </w:r>
      <w:r>
        <w:t>Step 1: A; Step 2: Amount paid: $10.00; Cost of purchase: $4.50; Step 3: B.  $10.00 − $4.50 = $5.50. Check: $4.50 + $5.50 = $10.00.</w:t>
      </w:r>
    </w:p>
    <w:p w14:paraId="1475B7A9" w14:textId="77777777" w:rsidR="00BE3968" w:rsidRDefault="00CA6E70">
      <w:pPr>
        <w:pStyle w:val="CMRAnswerEntry"/>
        <w:spacing w:after="120"/>
      </w:pPr>
      <w:r>
        <w:rPr>
          <w:b/>
          <w:color w:val="1D4458"/>
        </w:rPr>
        <w:t xml:space="preserve">S1-046  $5.00.  </w:t>
      </w:r>
      <w:r>
        <w:t>Step 1: B; Step 2: Amount paid: $10.00; Cost of purchase: $5.00; Step 3: B.  $10.00 − $5.00 = $5.00. Check: $5.00 + $5.00 = $10.00.</w:t>
      </w:r>
    </w:p>
    <w:p w14:paraId="0313919C" w14:textId="77777777" w:rsidR="00BE3968" w:rsidRDefault="00CA6E70">
      <w:pPr>
        <w:pStyle w:val="CMRAnswerEntry"/>
        <w:spacing w:after="120"/>
      </w:pPr>
      <w:r>
        <w:rPr>
          <w:b/>
          <w:color w:val="1D4458"/>
        </w:rPr>
        <w:t xml:space="preserve">S1-047  $6.50.  </w:t>
      </w:r>
      <w:r>
        <w:t>Step 1: A; Step 2: Amount paid: $20.00; Cost of purchase: $13.50; Step 3: A.  $20.00 − $13.50 = $6.50. Check: $13.50 + $6.50 = $20.00.</w:t>
      </w:r>
    </w:p>
    <w:p w14:paraId="20C5BE87" w14:textId="77777777" w:rsidR="00BE3968" w:rsidRDefault="00CA6E70">
      <w:pPr>
        <w:pStyle w:val="CMRAnswerEntry"/>
        <w:spacing w:after="120"/>
      </w:pPr>
      <w:r>
        <w:rPr>
          <w:b/>
          <w:color w:val="1D4458"/>
        </w:rPr>
        <w:t xml:space="preserve">S1-048  $6.25.  </w:t>
      </w:r>
      <w:r>
        <w:t>Step 1: B; Step 2: Amount paid: $10.00; Cost of purchase: $3.75; Step 3: A.  $10.00 − $3.75 = $6.25. Check: $3.75 + $6.25 = $10.00.</w:t>
      </w:r>
    </w:p>
    <w:p w14:paraId="5D2B0501" w14:textId="77777777" w:rsidR="00BE3968" w:rsidRDefault="00CA6E70">
      <w:pPr>
        <w:pStyle w:val="CMRAnswerEntry"/>
        <w:spacing w:after="120"/>
      </w:pPr>
      <w:r>
        <w:rPr>
          <w:b/>
          <w:color w:val="1D4458"/>
        </w:rPr>
        <w:t xml:space="preserve">S1-049  $3.75.  </w:t>
      </w:r>
      <w:r>
        <w:t>Step 1: B; Step 2: Amount paid: $10.00; Cost of purchase: $6.25; Step 3: B.  $10.00 − $6.25 = $3.75. Check: $6.25 + $3.75 = $10.00.</w:t>
      </w:r>
    </w:p>
    <w:p w14:paraId="566BDE8A" w14:textId="77777777" w:rsidR="00BE3968" w:rsidRDefault="00CA6E70">
      <w:pPr>
        <w:pStyle w:val="CMRAnswerEntry"/>
        <w:spacing w:after="120"/>
      </w:pPr>
      <w:r>
        <w:rPr>
          <w:b/>
          <w:color w:val="1D4458"/>
        </w:rPr>
        <w:t xml:space="preserve">S1-050  $6.50.  </w:t>
      </w:r>
      <w:r>
        <w:t>Step 1: A; Step 2: Amount paid: $10.00; Cost of purchase: $3.50; Step 3: A.  $10.00 − $3.50 = $6.50. Check: $3.50 + $6.50 = $10.00.</w:t>
      </w:r>
    </w:p>
    <w:p w14:paraId="0345328C" w14:textId="77777777" w:rsidR="00BE3968" w:rsidRDefault="00CA6E70">
      <w:pPr>
        <w:pStyle w:val="CMRAnswerEntry"/>
        <w:spacing w:after="120"/>
      </w:pPr>
      <w:r>
        <w:rPr>
          <w:b/>
          <w:color w:val="1D4458"/>
        </w:rPr>
        <w:t xml:space="preserve">S1-051  30 work gloves.  </w:t>
      </w:r>
      <w:r>
        <w:t>Step 1: A; Step 2: Number of volunteer teams: 3; Work gloves for each one: 10; Step 3: B.  3 × 10 = 30 work gloves.</w:t>
      </w:r>
    </w:p>
    <w:p w14:paraId="10B0D33E" w14:textId="77777777" w:rsidR="00BE3968" w:rsidRDefault="00CA6E70">
      <w:pPr>
        <w:pStyle w:val="CMRAnswerEntry"/>
        <w:spacing w:after="120"/>
      </w:pPr>
      <w:r>
        <w:rPr>
          <w:b/>
          <w:color w:val="1D4458"/>
        </w:rPr>
        <w:t xml:space="preserve">S1-052  27 food boxes.  </w:t>
      </w:r>
      <w:r>
        <w:t>Step 1: A; Step 2: Number of supply shelves: 9; Food boxes for each one: 3; Step 3: A.  9 × 3 = 27 food boxes.</w:t>
      </w:r>
    </w:p>
    <w:p w14:paraId="6AA4B5B5" w14:textId="77777777" w:rsidR="00BE3968" w:rsidRDefault="00CA6E70">
      <w:pPr>
        <w:pStyle w:val="CMRAnswerEntry"/>
        <w:spacing w:after="120"/>
      </w:pPr>
      <w:r>
        <w:rPr>
          <w:b/>
          <w:color w:val="1D4458"/>
        </w:rPr>
        <w:t xml:space="preserve">S1-053  60 folders.  </w:t>
      </w:r>
      <w:r>
        <w:t>Step 1: B; Step 2: Number of office desks: 5; Folders for each one: 12; Step 3: B.  5 × 12 = 60 folders.</w:t>
      </w:r>
    </w:p>
    <w:p w14:paraId="4BDBDCD6" w14:textId="77777777" w:rsidR="00BE3968" w:rsidRDefault="00CA6E70">
      <w:pPr>
        <w:pStyle w:val="CMRAnswerEntry"/>
        <w:spacing w:after="120"/>
      </w:pPr>
      <w:r>
        <w:rPr>
          <w:b/>
          <w:color w:val="1D4458"/>
        </w:rPr>
        <w:t xml:space="preserve">S1-054  18 bottles of water.  </w:t>
      </w:r>
      <w:r>
        <w:t>Step 1: A; Step 2: Number of training rooms: 6; Bottles of water for each one: 3; Step 3: B.  6 × 3 = 18 bottles of water.</w:t>
      </w:r>
    </w:p>
    <w:p w14:paraId="4CB3CFCA" w14:textId="77777777" w:rsidR="00BE3968" w:rsidRDefault="00CA6E70">
      <w:pPr>
        <w:pStyle w:val="CMRAnswerEntry"/>
        <w:spacing w:after="120"/>
      </w:pPr>
      <w:r>
        <w:rPr>
          <w:b/>
          <w:color w:val="1D4458"/>
        </w:rPr>
        <w:t xml:space="preserve">S1-055  20 work gloves.  </w:t>
      </w:r>
      <w:r>
        <w:t>Step 1: B; Step 2: Number of volunteer teams: 5; Work gloves for each one: 4; Step 3: A.  5 × 4 = 20 work gloves.</w:t>
      </w:r>
    </w:p>
    <w:p w14:paraId="29374E41" w14:textId="77777777" w:rsidR="00BE3968" w:rsidRDefault="00CA6E70">
      <w:pPr>
        <w:pStyle w:val="CMRAnswerEntry"/>
        <w:spacing w:after="120"/>
      </w:pPr>
      <w:r>
        <w:rPr>
          <w:b/>
          <w:color w:val="1D4458"/>
        </w:rPr>
        <w:t xml:space="preserve">S1-056  50 food boxes.  </w:t>
      </w:r>
      <w:r>
        <w:t>Step 1: A; Step 2: Number of supply shelves: 5; Food boxes for each one: 10; Step 3: A.  5 × 10 = 50 food boxes.</w:t>
      </w:r>
    </w:p>
    <w:p w14:paraId="49C1CD3C" w14:textId="77777777" w:rsidR="00BE3968" w:rsidRDefault="00CA6E70">
      <w:r>
        <w:br w:type="page"/>
      </w:r>
    </w:p>
    <w:p w14:paraId="2AEB446D" w14:textId="77777777" w:rsidR="00BE3968" w:rsidRDefault="00CA6E70">
      <w:pPr>
        <w:pStyle w:val="CMRSmallLabel"/>
        <w:spacing w:after="80"/>
      </w:pPr>
      <w:r>
        <w:rPr>
          <w:b w:val="0"/>
        </w:rPr>
        <w:t>ANSWER KEY  |  PAGE 5 OF 36</w:t>
      </w:r>
    </w:p>
    <w:p w14:paraId="1EACC3F8" w14:textId="77777777" w:rsidR="00BE3968" w:rsidRDefault="00CA6E70">
      <w:pPr>
        <w:pStyle w:val="CMRPageTitle"/>
        <w:spacing w:after="100"/>
      </w:pPr>
      <w:r>
        <w:rPr>
          <w:b w:val="0"/>
        </w:rPr>
        <w:t>Answers and short explanations</w:t>
      </w:r>
    </w:p>
    <w:p w14:paraId="64E6C7AD" w14:textId="77777777" w:rsidR="00BE3968" w:rsidRDefault="00CA6E70">
      <w:pPr>
        <w:pStyle w:val="CMRBodySmall"/>
        <w:spacing w:after="120"/>
      </w:pPr>
      <w:r>
        <w:t>Find your problem number below. Compare your reasoning, not only the final answer.</w:t>
      </w:r>
    </w:p>
    <w:p w14:paraId="048715BD" w14:textId="77777777" w:rsidR="00BE3968" w:rsidRDefault="00CA6E70">
      <w:pPr>
        <w:pStyle w:val="CMRAnswerEntry"/>
        <w:spacing w:after="120"/>
      </w:pPr>
      <w:r>
        <w:rPr>
          <w:b/>
          <w:color w:val="1D4458"/>
        </w:rPr>
        <w:t xml:space="preserve">S1-057  32 folders.  </w:t>
      </w:r>
      <w:r>
        <w:t>Step 1: B; Step 2: Number of office desks: 4; Folders for each one: 8; Step 3: B.  4 × 8 = 32 folders.</w:t>
      </w:r>
    </w:p>
    <w:p w14:paraId="4D5997A0" w14:textId="77777777" w:rsidR="00BE3968" w:rsidRDefault="00CA6E70">
      <w:pPr>
        <w:pStyle w:val="CMRAnswerEntry"/>
        <w:spacing w:after="120"/>
      </w:pPr>
      <w:r>
        <w:rPr>
          <w:b/>
          <w:color w:val="1D4458"/>
        </w:rPr>
        <w:t xml:space="preserve">S1-058  42 bottles of water.  </w:t>
      </w:r>
      <w:r>
        <w:t>Step 1: B; Step 2: Number of training rooms: 7; Bottles of water for each one: 6; Step 3: A.  7 × 6 = 42 bottles of water.</w:t>
      </w:r>
    </w:p>
    <w:p w14:paraId="011AB629" w14:textId="77777777" w:rsidR="00BE3968" w:rsidRDefault="00CA6E70">
      <w:pPr>
        <w:pStyle w:val="CMRAnswerEntry"/>
        <w:spacing w:after="120"/>
      </w:pPr>
      <w:r>
        <w:rPr>
          <w:b/>
          <w:color w:val="1D4458"/>
        </w:rPr>
        <w:t xml:space="preserve">S1-059  12 work gloves.  </w:t>
      </w:r>
      <w:r>
        <w:t>Step 1: A; Step 2: Number of volunteer teams: 3; Work gloves for each one: 4; Step 3: A.  3 × 4 = 12 work gloves.</w:t>
      </w:r>
    </w:p>
    <w:p w14:paraId="78CAFEFC" w14:textId="77777777" w:rsidR="00BE3968" w:rsidRDefault="00CA6E70">
      <w:pPr>
        <w:pStyle w:val="CMRAnswerEntry"/>
        <w:spacing w:after="120"/>
      </w:pPr>
      <w:r>
        <w:rPr>
          <w:b/>
          <w:color w:val="1D4458"/>
        </w:rPr>
        <w:t xml:space="preserve">S1-060  15 food boxes.  </w:t>
      </w:r>
      <w:r>
        <w:t>Step 1: B; Step 2: Number of supply shelves: 3; Food boxes for each one: 5; Step 3: B.  3 × 5 = 15 food boxes.</w:t>
      </w:r>
    </w:p>
    <w:p w14:paraId="1EA4FD51" w14:textId="77777777" w:rsidR="00BE3968" w:rsidRDefault="00CA6E70">
      <w:pPr>
        <w:pStyle w:val="CMRAnswerEntry"/>
        <w:spacing w:after="120"/>
      </w:pPr>
      <w:r>
        <w:rPr>
          <w:b/>
          <w:color w:val="1D4458"/>
        </w:rPr>
        <w:t xml:space="preserve">S1-061  7 notebooks per shelf.  </w:t>
      </w:r>
      <w:r>
        <w:t>Step 1: A; Step 2: Total notebooks: 28; Number of shelves: 4; Step 3: B.  28 ÷ 4 = 7. Check: 4 × 7 = 28.</w:t>
      </w:r>
    </w:p>
    <w:p w14:paraId="3A96BD81" w14:textId="77777777" w:rsidR="00BE3968" w:rsidRDefault="00CA6E70">
      <w:pPr>
        <w:pStyle w:val="CMRAnswerEntry"/>
        <w:spacing w:after="120"/>
      </w:pPr>
      <w:r>
        <w:rPr>
          <w:b/>
          <w:color w:val="1D4458"/>
        </w:rPr>
        <w:t xml:space="preserve">S1-062  9 work shirts per table.  </w:t>
      </w:r>
      <w:r>
        <w:t>Step 1: B; Step 2: Total work shirts: 45; Number of tables: 5; Step 3: B.  45 ÷ 5 = 9. Check: 5 × 9 = 45.</w:t>
      </w:r>
    </w:p>
    <w:p w14:paraId="43F0D6BA" w14:textId="77777777" w:rsidR="00BE3968" w:rsidRDefault="00CA6E70">
      <w:pPr>
        <w:pStyle w:val="CMRAnswerEntry"/>
        <w:spacing w:after="120"/>
      </w:pPr>
      <w:r>
        <w:rPr>
          <w:b/>
          <w:color w:val="1D4458"/>
        </w:rPr>
        <w:t xml:space="preserve">S1-063  9 water bottles per delivery bag.  </w:t>
      </w:r>
      <w:r>
        <w:t>Step 1: A; Step 2: Total water bottles: 54; Number of delivery bags: 6; Step 3: A.  54 ÷ 6 = 9. Check: 6 × 9 = 54.</w:t>
      </w:r>
    </w:p>
    <w:p w14:paraId="096A87BF" w14:textId="77777777" w:rsidR="00BE3968" w:rsidRDefault="00CA6E70">
      <w:pPr>
        <w:pStyle w:val="CMRAnswerEntry"/>
        <w:spacing w:after="120"/>
      </w:pPr>
      <w:r>
        <w:rPr>
          <w:b/>
          <w:color w:val="1D4458"/>
        </w:rPr>
        <w:t xml:space="preserve">S1-064  11 meal kits per box.  </w:t>
      </w:r>
      <w:r>
        <w:t>Step 1: B; Step 2: Total meal kits: 66; Number of boxes: 6; Step 3: A.  66 ÷ 6 = 11. Check: 6 × 11 = 66.</w:t>
      </w:r>
    </w:p>
    <w:p w14:paraId="56E66C9F" w14:textId="77777777" w:rsidR="00BE3968" w:rsidRDefault="00CA6E70">
      <w:pPr>
        <w:pStyle w:val="CMRAnswerEntry"/>
        <w:spacing w:after="120"/>
      </w:pPr>
      <w:r>
        <w:rPr>
          <w:b/>
          <w:color w:val="1D4458"/>
        </w:rPr>
        <w:t xml:space="preserve">S1-065  8 notebooks per shelf.  </w:t>
      </w:r>
      <w:r>
        <w:t>Step 1: A; Step 2: Total notebooks: 56; Number of shelves: 7; Step 3: B.  56 ÷ 7 = 8. Check: 7 × 8 = 56.</w:t>
      </w:r>
    </w:p>
    <w:p w14:paraId="60E1FF7A" w14:textId="77777777" w:rsidR="00BE3968" w:rsidRDefault="00CA6E70">
      <w:pPr>
        <w:pStyle w:val="CMRAnswerEntry"/>
        <w:spacing w:after="120"/>
      </w:pPr>
      <w:r>
        <w:rPr>
          <w:b/>
          <w:color w:val="1D4458"/>
        </w:rPr>
        <w:t xml:space="preserve">S1-066  8 work shirts per table.  </w:t>
      </w:r>
      <w:r>
        <w:t>Step 1: B; Step 2: Total work shirts: 72; Number of tables: 9; Step 3: A.  72 ÷ 9 = 8. Check: 9 × 8 = 72.</w:t>
      </w:r>
    </w:p>
    <w:p w14:paraId="5912E4DA" w14:textId="77777777" w:rsidR="00BE3968" w:rsidRDefault="00CA6E70">
      <w:pPr>
        <w:pStyle w:val="CMRAnswerEntry"/>
        <w:spacing w:after="120"/>
      </w:pPr>
      <w:r>
        <w:rPr>
          <w:b/>
          <w:color w:val="1D4458"/>
        </w:rPr>
        <w:t xml:space="preserve">S1-067  13 water bottles per delivery bag.  </w:t>
      </w:r>
      <w:r>
        <w:t>Step 1: B; Step 2: Total water bottles: 91; Number of delivery bags: 7; Step 3: A.  91 ÷ 7 = 13. Check: 7 × 13 = 91.</w:t>
      </w:r>
    </w:p>
    <w:p w14:paraId="44E270DD" w14:textId="77777777" w:rsidR="00BE3968" w:rsidRDefault="00CA6E70">
      <w:pPr>
        <w:pStyle w:val="CMRAnswerEntry"/>
        <w:spacing w:after="120"/>
      </w:pPr>
      <w:r>
        <w:rPr>
          <w:b/>
          <w:color w:val="1D4458"/>
        </w:rPr>
        <w:t xml:space="preserve">S1-068  6 meal kits per box.  </w:t>
      </w:r>
      <w:r>
        <w:t>Step 1: A; Step 2: Total meal kits: 48; Number of boxes: 8; Step 3: B.  48 ÷ 8 = 6. Check: 8 × 6 = 48.</w:t>
      </w:r>
    </w:p>
    <w:p w14:paraId="3E1096D1" w14:textId="77777777" w:rsidR="00BE3968" w:rsidRDefault="00CA6E70">
      <w:pPr>
        <w:pStyle w:val="CMRAnswerEntry"/>
        <w:spacing w:after="120"/>
      </w:pPr>
      <w:r>
        <w:rPr>
          <w:b/>
          <w:color w:val="1D4458"/>
        </w:rPr>
        <w:t xml:space="preserve">S1-069  11 notebooks per shelf.  </w:t>
      </w:r>
      <w:r>
        <w:t>Step 1: B; Step 2: Total notebooks: 33; Number of shelves: 3; Step 3: B.  33 ÷ 3 = 11. Check: 3 × 11 = 33.</w:t>
      </w:r>
    </w:p>
    <w:p w14:paraId="1D76A32C" w14:textId="77777777" w:rsidR="00BE3968" w:rsidRDefault="00CA6E70">
      <w:pPr>
        <w:pStyle w:val="CMRAnswerEntry"/>
        <w:spacing w:after="120"/>
      </w:pPr>
      <w:r>
        <w:rPr>
          <w:b/>
          <w:color w:val="1D4458"/>
        </w:rPr>
        <w:t xml:space="preserve">S1-070  11 work shirts per table.  </w:t>
      </w:r>
      <w:r>
        <w:t>Step 1: A; Step 2: Total work shirts: 99; Number of tables: 9; Step 3: A.  99 ÷ 9 = 11. Check: 9 × 11 = 99.</w:t>
      </w:r>
    </w:p>
    <w:p w14:paraId="6B5EA141" w14:textId="77777777" w:rsidR="00BE3968" w:rsidRDefault="00CA6E70">
      <w:r>
        <w:br w:type="page"/>
      </w:r>
    </w:p>
    <w:p w14:paraId="285D2563" w14:textId="77777777" w:rsidR="00BE3968" w:rsidRDefault="00CA6E70">
      <w:pPr>
        <w:pStyle w:val="CMRSmallLabel"/>
        <w:spacing w:after="80"/>
      </w:pPr>
      <w:r>
        <w:rPr>
          <w:b w:val="0"/>
        </w:rPr>
        <w:t>ANSWER KEY  |  PAGE 6 OF 36</w:t>
      </w:r>
    </w:p>
    <w:p w14:paraId="18701AAA" w14:textId="77777777" w:rsidR="00BE3968" w:rsidRDefault="00CA6E70">
      <w:pPr>
        <w:pStyle w:val="CMRPageTitle"/>
        <w:spacing w:after="100"/>
      </w:pPr>
      <w:r>
        <w:rPr>
          <w:b w:val="0"/>
        </w:rPr>
        <w:t>Answers and short explanations</w:t>
      </w:r>
    </w:p>
    <w:p w14:paraId="1FBB9B1D" w14:textId="77777777" w:rsidR="00BE3968" w:rsidRDefault="00CA6E70">
      <w:pPr>
        <w:pStyle w:val="CMRBodySmall"/>
        <w:spacing w:after="120"/>
      </w:pPr>
      <w:r>
        <w:t>Find your problem number below. Compare your reasoning, not only the final answer.</w:t>
      </w:r>
    </w:p>
    <w:p w14:paraId="7B3A7994" w14:textId="77777777" w:rsidR="00BE3968" w:rsidRDefault="00CA6E70">
      <w:pPr>
        <w:pStyle w:val="CMRAnswerEntry"/>
        <w:spacing w:after="120"/>
      </w:pPr>
      <w:r>
        <w:rPr>
          <w:b/>
          <w:color w:val="1D4458"/>
        </w:rPr>
        <w:t xml:space="preserve">S1-071  $90.00.  </w:t>
      </w:r>
      <w:r>
        <w:t>Step 1: B; Step 2: Pay for one hour: $15.00; Hours worked: 6 hours; Step 3: A.  $15.00 × 6 hours = $90.00 gross pay. Taxes are not part of this question.</w:t>
      </w:r>
    </w:p>
    <w:p w14:paraId="0D571F00" w14:textId="77777777" w:rsidR="00BE3968" w:rsidRDefault="00CA6E70">
      <w:pPr>
        <w:pStyle w:val="CMRAnswerEntry"/>
        <w:spacing w:after="120"/>
      </w:pPr>
      <w:r>
        <w:rPr>
          <w:b/>
          <w:color w:val="1D4458"/>
        </w:rPr>
        <w:t xml:space="preserve">S1-072  $84.00.  </w:t>
      </w:r>
      <w:r>
        <w:t>Step 1: A; Step 2: Pay for one hour: $12.00; Hours worked: 7 hours; Step 3: A.  $12.00 × 7 hours = $84.00 gross pay. Taxes are not part of this question.</w:t>
      </w:r>
    </w:p>
    <w:p w14:paraId="624CFCC5" w14:textId="77777777" w:rsidR="00BE3968" w:rsidRDefault="00CA6E70">
      <w:pPr>
        <w:pStyle w:val="CMRAnswerEntry"/>
        <w:spacing w:after="120"/>
      </w:pPr>
      <w:r>
        <w:rPr>
          <w:b/>
          <w:color w:val="1D4458"/>
        </w:rPr>
        <w:t xml:space="preserve">S1-073  $88.00.  </w:t>
      </w:r>
      <w:r>
        <w:t>Step 1: B; Step 2: Pay for one hour: $11.00; Hours worked: 8 hours; Step 3: B.  $11.00 × 8 hours = $88.00 gross pay. Taxes are not part of this question.</w:t>
      </w:r>
    </w:p>
    <w:p w14:paraId="3E89ED21" w14:textId="77777777" w:rsidR="00BE3968" w:rsidRDefault="00CA6E70">
      <w:pPr>
        <w:pStyle w:val="CMRAnswerEntry"/>
        <w:spacing w:after="120"/>
      </w:pPr>
      <w:r>
        <w:rPr>
          <w:b/>
          <w:color w:val="1D4458"/>
        </w:rPr>
        <w:t xml:space="preserve">S1-074  $85.00.  </w:t>
      </w:r>
      <w:r>
        <w:t>Step 1: A; Step 2: Pay for one hour: $17.00; Hours worked: 5 hours; Step 3: A.  $17.00 × 5 hours = $85.00 gross pay. Taxes are not part of this question.</w:t>
      </w:r>
    </w:p>
    <w:p w14:paraId="4C5AE37A" w14:textId="77777777" w:rsidR="00BE3968" w:rsidRDefault="00CA6E70">
      <w:pPr>
        <w:pStyle w:val="CMRAnswerEntry"/>
        <w:spacing w:after="120"/>
      </w:pPr>
      <w:r>
        <w:rPr>
          <w:b/>
          <w:color w:val="1D4458"/>
        </w:rPr>
        <w:t xml:space="preserve">S1-075  $119.00.  </w:t>
      </w:r>
      <w:r>
        <w:t>Step 1: B; Step 2: Pay for one hour: $17.00; Hours worked: 7 hours; Step 3: A.  $17.00 × 7 hours = $119.00 gross pay. Taxes are not part of this question.</w:t>
      </w:r>
    </w:p>
    <w:p w14:paraId="55D5AD04" w14:textId="77777777" w:rsidR="00BE3968" w:rsidRDefault="00CA6E70">
      <w:pPr>
        <w:pStyle w:val="CMRAnswerEntry"/>
        <w:spacing w:after="120"/>
      </w:pPr>
      <w:r>
        <w:rPr>
          <w:b/>
          <w:color w:val="1D4458"/>
        </w:rPr>
        <w:t xml:space="preserve">S1-076  $128.00.  </w:t>
      </w:r>
      <w:r>
        <w:t>Step 1: B; Step 2: Pay for one hour: $16.00; Hours worked: 8 hours; Step 3: B.  $16.00 × 8 hours = $128.00 gross pay. Taxes are not part of this question.</w:t>
      </w:r>
    </w:p>
    <w:p w14:paraId="015B494D" w14:textId="77777777" w:rsidR="00BE3968" w:rsidRDefault="00CA6E70">
      <w:pPr>
        <w:pStyle w:val="CMRAnswerEntry"/>
        <w:spacing w:after="120"/>
      </w:pPr>
      <w:r>
        <w:rPr>
          <w:b/>
          <w:color w:val="1D4458"/>
        </w:rPr>
        <w:t xml:space="preserve">S1-077  $180.00.  </w:t>
      </w:r>
      <w:r>
        <w:t>Step 1: A; Step 2: Pay for one hour: $18.00; Hours worked: 10 hours; Step 3: B.  $18.00 × 10 hours = $180.00 gross pay. Taxes are not part of this question.</w:t>
      </w:r>
    </w:p>
    <w:p w14:paraId="2617B018" w14:textId="77777777" w:rsidR="00BE3968" w:rsidRDefault="00CA6E70">
      <w:pPr>
        <w:pStyle w:val="CMRAnswerEntry"/>
        <w:spacing w:after="120"/>
      </w:pPr>
      <w:r>
        <w:rPr>
          <w:b/>
          <w:color w:val="1D4458"/>
        </w:rPr>
        <w:t xml:space="preserve">S1-078  $95.00.  </w:t>
      </w:r>
      <w:r>
        <w:t>Step 1: B; Step 2: Pay for one hour: $19.00; Hours worked: 5 hours; Step 3: A.  $19.00 × 5 hours = $95.00 gross pay. Taxes are not part of this question.</w:t>
      </w:r>
    </w:p>
    <w:p w14:paraId="75CB4722" w14:textId="77777777" w:rsidR="00BE3968" w:rsidRDefault="00CA6E70">
      <w:pPr>
        <w:pStyle w:val="CMRAnswerEntry"/>
        <w:spacing w:after="120"/>
      </w:pPr>
      <w:r>
        <w:rPr>
          <w:b/>
          <w:color w:val="1D4458"/>
        </w:rPr>
        <w:t xml:space="preserve">S1-079  $96.00.  </w:t>
      </w:r>
      <w:r>
        <w:t>Step 1: A; Step 2: Pay for one hour: $16.00; Hours worked: 6 hours; Step 3: B.  $16.00 × 6 hours = $96.00 gross pay. Taxes are not part of this question.</w:t>
      </w:r>
    </w:p>
    <w:p w14:paraId="1274D475" w14:textId="77777777" w:rsidR="00BE3968" w:rsidRDefault="00CA6E70">
      <w:pPr>
        <w:pStyle w:val="CMRAnswerEntry"/>
        <w:spacing w:after="120"/>
      </w:pPr>
      <w:r>
        <w:rPr>
          <w:b/>
          <w:color w:val="1D4458"/>
        </w:rPr>
        <w:t xml:space="preserve">S1-080  $126.00.  </w:t>
      </w:r>
      <w:r>
        <w:t>Step 1: A; Step 2: Pay for one hour: $14.00; Hours worked: 9 hours; Step 3: B.  $14.00 × 9 hours = $126.00 gross pay. Taxes are not part of this question.</w:t>
      </w:r>
    </w:p>
    <w:p w14:paraId="27075A5B" w14:textId="77777777" w:rsidR="00BE3968" w:rsidRDefault="00CA6E70">
      <w:pPr>
        <w:pStyle w:val="CMRAnswerEntry"/>
        <w:spacing w:after="120"/>
      </w:pPr>
      <w:r>
        <w:rPr>
          <w:b/>
          <w:color w:val="1D4458"/>
        </w:rPr>
        <w:t xml:space="preserve">S1-081  11:00 AM.  </w:t>
      </w:r>
      <w:r>
        <w:t>Step 1: A; Step 2: Start time: 10:30 AM; Length: 30 minutes; Step 3: B.  Start at 10:30 AM; count forward 30 minutes → 11:00 AM.</w:t>
      </w:r>
    </w:p>
    <w:p w14:paraId="60222455" w14:textId="77777777" w:rsidR="00BE3968" w:rsidRDefault="00CA6E70">
      <w:pPr>
        <w:pStyle w:val="CMRAnswerEntry"/>
        <w:spacing w:after="120"/>
      </w:pPr>
      <w:r>
        <w:rPr>
          <w:b/>
          <w:color w:val="1D4458"/>
        </w:rPr>
        <w:t xml:space="preserve">S1-082  10:00 AM.  </w:t>
      </w:r>
      <w:r>
        <w:t>Step 1: B; Step 2: Start time: 9:15 AM; Length: 45 minutes; Step 3: A.  Start at 9:15 AM; count forward 45 minutes → 10:00 AM.</w:t>
      </w:r>
    </w:p>
    <w:p w14:paraId="18D8B177" w14:textId="77777777" w:rsidR="00BE3968" w:rsidRDefault="00CA6E70">
      <w:pPr>
        <w:pStyle w:val="CMRAnswerEntry"/>
        <w:spacing w:after="120"/>
      </w:pPr>
      <w:r>
        <w:rPr>
          <w:b/>
          <w:color w:val="1D4458"/>
        </w:rPr>
        <w:t xml:space="preserve">S1-083  9:00 AM.  </w:t>
      </w:r>
      <w:r>
        <w:t>Step 1: A; Step 2: Start time: 8:00 AM; Length: 60 minutes; Step 3: A.  Start at 8:00 AM; count forward 60 minutes (1 hour) → 9:00 AM.</w:t>
      </w:r>
    </w:p>
    <w:p w14:paraId="4C1CDAE0" w14:textId="77777777" w:rsidR="00BE3968" w:rsidRDefault="00CA6E70">
      <w:pPr>
        <w:pStyle w:val="CMRAnswerEntry"/>
        <w:spacing w:after="120"/>
      </w:pPr>
      <w:r>
        <w:rPr>
          <w:b/>
          <w:color w:val="1D4458"/>
        </w:rPr>
        <w:t xml:space="preserve">S1-084  9:45 AM.  </w:t>
      </w:r>
      <w:r>
        <w:t>Step 1: B; Step 2: Start time: 8:45 AM; Length: 60 minutes; Step 3: B.  Start at 8:45 AM; count forward 60 minutes (1 hour) → 9:45 AM.</w:t>
      </w:r>
    </w:p>
    <w:p w14:paraId="0A05A982" w14:textId="77777777" w:rsidR="00BE3968" w:rsidRDefault="00CA6E70">
      <w:r>
        <w:br w:type="page"/>
      </w:r>
    </w:p>
    <w:p w14:paraId="16448372" w14:textId="77777777" w:rsidR="00BE3968" w:rsidRDefault="00CA6E70">
      <w:pPr>
        <w:pStyle w:val="CMRSmallLabel"/>
        <w:spacing w:after="80"/>
      </w:pPr>
      <w:r>
        <w:rPr>
          <w:b w:val="0"/>
        </w:rPr>
        <w:t>ANSWER KEY  |  PAGE 7 OF 36</w:t>
      </w:r>
    </w:p>
    <w:p w14:paraId="5D736E20" w14:textId="77777777" w:rsidR="00BE3968" w:rsidRDefault="00CA6E70">
      <w:pPr>
        <w:pStyle w:val="CMRPageTitle"/>
        <w:spacing w:after="100"/>
      </w:pPr>
      <w:r>
        <w:rPr>
          <w:b w:val="0"/>
        </w:rPr>
        <w:t>Answers and short explanations</w:t>
      </w:r>
    </w:p>
    <w:p w14:paraId="3054A6EE" w14:textId="77777777" w:rsidR="00BE3968" w:rsidRDefault="00CA6E70">
      <w:pPr>
        <w:pStyle w:val="CMRBodySmall"/>
        <w:spacing w:after="120"/>
      </w:pPr>
      <w:r>
        <w:t>Find your problem number below. Compare your reasoning, not only the final answer.</w:t>
      </w:r>
    </w:p>
    <w:p w14:paraId="3A94C21E" w14:textId="77777777" w:rsidR="00BE3968" w:rsidRDefault="00CA6E70">
      <w:pPr>
        <w:pStyle w:val="CMRAnswerEntry"/>
        <w:spacing w:after="120"/>
      </w:pPr>
      <w:r>
        <w:rPr>
          <w:b/>
          <w:color w:val="1D4458"/>
        </w:rPr>
        <w:t xml:space="preserve">S1-085  12:00 PM.  </w:t>
      </w:r>
      <w:r>
        <w:t>Step 1: B; Step 2: Start time: 11:30 AM; Length: 30 minutes; Step 3: B.  Start at 11:30 AM; count forward 30 minutes → 12:00 PM.</w:t>
      </w:r>
    </w:p>
    <w:p w14:paraId="77E7C193" w14:textId="77777777" w:rsidR="00BE3968" w:rsidRDefault="00CA6E70">
      <w:pPr>
        <w:pStyle w:val="CMRAnswerEntry"/>
        <w:spacing w:after="120"/>
      </w:pPr>
      <w:r>
        <w:rPr>
          <w:b/>
          <w:color w:val="1D4458"/>
        </w:rPr>
        <w:t xml:space="preserve">S1-086  1:15 PM.  </w:t>
      </w:r>
      <w:r>
        <w:t>Step 1: A; Step 2: Start time: 11:45 AM; Length: 90 minutes; Step 3: A.  Start at 11:45 AM; count forward 90 minutes (1 hour 30 minutes) → 1:15 PM.</w:t>
      </w:r>
    </w:p>
    <w:p w14:paraId="10FA2BF3" w14:textId="77777777" w:rsidR="00BE3968" w:rsidRDefault="00CA6E70">
      <w:pPr>
        <w:pStyle w:val="CMRAnswerEntry"/>
        <w:spacing w:after="120"/>
      </w:pPr>
      <w:r>
        <w:rPr>
          <w:b/>
          <w:color w:val="1D4458"/>
        </w:rPr>
        <w:t xml:space="preserve">S1-087  8:00 AM.  </w:t>
      </w:r>
      <w:r>
        <w:t>Step 1: B; Step 2: Start time: 7:30 AM; Length: 30 minutes; Step 3: B.  Start at 7:30 AM; count forward 30 minutes → 8:00 AM.</w:t>
      </w:r>
    </w:p>
    <w:p w14:paraId="6874D361" w14:textId="77777777" w:rsidR="00BE3968" w:rsidRDefault="00CA6E70">
      <w:pPr>
        <w:pStyle w:val="CMRAnswerEntry"/>
        <w:spacing w:after="120"/>
      </w:pPr>
      <w:r>
        <w:rPr>
          <w:b/>
          <w:color w:val="1D4458"/>
        </w:rPr>
        <w:t xml:space="preserve">S1-088  11:35 AM.  </w:t>
      </w:r>
      <w:r>
        <w:t>Step 1: A; Step 2: Start time: 10:20 AM; Length: 75 minutes; Step 3: B.  Start at 10:20 AM; count forward 75 minutes (1 hour 15 minutes) → 11:35 AM.</w:t>
      </w:r>
    </w:p>
    <w:p w14:paraId="64DE22BA" w14:textId="77777777" w:rsidR="00BE3968" w:rsidRDefault="00CA6E70">
      <w:pPr>
        <w:pStyle w:val="CMRAnswerEntry"/>
        <w:spacing w:after="120"/>
      </w:pPr>
      <w:r>
        <w:rPr>
          <w:b/>
          <w:color w:val="1D4458"/>
        </w:rPr>
        <w:t xml:space="preserve">S1-089  10:15 AM.  </w:t>
      </w:r>
      <w:r>
        <w:t>Step 1: A; Step 2: Start time: 9:15 AM; Length: 60 minutes; Step 3: A.  Start at 9:15 AM; count forward 60 minutes (1 hour) → 10:15 AM.</w:t>
      </w:r>
    </w:p>
    <w:p w14:paraId="38E72864" w14:textId="77777777" w:rsidR="00BE3968" w:rsidRDefault="00CA6E70">
      <w:pPr>
        <w:pStyle w:val="CMRAnswerEntry"/>
        <w:spacing w:after="120"/>
      </w:pPr>
      <w:r>
        <w:rPr>
          <w:b/>
          <w:color w:val="1D4458"/>
        </w:rPr>
        <w:t xml:space="preserve">S1-090  9:15 AM.  </w:t>
      </w:r>
      <w:r>
        <w:t>Step 1: B; Step 2: Start time: 7:45 AM; Length: 90 minutes; Step 3: A.  Start at 7:45 AM; count forward 90 minutes (1 hour 30 minutes) → 9:15 AM.</w:t>
      </w:r>
    </w:p>
    <w:p w14:paraId="1705509C" w14:textId="77777777" w:rsidR="00BE3968" w:rsidRDefault="00CA6E70">
      <w:pPr>
        <w:pStyle w:val="CMRAnswerEntry"/>
        <w:spacing w:after="120"/>
      </w:pPr>
      <w:r>
        <w:rPr>
          <w:b/>
          <w:color w:val="1D4458"/>
        </w:rPr>
        <w:t xml:space="preserve">S1-091  $69.00.  </w:t>
      </w:r>
      <w:r>
        <w:t>Step 1: B; Step 2: Money available: $513.00; Rent: $381.00; Electric bill: $63.00; Step 3: A.  $513.00 − $381.00 − $63.00 = $69.00.</w:t>
      </w:r>
    </w:p>
    <w:p w14:paraId="41F220B3" w14:textId="77777777" w:rsidR="00BE3968" w:rsidRDefault="00CA6E70">
      <w:pPr>
        <w:pStyle w:val="CMRAnswerEntry"/>
        <w:spacing w:after="120"/>
      </w:pPr>
      <w:r>
        <w:rPr>
          <w:b/>
          <w:color w:val="1D4458"/>
        </w:rPr>
        <w:t xml:space="preserve">S1-092  $213.00.  </w:t>
      </w:r>
      <w:r>
        <w:t>Step 1: A; Step 2: Money available: $651.00; Rent: $372.00; Electric bill: $66.00; Step 3: B.  $651.00 − $372.00 − $66.00 = $213.00.</w:t>
      </w:r>
    </w:p>
    <w:p w14:paraId="00DD5D6E" w14:textId="77777777" w:rsidR="00BE3968" w:rsidRDefault="00CA6E70">
      <w:pPr>
        <w:pStyle w:val="CMRAnswerEntry"/>
        <w:spacing w:after="120"/>
      </w:pPr>
      <w:r>
        <w:rPr>
          <w:b/>
          <w:color w:val="1D4458"/>
        </w:rPr>
        <w:t xml:space="preserve">S1-093  $147.00.  </w:t>
      </w:r>
      <w:r>
        <w:t>Step 1: B; Step 2: Money available: $508.00; Rent: $287.00; Electric bill: $74.00; Step 3: B.  $508.00 − $287.00 − $74.00 = $147.00.</w:t>
      </w:r>
    </w:p>
    <w:p w14:paraId="4755F5BD" w14:textId="77777777" w:rsidR="00BE3968" w:rsidRDefault="00CA6E70">
      <w:pPr>
        <w:pStyle w:val="CMRAnswerEntry"/>
        <w:spacing w:after="120"/>
      </w:pPr>
      <w:r>
        <w:rPr>
          <w:b/>
          <w:color w:val="1D4458"/>
        </w:rPr>
        <w:t xml:space="preserve">S1-094  $421.00.  </w:t>
      </w:r>
      <w:r>
        <w:t>Step 1: B; Step 2: Money available: $731.00; Rent: $259.00; Electric bill: $51.00; Step 3: A.  $731.00 − $259.00 − $51.00 = $421.00.</w:t>
      </w:r>
    </w:p>
    <w:p w14:paraId="47C13704" w14:textId="77777777" w:rsidR="00BE3968" w:rsidRDefault="00CA6E70">
      <w:pPr>
        <w:pStyle w:val="CMRAnswerEntry"/>
        <w:spacing w:after="120"/>
      </w:pPr>
      <w:r>
        <w:rPr>
          <w:b/>
          <w:color w:val="1D4458"/>
        </w:rPr>
        <w:t xml:space="preserve">S1-095  $383.00.  </w:t>
      </w:r>
      <w:r>
        <w:t>Step 1: A; Step 2: Money available: $746.00; Rent: $309.00; Electric bill: $54.00; Step 3: B.  $746.00 − $309.00 − $54.00 = $383.00.</w:t>
      </w:r>
    </w:p>
    <w:p w14:paraId="5A687436" w14:textId="77777777" w:rsidR="00BE3968" w:rsidRDefault="00CA6E70">
      <w:pPr>
        <w:pStyle w:val="CMRAnswerEntry"/>
        <w:spacing w:after="120"/>
      </w:pPr>
      <w:r>
        <w:rPr>
          <w:b/>
          <w:color w:val="1D4458"/>
        </w:rPr>
        <w:t xml:space="preserve">S1-096  $413.00.  </w:t>
      </w:r>
      <w:r>
        <w:t>Step 1: B; Step 2: Money available: $733.00; Rent: $267.00; Electric bill: $53.00; Step 3: B.  $733.00 − $267.00 − $53.00 = $413.00.</w:t>
      </w:r>
    </w:p>
    <w:p w14:paraId="743F1AB3" w14:textId="77777777" w:rsidR="00BE3968" w:rsidRDefault="00CA6E70">
      <w:pPr>
        <w:pStyle w:val="CMRAnswerEntry"/>
        <w:spacing w:after="120"/>
      </w:pPr>
      <w:r>
        <w:rPr>
          <w:b/>
          <w:color w:val="1D4458"/>
        </w:rPr>
        <w:t xml:space="preserve">S1-097  $50.00.  </w:t>
      </w:r>
      <w:r>
        <w:t>Step 1: A; Step 2: Money available: $447.00; Rent: $346.00; Electric bill: $51.00; Step 3: A.  $447.00 − $346.00 − $51.00 = $50.00.</w:t>
      </w:r>
    </w:p>
    <w:p w14:paraId="33F03220" w14:textId="77777777" w:rsidR="00BE3968" w:rsidRDefault="00CA6E70">
      <w:pPr>
        <w:pStyle w:val="CMRAnswerEntry"/>
        <w:spacing w:after="120"/>
      </w:pPr>
      <w:r>
        <w:rPr>
          <w:b/>
          <w:color w:val="1D4458"/>
        </w:rPr>
        <w:t xml:space="preserve">S1-098  $171.00.  </w:t>
      </w:r>
      <w:r>
        <w:t>Step 1: A; Step 2: Money available: $537.00; Rent: $305.00; Electric bill: $61.00; Step 3: A.  $537.00 − $305.00 − $61.00 = $171.00.</w:t>
      </w:r>
    </w:p>
    <w:p w14:paraId="20BFBB16" w14:textId="77777777" w:rsidR="00BE3968" w:rsidRDefault="00CA6E70">
      <w:r>
        <w:br w:type="page"/>
      </w:r>
    </w:p>
    <w:p w14:paraId="7678FD13" w14:textId="77777777" w:rsidR="00BE3968" w:rsidRDefault="00CA6E70">
      <w:pPr>
        <w:pStyle w:val="CMRSmallLabel"/>
        <w:spacing w:after="80"/>
      </w:pPr>
      <w:r>
        <w:rPr>
          <w:b w:val="0"/>
        </w:rPr>
        <w:t>ANSWER KEY  |  PAGE 8 OF 36</w:t>
      </w:r>
    </w:p>
    <w:p w14:paraId="1A91CA0D" w14:textId="77777777" w:rsidR="00BE3968" w:rsidRDefault="00CA6E70">
      <w:pPr>
        <w:pStyle w:val="CMRPageTitle"/>
        <w:spacing w:after="100"/>
      </w:pPr>
      <w:r>
        <w:rPr>
          <w:b w:val="0"/>
        </w:rPr>
        <w:t>Answers and short explanations</w:t>
      </w:r>
    </w:p>
    <w:p w14:paraId="660109D8" w14:textId="77777777" w:rsidR="00BE3968" w:rsidRDefault="00CA6E70">
      <w:pPr>
        <w:pStyle w:val="CMRBodySmall"/>
        <w:spacing w:after="120"/>
      </w:pPr>
      <w:r>
        <w:t>Find your problem number below. Compare your reasoning, not only the final answer.</w:t>
      </w:r>
    </w:p>
    <w:p w14:paraId="50E39B5A" w14:textId="77777777" w:rsidR="00BE3968" w:rsidRDefault="00CA6E70">
      <w:pPr>
        <w:pStyle w:val="CMRAnswerEntry"/>
        <w:spacing w:after="120"/>
      </w:pPr>
      <w:r>
        <w:rPr>
          <w:b/>
          <w:color w:val="1D4458"/>
        </w:rPr>
        <w:t xml:space="preserve">S1-099  $209.00.  </w:t>
      </w:r>
      <w:r>
        <w:t>Step 1: B; Step 2: Money available: $600.00; Rent: $338.00; Electric bill: $53.00; Step 3: B.  $600.00 − $338.00 − $53.00 = $209.00.</w:t>
      </w:r>
    </w:p>
    <w:p w14:paraId="46CBBD83" w14:textId="77777777" w:rsidR="00BE3968" w:rsidRDefault="00CA6E70">
      <w:pPr>
        <w:pStyle w:val="CMRAnswerEntry"/>
        <w:spacing w:after="120"/>
      </w:pPr>
      <w:r>
        <w:rPr>
          <w:b/>
          <w:color w:val="1D4458"/>
        </w:rPr>
        <w:t xml:space="preserve">S1-100  $254.00.  </w:t>
      </w:r>
      <w:r>
        <w:t>Step 1: A; Step 2: Money available: $668.00; Rent: $373.00; Electric bill: $41.00; Step 3: A.  $668.00 − $373.00 − $41.00 = $254.00.</w:t>
      </w:r>
    </w:p>
    <w:p w14:paraId="1132210F" w14:textId="77777777" w:rsidR="00BE3968" w:rsidRDefault="00CA6E70">
      <w:pPr>
        <w:pStyle w:val="CMRAnswerEntry"/>
        <w:spacing w:after="120"/>
      </w:pPr>
      <w:r>
        <w:rPr>
          <w:b/>
          <w:color w:val="1D4458"/>
        </w:rPr>
        <w:t xml:space="preserve">S1-101  The 2-pack, $1.50 per dishcloth.  </w:t>
      </w:r>
      <w:r>
        <w:t>Step 1: A; Step 2: 2-pack: 2 for $3.00; 4-pack: 4 for $8.00; Step 3: B.  $3.00 ÷ 2 = $1.50 each; $8.00 ÷ 4 = $2.00 each. The 2-pack costs less per dishcloth.</w:t>
      </w:r>
    </w:p>
    <w:p w14:paraId="4B2B0774" w14:textId="77777777" w:rsidR="00BE3968" w:rsidRDefault="00CA6E70">
      <w:pPr>
        <w:pStyle w:val="CMRAnswerEntry"/>
        <w:spacing w:after="120"/>
      </w:pPr>
      <w:r>
        <w:rPr>
          <w:b/>
          <w:color w:val="1D4458"/>
        </w:rPr>
        <w:t xml:space="preserve">S1-102  The 7-pack, $1.25 per notebook.  </w:t>
      </w:r>
      <w:r>
        <w:t>Step 1: B; Step 2: 4-pack: 4 for $6.00; 7-pack: 7 for $8.75; Step 3: A.  $6.00 ÷ 4 = $1.50 each; $8.75 ÷ 7 = $1.25 each. The 7-pack costs less per notebook.</w:t>
      </w:r>
    </w:p>
    <w:p w14:paraId="4CC9C029" w14:textId="77777777" w:rsidR="00BE3968" w:rsidRDefault="00CA6E70">
      <w:pPr>
        <w:pStyle w:val="CMRAnswerEntry"/>
        <w:spacing w:after="120"/>
      </w:pPr>
      <w:r>
        <w:rPr>
          <w:b/>
          <w:color w:val="1D4458"/>
        </w:rPr>
        <w:t xml:space="preserve">S1-103  The 2-pack, $2.00 per battery.  </w:t>
      </w:r>
      <w:r>
        <w:t>Step 1: B; Step 2: 2-pack: 2 for $4.00; 4-pack: 4 for $10.00; Step 3: B.  $4.00 ÷ 2 = $2.00 each; $10.00 ÷ 4 = $2.50 each. The 2-pack costs less per battery.</w:t>
      </w:r>
    </w:p>
    <w:p w14:paraId="72DDC89F" w14:textId="77777777" w:rsidR="00BE3968" w:rsidRDefault="00CA6E70">
      <w:pPr>
        <w:pStyle w:val="CMRAnswerEntry"/>
        <w:spacing w:after="120"/>
      </w:pPr>
      <w:r>
        <w:rPr>
          <w:b/>
          <w:color w:val="1D4458"/>
        </w:rPr>
        <w:t xml:space="preserve">S1-104  The 4-pack, $1.00 per towel.  </w:t>
      </w:r>
      <w:r>
        <w:t>Step 1: A; Step 2: 2-pack: 2 for $3.00; 4-pack: 4 for $4.00; Step 3: B.  $3.00 ÷ 2 = $1.50 each; $4.00 ÷ 4 = $1.00 each. The 4-pack costs less per towel.</w:t>
      </w:r>
    </w:p>
    <w:p w14:paraId="416672E6" w14:textId="77777777" w:rsidR="00BE3968" w:rsidRDefault="00CA6E70">
      <w:pPr>
        <w:pStyle w:val="CMRAnswerEntry"/>
        <w:spacing w:after="120"/>
      </w:pPr>
      <w:r>
        <w:rPr>
          <w:b/>
          <w:color w:val="1D4458"/>
        </w:rPr>
        <w:t xml:space="preserve">S1-105  The 2-pack, $2.50 per dishcloth.  </w:t>
      </w:r>
      <w:r>
        <w:t>Step 1: B; Step 2: 2-pack: 2 for $5.00; 6-pack: 6 for $18.00; Step 3: A.  $5.00 ÷ 2 = $2.50 each; $18.00 ÷ 6 = $3.00 each. The 2-pack costs less per dishcloth.</w:t>
      </w:r>
    </w:p>
    <w:p w14:paraId="1252B434" w14:textId="77777777" w:rsidR="00BE3968" w:rsidRDefault="00CA6E70">
      <w:pPr>
        <w:pStyle w:val="CMRAnswerEntry"/>
        <w:spacing w:after="120"/>
      </w:pPr>
      <w:r>
        <w:rPr>
          <w:b/>
          <w:color w:val="1D4458"/>
        </w:rPr>
        <w:t xml:space="preserve">S1-106  The 4-pack, $2.00 per notebook.  </w:t>
      </w:r>
      <w:r>
        <w:t>Step 1: A; Step 2: 2-pack: 2 for $5.00; 4-pack: 4 for $8.00; Step 3: A.  $5.00 ÷ 2 = $2.50 each; $8.00 ÷ 4 = $2.00 each. The 4-pack costs less per notebook.</w:t>
      </w:r>
    </w:p>
    <w:p w14:paraId="09D7EFC8" w14:textId="77777777" w:rsidR="00BE3968" w:rsidRDefault="00CA6E70">
      <w:pPr>
        <w:pStyle w:val="CMRAnswerEntry"/>
        <w:spacing w:after="120"/>
      </w:pPr>
      <w:r>
        <w:rPr>
          <w:b/>
          <w:color w:val="1D4458"/>
        </w:rPr>
        <w:t xml:space="preserve">S1-107  The 4-pack, $3.00 per battery.  </w:t>
      </w:r>
      <w:r>
        <w:t>Step 1: A; Step 2: 4-pack: 4 for $12.00; 7-pack: 7 for $24.50; Step 3: B.  $12.00 ÷ 4 = $3.00 each; $24.50 ÷ 7 = $3.50 each. The 4-pack costs less per battery.</w:t>
      </w:r>
    </w:p>
    <w:p w14:paraId="3C168AAC" w14:textId="77777777" w:rsidR="00BE3968" w:rsidRDefault="00CA6E70">
      <w:pPr>
        <w:pStyle w:val="CMRAnswerEntry"/>
        <w:spacing w:after="120"/>
      </w:pPr>
      <w:r>
        <w:rPr>
          <w:b/>
          <w:color w:val="1D4458"/>
        </w:rPr>
        <w:t xml:space="preserve">S1-108  The 7-pack, $2.50 per towel.  </w:t>
      </w:r>
      <w:r>
        <w:t>Step 1: B; Step 2: 3-pack: 3 for $9.00; 7-pack: 7 for $17.50; Step 3: A.  $9.00 ÷ 3 = $3.00 each; $17.50 ÷ 7 = $2.50 each. The 7-pack costs less per towel.</w:t>
      </w:r>
    </w:p>
    <w:p w14:paraId="47D2B91B" w14:textId="77777777" w:rsidR="00BE3968" w:rsidRDefault="00CA6E70">
      <w:pPr>
        <w:pStyle w:val="CMRAnswerEntry"/>
        <w:spacing w:after="120"/>
      </w:pPr>
      <w:r>
        <w:rPr>
          <w:b/>
          <w:color w:val="1D4458"/>
        </w:rPr>
        <w:t xml:space="preserve">S1-109  The 3-pack, $2.50 per dishcloth.  </w:t>
      </w:r>
      <w:r>
        <w:t>Step 1: A; Step 2: 3-pack: 3 for $7.50; 6-pack: 6 for $18.00; Step 3: A.  $7.50 ÷ 3 = $2.50 each; $18.00 ÷ 6 = $3.00 each. The 3-pack costs less per dishcloth.</w:t>
      </w:r>
    </w:p>
    <w:p w14:paraId="7A142BBA" w14:textId="77777777" w:rsidR="00BE3968" w:rsidRDefault="00CA6E70">
      <w:pPr>
        <w:pStyle w:val="CMRAnswerEntry"/>
        <w:spacing w:after="120"/>
      </w:pPr>
      <w:r>
        <w:rPr>
          <w:b/>
          <w:color w:val="1D4458"/>
        </w:rPr>
        <w:t xml:space="preserve">S1-110  The 6-pack, $2.00 per notebook.  </w:t>
      </w:r>
      <w:r>
        <w:t>Step 1: B; Step 2: 4-pack: 4 for $10.00; 6-pack: 6 for $12.00; Step 3: B.  $10.00 ÷ 4 = $2.50 each; $12.00 ÷ 6 = $2.00 each. The 6-pack costs less per notebook.</w:t>
      </w:r>
    </w:p>
    <w:p w14:paraId="72DE867D" w14:textId="77777777" w:rsidR="00BE3968" w:rsidRDefault="00CA6E70">
      <w:pPr>
        <w:pStyle w:val="CMRAnswerEntry"/>
        <w:spacing w:after="120"/>
      </w:pPr>
      <w:r>
        <w:rPr>
          <w:b/>
          <w:color w:val="1D4458"/>
        </w:rPr>
        <w:t xml:space="preserve">S1-111  $30.00.  </w:t>
      </w:r>
      <w:r>
        <w:t>Step 1: B; Step 2: Original price: $40.00; Discount: 25%; Step 3: B.  25% of $40.00 is $10.00; $40.00 − $10.00 = $30.00.</w:t>
      </w:r>
    </w:p>
    <w:p w14:paraId="5DDA566E" w14:textId="77777777" w:rsidR="00BE3968" w:rsidRDefault="00CA6E70">
      <w:pPr>
        <w:pStyle w:val="CMRAnswerEntry"/>
        <w:spacing w:after="120"/>
      </w:pPr>
      <w:r>
        <w:rPr>
          <w:b/>
          <w:color w:val="1D4458"/>
        </w:rPr>
        <w:t xml:space="preserve">S1-112  $50.00.  </w:t>
      </w:r>
      <w:r>
        <w:t>Step 1: B; Step 2: Original price: $100.00; Discount: 50%; Step 3: B.  50% of $100.00 is $50.00; $100.00 − $50.00 = $50.00.</w:t>
      </w:r>
    </w:p>
    <w:p w14:paraId="1C329EE4" w14:textId="77777777" w:rsidR="00BE3968" w:rsidRDefault="00CA6E70">
      <w:r>
        <w:br w:type="page"/>
      </w:r>
    </w:p>
    <w:p w14:paraId="5D065E01" w14:textId="77777777" w:rsidR="00BE3968" w:rsidRDefault="00CA6E70">
      <w:pPr>
        <w:pStyle w:val="CMRSmallLabel"/>
        <w:spacing w:after="80"/>
      </w:pPr>
      <w:r>
        <w:rPr>
          <w:b w:val="0"/>
        </w:rPr>
        <w:t>ANSWER KEY  |  PAGE 9 OF 36</w:t>
      </w:r>
    </w:p>
    <w:p w14:paraId="585129A6" w14:textId="77777777" w:rsidR="00BE3968" w:rsidRDefault="00CA6E70">
      <w:pPr>
        <w:pStyle w:val="CMRPageTitle"/>
        <w:spacing w:after="100"/>
      </w:pPr>
      <w:r>
        <w:rPr>
          <w:b w:val="0"/>
        </w:rPr>
        <w:t>Answers and short explanations</w:t>
      </w:r>
    </w:p>
    <w:p w14:paraId="3CB7A49D" w14:textId="77777777" w:rsidR="00BE3968" w:rsidRDefault="00CA6E70">
      <w:pPr>
        <w:pStyle w:val="CMRBodySmall"/>
        <w:spacing w:after="120"/>
      </w:pPr>
      <w:r>
        <w:t>Find your problem number below. Compare your reasoning, not only the final answer.</w:t>
      </w:r>
    </w:p>
    <w:p w14:paraId="6C32F6AC" w14:textId="77777777" w:rsidR="00BE3968" w:rsidRDefault="00CA6E70">
      <w:pPr>
        <w:pStyle w:val="CMRAnswerEntry"/>
        <w:spacing w:after="120"/>
      </w:pPr>
      <w:r>
        <w:rPr>
          <w:b/>
          <w:color w:val="1D4458"/>
        </w:rPr>
        <w:t xml:space="preserve">S1-113  $75.00.  </w:t>
      </w:r>
      <w:r>
        <w:t>Step 1: A; Step 2: Original price: $100.00; Discount: 25%; Step 3: A.  25% of $100.00 is $25.00; $100.00 − $25.00 = $75.00.</w:t>
      </w:r>
    </w:p>
    <w:p w14:paraId="7A2E03F1" w14:textId="77777777" w:rsidR="00BE3968" w:rsidRDefault="00CA6E70">
      <w:pPr>
        <w:pStyle w:val="CMRAnswerEntry"/>
        <w:spacing w:after="120"/>
      </w:pPr>
      <w:r>
        <w:rPr>
          <w:b/>
          <w:color w:val="1D4458"/>
        </w:rPr>
        <w:t xml:space="preserve">S1-114  $60.00.  </w:t>
      </w:r>
      <w:r>
        <w:t>Step 1: B; Step 2: Original price: $80.00; Discount: 25%; Step 3: A.  25% of $80.00 is $20.00; $80.00 − $20.00 = $60.00.</w:t>
      </w:r>
    </w:p>
    <w:p w14:paraId="525A1E46" w14:textId="77777777" w:rsidR="00BE3968" w:rsidRDefault="00CA6E70">
      <w:pPr>
        <w:pStyle w:val="CMRAnswerEntry"/>
        <w:spacing w:after="120"/>
      </w:pPr>
      <w:r>
        <w:rPr>
          <w:b/>
          <w:color w:val="1D4458"/>
        </w:rPr>
        <w:t xml:space="preserve">S1-115  $54.00.  </w:t>
      </w:r>
      <w:r>
        <w:t>Step 1: A; Step 2: Original price: $60.00; Discount: 10%; Step 3: B.  10% of $60.00 is $6.00; $60.00 − $6.00 = $54.00.</w:t>
      </w:r>
    </w:p>
    <w:p w14:paraId="664848A8" w14:textId="77777777" w:rsidR="00BE3968" w:rsidRDefault="00CA6E70">
      <w:pPr>
        <w:pStyle w:val="CMRAnswerEntry"/>
        <w:spacing w:after="120"/>
      </w:pPr>
      <w:r>
        <w:rPr>
          <w:b/>
          <w:color w:val="1D4458"/>
        </w:rPr>
        <w:t xml:space="preserve">S1-116  $15.00.  </w:t>
      </w:r>
      <w:r>
        <w:t>Step 1: A; Step 2: Original price: $20.00; Discount: 25%; Step 3: A.  25% of $20.00 is $5.00; $20.00 − $5.00 = $15.00.</w:t>
      </w:r>
    </w:p>
    <w:p w14:paraId="7E183E14" w14:textId="77777777" w:rsidR="00BE3968" w:rsidRDefault="00CA6E70">
      <w:pPr>
        <w:pStyle w:val="CMRAnswerEntry"/>
        <w:spacing w:after="120"/>
      </w:pPr>
      <w:r>
        <w:rPr>
          <w:b/>
          <w:color w:val="1D4458"/>
        </w:rPr>
        <w:t xml:space="preserve">S1-117  $30.00.  </w:t>
      </w:r>
      <w:r>
        <w:t>Step 1: B; Step 2: Original price: $60.00; Discount: 50%; Step 3: A.  50% of $60.00 is $30.00; $60.00 − $30.00 = $30.00.</w:t>
      </w:r>
    </w:p>
    <w:p w14:paraId="0312786F" w14:textId="77777777" w:rsidR="00BE3968" w:rsidRDefault="00CA6E70">
      <w:pPr>
        <w:pStyle w:val="CMRAnswerEntry"/>
        <w:spacing w:after="120"/>
      </w:pPr>
      <w:r>
        <w:rPr>
          <w:b/>
          <w:color w:val="1D4458"/>
        </w:rPr>
        <w:t xml:space="preserve">S1-118  $40.00.  </w:t>
      </w:r>
      <w:r>
        <w:t>Step 1: A; Step 2: Original price: $80.00; Discount: 50%; Step 3: B.  50% of $80.00 is $40.00; $80.00 − $40.00 = $40.00.</w:t>
      </w:r>
    </w:p>
    <w:p w14:paraId="76A2F4D7" w14:textId="77777777" w:rsidR="00BE3968" w:rsidRDefault="00CA6E70">
      <w:pPr>
        <w:pStyle w:val="CMRAnswerEntry"/>
        <w:spacing w:after="120"/>
      </w:pPr>
      <w:r>
        <w:rPr>
          <w:b/>
          <w:color w:val="1D4458"/>
        </w:rPr>
        <w:t xml:space="preserve">S1-119  $90.00.  </w:t>
      </w:r>
      <w:r>
        <w:t>Step 1: B; Step 2: Original price: $100.00; Discount: 10%; Step 3: B.  10% of $100.00 is $10.00; $100.00 − $10.00 = $90.00.</w:t>
      </w:r>
    </w:p>
    <w:p w14:paraId="6497D6FD" w14:textId="77777777" w:rsidR="00BE3968" w:rsidRDefault="00CA6E70">
      <w:pPr>
        <w:pStyle w:val="CMRAnswerEntry"/>
        <w:spacing w:after="120"/>
      </w:pPr>
      <w:r>
        <w:rPr>
          <w:b/>
          <w:color w:val="1D4458"/>
        </w:rPr>
        <w:t xml:space="preserve">S1-120  $45.00.  </w:t>
      </w:r>
      <w:r>
        <w:t>Step 1: A; Step 2: Original price: $50.00; Discount: 10%; Step 3: A.  10% of $50.00 is $5.00; $50.00 − $5.00 = $45.00.</w:t>
      </w:r>
    </w:p>
    <w:p w14:paraId="301F94A2" w14:textId="77777777" w:rsidR="00BE3968" w:rsidRDefault="00CA6E70">
      <w:pPr>
        <w:pStyle w:val="CMRAnswerEntry"/>
        <w:spacing w:after="120"/>
      </w:pPr>
      <w:r>
        <w:rPr>
          <w:b/>
          <w:color w:val="1D4458"/>
        </w:rPr>
        <w:t xml:space="preserve">S1-121  $43.20.  </w:t>
      </w:r>
      <w:r>
        <w:t>Step 1: B; Step 2: Price before tax: $40.00; Tax rate: 8%; Step 3: A.  Tax: 8% of $40.00 = $3.20; $40.00 + $3.20 = $43.20.</w:t>
      </w:r>
    </w:p>
    <w:p w14:paraId="4695D3D5" w14:textId="77777777" w:rsidR="00BE3968" w:rsidRDefault="00CA6E70">
      <w:pPr>
        <w:pStyle w:val="CMRAnswerEntry"/>
        <w:spacing w:after="120"/>
      </w:pPr>
      <w:r>
        <w:rPr>
          <w:b/>
          <w:color w:val="1D4458"/>
        </w:rPr>
        <w:t xml:space="preserve">S1-122  $106.00.  </w:t>
      </w:r>
      <w:r>
        <w:t>Step 1: A; Step 2: Price before tax: $100.00; Tax rate: 6%; Step 3: A.  Tax: 6% of $100.00 = $6.00; $100.00 + $6.00 = $106.00.</w:t>
      </w:r>
    </w:p>
    <w:p w14:paraId="7CEC6911" w14:textId="77777777" w:rsidR="00BE3968" w:rsidRDefault="00CA6E70">
      <w:pPr>
        <w:pStyle w:val="CMRAnswerEntry"/>
        <w:spacing w:after="120"/>
      </w:pPr>
      <w:r>
        <w:rPr>
          <w:b/>
          <w:color w:val="1D4458"/>
        </w:rPr>
        <w:t xml:space="preserve">S1-123  $44.00.  </w:t>
      </w:r>
      <w:r>
        <w:t>Step 1: B; Step 2: Price before tax: $40.00; Tax rate: 10%; Step 3: B.  Tax: 10% of $40.00 = $4.00; $40.00 + $4.00 = $44.00.</w:t>
      </w:r>
    </w:p>
    <w:p w14:paraId="1487B773" w14:textId="77777777" w:rsidR="00BE3968" w:rsidRDefault="00CA6E70">
      <w:pPr>
        <w:pStyle w:val="CMRAnswerEntry"/>
        <w:spacing w:after="120"/>
      </w:pPr>
      <w:r>
        <w:rPr>
          <w:b/>
          <w:color w:val="1D4458"/>
        </w:rPr>
        <w:t xml:space="preserve">S1-124  $64.80.  </w:t>
      </w:r>
      <w:r>
        <w:t>Step 1: A; Step 2: Price before tax: $60.00; Tax rate: 8%; Step 3: A.  Tax: 8% of $60.00 = $4.80; $60.00 + $4.80 = $64.80.</w:t>
      </w:r>
    </w:p>
    <w:p w14:paraId="35957D70" w14:textId="77777777" w:rsidR="00BE3968" w:rsidRDefault="00CA6E70">
      <w:pPr>
        <w:pStyle w:val="CMRAnswerEntry"/>
        <w:spacing w:after="120"/>
      </w:pPr>
      <w:r>
        <w:rPr>
          <w:b/>
          <w:color w:val="1D4458"/>
        </w:rPr>
        <w:t xml:space="preserve">S1-125  $22.00.  </w:t>
      </w:r>
      <w:r>
        <w:t>Step 1: A; Step 2: Price before tax: $20.00; Tax rate: 10%; Step 3: A.  Tax: 10% of $20.00 = $2.00; $20.00 + $2.00 = $22.00.</w:t>
      </w:r>
    </w:p>
    <w:p w14:paraId="42F9F02E" w14:textId="77777777" w:rsidR="00BE3968" w:rsidRDefault="00CA6E70">
      <w:pPr>
        <w:pStyle w:val="CMRAnswerEntry"/>
        <w:spacing w:after="120"/>
      </w:pPr>
      <w:r>
        <w:rPr>
          <w:b/>
          <w:color w:val="1D4458"/>
        </w:rPr>
        <w:t xml:space="preserve">S1-126  $21.20.  </w:t>
      </w:r>
      <w:r>
        <w:t>Step 1: B; Step 2: Price before tax: $20.00; Tax rate: 6%; Step 3: B.  Tax: 6% of $20.00 = $1.20; $20.00 + $1.20 = $21.20.</w:t>
      </w:r>
    </w:p>
    <w:p w14:paraId="097FDAEC" w14:textId="77777777" w:rsidR="00BE3968" w:rsidRDefault="00CA6E70">
      <w:r>
        <w:br w:type="page"/>
      </w:r>
    </w:p>
    <w:p w14:paraId="08FE4AC8" w14:textId="77777777" w:rsidR="00BE3968" w:rsidRDefault="00CA6E70">
      <w:pPr>
        <w:pStyle w:val="CMRSmallLabel"/>
        <w:spacing w:after="80"/>
      </w:pPr>
      <w:r>
        <w:rPr>
          <w:b w:val="0"/>
        </w:rPr>
        <w:t>ANSWER KEY  |  PAGE 10 OF 36</w:t>
      </w:r>
    </w:p>
    <w:p w14:paraId="1E87933B" w14:textId="77777777" w:rsidR="00BE3968" w:rsidRDefault="00CA6E70">
      <w:pPr>
        <w:pStyle w:val="CMRPageTitle"/>
        <w:spacing w:after="100"/>
      </w:pPr>
      <w:r>
        <w:rPr>
          <w:b w:val="0"/>
        </w:rPr>
        <w:t>Answers and short explanations</w:t>
      </w:r>
    </w:p>
    <w:p w14:paraId="5227F73A" w14:textId="77777777" w:rsidR="00BE3968" w:rsidRDefault="00CA6E70">
      <w:pPr>
        <w:pStyle w:val="CMRBodySmall"/>
        <w:spacing w:after="120"/>
      </w:pPr>
      <w:r>
        <w:t>Find your problem number below. Compare your reasoning, not only the final answer.</w:t>
      </w:r>
    </w:p>
    <w:p w14:paraId="62446022" w14:textId="77777777" w:rsidR="00BE3968" w:rsidRDefault="00CA6E70">
      <w:pPr>
        <w:pStyle w:val="CMRAnswerEntry"/>
        <w:spacing w:after="120"/>
      </w:pPr>
      <w:r>
        <w:rPr>
          <w:b/>
          <w:color w:val="1D4458"/>
        </w:rPr>
        <w:t xml:space="preserve">S1-127  $36.75.  </w:t>
      </w:r>
      <w:r>
        <w:t>Step 1: A; Step 2: Price before tax: $35.00; Tax rate: 5%; Step 3: B.  Tax: 5% of $35.00 = $1.75; $35.00 + $1.75 = $36.75.</w:t>
      </w:r>
    </w:p>
    <w:p w14:paraId="7428E00D" w14:textId="77777777" w:rsidR="00BE3968" w:rsidRDefault="00CA6E70">
      <w:pPr>
        <w:pStyle w:val="CMRAnswerEntry"/>
        <w:spacing w:after="120"/>
      </w:pPr>
      <w:r>
        <w:rPr>
          <w:b/>
          <w:color w:val="1D4458"/>
        </w:rPr>
        <w:t xml:space="preserve">S1-128  $82.50.  </w:t>
      </w:r>
      <w:r>
        <w:t>Step 1: B; Step 2: Price before tax: $75.00; Tax rate: 10%; Step 3: A.  Tax: 10% of $75.00 = $7.50; $75.00 + $7.50 = $82.50.</w:t>
      </w:r>
    </w:p>
    <w:p w14:paraId="5F283B8C" w14:textId="77777777" w:rsidR="00BE3968" w:rsidRDefault="00CA6E70">
      <w:pPr>
        <w:pStyle w:val="CMRAnswerEntry"/>
        <w:spacing w:after="120"/>
      </w:pPr>
      <w:r>
        <w:rPr>
          <w:b/>
          <w:color w:val="1D4458"/>
        </w:rPr>
        <w:t xml:space="preserve">S1-129  $54.00.  </w:t>
      </w:r>
      <w:r>
        <w:t>Step 1: A; Step 2: Price before tax: $50.00; Tax rate: 8%; Step 3: B.  Tax: 8% of $50.00 = $4.00; $50.00 + $4.00 = $54.00.</w:t>
      </w:r>
    </w:p>
    <w:p w14:paraId="25814832" w14:textId="77777777" w:rsidR="00BE3968" w:rsidRDefault="00CA6E70">
      <w:pPr>
        <w:pStyle w:val="CMRAnswerEntry"/>
        <w:spacing w:after="120"/>
      </w:pPr>
      <w:r>
        <w:rPr>
          <w:b/>
          <w:color w:val="1D4458"/>
        </w:rPr>
        <w:t xml:space="preserve">S1-130  $63.00.  </w:t>
      </w:r>
      <w:r>
        <w:t>Step 1: B; Step 2: Price before tax: $60.00; Tax rate: 5%; Step 3: B.  Tax: 5% of $60.00 = $3.00; $60.00 + $3.00 = $63.00.</w:t>
      </w:r>
    </w:p>
    <w:p w14:paraId="6BBB73F0" w14:textId="77777777" w:rsidR="00BE3968" w:rsidRDefault="00CA6E70">
      <w:pPr>
        <w:pStyle w:val="CMRAnswerEntry"/>
        <w:spacing w:after="120"/>
      </w:pPr>
      <w:r>
        <w:rPr>
          <w:b/>
          <w:color w:val="1D4458"/>
        </w:rPr>
        <w:t xml:space="preserve">S1-131  $33.00.  </w:t>
      </w:r>
      <w:r>
        <w:t>Step 1: A; Step 2: Bill: $30.00; Tip rate: 10%; Step 3: B.  Tip: 10% of $30.00 = $3.00; $30.00 + $3.00 = $33.00.</w:t>
      </w:r>
    </w:p>
    <w:p w14:paraId="115BACDC" w14:textId="77777777" w:rsidR="00BE3968" w:rsidRDefault="00CA6E70">
      <w:pPr>
        <w:pStyle w:val="CMRAnswerEntry"/>
        <w:spacing w:after="120"/>
      </w:pPr>
      <w:r>
        <w:rPr>
          <w:b/>
          <w:color w:val="1D4458"/>
        </w:rPr>
        <w:t xml:space="preserve">S1-132  $57.50.  </w:t>
      </w:r>
      <w:r>
        <w:t>Step 1: B; Step 2: Bill: $50.00; Tip rate: 15%; Step 3: A.  Tip: 15% of $50.00 = $7.50; $50.00 + $7.50 = $57.50.</w:t>
      </w:r>
    </w:p>
    <w:p w14:paraId="05033257" w14:textId="77777777" w:rsidR="00BE3968" w:rsidRDefault="00CA6E70">
      <w:pPr>
        <w:pStyle w:val="CMRAnswerEntry"/>
        <w:spacing w:after="120"/>
      </w:pPr>
      <w:r>
        <w:rPr>
          <w:b/>
          <w:color w:val="1D4458"/>
        </w:rPr>
        <w:t xml:space="preserve">S1-133  $44.00.  </w:t>
      </w:r>
      <w:r>
        <w:t>Step 1: A; Step 2: Bill: $40.00; Tip rate: 10%; Step 3: A.  Tip: 10% of $40.00 = $4.00; $40.00 + $4.00 = $44.00.</w:t>
      </w:r>
    </w:p>
    <w:p w14:paraId="66AEF2D8" w14:textId="77777777" w:rsidR="00BE3968" w:rsidRDefault="00CA6E70">
      <w:pPr>
        <w:pStyle w:val="CMRAnswerEntry"/>
        <w:spacing w:after="120"/>
      </w:pPr>
      <w:r>
        <w:rPr>
          <w:b/>
          <w:color w:val="1D4458"/>
        </w:rPr>
        <w:t xml:space="preserve">S1-134  $55.00.  </w:t>
      </w:r>
      <w:r>
        <w:t>Step 1: A; Step 2: Bill: $50.00; Tip rate: 10%; Step 3: B.  Tip: 10% of $50.00 = $5.00; $50.00 + $5.00 = $55.00.</w:t>
      </w:r>
    </w:p>
    <w:p w14:paraId="60A72DFF" w14:textId="77777777" w:rsidR="00BE3968" w:rsidRDefault="00CA6E70">
      <w:pPr>
        <w:pStyle w:val="CMRAnswerEntry"/>
        <w:spacing w:after="120"/>
      </w:pPr>
      <w:r>
        <w:rPr>
          <w:b/>
          <w:color w:val="1D4458"/>
        </w:rPr>
        <w:t xml:space="preserve">S1-135  $36.00.  </w:t>
      </w:r>
      <w:r>
        <w:t>Step 1: B; Step 2: Bill: $30.00; Tip rate: 20%; Step 3: B.  Tip: 20% of $30.00 = $6.00; $30.00 + $6.00 = $36.00.</w:t>
      </w:r>
    </w:p>
    <w:p w14:paraId="089C6E33" w14:textId="77777777" w:rsidR="00BE3968" w:rsidRDefault="00CA6E70">
      <w:pPr>
        <w:pStyle w:val="CMRAnswerEntry"/>
        <w:spacing w:after="120"/>
      </w:pPr>
      <w:r>
        <w:rPr>
          <w:b/>
          <w:color w:val="1D4458"/>
        </w:rPr>
        <w:t xml:space="preserve">S1-136  $66.00.  </w:t>
      </w:r>
      <w:r>
        <w:t>Step 1: A; Step 2: Bill: $60.00; Tip rate: 10%; Step 3: A.  Tip: 10% of $60.00 = $6.00; $60.00 + $6.00 = $66.00.</w:t>
      </w:r>
    </w:p>
    <w:p w14:paraId="743C56D7" w14:textId="77777777" w:rsidR="00BE3968" w:rsidRDefault="00CA6E70">
      <w:pPr>
        <w:pStyle w:val="CMRAnswerEntry"/>
        <w:spacing w:after="120"/>
      </w:pPr>
      <w:r>
        <w:rPr>
          <w:b/>
          <w:color w:val="1D4458"/>
        </w:rPr>
        <w:t xml:space="preserve">S1-137  $60.00.  </w:t>
      </w:r>
      <w:r>
        <w:t>Step 1: B; Step 2: Bill: $50.00; Tip rate: 20%; Step 3: B.  Tip: 20% of $50.00 = $10.00; $50.00 + $10.00 = $60.00.</w:t>
      </w:r>
    </w:p>
    <w:p w14:paraId="49DC7EC6" w14:textId="77777777" w:rsidR="00BE3968" w:rsidRDefault="00CA6E70">
      <w:pPr>
        <w:pStyle w:val="CMRAnswerEntry"/>
        <w:spacing w:after="120"/>
      </w:pPr>
      <w:r>
        <w:rPr>
          <w:b/>
          <w:color w:val="1D4458"/>
        </w:rPr>
        <w:t xml:space="preserve">S1-138  $54.00.  </w:t>
      </w:r>
      <w:r>
        <w:t>Step 1: A; Step 2: Bill: $45.00; Tip rate: 20%; Step 3: B.  Tip: 20% of $45.00 = $9.00; $45.00 + $9.00 = $54.00.</w:t>
      </w:r>
    </w:p>
    <w:p w14:paraId="2AF857C2" w14:textId="77777777" w:rsidR="00BE3968" w:rsidRDefault="00CA6E70">
      <w:pPr>
        <w:pStyle w:val="CMRAnswerEntry"/>
        <w:spacing w:after="120"/>
      </w:pPr>
      <w:r>
        <w:rPr>
          <w:b/>
          <w:color w:val="1D4458"/>
        </w:rPr>
        <w:t xml:space="preserve">S1-139  $46.00.  </w:t>
      </w:r>
      <w:r>
        <w:t>Step 1: B; Step 2: Bill: $40.00; Tip rate: 15%; Step 3: A.  Tip: 15% of $40.00 = $6.00; $40.00 + $6.00 = $46.00.</w:t>
      </w:r>
    </w:p>
    <w:p w14:paraId="144B818D" w14:textId="77777777" w:rsidR="00BE3968" w:rsidRDefault="00CA6E70">
      <w:pPr>
        <w:pStyle w:val="CMRAnswerEntry"/>
        <w:spacing w:after="120"/>
      </w:pPr>
      <w:r>
        <w:rPr>
          <w:b/>
          <w:color w:val="1D4458"/>
        </w:rPr>
        <w:t xml:space="preserve">S1-140  $42.00.  </w:t>
      </w:r>
      <w:r>
        <w:t>Step 1: B; Step 2: Bill: $35.00; Tip rate: 20%; Step 3: A.  Tip: 20% of $35.00 = $7.00; $35.00 + $7.00 = $42.00.</w:t>
      </w:r>
    </w:p>
    <w:p w14:paraId="2FB5AA0F" w14:textId="77777777" w:rsidR="00BE3968" w:rsidRDefault="00CA6E70">
      <w:r>
        <w:br w:type="page"/>
      </w:r>
    </w:p>
    <w:p w14:paraId="6749BEE3" w14:textId="77777777" w:rsidR="00BE3968" w:rsidRDefault="00CA6E70">
      <w:pPr>
        <w:pStyle w:val="CMRSmallLabel"/>
        <w:spacing w:after="80"/>
      </w:pPr>
      <w:r>
        <w:rPr>
          <w:b w:val="0"/>
        </w:rPr>
        <w:t>ANSWER KEY  |  PAGE 11 OF 36</w:t>
      </w:r>
    </w:p>
    <w:p w14:paraId="132D0892" w14:textId="77777777" w:rsidR="00BE3968" w:rsidRDefault="00CA6E70">
      <w:pPr>
        <w:pStyle w:val="CMRPageTitle"/>
        <w:spacing w:after="100"/>
      </w:pPr>
      <w:r>
        <w:rPr>
          <w:b w:val="0"/>
        </w:rPr>
        <w:t>Answers and short explanations</w:t>
      </w:r>
    </w:p>
    <w:p w14:paraId="41AE976A" w14:textId="77777777" w:rsidR="00BE3968" w:rsidRDefault="00CA6E70">
      <w:pPr>
        <w:pStyle w:val="CMRBodySmall"/>
        <w:spacing w:after="120"/>
      </w:pPr>
      <w:r>
        <w:t>Find your problem number below. Compare your reasoning, not only the final answer.</w:t>
      </w:r>
    </w:p>
    <w:p w14:paraId="61F39732" w14:textId="77777777" w:rsidR="00BE3968" w:rsidRDefault="00CA6E70">
      <w:pPr>
        <w:pStyle w:val="CMRAnswerEntry"/>
        <w:spacing w:after="120"/>
      </w:pPr>
      <w:r>
        <w:rPr>
          <w:b/>
          <w:color w:val="1D4458"/>
        </w:rPr>
        <w:t xml:space="preserve">S1-141  $160.00.  </w:t>
      </w:r>
      <w:r>
        <w:t>Step 1: B; Step 2: Already saved: $80.00; Saved each week: $20.00; Number of weeks: 4; Step 3: A.  $20.00 × 4 = $80.00; $80.00 + $80.00 = $160.00.</w:t>
      </w:r>
    </w:p>
    <w:p w14:paraId="58FC4343" w14:textId="77777777" w:rsidR="00BE3968" w:rsidRDefault="00CA6E70">
      <w:pPr>
        <w:pStyle w:val="CMRAnswerEntry"/>
        <w:spacing w:after="120"/>
      </w:pPr>
      <w:r>
        <w:rPr>
          <w:b/>
          <w:color w:val="1D4458"/>
        </w:rPr>
        <w:t xml:space="preserve">S1-142  $80.00.  </w:t>
      </w:r>
      <w:r>
        <w:t>Step 1: A; Step 2: Already saved: $55.00; Saved each week: $5.00; Number of weeks: 5; Step 3: B.  $5.00 × 5 = $25.00; $55.00 + $25.00 = $80.00.</w:t>
      </w:r>
    </w:p>
    <w:p w14:paraId="60AD42F8" w14:textId="77777777" w:rsidR="00BE3968" w:rsidRDefault="00CA6E70">
      <w:pPr>
        <w:pStyle w:val="CMRAnswerEntry"/>
        <w:spacing w:after="120"/>
      </w:pPr>
      <w:r>
        <w:rPr>
          <w:b/>
          <w:color w:val="1D4458"/>
        </w:rPr>
        <w:t xml:space="preserve">S1-143  $136.00.  </w:t>
      </w:r>
      <w:r>
        <w:t>Step 1: A; Step 2: Already saved: $51.00; Saved each week: $17.00; Number of weeks: 5; Step 3: B.  $17.00 × 5 = $85.00; $51.00 + $85.00 = $136.00.</w:t>
      </w:r>
    </w:p>
    <w:p w14:paraId="71EF17EE" w14:textId="77777777" w:rsidR="00BE3968" w:rsidRDefault="00CA6E70">
      <w:pPr>
        <w:pStyle w:val="CMRAnswerEntry"/>
        <w:spacing w:after="120"/>
      </w:pPr>
      <w:r>
        <w:rPr>
          <w:b/>
          <w:color w:val="1D4458"/>
        </w:rPr>
        <w:t xml:space="preserve">S1-144  $107.00.  </w:t>
      </w:r>
      <w:r>
        <w:t>Step 1: B; Step 2: Already saved: $51.00; Saved each week: $7.00; Number of weeks: 8; Step 3: A.  $7.00 × 8 = $56.00; $51.00 + $56.00 = $107.00.</w:t>
      </w:r>
    </w:p>
    <w:p w14:paraId="7C75FE9E" w14:textId="77777777" w:rsidR="00BE3968" w:rsidRDefault="00CA6E70">
      <w:pPr>
        <w:pStyle w:val="CMRAnswerEntry"/>
        <w:spacing w:after="120"/>
      </w:pPr>
      <w:r>
        <w:rPr>
          <w:b/>
          <w:color w:val="1D4458"/>
        </w:rPr>
        <w:t xml:space="preserve">S1-145  $120.00.  </w:t>
      </w:r>
      <w:r>
        <w:t>Step 1: A; Step 2: Already saved: $52.00; Saved each week: $17.00; Number of weeks: 4; Step 3: B.  $17.00 × 4 = $68.00; $52.00 + $68.00 = $120.00.</w:t>
      </w:r>
    </w:p>
    <w:p w14:paraId="55B5E8A9" w14:textId="77777777" w:rsidR="00BE3968" w:rsidRDefault="00CA6E70">
      <w:pPr>
        <w:pStyle w:val="CMRAnswerEntry"/>
        <w:spacing w:after="120"/>
      </w:pPr>
      <w:r>
        <w:rPr>
          <w:b/>
          <w:color w:val="1D4458"/>
        </w:rPr>
        <w:t xml:space="preserve">S1-146  $191.00.  </w:t>
      </w:r>
      <w:r>
        <w:t>Step 1: B; Step 2: Already saved: $58.00; Saved each week: $19.00; Number of weeks: 7; Step 3: B.  $19.00 × 7 = $133.00; $58.00 + $133.00 = $191.00.</w:t>
      </w:r>
    </w:p>
    <w:p w14:paraId="3EAB7F93" w14:textId="77777777" w:rsidR="00BE3968" w:rsidRDefault="00CA6E70">
      <w:pPr>
        <w:pStyle w:val="CMRAnswerEntry"/>
        <w:spacing w:after="120"/>
      </w:pPr>
      <w:r>
        <w:rPr>
          <w:b/>
          <w:color w:val="1D4458"/>
        </w:rPr>
        <w:t xml:space="preserve">S1-147  $116.00.  </w:t>
      </w:r>
      <w:r>
        <w:t>Step 1: A; Step 2: Already saved: $51.00; Saved each week: $13.00; Number of weeks: 5; Step 3: A.  $13.00 × 5 = $65.00; $51.00 + $65.00 = $116.00.</w:t>
      </w:r>
    </w:p>
    <w:p w14:paraId="5449FE9F" w14:textId="77777777" w:rsidR="00BE3968" w:rsidRDefault="00CA6E70">
      <w:pPr>
        <w:pStyle w:val="CMRAnswerEntry"/>
        <w:spacing w:after="120"/>
      </w:pPr>
      <w:r>
        <w:rPr>
          <w:b/>
          <w:color w:val="1D4458"/>
        </w:rPr>
        <w:t xml:space="preserve">S1-148  $137.00.  </w:t>
      </w:r>
      <w:r>
        <w:t>Step 1: B; Step 2: Already saved: $39.00; Saved each week: $14.00; Number of weeks: 7; Step 3: A.  $14.00 × 7 = $98.00; $39.00 + $98.00 = $137.00.</w:t>
      </w:r>
    </w:p>
    <w:p w14:paraId="35B9F9E5" w14:textId="77777777" w:rsidR="00BE3968" w:rsidRDefault="00CA6E70">
      <w:pPr>
        <w:pStyle w:val="CMRAnswerEntry"/>
        <w:spacing w:after="120"/>
      </w:pPr>
      <w:r>
        <w:rPr>
          <w:b/>
          <w:color w:val="1D4458"/>
        </w:rPr>
        <w:t xml:space="preserve">S1-149  $109.00.  </w:t>
      </w:r>
      <w:r>
        <w:t>Step 1: B; Step 2: Already saved: $65.00; Saved each week: $11.00; Number of weeks: 4; Step 3: B.  $11.00 × 4 = $44.00; $65.00 + $44.00 = $109.00.</w:t>
      </w:r>
    </w:p>
    <w:p w14:paraId="3AB4A1C1" w14:textId="77777777" w:rsidR="00BE3968" w:rsidRDefault="00CA6E70">
      <w:pPr>
        <w:pStyle w:val="CMRAnswerEntry"/>
        <w:spacing w:after="120"/>
      </w:pPr>
      <w:r>
        <w:rPr>
          <w:b/>
          <w:color w:val="1D4458"/>
        </w:rPr>
        <w:t xml:space="preserve">S1-150  $212.00.  </w:t>
      </w:r>
      <w:r>
        <w:t>Step 1: A; Step 2: Already saved: $72.00; Saved each week: $20.00; Number of weeks: 7; Step 3: A.  $20.00 × 7 = $140.00; $72.00 + $140.00 = $212.00.</w:t>
      </w:r>
    </w:p>
    <w:p w14:paraId="3EAE419B" w14:textId="77777777" w:rsidR="00BE3968" w:rsidRDefault="00CA6E70">
      <w:pPr>
        <w:pStyle w:val="CMRAnswerEntry"/>
        <w:spacing w:after="120"/>
      </w:pPr>
      <w:r>
        <w:rPr>
          <w:b/>
          <w:color w:val="1D4458"/>
        </w:rPr>
        <w:t xml:space="preserve">S1-151  6 sandwiches.  </w:t>
      </w:r>
      <w:r>
        <w:t>Step 1: A; Step 2: Whole amount: 16; Fraction: 3/8; Step 3: B.  16 ÷ 8 = 2; 2 × 3 = 6 sandwiches.</w:t>
      </w:r>
    </w:p>
    <w:p w14:paraId="3E179EA4" w14:textId="77777777" w:rsidR="00BE3968" w:rsidRDefault="00CA6E70">
      <w:pPr>
        <w:pStyle w:val="CMRAnswerEntry"/>
        <w:spacing w:after="120"/>
      </w:pPr>
      <w:r>
        <w:rPr>
          <w:b/>
          <w:color w:val="1D4458"/>
        </w:rPr>
        <w:t xml:space="preserve">S1-152  4 muffins.  </w:t>
      </w:r>
      <w:r>
        <w:t>Step 1: A; Step 2: Whole amount: 32; Fraction: 1/8; Step 3: A.  32 ÷ 8 = 4; 4 × 1 = 4 muffins.</w:t>
      </w:r>
    </w:p>
    <w:p w14:paraId="2B2DD06C" w14:textId="77777777" w:rsidR="00BE3968" w:rsidRDefault="00CA6E70">
      <w:pPr>
        <w:pStyle w:val="CMRAnswerEntry"/>
        <w:spacing w:after="120"/>
      </w:pPr>
      <w:r>
        <w:rPr>
          <w:b/>
          <w:color w:val="1D4458"/>
        </w:rPr>
        <w:t xml:space="preserve">S1-153  4 cookies.  </w:t>
      </w:r>
      <w:r>
        <w:t>Step 1: B; Step 2: Whole amount: 8; Fraction: 1/2; Step 3: B.  8 ÷ 2 = 4; 4 × 1 = 4 cookies.</w:t>
      </w:r>
    </w:p>
    <w:p w14:paraId="17A186B8" w14:textId="77777777" w:rsidR="00BE3968" w:rsidRDefault="00CA6E70">
      <w:pPr>
        <w:pStyle w:val="CMRAnswerEntry"/>
        <w:spacing w:after="120"/>
      </w:pPr>
      <w:r>
        <w:rPr>
          <w:b/>
          <w:color w:val="1D4458"/>
        </w:rPr>
        <w:t xml:space="preserve">S1-154  6 sandwiches.  </w:t>
      </w:r>
      <w:r>
        <w:t>Step 1: A; Step 2: Whole amount: 24; Fraction: 2/8; Step 3: B.  24 ÷ 8 = 3; 3 × 2 = 6 sandwiches.</w:t>
      </w:r>
    </w:p>
    <w:p w14:paraId="2AB9FF43" w14:textId="77777777" w:rsidR="00BE3968" w:rsidRDefault="00CA6E70">
      <w:r>
        <w:br w:type="page"/>
      </w:r>
    </w:p>
    <w:p w14:paraId="3C826C94" w14:textId="77777777" w:rsidR="00BE3968" w:rsidRDefault="00CA6E70">
      <w:pPr>
        <w:pStyle w:val="CMRSmallLabel"/>
        <w:spacing w:after="80"/>
      </w:pPr>
      <w:r>
        <w:rPr>
          <w:b w:val="0"/>
        </w:rPr>
        <w:t>ANSWER KEY  |  PAGE 12 OF 36</w:t>
      </w:r>
    </w:p>
    <w:p w14:paraId="728C4F4A" w14:textId="77777777" w:rsidR="00BE3968" w:rsidRDefault="00CA6E70">
      <w:pPr>
        <w:pStyle w:val="CMRPageTitle"/>
        <w:spacing w:after="100"/>
      </w:pPr>
      <w:r>
        <w:rPr>
          <w:b w:val="0"/>
        </w:rPr>
        <w:t>Answers and short explanations</w:t>
      </w:r>
    </w:p>
    <w:p w14:paraId="0BCACECF" w14:textId="77777777" w:rsidR="00BE3968" w:rsidRDefault="00CA6E70">
      <w:pPr>
        <w:pStyle w:val="CMRBodySmall"/>
        <w:spacing w:after="120"/>
      </w:pPr>
      <w:r>
        <w:t>Find your problem number below. Compare your reasoning, not only the final answer.</w:t>
      </w:r>
    </w:p>
    <w:p w14:paraId="7E6C97AA" w14:textId="77777777" w:rsidR="00BE3968" w:rsidRDefault="00CA6E70">
      <w:pPr>
        <w:pStyle w:val="CMRAnswerEntry"/>
        <w:spacing w:after="120"/>
      </w:pPr>
      <w:r>
        <w:rPr>
          <w:b/>
          <w:color w:val="1D4458"/>
        </w:rPr>
        <w:t xml:space="preserve">S1-155  16 muffins.  </w:t>
      </w:r>
      <w:r>
        <w:t>Step 1: B; Step 2: Whole amount: 32; Fraction: 1/2; Step 3: A.  32 ÷ 2 = 16; 16 × 1 = 16 muffins.</w:t>
      </w:r>
    </w:p>
    <w:p w14:paraId="27034501" w14:textId="77777777" w:rsidR="00BE3968" w:rsidRDefault="00CA6E70">
      <w:pPr>
        <w:pStyle w:val="CMRAnswerEntry"/>
        <w:spacing w:after="120"/>
      </w:pPr>
      <w:r>
        <w:rPr>
          <w:b/>
          <w:color w:val="1D4458"/>
        </w:rPr>
        <w:t xml:space="preserve">S1-156  12 cookies.  </w:t>
      </w:r>
      <w:r>
        <w:t>Step 1: A; Step 2: Whole amount: 24; Fraction: 2/4; Step 3: A.  24 ÷ 4 = 6; 6 × 2 = 12 cookies.</w:t>
      </w:r>
    </w:p>
    <w:p w14:paraId="437AEEBC" w14:textId="77777777" w:rsidR="00BE3968" w:rsidRDefault="00CA6E70">
      <w:pPr>
        <w:pStyle w:val="CMRAnswerEntry"/>
        <w:spacing w:after="120"/>
      </w:pPr>
      <w:r>
        <w:rPr>
          <w:b/>
          <w:color w:val="1D4458"/>
        </w:rPr>
        <w:t xml:space="preserve">S1-157  9 sandwiches.  </w:t>
      </w:r>
      <w:r>
        <w:t>Step 1: B; Step 2: Whole amount: 24; Fraction: 3/8; Step 3: B.  24 ÷ 8 = 3; 3 × 3 = 9 sandwiches.</w:t>
      </w:r>
    </w:p>
    <w:p w14:paraId="5E25850D" w14:textId="77777777" w:rsidR="00BE3968" w:rsidRDefault="00CA6E70">
      <w:pPr>
        <w:pStyle w:val="CMRAnswerEntry"/>
        <w:spacing w:after="120"/>
      </w:pPr>
      <w:r>
        <w:rPr>
          <w:b/>
          <w:color w:val="1D4458"/>
        </w:rPr>
        <w:t xml:space="preserve">S1-158  8 muffins.  </w:t>
      </w:r>
      <w:r>
        <w:t>Step 1: B; Step 2: Whole amount: 16; Fraction: 1/2; Step 3: A.  16 ÷ 2 = 8; 8 × 1 = 8 muffins.</w:t>
      </w:r>
    </w:p>
    <w:p w14:paraId="606E2CFF" w14:textId="77777777" w:rsidR="00BE3968" w:rsidRDefault="00CA6E70">
      <w:pPr>
        <w:pStyle w:val="CMRAnswerEntry"/>
        <w:spacing w:after="120"/>
      </w:pPr>
      <w:r>
        <w:rPr>
          <w:b/>
          <w:color w:val="1D4458"/>
        </w:rPr>
        <w:t xml:space="preserve">S1-159  12 cookies.  </w:t>
      </w:r>
      <w:r>
        <w:t>Step 1: A; Step 2: Whole amount: 24; Fraction: 1/2; Step 3: A.  24 ÷ 2 = 12; 12 × 1 = 12 cookies.</w:t>
      </w:r>
    </w:p>
    <w:p w14:paraId="7DC11457" w14:textId="77777777" w:rsidR="00BE3968" w:rsidRDefault="00CA6E70">
      <w:pPr>
        <w:pStyle w:val="CMRAnswerEntry"/>
        <w:spacing w:after="120"/>
      </w:pPr>
      <w:r>
        <w:rPr>
          <w:b/>
          <w:color w:val="1D4458"/>
        </w:rPr>
        <w:t xml:space="preserve">S1-160  30 sandwiches.  </w:t>
      </w:r>
      <w:r>
        <w:t>Step 1: B; Step 2: Whole amount: 40; Fraction: 3/4; Step 3: B.  40 ÷ 4 = 10; 10 × 3 = 30 sandwiches.</w:t>
      </w:r>
    </w:p>
    <w:p w14:paraId="73364869" w14:textId="77777777" w:rsidR="00BE3968" w:rsidRDefault="00CA6E70">
      <w:pPr>
        <w:pStyle w:val="CMRAnswerEntry"/>
        <w:spacing w:after="120"/>
      </w:pPr>
      <w:r>
        <w:rPr>
          <w:b/>
          <w:color w:val="1D4458"/>
        </w:rPr>
        <w:t xml:space="preserve">S1-161  64 ounces.  </w:t>
      </w:r>
      <w:r>
        <w:t>Step 1: A; Step 2: Amount given: 4 pounds; Conversion: 1 pound = 16 ounces; Step 3: B.  4 × 16 = 64 ounces.</w:t>
      </w:r>
    </w:p>
    <w:p w14:paraId="0484D943" w14:textId="77777777" w:rsidR="00BE3968" w:rsidRDefault="00CA6E70">
      <w:pPr>
        <w:pStyle w:val="CMRAnswerEntry"/>
        <w:spacing w:after="120"/>
      </w:pPr>
      <w:r>
        <w:rPr>
          <w:b/>
          <w:color w:val="1D4458"/>
        </w:rPr>
        <w:t xml:space="preserve">S1-162  18 feet.  </w:t>
      </w:r>
      <w:r>
        <w:t>Step 1: B; Step 2: Amount given: 6 yards; Conversion: 1 yard = 3 feet; Step 3: B.  6 × 3 = 18 feet.</w:t>
      </w:r>
    </w:p>
    <w:p w14:paraId="778F8F37" w14:textId="77777777" w:rsidR="00BE3968" w:rsidRDefault="00CA6E70">
      <w:pPr>
        <w:pStyle w:val="CMRAnswerEntry"/>
        <w:spacing w:after="120"/>
      </w:pPr>
      <w:r>
        <w:rPr>
          <w:b/>
          <w:color w:val="1D4458"/>
        </w:rPr>
        <w:t xml:space="preserve">S1-163  144 ounces.  </w:t>
      </w:r>
      <w:r>
        <w:t>Step 1: A; Step 2: Amount given: 9 pounds; Conversion: 1 pound = 16 ounces; Step 3: A.  9 × 16 = 144 ounces.</w:t>
      </w:r>
    </w:p>
    <w:p w14:paraId="597633CE" w14:textId="77777777" w:rsidR="00BE3968" w:rsidRDefault="00CA6E70">
      <w:pPr>
        <w:pStyle w:val="CMRAnswerEntry"/>
        <w:spacing w:after="120"/>
      </w:pPr>
      <w:r>
        <w:rPr>
          <w:b/>
          <w:color w:val="1D4458"/>
        </w:rPr>
        <w:t xml:space="preserve">S1-164  15 feet.  </w:t>
      </w:r>
      <w:r>
        <w:t>Step 1: B; Step 2: Amount given: 5 yards; Conversion: 1 yard = 3 feet; Step 3: A.  5 × 3 = 15 feet.</w:t>
      </w:r>
    </w:p>
    <w:p w14:paraId="26AE455F" w14:textId="77777777" w:rsidR="00BE3968" w:rsidRDefault="00CA6E70">
      <w:pPr>
        <w:pStyle w:val="CMRAnswerEntry"/>
        <w:spacing w:after="120"/>
      </w:pPr>
      <w:r>
        <w:rPr>
          <w:b/>
          <w:color w:val="1D4458"/>
        </w:rPr>
        <w:t xml:space="preserve">S1-165  128 ounces.  </w:t>
      </w:r>
      <w:r>
        <w:t>Step 1: A; Step 2: Amount given: 8 pounds; Conversion: 1 pound = 16 ounces; Step 3: B.  8 × 16 = 128 ounces.</w:t>
      </w:r>
    </w:p>
    <w:p w14:paraId="06A817B2" w14:textId="77777777" w:rsidR="00BE3968" w:rsidRDefault="00CA6E70">
      <w:pPr>
        <w:pStyle w:val="CMRAnswerEntry"/>
        <w:spacing w:after="120"/>
      </w:pPr>
      <w:r>
        <w:rPr>
          <w:b/>
          <w:color w:val="1D4458"/>
        </w:rPr>
        <w:t xml:space="preserve">S1-166  21 feet.  </w:t>
      </w:r>
      <w:r>
        <w:t>Step 1: B; Step 2: Amount given: 7 yards; Conversion: 1 yard = 3 feet; Step 3: A.  7 × 3 = 21 feet.</w:t>
      </w:r>
    </w:p>
    <w:p w14:paraId="79A1B465" w14:textId="77777777" w:rsidR="00BE3968" w:rsidRDefault="00CA6E70">
      <w:pPr>
        <w:pStyle w:val="CMRAnswerEntry"/>
        <w:spacing w:after="120"/>
      </w:pPr>
      <w:r>
        <w:rPr>
          <w:b/>
          <w:color w:val="1D4458"/>
        </w:rPr>
        <w:t xml:space="preserve">S1-167  32 ounces.  </w:t>
      </w:r>
      <w:r>
        <w:t>Step 1: B; Step 2: Amount given: 2 pounds; Conversion: 1 pound = 16 ounces; Step 3: A.  2 × 16 = 32 ounces.</w:t>
      </w:r>
    </w:p>
    <w:p w14:paraId="4B927164" w14:textId="77777777" w:rsidR="00BE3968" w:rsidRDefault="00CA6E70">
      <w:pPr>
        <w:pStyle w:val="CMRAnswerEntry"/>
        <w:spacing w:after="120"/>
      </w:pPr>
      <w:r>
        <w:rPr>
          <w:b/>
          <w:color w:val="1D4458"/>
        </w:rPr>
        <w:t xml:space="preserve">S1-168  30 feet.  </w:t>
      </w:r>
      <w:r>
        <w:t>Step 1: A; Step 2: Amount given: 10 yards; Conversion: 1 yard = 3 feet; Step 3: B.  10 × 3 = 30 feet.</w:t>
      </w:r>
    </w:p>
    <w:p w14:paraId="4C14D5FB" w14:textId="77777777" w:rsidR="00BE3968" w:rsidRDefault="00CA6E70">
      <w:r>
        <w:br w:type="page"/>
      </w:r>
    </w:p>
    <w:p w14:paraId="5661D10E" w14:textId="77777777" w:rsidR="00BE3968" w:rsidRDefault="00CA6E70">
      <w:pPr>
        <w:pStyle w:val="CMRSmallLabel"/>
        <w:spacing w:after="80"/>
      </w:pPr>
      <w:r>
        <w:rPr>
          <w:b w:val="0"/>
        </w:rPr>
        <w:t>ANSWER KEY  |  PAGE 13 OF 36</w:t>
      </w:r>
    </w:p>
    <w:p w14:paraId="019DDBE2" w14:textId="77777777" w:rsidR="00BE3968" w:rsidRDefault="00CA6E70">
      <w:pPr>
        <w:pStyle w:val="CMRPageTitle"/>
        <w:spacing w:after="100"/>
      </w:pPr>
      <w:r>
        <w:rPr>
          <w:b w:val="0"/>
        </w:rPr>
        <w:t>Answers and short explanations</w:t>
      </w:r>
    </w:p>
    <w:p w14:paraId="20091FC1" w14:textId="77777777" w:rsidR="00BE3968" w:rsidRDefault="00CA6E70">
      <w:pPr>
        <w:pStyle w:val="CMRBodySmall"/>
        <w:spacing w:after="120"/>
      </w:pPr>
      <w:r>
        <w:t>Find your problem number below. Compare your reasoning, not only the final answer.</w:t>
      </w:r>
    </w:p>
    <w:p w14:paraId="191400DD" w14:textId="77777777" w:rsidR="00BE3968" w:rsidRDefault="00CA6E70">
      <w:pPr>
        <w:pStyle w:val="CMRAnswerEntry"/>
        <w:spacing w:after="120"/>
      </w:pPr>
      <w:r>
        <w:rPr>
          <w:b/>
          <w:color w:val="1D4458"/>
        </w:rPr>
        <w:t xml:space="preserve">S1-169  192 ounces.  </w:t>
      </w:r>
      <w:r>
        <w:t>Step 1: B; Step 2: Amount given: 12 pounds; Conversion: 1 pound = 16 ounces; Step 3: B.  12 × 16 = 192 ounces.</w:t>
      </w:r>
    </w:p>
    <w:p w14:paraId="2F71E3C8" w14:textId="77777777" w:rsidR="00BE3968" w:rsidRDefault="00CA6E70">
      <w:pPr>
        <w:pStyle w:val="CMRAnswerEntry"/>
        <w:spacing w:after="120"/>
      </w:pPr>
      <w:r>
        <w:rPr>
          <w:b/>
          <w:color w:val="1D4458"/>
        </w:rPr>
        <w:t xml:space="preserve">S1-170  9 feet.  </w:t>
      </w:r>
      <w:r>
        <w:t>Step 1: A; Step 2: Amount given: 3 yards; Conversion: 1 yard = 3 feet; Step 3: A.  3 × 3 = 9 feet.</w:t>
      </w:r>
    </w:p>
    <w:p w14:paraId="3F3C4869" w14:textId="77777777" w:rsidR="00BE3968" w:rsidRDefault="00CA6E70">
      <w:pPr>
        <w:pStyle w:val="CMRAnswerEntry"/>
        <w:spacing w:after="120"/>
      </w:pPr>
      <w:r>
        <w:rPr>
          <w:b/>
          <w:color w:val="1D4458"/>
        </w:rPr>
        <w:t xml:space="preserve">S1-171  231 square feet.  </w:t>
      </w:r>
      <w:r>
        <w:t>Step 1: B; Step 2: Length: 21 feet; Width: 11 feet; Step 3: A.  21 × 11 = 231 square feet.</w:t>
      </w:r>
    </w:p>
    <w:p w14:paraId="06B2B0B0" w14:textId="77777777" w:rsidR="00BE3968" w:rsidRDefault="00CA6E70">
      <w:pPr>
        <w:pStyle w:val="CMRAnswerEntry"/>
        <w:spacing w:after="120"/>
      </w:pPr>
      <w:r>
        <w:rPr>
          <w:b/>
          <w:color w:val="1D4458"/>
        </w:rPr>
        <w:t xml:space="preserve">S1-172  143 square feet.  </w:t>
      </w:r>
      <w:r>
        <w:t>Step 1: A; Step 2: Length: 11 feet; Width: 13 feet; Step 3: A.  11 × 13 = 143 square feet.</w:t>
      </w:r>
    </w:p>
    <w:p w14:paraId="10310524" w14:textId="77777777" w:rsidR="00BE3968" w:rsidRDefault="00CA6E70">
      <w:pPr>
        <w:pStyle w:val="CMRAnswerEntry"/>
        <w:spacing w:after="120"/>
      </w:pPr>
      <w:r>
        <w:rPr>
          <w:b/>
          <w:color w:val="1D4458"/>
        </w:rPr>
        <w:t xml:space="preserve">S1-173  176 square feet.  </w:t>
      </w:r>
      <w:r>
        <w:t>Step 1: B; Step 2: Length: 11 feet; Width: 16 feet; Step 3: B.  11 × 16 = 176 square feet.</w:t>
      </w:r>
    </w:p>
    <w:p w14:paraId="439EE835" w14:textId="77777777" w:rsidR="00BE3968" w:rsidRDefault="00CA6E70">
      <w:pPr>
        <w:pStyle w:val="CMRAnswerEntry"/>
        <w:spacing w:after="120"/>
      </w:pPr>
      <w:r>
        <w:rPr>
          <w:b/>
          <w:color w:val="1D4458"/>
        </w:rPr>
        <w:t xml:space="preserve">S1-174  168 square feet.  </w:t>
      </w:r>
      <w:r>
        <w:t>Step 1: A; Step 2: Length: 12 feet; Width: 14 feet; Step 3: A.  12 × 14 = 168 square feet.</w:t>
      </w:r>
    </w:p>
    <w:p w14:paraId="423F0096" w14:textId="77777777" w:rsidR="00BE3968" w:rsidRDefault="00CA6E70">
      <w:pPr>
        <w:pStyle w:val="CMRAnswerEntry"/>
        <w:spacing w:after="120"/>
      </w:pPr>
      <w:r>
        <w:rPr>
          <w:b/>
          <w:color w:val="1D4458"/>
        </w:rPr>
        <w:t xml:space="preserve">S1-175  99 square feet.  </w:t>
      </w:r>
      <w:r>
        <w:t>Step 1: B; Step 2: Length: 11 feet; Width: 9 feet; Step 3: A.  11 × 9 = 99 square feet.</w:t>
      </w:r>
    </w:p>
    <w:p w14:paraId="06065157" w14:textId="77777777" w:rsidR="00BE3968" w:rsidRDefault="00CA6E70">
      <w:pPr>
        <w:pStyle w:val="CMRAnswerEntry"/>
        <w:spacing w:after="120"/>
      </w:pPr>
      <w:r>
        <w:rPr>
          <w:b/>
          <w:color w:val="1D4458"/>
        </w:rPr>
        <w:t xml:space="preserve">S1-176  210 square feet.  </w:t>
      </w:r>
      <w:r>
        <w:t>Step 1: B; Step 2: Length: 14 feet; Width: 15 feet; Step 3: B.  14 × 15 = 210 square feet.</w:t>
      </w:r>
    </w:p>
    <w:p w14:paraId="3B6B17B9" w14:textId="77777777" w:rsidR="00BE3968" w:rsidRDefault="00CA6E70">
      <w:pPr>
        <w:pStyle w:val="CMRAnswerEntry"/>
        <w:spacing w:after="120"/>
      </w:pPr>
      <w:r>
        <w:rPr>
          <w:b/>
          <w:color w:val="1D4458"/>
        </w:rPr>
        <w:t xml:space="preserve">S1-177  270 square feet.  </w:t>
      </w:r>
      <w:r>
        <w:t>Step 1: A; Step 2: Length: 18 feet; Width: 15 feet; Step 3: B.  18 × 15 = 270 square feet.</w:t>
      </w:r>
    </w:p>
    <w:p w14:paraId="1679F8FD" w14:textId="77777777" w:rsidR="00BE3968" w:rsidRDefault="00CA6E70">
      <w:pPr>
        <w:pStyle w:val="CMRAnswerEntry"/>
        <w:spacing w:after="120"/>
      </w:pPr>
      <w:r>
        <w:rPr>
          <w:b/>
          <w:color w:val="1D4458"/>
        </w:rPr>
        <w:t xml:space="preserve">S1-178  192 square feet.  </w:t>
      </w:r>
      <w:r>
        <w:t>Step 1: B; Step 2: Length: 16 feet; Width: 12 feet; Step 3: A.  16 × 12 = 192 square feet.</w:t>
      </w:r>
    </w:p>
    <w:p w14:paraId="6051C126" w14:textId="77777777" w:rsidR="00BE3968" w:rsidRDefault="00CA6E70">
      <w:pPr>
        <w:pStyle w:val="CMRAnswerEntry"/>
        <w:spacing w:after="120"/>
      </w:pPr>
      <w:r>
        <w:rPr>
          <w:b/>
          <w:color w:val="1D4458"/>
        </w:rPr>
        <w:t xml:space="preserve">S1-179  160 square feet.  </w:t>
      </w:r>
      <w:r>
        <w:t>Step 1: A; Step 2: Length: 10 feet; Width: 16 feet; Step 3: B.  10 × 16 = 160 square feet.</w:t>
      </w:r>
    </w:p>
    <w:p w14:paraId="3B6BB455" w14:textId="77777777" w:rsidR="00BE3968" w:rsidRDefault="00CA6E70">
      <w:pPr>
        <w:pStyle w:val="CMRAnswerEntry"/>
        <w:spacing w:after="120"/>
      </w:pPr>
      <w:r>
        <w:rPr>
          <w:b/>
          <w:color w:val="1D4458"/>
        </w:rPr>
        <w:t xml:space="preserve">S1-180  189 square feet.  </w:t>
      </w:r>
      <w:r>
        <w:t>Step 1: A; Step 2: Length: 21 feet; Width: 9 feet; Step 3: B.  21 × 9 = 189 square feet.</w:t>
      </w:r>
    </w:p>
    <w:p w14:paraId="2DF1FF71" w14:textId="77777777" w:rsidR="00BE3968" w:rsidRDefault="00CA6E70">
      <w:pPr>
        <w:pStyle w:val="CMRAnswerEntry"/>
        <w:spacing w:after="120"/>
      </w:pPr>
      <w:r>
        <w:rPr>
          <w:b/>
          <w:color w:val="1D4458"/>
        </w:rPr>
        <w:t xml:space="preserve">S1-181  5 cans.  </w:t>
      </w:r>
      <w:r>
        <w:t>Step 1: A; Step 2: Wall area: 342 sq ft; Area one can covers: 80 sq ft; Step 3: B.  342 ÷ 80 ≈ 4.28 cans; round up to 5 so the whole wall is covered.</w:t>
      </w:r>
    </w:p>
    <w:p w14:paraId="37E14E5E" w14:textId="77777777" w:rsidR="00BE3968" w:rsidRDefault="00CA6E70">
      <w:pPr>
        <w:pStyle w:val="CMRAnswerEntry"/>
        <w:spacing w:after="120"/>
      </w:pPr>
      <w:r>
        <w:rPr>
          <w:b/>
          <w:color w:val="1D4458"/>
        </w:rPr>
        <w:t xml:space="preserve">S1-182  3 cans.  </w:t>
      </w:r>
      <w:r>
        <w:t>Step 1: B; Step 2: Wall area: 356 sq ft; Area one can covers: 120 sq ft; Step 3: A.  356 ÷ 120 ≈ 2.97 cans; round up to 3 so the whole wall is covered.</w:t>
      </w:r>
    </w:p>
    <w:p w14:paraId="59884E74" w14:textId="77777777" w:rsidR="00BE3968" w:rsidRDefault="00CA6E70">
      <w:r>
        <w:br w:type="page"/>
      </w:r>
    </w:p>
    <w:p w14:paraId="5D369DF7" w14:textId="77777777" w:rsidR="00BE3968" w:rsidRDefault="00CA6E70">
      <w:pPr>
        <w:pStyle w:val="CMRSmallLabel"/>
        <w:spacing w:after="80"/>
      </w:pPr>
      <w:r>
        <w:rPr>
          <w:b w:val="0"/>
        </w:rPr>
        <w:t>ANSWER KEY  |  PAGE 14 OF 36</w:t>
      </w:r>
    </w:p>
    <w:p w14:paraId="1357072B" w14:textId="77777777" w:rsidR="00BE3968" w:rsidRDefault="00CA6E70">
      <w:pPr>
        <w:pStyle w:val="CMRPageTitle"/>
        <w:spacing w:after="100"/>
      </w:pPr>
      <w:r>
        <w:rPr>
          <w:b w:val="0"/>
        </w:rPr>
        <w:t>Answers and short explanations</w:t>
      </w:r>
    </w:p>
    <w:p w14:paraId="0CBAA875" w14:textId="77777777" w:rsidR="00BE3968" w:rsidRDefault="00CA6E70">
      <w:pPr>
        <w:pStyle w:val="CMRBodySmall"/>
        <w:spacing w:after="120"/>
      </w:pPr>
      <w:r>
        <w:t>Find your problem number below. Compare your reasoning, not only the final answer.</w:t>
      </w:r>
    </w:p>
    <w:p w14:paraId="6FDD4DF1" w14:textId="77777777" w:rsidR="00BE3968" w:rsidRDefault="00CA6E70">
      <w:pPr>
        <w:pStyle w:val="CMRAnswerEntry"/>
        <w:spacing w:after="120"/>
      </w:pPr>
      <w:r>
        <w:rPr>
          <w:b/>
          <w:color w:val="1D4458"/>
        </w:rPr>
        <w:t xml:space="preserve">S1-183  3 cans.  </w:t>
      </w:r>
      <w:r>
        <w:t>Step 1: A; Step 2: Wall area: 169 sq ft; Area one can covers: 80 sq ft; Step 3: A.  169 ÷ 80 ≈ 2.11 cans; round up to 3 so the whole wall is covered.</w:t>
      </w:r>
    </w:p>
    <w:p w14:paraId="180414A8" w14:textId="77777777" w:rsidR="00BE3968" w:rsidRDefault="00CA6E70">
      <w:pPr>
        <w:pStyle w:val="CMRAnswerEntry"/>
        <w:spacing w:after="120"/>
      </w:pPr>
      <w:r>
        <w:rPr>
          <w:b/>
          <w:color w:val="1D4458"/>
        </w:rPr>
        <w:t xml:space="preserve">S1-184  2 cans.  </w:t>
      </w:r>
      <w:r>
        <w:t>Step 1: B; Step 2: Wall area: 129 sq ft; Area one can covers: 120 sq ft; Step 3: B.  129 ÷ 120 ≈ 1.08 cans; round up to 2 so the whole wall is covered.</w:t>
      </w:r>
    </w:p>
    <w:p w14:paraId="6F993F7B" w14:textId="77777777" w:rsidR="00BE3968" w:rsidRDefault="00CA6E70">
      <w:pPr>
        <w:pStyle w:val="CMRAnswerEntry"/>
        <w:spacing w:after="120"/>
      </w:pPr>
      <w:r>
        <w:rPr>
          <w:b/>
          <w:color w:val="1D4458"/>
        </w:rPr>
        <w:t xml:space="preserve">S1-185  2 cans.  </w:t>
      </w:r>
      <w:r>
        <w:t>Step 1: B; Step 2: Wall area: 178 sq ft; Area one can covers: 150 sq ft; Step 3: B.  178 ÷ 150 ≈ 1.19 cans; round up to 2 so the whole wall is covered.</w:t>
      </w:r>
    </w:p>
    <w:p w14:paraId="65253257" w14:textId="77777777" w:rsidR="00BE3968" w:rsidRDefault="00CA6E70">
      <w:pPr>
        <w:pStyle w:val="CMRAnswerEntry"/>
        <w:spacing w:after="120"/>
      </w:pPr>
      <w:r>
        <w:rPr>
          <w:b/>
          <w:color w:val="1D4458"/>
        </w:rPr>
        <w:t xml:space="preserve">S1-186  2 cans.  </w:t>
      </w:r>
      <w:r>
        <w:t>Step 1: A; Step 2: Wall area: 148 sq ft; Area one can covers: 120 sq ft; Step 3: A.  148 ÷ 120 ≈ 1.23 cans; round up to 2 so the whole wall is covered.</w:t>
      </w:r>
    </w:p>
    <w:p w14:paraId="5F0919BB" w14:textId="77777777" w:rsidR="00BE3968" w:rsidRDefault="00CA6E70">
      <w:pPr>
        <w:pStyle w:val="CMRAnswerEntry"/>
        <w:spacing w:after="120"/>
      </w:pPr>
      <w:r>
        <w:rPr>
          <w:b/>
          <w:color w:val="1D4458"/>
        </w:rPr>
        <w:t xml:space="preserve">S1-187  2 cans.  </w:t>
      </w:r>
      <w:r>
        <w:t>Step 1: B; Step 2: Wall area: 219 sq ft; Area one can covers: 150 sq ft; Step 3: B.  219 ÷ 150 ≈ 1.46 cans; round up to 2 so the whole wall is covered.</w:t>
      </w:r>
    </w:p>
    <w:p w14:paraId="7B2D0AE0" w14:textId="77777777" w:rsidR="00BE3968" w:rsidRDefault="00CA6E70">
      <w:pPr>
        <w:pStyle w:val="CMRAnswerEntry"/>
        <w:spacing w:after="120"/>
      </w:pPr>
      <w:r>
        <w:rPr>
          <w:b/>
          <w:color w:val="1D4458"/>
        </w:rPr>
        <w:t xml:space="preserve">S1-188  2 cans.  </w:t>
      </w:r>
      <w:r>
        <w:t>Step 1: A; Step 2: Wall area: 191 sq ft; Area one can covers: 120 sq ft; Step 3: B.  191 ÷ 120 ≈ 1.59 cans; round up to 2 so the whole wall is covered.</w:t>
      </w:r>
    </w:p>
    <w:p w14:paraId="0A071B74" w14:textId="77777777" w:rsidR="00BE3968" w:rsidRDefault="00CA6E70">
      <w:pPr>
        <w:pStyle w:val="CMRAnswerEntry"/>
        <w:spacing w:after="120"/>
      </w:pPr>
      <w:r>
        <w:rPr>
          <w:b/>
          <w:color w:val="1D4458"/>
        </w:rPr>
        <w:t xml:space="preserve">S1-189  3 cans.  </w:t>
      </w:r>
      <w:r>
        <w:t>Step 1: A; Step 2: Wall area: 274 sq ft; Area one can covers: 100 sq ft; Step 3: A.  274 ÷ 100 ≈ 2.74 cans; round up to 3 so the whole wall is covered.</w:t>
      </w:r>
    </w:p>
    <w:p w14:paraId="4DB4F028" w14:textId="77777777" w:rsidR="00BE3968" w:rsidRDefault="00CA6E70">
      <w:pPr>
        <w:pStyle w:val="CMRAnswerEntry"/>
        <w:spacing w:after="120"/>
      </w:pPr>
      <w:r>
        <w:rPr>
          <w:b/>
          <w:color w:val="1D4458"/>
        </w:rPr>
        <w:t xml:space="preserve">S1-190  2 cans.  </w:t>
      </w:r>
      <w:r>
        <w:t>Step 1: B; Step 2: Wall area: 245 sq ft; Area one can covers: 150 sq ft; Step 3: A.  245 ÷ 150 ≈ 1.63 cans; round up to 2 so the whole wall is covered.</w:t>
      </w:r>
    </w:p>
    <w:p w14:paraId="316DFF28" w14:textId="77777777" w:rsidR="00BE3968" w:rsidRDefault="00CA6E70">
      <w:pPr>
        <w:pStyle w:val="CMRAnswerEntry"/>
        <w:spacing w:after="120"/>
      </w:pPr>
      <w:r>
        <w:rPr>
          <w:b/>
          <w:color w:val="1D4458"/>
        </w:rPr>
        <w:t xml:space="preserve">S1-191  $12.00.  </w:t>
      </w:r>
      <w:r>
        <w:t>Step 1: B; Step 2: Trip distance: 60 miles; Miles per gallon: 20; Price per gallon: $4.00; Step 3: A.  60 ÷ 20 = 3 gallons; 3 × $4.00 = $12.00.</w:t>
      </w:r>
    </w:p>
    <w:p w14:paraId="63E26617" w14:textId="77777777" w:rsidR="00BE3968" w:rsidRDefault="00CA6E70">
      <w:pPr>
        <w:pStyle w:val="CMRAnswerEntry"/>
        <w:spacing w:after="120"/>
      </w:pPr>
      <w:r>
        <w:rPr>
          <w:b/>
          <w:color w:val="1D4458"/>
        </w:rPr>
        <w:t xml:space="preserve">S1-192  $36.00.  </w:t>
      </w:r>
      <w:r>
        <w:t>Step 1: A; Step 2: Trip distance: 180 miles; Miles per gallon: 15; Price per gallon: $3.00; Step 3: B.  180 ÷ 15 = 12 gallons; 12 × $3.00 = $36.00.</w:t>
      </w:r>
    </w:p>
    <w:p w14:paraId="7F7361E9" w14:textId="77777777" w:rsidR="00BE3968" w:rsidRDefault="00CA6E70">
      <w:pPr>
        <w:pStyle w:val="CMRAnswerEntry"/>
        <w:spacing w:after="120"/>
      </w:pPr>
      <w:r>
        <w:rPr>
          <w:b/>
          <w:color w:val="1D4458"/>
        </w:rPr>
        <w:t xml:space="preserve">S1-193  $18.00.  </w:t>
      </w:r>
      <w:r>
        <w:t>Step 1: B; Step 2: Trip distance: 120 miles; Miles per gallon: 20; Price per gallon: $3.00; Step 3: B.  120 ÷ 20 = 6 gallons; 6 × $3.00 = $18.00.</w:t>
      </w:r>
    </w:p>
    <w:p w14:paraId="08801485" w14:textId="77777777" w:rsidR="00BE3968" w:rsidRDefault="00CA6E70">
      <w:pPr>
        <w:pStyle w:val="CMRAnswerEntry"/>
        <w:spacing w:after="120"/>
      </w:pPr>
      <w:r>
        <w:rPr>
          <w:b/>
          <w:color w:val="1D4458"/>
        </w:rPr>
        <w:t xml:space="preserve">S1-194  $21.00.  </w:t>
      </w:r>
      <w:r>
        <w:t>Step 1: B; Step 2: Trip distance: 180 miles; Miles per gallon: 30; Price per gallon: $3.50; Step 3: A.  180 ÷ 30 = 6 gallons; 6 × $3.50 = $21.00.</w:t>
      </w:r>
    </w:p>
    <w:p w14:paraId="349FE2F2" w14:textId="77777777" w:rsidR="00BE3968" w:rsidRDefault="00CA6E70">
      <w:pPr>
        <w:pStyle w:val="CMRAnswerEntry"/>
        <w:spacing w:after="120"/>
      </w:pPr>
      <w:r>
        <w:rPr>
          <w:b/>
          <w:color w:val="1D4458"/>
        </w:rPr>
        <w:t xml:space="preserve">S1-195  $22.50.  </w:t>
      </w:r>
      <w:r>
        <w:t>Step 1: A; Step 2: Trip distance: 150 miles; Miles per gallon: 20; Price per gallon: $3.00; Step 3: B.  150 ÷ 20 = 7.5 gallons; 7.5 × $3.00 = $22.50.</w:t>
      </w:r>
    </w:p>
    <w:p w14:paraId="74D23354" w14:textId="77777777" w:rsidR="00BE3968" w:rsidRDefault="00CA6E70">
      <w:pPr>
        <w:pStyle w:val="CMRAnswerEntry"/>
        <w:spacing w:after="120"/>
      </w:pPr>
      <w:r>
        <w:rPr>
          <w:b/>
          <w:color w:val="1D4458"/>
        </w:rPr>
        <w:t xml:space="preserve">S1-196  $18.00.  </w:t>
      </w:r>
      <w:r>
        <w:t>Step 1: B; Step 2: Trip distance: 180 miles; Miles per gallon: 30; Price per gallon: $3.00; Step 3: B.  180 ÷ 30 = 6 gallons; 6 × $3.00 = $18.00.</w:t>
      </w:r>
    </w:p>
    <w:p w14:paraId="3F08206A" w14:textId="77777777" w:rsidR="00BE3968" w:rsidRDefault="00CA6E70">
      <w:r>
        <w:br w:type="page"/>
      </w:r>
    </w:p>
    <w:p w14:paraId="35D068F0" w14:textId="77777777" w:rsidR="00BE3968" w:rsidRDefault="00CA6E70">
      <w:pPr>
        <w:pStyle w:val="CMRSmallLabel"/>
        <w:spacing w:after="80"/>
      </w:pPr>
      <w:r>
        <w:rPr>
          <w:b w:val="0"/>
        </w:rPr>
        <w:t>ANSWER KEY  |  PAGE 15 OF 36</w:t>
      </w:r>
    </w:p>
    <w:p w14:paraId="17567E48" w14:textId="77777777" w:rsidR="00BE3968" w:rsidRDefault="00CA6E70">
      <w:pPr>
        <w:pStyle w:val="CMRPageTitle"/>
        <w:spacing w:after="100"/>
      </w:pPr>
      <w:r>
        <w:rPr>
          <w:b w:val="0"/>
        </w:rPr>
        <w:t>Answers and short explanations</w:t>
      </w:r>
    </w:p>
    <w:p w14:paraId="6C374162" w14:textId="77777777" w:rsidR="00BE3968" w:rsidRDefault="00CA6E70">
      <w:pPr>
        <w:pStyle w:val="CMRBodySmall"/>
        <w:spacing w:after="120"/>
      </w:pPr>
      <w:r>
        <w:t>Find your problem number below. Compare your reasoning, not only the final answer.</w:t>
      </w:r>
    </w:p>
    <w:p w14:paraId="1ED43368" w14:textId="77777777" w:rsidR="00BE3968" w:rsidRDefault="00CA6E70">
      <w:pPr>
        <w:pStyle w:val="CMRAnswerEntry"/>
        <w:spacing w:after="120"/>
      </w:pPr>
      <w:r>
        <w:rPr>
          <w:b/>
          <w:color w:val="1D4458"/>
        </w:rPr>
        <w:t xml:space="preserve">S1-197  $30.00.  </w:t>
      </w:r>
      <w:r>
        <w:t>Step 1: A; Step 2: Trip distance: 150 miles; Miles per gallon: 15; Price per gallon: $3.00; Step 3: A.  150 ÷ 15 = 10 gallons; 10 × $3.00 = $30.00.</w:t>
      </w:r>
    </w:p>
    <w:p w14:paraId="4DC4D859" w14:textId="77777777" w:rsidR="00BE3968" w:rsidRDefault="00CA6E70">
      <w:pPr>
        <w:pStyle w:val="CMRAnswerEntry"/>
        <w:spacing w:after="120"/>
      </w:pPr>
      <w:r>
        <w:rPr>
          <w:b/>
          <w:color w:val="1D4458"/>
        </w:rPr>
        <w:t xml:space="preserve">S1-198  $12.00.  </w:t>
      </w:r>
      <w:r>
        <w:t>Step 1: A; Step 2: Trip distance: 60 miles; Miles per gallon: 15; Price per gallon: $3.00; Step 3: A.  60 ÷ 15 = 4 gallons; 4 × $3.00 = $12.00.</w:t>
      </w:r>
    </w:p>
    <w:p w14:paraId="13ACB7AF" w14:textId="77777777" w:rsidR="00BE3968" w:rsidRDefault="00CA6E70">
      <w:pPr>
        <w:pStyle w:val="CMRAnswerEntry"/>
        <w:spacing w:after="120"/>
      </w:pPr>
      <w:r>
        <w:rPr>
          <w:b/>
          <w:color w:val="1D4458"/>
        </w:rPr>
        <w:t xml:space="preserve">S1-199  $32.00.  </w:t>
      </w:r>
      <w:r>
        <w:t>Step 1: B; Step 2: Trip distance: 120 miles; Miles per gallon: 15; Price per gallon: $4.00; Step 3: B.  120 ÷ 15 = 8 gallons; 8 × $4.00 = $32.00.</w:t>
      </w:r>
    </w:p>
    <w:p w14:paraId="640F76E2" w14:textId="77777777" w:rsidR="00BE3968" w:rsidRDefault="00CA6E70">
      <w:pPr>
        <w:pStyle w:val="CMRAnswerEntry"/>
        <w:spacing w:after="120"/>
      </w:pPr>
      <w:r>
        <w:rPr>
          <w:b/>
          <w:color w:val="1D4458"/>
        </w:rPr>
        <w:t xml:space="preserve">S1-200  $18.00.  </w:t>
      </w:r>
      <w:r>
        <w:t>Step 1: A; Step 2: Trip distance: 90 miles; Miles per gallon: 15; Price per gallon: $3.00; Step 3: A.  90 ÷ 15 = 6 gallons; 6 × $3.00 = $18.00.</w:t>
      </w:r>
    </w:p>
    <w:p w14:paraId="4050B2CA" w14:textId="77777777" w:rsidR="00BE3968" w:rsidRDefault="00CA6E70">
      <w:pPr>
        <w:pStyle w:val="CMRAnswerEntry"/>
        <w:spacing w:after="120"/>
      </w:pPr>
      <w:r>
        <w:rPr>
          <w:b/>
          <w:color w:val="1D4458"/>
        </w:rPr>
        <w:t xml:space="preserve">S1-201  12 cups.  </w:t>
      </w:r>
      <w:r>
        <w:t>Step 1: A; Step 2: Recipe serves: 4 people; Recipe amount: 3 cups; People to serve: 16; Step 3: B.  16 ÷ 4 = 4 times as many people; 3 × 4 = 12 cups.</w:t>
      </w:r>
    </w:p>
    <w:p w14:paraId="72E7BE6E" w14:textId="77777777" w:rsidR="00BE3968" w:rsidRDefault="00CA6E70">
      <w:pPr>
        <w:pStyle w:val="CMRAnswerEntry"/>
        <w:spacing w:after="120"/>
      </w:pPr>
      <w:r>
        <w:rPr>
          <w:b/>
          <w:color w:val="1D4458"/>
        </w:rPr>
        <w:t xml:space="preserve">S1-202  8 cups.  </w:t>
      </w:r>
      <w:r>
        <w:t>Step 1: B; Step 2: Recipe serves: 6 people; Recipe amount: 2 cups; People to serve: 24; Step 3: A.  24 ÷ 6 = 4 times as many people; 2 × 4 = 8 cups.</w:t>
      </w:r>
    </w:p>
    <w:p w14:paraId="3F817401" w14:textId="77777777" w:rsidR="00BE3968" w:rsidRDefault="00CA6E70">
      <w:pPr>
        <w:pStyle w:val="CMRAnswerEntry"/>
        <w:spacing w:after="120"/>
      </w:pPr>
      <w:r>
        <w:rPr>
          <w:b/>
          <w:color w:val="1D4458"/>
        </w:rPr>
        <w:t xml:space="preserve">S1-203  6 cups.  </w:t>
      </w:r>
      <w:r>
        <w:t>Step 1: B; Step 2: Recipe serves: 6 people; Recipe amount: 3 cups; People to serve: 12; Step 3: B.  12 ÷ 6 = 2 times as many people; 3 × 2 = 6 cups.</w:t>
      </w:r>
    </w:p>
    <w:p w14:paraId="644C0F85" w14:textId="77777777" w:rsidR="00BE3968" w:rsidRDefault="00CA6E70">
      <w:pPr>
        <w:pStyle w:val="CMRAnswerEntry"/>
        <w:spacing w:after="120"/>
      </w:pPr>
      <w:r>
        <w:rPr>
          <w:b/>
          <w:color w:val="1D4458"/>
        </w:rPr>
        <w:t xml:space="preserve">S1-204  10 cups.  </w:t>
      </w:r>
      <w:r>
        <w:t>Step 1: A; Step 2: Recipe serves: 8 people; Recipe amount: 5 cups; People to serve: 16; Step 3: B.  16 ÷ 8 = 2 times as many people; 5 × 2 = 10 cups.</w:t>
      </w:r>
    </w:p>
    <w:p w14:paraId="54FC5441" w14:textId="77777777" w:rsidR="00BE3968" w:rsidRDefault="00CA6E70">
      <w:pPr>
        <w:pStyle w:val="CMRAnswerEntry"/>
        <w:spacing w:after="120"/>
      </w:pPr>
      <w:r>
        <w:rPr>
          <w:b/>
          <w:color w:val="1D4458"/>
        </w:rPr>
        <w:t xml:space="preserve">S1-205  15 cups.  </w:t>
      </w:r>
      <w:r>
        <w:t>Step 1: B; Step 2: Recipe serves: 7 people; Recipe amount: 5 cups; People to serve: 21; Step 3: A.  21 ÷ 7 = 3 times as many people; 5 × 3 = 15 cups.</w:t>
      </w:r>
    </w:p>
    <w:p w14:paraId="6F3933E0" w14:textId="77777777" w:rsidR="00BE3968" w:rsidRDefault="00CA6E70">
      <w:pPr>
        <w:pStyle w:val="CMRAnswerEntry"/>
        <w:spacing w:after="120"/>
      </w:pPr>
      <w:r>
        <w:rPr>
          <w:b/>
          <w:color w:val="1D4458"/>
        </w:rPr>
        <w:t xml:space="preserve">S1-206  9 cups.  </w:t>
      </w:r>
      <w:r>
        <w:t>Step 1: A; Step 2: Recipe serves: 5 people; Recipe amount: 3 cups; People to serve: 15; Step 3: A.  15 ÷ 5 = 3 times as many people; 3 × 3 = 9 cups.</w:t>
      </w:r>
    </w:p>
    <w:p w14:paraId="008818A8" w14:textId="77777777" w:rsidR="00BE3968" w:rsidRDefault="00CA6E70">
      <w:pPr>
        <w:pStyle w:val="CMRAnswerEntry"/>
        <w:spacing w:after="120"/>
      </w:pPr>
      <w:r>
        <w:rPr>
          <w:b/>
          <w:color w:val="1D4458"/>
        </w:rPr>
        <w:t xml:space="preserve">S1-207  20 cups.  </w:t>
      </w:r>
      <w:r>
        <w:t>Step 1: A; Step 2: Recipe serves: 3 people; Recipe amount: 5 cups; People to serve: 12; Step 3: B.  12 ÷ 3 = 4 times as many people; 5 × 4 = 20 cups.</w:t>
      </w:r>
    </w:p>
    <w:p w14:paraId="00269750" w14:textId="77777777" w:rsidR="00BE3968" w:rsidRDefault="00CA6E70">
      <w:pPr>
        <w:pStyle w:val="CMRAnswerEntry"/>
        <w:spacing w:after="120"/>
      </w:pPr>
      <w:r>
        <w:rPr>
          <w:b/>
          <w:color w:val="1D4458"/>
        </w:rPr>
        <w:t xml:space="preserve">S1-208  12 cups.  </w:t>
      </w:r>
      <w:r>
        <w:t>Step 1: B; Step 2: Recipe serves: 6 people; Recipe amount: 3 cups; People to serve: 24; Step 3: A.  24 ÷ 6 = 4 times as many people; 3 × 4 = 12 cups.</w:t>
      </w:r>
    </w:p>
    <w:p w14:paraId="638786F8" w14:textId="77777777" w:rsidR="00BE3968" w:rsidRDefault="00CA6E70">
      <w:pPr>
        <w:pStyle w:val="CMRAnswerEntry"/>
        <w:spacing w:after="120"/>
      </w:pPr>
      <w:r>
        <w:rPr>
          <w:b/>
          <w:color w:val="1D4458"/>
        </w:rPr>
        <w:t xml:space="preserve">S1-209  8 cups.  </w:t>
      </w:r>
      <w:r>
        <w:t>Step 1: A; Step 2: Recipe serves: 7 people; Recipe amount: 4 cups; People to serve: 14; Step 3: A.  14 ÷ 7 = 2 times as many people; 4 × 2 = 8 cups.</w:t>
      </w:r>
    </w:p>
    <w:p w14:paraId="6151B231" w14:textId="77777777" w:rsidR="00BE3968" w:rsidRDefault="00CA6E70">
      <w:pPr>
        <w:pStyle w:val="CMRAnswerEntry"/>
        <w:spacing w:after="120"/>
      </w:pPr>
      <w:r>
        <w:rPr>
          <w:b/>
          <w:color w:val="1D4458"/>
        </w:rPr>
        <w:t xml:space="preserve">S1-210  16 cups.  </w:t>
      </w:r>
      <w:r>
        <w:t>Step 1: B; Step 2: Recipe serves: 5 people; Recipe amount: 4 cups; People to serve: 20; Step 3: B.  20 ÷ 5 = 4 times as many people; 4 × 4 = 16 cups.</w:t>
      </w:r>
    </w:p>
    <w:p w14:paraId="162DEAEE" w14:textId="77777777" w:rsidR="00BE3968" w:rsidRDefault="00CA6E70">
      <w:r>
        <w:br w:type="page"/>
      </w:r>
    </w:p>
    <w:p w14:paraId="7A9A59DD" w14:textId="77777777" w:rsidR="00BE3968" w:rsidRDefault="00CA6E70">
      <w:pPr>
        <w:pStyle w:val="CMRSmallLabel"/>
        <w:spacing w:after="80"/>
      </w:pPr>
      <w:r>
        <w:rPr>
          <w:b w:val="0"/>
        </w:rPr>
        <w:t>ANSWER KEY  |  PAGE 16 OF 36</w:t>
      </w:r>
    </w:p>
    <w:p w14:paraId="0E767657" w14:textId="77777777" w:rsidR="00BE3968" w:rsidRDefault="00CA6E70">
      <w:pPr>
        <w:pStyle w:val="CMRPageTitle"/>
        <w:spacing w:after="100"/>
      </w:pPr>
      <w:r>
        <w:rPr>
          <w:b w:val="0"/>
        </w:rPr>
        <w:t>Answers and short explanations</w:t>
      </w:r>
    </w:p>
    <w:p w14:paraId="71A68F3D" w14:textId="77777777" w:rsidR="00BE3968" w:rsidRDefault="00CA6E70">
      <w:pPr>
        <w:pStyle w:val="CMRBodySmall"/>
        <w:spacing w:after="120"/>
      </w:pPr>
      <w:r>
        <w:t>Find your problem number below. Compare your reasoning, not only the final answer.</w:t>
      </w:r>
    </w:p>
    <w:p w14:paraId="1DD21ABD" w14:textId="77777777" w:rsidR="00BE3968" w:rsidRDefault="00CA6E70">
      <w:pPr>
        <w:pStyle w:val="CMRAnswerEntry"/>
        <w:spacing w:after="120"/>
      </w:pPr>
      <w:r>
        <w:rPr>
          <w:b/>
          <w:color w:val="1D4458"/>
        </w:rPr>
        <w:t xml:space="preserve">S1-211  9:45 AM.  </w:t>
      </w:r>
      <w:r>
        <w:t>Step 1: B; Step 2: Registration: 8:15 AM; Computer class: 9:45 AM; Interview practice: 11:15 AM; Step 3: B.  Find computer class on the schedule: it begins at 9:45 AM.</w:t>
      </w:r>
    </w:p>
    <w:p w14:paraId="205876A4" w14:textId="77777777" w:rsidR="00BE3968" w:rsidRDefault="00CA6E70">
      <w:pPr>
        <w:pStyle w:val="CMRAnswerEntry"/>
        <w:spacing w:after="120"/>
      </w:pPr>
      <w:r>
        <w:rPr>
          <w:b/>
          <w:color w:val="1D4458"/>
        </w:rPr>
        <w:t xml:space="preserve">S1-212  11:30 AM.  </w:t>
      </w:r>
      <w:r>
        <w:t>Step 1: B; Step 2: Registration: 8:30 AM; Computer class: 10:00 AM; Interview practice: 11:30 AM; Step 3: B.  Find interview practice on the schedule: it begins at 11:30 AM.</w:t>
      </w:r>
    </w:p>
    <w:p w14:paraId="7CCC2AF8" w14:textId="77777777" w:rsidR="00BE3968" w:rsidRDefault="00CA6E70">
      <w:pPr>
        <w:pStyle w:val="CMRAnswerEntry"/>
        <w:spacing w:after="120"/>
      </w:pPr>
      <w:r>
        <w:rPr>
          <w:b/>
          <w:color w:val="1D4458"/>
        </w:rPr>
        <w:t xml:space="preserve">S1-213  Registration.  </w:t>
      </w:r>
      <w:r>
        <w:t>Step 1: A; Step 2: Registration: 8:45 AM; Computer class: 10:15 AM; Interview practice: 11:45 AM; Step 3: A.  Find 8:45 AM on the schedule: Registration starts then.</w:t>
      </w:r>
    </w:p>
    <w:p w14:paraId="3F99718B" w14:textId="77777777" w:rsidR="00BE3968" w:rsidRDefault="00CA6E70">
      <w:pPr>
        <w:pStyle w:val="CMRAnswerEntry"/>
        <w:spacing w:after="120"/>
      </w:pPr>
      <w:r>
        <w:rPr>
          <w:b/>
          <w:color w:val="1D4458"/>
        </w:rPr>
        <w:t xml:space="preserve">S1-214  9:30 AM.  </w:t>
      </w:r>
      <w:r>
        <w:t>Step 1: B; Step 2: Registration: 8:00 AM; Computer class: 9:30 AM; Interview practice: 11:00 AM; Step 3: A.  Find computer class on the schedule: it begins at 9:30 AM.</w:t>
      </w:r>
    </w:p>
    <w:p w14:paraId="7CA5A84D" w14:textId="77777777" w:rsidR="00BE3968" w:rsidRDefault="00CA6E70">
      <w:pPr>
        <w:pStyle w:val="CMRAnswerEntry"/>
        <w:spacing w:after="120"/>
      </w:pPr>
      <w:r>
        <w:rPr>
          <w:b/>
          <w:color w:val="1D4458"/>
        </w:rPr>
        <w:t xml:space="preserve">S1-215  10:50 AM.  </w:t>
      </w:r>
      <w:r>
        <w:t>Step 1: A; Step 2: Registration: 8:10 AM; Computer class: 9:20 AM; Interview practice: 10:50 AM; Step 3: B.  Find interview practice on the schedule: it begins at 10:50 AM.</w:t>
      </w:r>
    </w:p>
    <w:p w14:paraId="7A3684C2" w14:textId="77777777" w:rsidR="00BE3968" w:rsidRDefault="00CA6E70">
      <w:pPr>
        <w:pStyle w:val="CMRAnswerEntry"/>
        <w:spacing w:after="120"/>
      </w:pPr>
      <w:r>
        <w:rPr>
          <w:b/>
          <w:color w:val="1D4458"/>
        </w:rPr>
        <w:t xml:space="preserve">S1-216  Computer class.  </w:t>
      </w:r>
      <w:r>
        <w:t>Step 1: A; Step 2: Registration: 8:20 AM; Computer class: 9:50 AM; Interview practice: 11:10 AM; Step 3: A.  Find 9:50 AM on the schedule: Computer class starts then.</w:t>
      </w:r>
    </w:p>
    <w:p w14:paraId="1890112C" w14:textId="77777777" w:rsidR="00BE3968" w:rsidRDefault="00CA6E70">
      <w:pPr>
        <w:pStyle w:val="CMRAnswerEntry"/>
        <w:spacing w:after="120"/>
      </w:pPr>
      <w:r>
        <w:rPr>
          <w:b/>
          <w:color w:val="1D4458"/>
        </w:rPr>
        <w:t xml:space="preserve">S1-217  10:05 AM.  </w:t>
      </w:r>
      <w:r>
        <w:t>Step 1: B; Step 2: Registration: 8:40 AM; Computer class: 10:05 AM; Interview practice: 11:35 AM; Step 3: A.  Find computer class on the schedule: it begins at 10:05 AM.</w:t>
      </w:r>
    </w:p>
    <w:p w14:paraId="69EF80DA" w14:textId="77777777" w:rsidR="00BE3968" w:rsidRDefault="00CA6E70">
      <w:pPr>
        <w:pStyle w:val="CMRAnswerEntry"/>
        <w:spacing w:after="120"/>
      </w:pPr>
      <w:r>
        <w:rPr>
          <w:b/>
          <w:color w:val="1D4458"/>
        </w:rPr>
        <w:t xml:space="preserve">S1-218  10:40 AM.  </w:t>
      </w:r>
      <w:r>
        <w:t>Step 1: A; Step 2: Registration: 7:50 AM; Computer class: 9:15 AM; Interview practice: 10:40 AM; Step 3: B.  Find interview practice on the schedule: it begins at 10:40 AM.</w:t>
      </w:r>
    </w:p>
    <w:p w14:paraId="242F0A0E" w14:textId="77777777" w:rsidR="00BE3968" w:rsidRDefault="00CA6E70">
      <w:pPr>
        <w:pStyle w:val="CMRAnswerEntry"/>
        <w:spacing w:after="120"/>
      </w:pPr>
      <w:r>
        <w:rPr>
          <w:b/>
          <w:color w:val="1D4458"/>
        </w:rPr>
        <w:t xml:space="preserve">S1-219  Interview practice.  </w:t>
      </w:r>
      <w:r>
        <w:t>Step 1: B; Step 2: Registration: 8:05 AM; Computer class: 9:40 AM; Interview practice: 11:20 AM; Step 3: B.  Find 11:20 AM on the schedule: Interview practice starts then.</w:t>
      </w:r>
    </w:p>
    <w:p w14:paraId="3BA19347" w14:textId="77777777" w:rsidR="00BE3968" w:rsidRDefault="00CA6E70">
      <w:pPr>
        <w:pStyle w:val="CMRAnswerEntry"/>
        <w:spacing w:after="120"/>
      </w:pPr>
      <w:r>
        <w:rPr>
          <w:b/>
          <w:color w:val="1D4458"/>
        </w:rPr>
        <w:t xml:space="preserve">S1-220  10:10 AM.  </w:t>
      </w:r>
      <w:r>
        <w:t>Step 1: A; Step 2: Registration: 8:25 AM; Computer class: 10:10 AM; Interview practice: 11:25 AM; Step 3: A.  Find computer class on the schedule: it begins at 10:10 AM.</w:t>
      </w:r>
    </w:p>
    <w:p w14:paraId="409BDC9D" w14:textId="77777777" w:rsidR="00BE3968" w:rsidRDefault="00CA6E70">
      <w:pPr>
        <w:pStyle w:val="CMRAnswerEntry"/>
        <w:spacing w:after="120"/>
      </w:pPr>
      <w:r>
        <w:rPr>
          <w:b/>
          <w:color w:val="1D4458"/>
        </w:rPr>
        <w:t xml:space="preserve">S1-221  43 families.  </w:t>
      </w:r>
      <w:r>
        <w:t>Step 1: B; Step 2: Monday: 7; Tuesday: 10; Wednesday: 13; Thursday: 13; Step 3: A.  7 + 10 + 13 + 13 = 43 families.</w:t>
      </w:r>
    </w:p>
    <w:p w14:paraId="366B5A5D" w14:textId="77777777" w:rsidR="00BE3968" w:rsidRDefault="00CA6E70">
      <w:pPr>
        <w:pStyle w:val="CMRAnswerEntry"/>
        <w:spacing w:after="120"/>
      </w:pPr>
      <w:r>
        <w:rPr>
          <w:b/>
          <w:color w:val="1D4458"/>
        </w:rPr>
        <w:t xml:space="preserve">S1-222  30 families.  </w:t>
      </w:r>
      <w:r>
        <w:t>Step 1: A; Step 2: Monday: 8; Tuesday: 5; Wednesday: 8; Thursday: 9; Step 3: A.  8 + 5 + 8 + 9 = 30 families.</w:t>
      </w:r>
    </w:p>
    <w:p w14:paraId="4F7667C4" w14:textId="77777777" w:rsidR="00BE3968" w:rsidRDefault="00CA6E70">
      <w:pPr>
        <w:pStyle w:val="CMRAnswerEntry"/>
        <w:spacing w:after="120"/>
      </w:pPr>
      <w:r>
        <w:rPr>
          <w:b/>
          <w:color w:val="1D4458"/>
        </w:rPr>
        <w:t xml:space="preserve">S1-223  6 families.  </w:t>
      </w:r>
      <w:r>
        <w:t>Step 1: B; Step 2: Monday: 8; Tuesday: 8; Wednesday: 5; Thursday: 11; Step 3: B.  Busiest 11, slowest 5: 11 − 5 = 6 more families.</w:t>
      </w:r>
    </w:p>
    <w:p w14:paraId="0C77BD12" w14:textId="77777777" w:rsidR="00BE3968" w:rsidRDefault="00CA6E70">
      <w:pPr>
        <w:pStyle w:val="CMRAnswerEntry"/>
        <w:spacing w:after="120"/>
      </w:pPr>
      <w:r>
        <w:rPr>
          <w:b/>
          <w:color w:val="1D4458"/>
        </w:rPr>
        <w:t xml:space="preserve">S1-224  36 families.  </w:t>
      </w:r>
      <w:r>
        <w:t>Step 1: A; Step 2: Monday: 10; Tuesday: 10; Wednesday: 7; Thursday: 9; Step 3: A.  10 + 10 + 7 + 9 = 36 families.</w:t>
      </w:r>
    </w:p>
    <w:p w14:paraId="689D2079" w14:textId="77777777" w:rsidR="00BE3968" w:rsidRDefault="00CA6E70">
      <w:r>
        <w:br w:type="page"/>
      </w:r>
    </w:p>
    <w:p w14:paraId="6EF39FFD" w14:textId="77777777" w:rsidR="00BE3968" w:rsidRDefault="00CA6E70">
      <w:pPr>
        <w:pStyle w:val="CMRSmallLabel"/>
        <w:spacing w:after="80"/>
      </w:pPr>
      <w:r>
        <w:rPr>
          <w:b w:val="0"/>
        </w:rPr>
        <w:t>ANSWER KEY  |  PAGE 17 OF 36</w:t>
      </w:r>
    </w:p>
    <w:p w14:paraId="134DAB8B" w14:textId="77777777" w:rsidR="00BE3968" w:rsidRDefault="00CA6E70">
      <w:pPr>
        <w:pStyle w:val="CMRPageTitle"/>
        <w:spacing w:after="100"/>
      </w:pPr>
      <w:r>
        <w:rPr>
          <w:b w:val="0"/>
        </w:rPr>
        <w:t>Answers and short explanations</w:t>
      </w:r>
    </w:p>
    <w:p w14:paraId="25BAA613" w14:textId="77777777" w:rsidR="00BE3968" w:rsidRDefault="00CA6E70">
      <w:pPr>
        <w:pStyle w:val="CMRBodySmall"/>
        <w:spacing w:after="120"/>
      </w:pPr>
      <w:r>
        <w:t>Find your problem number below. Compare your reasoning, not only the final answer.</w:t>
      </w:r>
    </w:p>
    <w:p w14:paraId="0481F1AF" w14:textId="77777777" w:rsidR="00BE3968" w:rsidRDefault="00CA6E70">
      <w:pPr>
        <w:pStyle w:val="CMRAnswerEntry"/>
        <w:spacing w:after="120"/>
      </w:pPr>
      <w:r>
        <w:rPr>
          <w:b/>
          <w:color w:val="1D4458"/>
        </w:rPr>
        <w:t xml:space="preserve">S1-225  31 families.  </w:t>
      </w:r>
      <w:r>
        <w:t>Step 1: A; Step 2: Monday: 8; Tuesday: 9; Wednesday: 8; Thursday: 6; Step 3: A.  8 + 9 + 8 + 6 = 31 families.</w:t>
      </w:r>
    </w:p>
    <w:p w14:paraId="082184B2" w14:textId="77777777" w:rsidR="00BE3968" w:rsidRDefault="00CA6E70">
      <w:pPr>
        <w:pStyle w:val="CMRAnswerEntry"/>
        <w:spacing w:after="120"/>
      </w:pPr>
      <w:r>
        <w:rPr>
          <w:b/>
          <w:color w:val="1D4458"/>
        </w:rPr>
        <w:t xml:space="preserve">S1-226  8 families.  </w:t>
      </w:r>
      <w:r>
        <w:t>Step 1: B; Step 2: Monday: 13; Tuesday: 10; Wednesday: 7; Thursday: 5; Step 3: B.  Busiest 13, slowest 5: 13 − 5 = 8 more families.</w:t>
      </w:r>
    </w:p>
    <w:p w14:paraId="08EC4409" w14:textId="77777777" w:rsidR="00BE3968" w:rsidRDefault="00CA6E70">
      <w:pPr>
        <w:pStyle w:val="CMRAnswerEntry"/>
        <w:spacing w:after="120"/>
      </w:pPr>
      <w:r>
        <w:rPr>
          <w:b/>
          <w:color w:val="1D4458"/>
        </w:rPr>
        <w:t xml:space="preserve">S1-227  41 families.  </w:t>
      </w:r>
      <w:r>
        <w:t>Step 1: A; Step 2: Monday: 12; Tuesday: 9; Wednesday: 10; Thursday: 10; Step 3: B.  12 + 9 + 10 + 10 = 41 families.</w:t>
      </w:r>
    </w:p>
    <w:p w14:paraId="6AFAB68D" w14:textId="77777777" w:rsidR="00BE3968" w:rsidRDefault="00CA6E70">
      <w:pPr>
        <w:pStyle w:val="CMRAnswerEntry"/>
        <w:spacing w:after="120"/>
      </w:pPr>
      <w:r>
        <w:rPr>
          <w:b/>
          <w:color w:val="1D4458"/>
        </w:rPr>
        <w:t xml:space="preserve">S1-228  44 families.  </w:t>
      </w:r>
      <w:r>
        <w:t>Step 1: B; Step 2: Monday: 6; Tuesday: 10; Wednesday: 15; Thursday: 13; Step 3: A.  6 + 10 + 15 + 13 = 44 families.</w:t>
      </w:r>
    </w:p>
    <w:p w14:paraId="2F3A42A6" w14:textId="77777777" w:rsidR="00BE3968" w:rsidRDefault="00CA6E70">
      <w:pPr>
        <w:pStyle w:val="CMRAnswerEntry"/>
        <w:spacing w:after="120"/>
      </w:pPr>
      <w:r>
        <w:rPr>
          <w:b/>
          <w:color w:val="1D4458"/>
        </w:rPr>
        <w:t xml:space="preserve">S1-229  3 families.  </w:t>
      </w:r>
      <w:r>
        <w:t>Step 1: A; Step 2: Monday: 11; Tuesday: 13; Wednesday: 10; Thursday: 13; Step 3: B.  Busiest 13, slowest 10: 13 − 10 = 3 more families.</w:t>
      </w:r>
    </w:p>
    <w:p w14:paraId="691BA4DB" w14:textId="77777777" w:rsidR="00BE3968" w:rsidRDefault="00CA6E70">
      <w:pPr>
        <w:pStyle w:val="CMRAnswerEntry"/>
        <w:spacing w:after="120"/>
      </w:pPr>
      <w:r>
        <w:rPr>
          <w:b/>
          <w:color w:val="1D4458"/>
        </w:rPr>
        <w:t xml:space="preserve">S1-230  45 families.  </w:t>
      </w:r>
      <w:r>
        <w:t>Step 1: B; Step 2: Monday: 12; Tuesday: 14; Wednesday: 5; Thursday: 14; Step 3: B.  12 + 14 + 5 + 14 = 45 families.</w:t>
      </w:r>
    </w:p>
    <w:p w14:paraId="64905B7E" w14:textId="77777777" w:rsidR="00BE3968" w:rsidRDefault="00CA6E70">
      <w:pPr>
        <w:pStyle w:val="CMRAnswerEntry"/>
        <w:spacing w:after="120"/>
      </w:pPr>
      <w:r>
        <w:rPr>
          <w:b/>
          <w:color w:val="1D4458"/>
        </w:rPr>
        <w:t xml:space="preserve">S1-231  $11.00.  </w:t>
      </w:r>
      <w:r>
        <w:t>Step 1: A; Step 2: Number bought: 6; Total cost: $66.00; Step 3: B.  6 × ? = $66.00, so $66.00 ÷ 6 = $11.00 each.</w:t>
      </w:r>
    </w:p>
    <w:p w14:paraId="1112ED3C" w14:textId="77777777" w:rsidR="00BE3968" w:rsidRDefault="00CA6E70">
      <w:pPr>
        <w:pStyle w:val="CMRAnswerEntry"/>
        <w:spacing w:after="120"/>
      </w:pPr>
      <w:r>
        <w:rPr>
          <w:b/>
          <w:color w:val="1D4458"/>
        </w:rPr>
        <w:t xml:space="preserve">S1-232  $9.00.  </w:t>
      </w:r>
      <w:r>
        <w:t>Step 1: B; Step 2: Number bought: 5; Total cost: $45.00; Step 3: A.  5 × ? = $45.00, so $45.00 ÷ 5 = $9.00 each.</w:t>
      </w:r>
    </w:p>
    <w:p w14:paraId="1E23BEF6" w14:textId="77777777" w:rsidR="00BE3968" w:rsidRDefault="00CA6E70">
      <w:pPr>
        <w:pStyle w:val="CMRAnswerEntry"/>
        <w:spacing w:after="120"/>
      </w:pPr>
      <w:r>
        <w:rPr>
          <w:b/>
          <w:color w:val="1D4458"/>
        </w:rPr>
        <w:t xml:space="preserve">S1-233  $12.00.  </w:t>
      </w:r>
      <w:r>
        <w:t>Step 1: A; Step 2: Number bought: 4; Total cost: $48.00; Step 3: A.  4 × ? = $48.00, so $48.00 ÷ 4 = $12.00 each.</w:t>
      </w:r>
    </w:p>
    <w:p w14:paraId="5C61A4A1" w14:textId="77777777" w:rsidR="00BE3968" w:rsidRDefault="00CA6E70">
      <w:pPr>
        <w:pStyle w:val="CMRAnswerEntry"/>
        <w:spacing w:after="120"/>
      </w:pPr>
      <w:r>
        <w:rPr>
          <w:b/>
          <w:color w:val="1D4458"/>
        </w:rPr>
        <w:t xml:space="preserve">S1-234  $9.00.  </w:t>
      </w:r>
      <w:r>
        <w:t>Step 1: A; Step 2: Number bought: 4; Total cost: $36.00; Step 3: B.  4 × ? = $36.00, so $36.00 ÷ 4 = $9.00 each.</w:t>
      </w:r>
    </w:p>
    <w:p w14:paraId="28F59659" w14:textId="77777777" w:rsidR="00BE3968" w:rsidRDefault="00CA6E70">
      <w:pPr>
        <w:pStyle w:val="CMRAnswerEntry"/>
        <w:spacing w:after="120"/>
      </w:pPr>
      <w:r>
        <w:rPr>
          <w:b/>
          <w:color w:val="1D4458"/>
        </w:rPr>
        <w:t xml:space="preserve">S1-235  $6.00.  </w:t>
      </w:r>
      <w:r>
        <w:t>Step 1: B; Step 2: Number bought: 3; Total cost: $18.00; Step 3: B.  3 × ? = $18.00, so $18.00 ÷ 3 = $6.00 each.</w:t>
      </w:r>
    </w:p>
    <w:p w14:paraId="70959059" w14:textId="77777777" w:rsidR="00BE3968" w:rsidRDefault="00CA6E70">
      <w:pPr>
        <w:pStyle w:val="CMRAnswerEntry"/>
        <w:spacing w:after="120"/>
      </w:pPr>
      <w:r>
        <w:rPr>
          <w:b/>
          <w:color w:val="1D4458"/>
        </w:rPr>
        <w:t xml:space="preserve">S1-236  $7.00.  </w:t>
      </w:r>
      <w:r>
        <w:t>Step 1: A; Step 2: Number bought: 3; Total cost: $21.00; Step 3: A.  3 × ? = $21.00, so $21.00 ÷ 3 = $7.00 each.</w:t>
      </w:r>
    </w:p>
    <w:p w14:paraId="34CF9321" w14:textId="77777777" w:rsidR="00BE3968" w:rsidRDefault="00CA6E70">
      <w:pPr>
        <w:pStyle w:val="CMRAnswerEntry"/>
        <w:spacing w:after="120"/>
      </w:pPr>
      <w:r>
        <w:rPr>
          <w:b/>
          <w:color w:val="1D4458"/>
        </w:rPr>
        <w:t xml:space="preserve">S1-237  $12.00.  </w:t>
      </w:r>
      <w:r>
        <w:t>Step 1: B; Step 2: Number bought: 8; Total cost: $96.00; Step 3: B.  8 × ? = $96.00, so $96.00 ÷ 8 = $12.00 each.</w:t>
      </w:r>
    </w:p>
    <w:p w14:paraId="1A4C28F0" w14:textId="77777777" w:rsidR="00BE3968" w:rsidRDefault="00CA6E70">
      <w:pPr>
        <w:pStyle w:val="CMRAnswerEntry"/>
        <w:spacing w:after="120"/>
      </w:pPr>
      <w:r>
        <w:rPr>
          <w:b/>
          <w:color w:val="1D4458"/>
        </w:rPr>
        <w:t xml:space="preserve">S1-238  $9.00.  </w:t>
      </w:r>
      <w:r>
        <w:t>Step 1: A; Step 2: Number bought: 6; Total cost: $54.00; Step 3: B.  6 × ? = $54.00, so $54.00 ÷ 6 = $9.00 each.</w:t>
      </w:r>
    </w:p>
    <w:p w14:paraId="76CB51C1" w14:textId="77777777" w:rsidR="00BE3968" w:rsidRDefault="00CA6E70">
      <w:r>
        <w:br w:type="page"/>
      </w:r>
    </w:p>
    <w:p w14:paraId="710C5FC2" w14:textId="77777777" w:rsidR="00BE3968" w:rsidRDefault="00CA6E70">
      <w:pPr>
        <w:pStyle w:val="CMRSmallLabel"/>
        <w:spacing w:after="80"/>
      </w:pPr>
      <w:r>
        <w:rPr>
          <w:b w:val="0"/>
        </w:rPr>
        <w:t>ANSWER KEY  |  PAGE 18 OF 36</w:t>
      </w:r>
    </w:p>
    <w:p w14:paraId="02C27F0E" w14:textId="77777777" w:rsidR="00BE3968" w:rsidRDefault="00CA6E70">
      <w:pPr>
        <w:pStyle w:val="CMRPageTitle"/>
        <w:spacing w:after="100"/>
      </w:pPr>
      <w:r>
        <w:rPr>
          <w:b w:val="0"/>
        </w:rPr>
        <w:t>Answers and short explanations</w:t>
      </w:r>
    </w:p>
    <w:p w14:paraId="7A90ED03" w14:textId="77777777" w:rsidR="00BE3968" w:rsidRDefault="00CA6E70">
      <w:pPr>
        <w:pStyle w:val="CMRBodySmall"/>
        <w:spacing w:after="120"/>
      </w:pPr>
      <w:r>
        <w:t>Find your problem number below. Compare your reasoning, not only the final answer.</w:t>
      </w:r>
    </w:p>
    <w:p w14:paraId="24E17D63" w14:textId="77777777" w:rsidR="00BE3968" w:rsidRDefault="00CA6E70">
      <w:pPr>
        <w:pStyle w:val="CMRAnswerEntry"/>
        <w:spacing w:after="120"/>
      </w:pPr>
      <w:r>
        <w:rPr>
          <w:b/>
          <w:color w:val="1D4458"/>
        </w:rPr>
        <w:t xml:space="preserve">S1-239  $5.00.  </w:t>
      </w:r>
      <w:r>
        <w:t>Step 1: B; Step 2: Number bought: 7; Total cost: $35.00; Step 3: A.  7 × ? = $35.00, so $35.00 ÷ 7 = $5.00 each.</w:t>
      </w:r>
    </w:p>
    <w:p w14:paraId="7993FBBA" w14:textId="77777777" w:rsidR="00BE3968" w:rsidRDefault="00CA6E70">
      <w:pPr>
        <w:pStyle w:val="CMRAnswerEntry"/>
        <w:spacing w:after="120"/>
      </w:pPr>
      <w:r>
        <w:rPr>
          <w:b/>
          <w:color w:val="1D4458"/>
        </w:rPr>
        <w:t xml:space="preserve">S1-240  $10.00.  </w:t>
      </w:r>
      <w:r>
        <w:t>Step 1: B; Step 2: Number bought: 6; Total cost: $60.00; Step 3: A.  6 × ? = $60.00, so $60.00 ÷ 6 = $10.00 each.</w:t>
      </w:r>
    </w:p>
    <w:p w14:paraId="3D2D1AB0" w14:textId="77777777" w:rsidR="00BE3968" w:rsidRDefault="00CA6E70">
      <w:pPr>
        <w:pStyle w:val="CMRAnswerEntry"/>
        <w:spacing w:after="120"/>
      </w:pPr>
      <w:r>
        <w:rPr>
          <w:b/>
          <w:color w:val="1D4458"/>
        </w:rPr>
        <w:t xml:space="preserve">S2-001  $35.00.  </w:t>
      </w:r>
      <w:r>
        <w:t>$17.00 + $8.00 + $10.00 = $35.00. Do not include the bag that was not purchased.</w:t>
      </w:r>
    </w:p>
    <w:p w14:paraId="06659F31" w14:textId="77777777" w:rsidR="00BE3968" w:rsidRDefault="00CA6E70">
      <w:pPr>
        <w:pStyle w:val="CMRAnswerEntry"/>
        <w:spacing w:after="120"/>
      </w:pPr>
      <w:r>
        <w:rPr>
          <w:b/>
          <w:color w:val="1D4458"/>
        </w:rPr>
        <w:t xml:space="preserve">S2-002  $38.00.  </w:t>
      </w:r>
      <w:r>
        <w:t>$23.00 + $10.00 + $5.00 = $38.00. Do not include the bag that was not purchased.</w:t>
      </w:r>
    </w:p>
    <w:p w14:paraId="0398D8B2" w14:textId="77777777" w:rsidR="00BE3968" w:rsidRDefault="00CA6E70">
      <w:pPr>
        <w:pStyle w:val="CMRAnswerEntry"/>
        <w:spacing w:after="120"/>
      </w:pPr>
      <w:r>
        <w:rPr>
          <w:b/>
          <w:color w:val="1D4458"/>
        </w:rPr>
        <w:t xml:space="preserve">S2-003  $39.00.  </w:t>
      </w:r>
      <w:r>
        <w:t>$18.00 + $12.00 + $9.00 = $39.00. Do not include the bag that was not purchased.</w:t>
      </w:r>
    </w:p>
    <w:p w14:paraId="19BDD97E" w14:textId="77777777" w:rsidR="00BE3968" w:rsidRDefault="00CA6E70">
      <w:pPr>
        <w:pStyle w:val="CMRAnswerEntry"/>
        <w:spacing w:after="120"/>
      </w:pPr>
      <w:r>
        <w:rPr>
          <w:b/>
          <w:color w:val="1D4458"/>
        </w:rPr>
        <w:t xml:space="preserve">S2-004  $25.00.  </w:t>
      </w:r>
      <w:r>
        <w:t>$17.00 + $6.00 + $2.00 = $25.00. Do not include the bag that was not purchased.</w:t>
      </w:r>
    </w:p>
    <w:p w14:paraId="234D6C6D" w14:textId="77777777" w:rsidR="00BE3968" w:rsidRDefault="00CA6E70">
      <w:pPr>
        <w:pStyle w:val="CMRAnswerEntry"/>
        <w:spacing w:after="120"/>
      </w:pPr>
      <w:r>
        <w:rPr>
          <w:b/>
          <w:color w:val="1D4458"/>
        </w:rPr>
        <w:t xml:space="preserve">S2-005  $36.00.  </w:t>
      </w:r>
      <w:r>
        <w:t>$18.00 + $11.00 + $7.00 = $36.00. Do not include the bag that was not purchased.</w:t>
      </w:r>
    </w:p>
    <w:p w14:paraId="6C45472B" w14:textId="77777777" w:rsidR="00BE3968" w:rsidRDefault="00CA6E70">
      <w:pPr>
        <w:pStyle w:val="CMRAnswerEntry"/>
        <w:spacing w:after="120"/>
      </w:pPr>
      <w:r>
        <w:rPr>
          <w:b/>
          <w:color w:val="1D4458"/>
        </w:rPr>
        <w:t xml:space="preserve">S2-006  $25.00.  </w:t>
      </w:r>
      <w:r>
        <w:t>$4.00 + $8.00 + $13.00 = $25.00. Do not include the bag that was not purchased.</w:t>
      </w:r>
    </w:p>
    <w:p w14:paraId="38C837F4" w14:textId="77777777" w:rsidR="00BE3968" w:rsidRDefault="00CA6E70">
      <w:pPr>
        <w:pStyle w:val="CMRAnswerEntry"/>
        <w:spacing w:after="120"/>
      </w:pPr>
      <w:r>
        <w:rPr>
          <w:b/>
          <w:color w:val="1D4458"/>
        </w:rPr>
        <w:t xml:space="preserve">S2-007  $41.00.  </w:t>
      </w:r>
      <w:r>
        <w:t>$22.00 + $11.00 + $8.00 = $41.00. Do not include the bag that was not purchased.</w:t>
      </w:r>
    </w:p>
    <w:p w14:paraId="741764E1" w14:textId="77777777" w:rsidR="00BE3968" w:rsidRDefault="00CA6E70">
      <w:pPr>
        <w:pStyle w:val="CMRAnswerEntry"/>
        <w:spacing w:after="120"/>
      </w:pPr>
      <w:r>
        <w:rPr>
          <w:b/>
          <w:color w:val="1D4458"/>
        </w:rPr>
        <w:t xml:space="preserve">S2-008  $46.00.  </w:t>
      </w:r>
      <w:r>
        <w:t>$17.00 + $14.00 + $15.00 = $46.00. Do not include the bag that was not purchased.</w:t>
      </w:r>
    </w:p>
    <w:p w14:paraId="4085F264" w14:textId="77777777" w:rsidR="00BE3968" w:rsidRDefault="00CA6E70">
      <w:pPr>
        <w:pStyle w:val="CMRAnswerEntry"/>
        <w:spacing w:after="120"/>
      </w:pPr>
      <w:r>
        <w:rPr>
          <w:b/>
          <w:color w:val="1D4458"/>
        </w:rPr>
        <w:t xml:space="preserve">S2-009  $44.00.  </w:t>
      </w:r>
      <w:r>
        <w:t>$21.00 + $8.00 + $15.00 = $44.00. Do not include the bag that was not purchased.</w:t>
      </w:r>
    </w:p>
    <w:p w14:paraId="6DB0BA78" w14:textId="77777777" w:rsidR="00BE3968" w:rsidRDefault="00CA6E70">
      <w:pPr>
        <w:pStyle w:val="CMRAnswerEntry"/>
        <w:spacing w:after="120"/>
      </w:pPr>
      <w:r>
        <w:rPr>
          <w:b/>
          <w:color w:val="1D4458"/>
        </w:rPr>
        <w:t xml:space="preserve">S2-010  $42.00.  </w:t>
      </w:r>
      <w:r>
        <w:t>$19.00 + $13.00 + $10.00 = $42.00. Do not include the bag that was not purchased.</w:t>
      </w:r>
    </w:p>
    <w:p w14:paraId="2FEE8D1F" w14:textId="77777777" w:rsidR="00BE3968" w:rsidRDefault="00CA6E70">
      <w:pPr>
        <w:pStyle w:val="CMRAnswerEntry"/>
        <w:spacing w:after="120"/>
      </w:pPr>
      <w:r>
        <w:rPr>
          <w:b/>
          <w:color w:val="1D4458"/>
        </w:rPr>
        <w:t xml:space="preserve">S2-011  $77.00.  </w:t>
      </w:r>
      <w:r>
        <w:t>$110.00 − $20.00 − $13.00 = $77.00. The other person’s spending does not come from this money.</w:t>
      </w:r>
    </w:p>
    <w:p w14:paraId="6DA8BE18" w14:textId="77777777" w:rsidR="00BE3968" w:rsidRDefault="00CA6E70">
      <w:pPr>
        <w:pStyle w:val="CMRAnswerEntry"/>
        <w:spacing w:after="120"/>
      </w:pPr>
      <w:r>
        <w:rPr>
          <w:b/>
          <w:color w:val="1D4458"/>
        </w:rPr>
        <w:t xml:space="preserve">S2-012  $82.00.  </w:t>
      </w:r>
      <w:r>
        <w:t>$115.00 − $17.00 − $16.00 = $82.00. The other person’s spending does not come from this money.</w:t>
      </w:r>
    </w:p>
    <w:p w14:paraId="7D9184C5" w14:textId="77777777" w:rsidR="00BE3968" w:rsidRDefault="00CA6E70">
      <w:r>
        <w:br w:type="page"/>
      </w:r>
    </w:p>
    <w:p w14:paraId="529F62B1" w14:textId="77777777" w:rsidR="00BE3968" w:rsidRDefault="00CA6E70">
      <w:pPr>
        <w:pStyle w:val="CMRSmallLabel"/>
        <w:spacing w:after="80"/>
      </w:pPr>
      <w:r>
        <w:rPr>
          <w:b w:val="0"/>
        </w:rPr>
        <w:t>ANSWER KEY  |  PAGE 19 OF 36</w:t>
      </w:r>
    </w:p>
    <w:p w14:paraId="4799F425" w14:textId="77777777" w:rsidR="00BE3968" w:rsidRDefault="00CA6E70">
      <w:pPr>
        <w:pStyle w:val="CMRPageTitle"/>
        <w:spacing w:after="100"/>
      </w:pPr>
      <w:r>
        <w:rPr>
          <w:b w:val="0"/>
        </w:rPr>
        <w:t>Answers and short explanations</w:t>
      </w:r>
    </w:p>
    <w:p w14:paraId="78381318" w14:textId="77777777" w:rsidR="00BE3968" w:rsidRDefault="00CA6E70">
      <w:pPr>
        <w:pStyle w:val="CMRBodySmall"/>
        <w:spacing w:after="120"/>
      </w:pPr>
      <w:r>
        <w:t>Find your problem number below. Compare your reasoning, not only the final answer.</w:t>
      </w:r>
    </w:p>
    <w:p w14:paraId="1A416FE4" w14:textId="77777777" w:rsidR="00BE3968" w:rsidRDefault="00CA6E70">
      <w:pPr>
        <w:pStyle w:val="CMRAnswerEntry"/>
        <w:spacing w:after="120"/>
      </w:pPr>
      <w:r>
        <w:rPr>
          <w:b/>
          <w:color w:val="1D4458"/>
        </w:rPr>
        <w:t xml:space="preserve">S2-013  $216.00.  </w:t>
      </w:r>
      <w:r>
        <w:t>$233.00 − $8.00 − $9.00 = $216.00. The other person’s spending does not come from this money.</w:t>
      </w:r>
    </w:p>
    <w:p w14:paraId="5B6E2E28" w14:textId="77777777" w:rsidR="00BE3968" w:rsidRDefault="00CA6E70">
      <w:pPr>
        <w:pStyle w:val="CMRAnswerEntry"/>
        <w:spacing w:after="120"/>
      </w:pPr>
      <w:r>
        <w:rPr>
          <w:b/>
          <w:color w:val="1D4458"/>
        </w:rPr>
        <w:t xml:space="preserve">S2-014  $190.00.  </w:t>
      </w:r>
      <w:r>
        <w:t>$214.00 − $14.00 − $10.00 = $190.00. The other person’s spending does not come from this money.</w:t>
      </w:r>
    </w:p>
    <w:p w14:paraId="2CED9471" w14:textId="77777777" w:rsidR="00BE3968" w:rsidRDefault="00CA6E70">
      <w:pPr>
        <w:pStyle w:val="CMRAnswerEntry"/>
        <w:spacing w:after="120"/>
      </w:pPr>
      <w:r>
        <w:rPr>
          <w:b/>
          <w:color w:val="1D4458"/>
        </w:rPr>
        <w:t xml:space="preserve">S2-015  $203.00.  </w:t>
      </w:r>
      <w:r>
        <w:t>$223.00 − $12.00 − $8.00 = $203.00. The other person’s spending does not come from this money.</w:t>
      </w:r>
    </w:p>
    <w:p w14:paraId="316479B6" w14:textId="77777777" w:rsidR="00BE3968" w:rsidRDefault="00CA6E70">
      <w:pPr>
        <w:pStyle w:val="CMRAnswerEntry"/>
        <w:spacing w:after="120"/>
      </w:pPr>
      <w:r>
        <w:rPr>
          <w:b/>
          <w:color w:val="1D4458"/>
        </w:rPr>
        <w:t xml:space="preserve">S2-016  $177.00.  </w:t>
      </w:r>
      <w:r>
        <w:t>$198.00 − $11.00 − $10.00 = $177.00. The other person’s spending does not come from this money.</w:t>
      </w:r>
    </w:p>
    <w:p w14:paraId="769DF99B" w14:textId="77777777" w:rsidR="00BE3968" w:rsidRDefault="00CA6E70">
      <w:pPr>
        <w:pStyle w:val="CMRAnswerEntry"/>
        <w:spacing w:after="120"/>
      </w:pPr>
      <w:r>
        <w:rPr>
          <w:b/>
          <w:color w:val="1D4458"/>
        </w:rPr>
        <w:t xml:space="preserve">S2-017  $123.00.  </w:t>
      </w:r>
      <w:r>
        <w:t>$158.00 − $21.00 − $14.00 = $123.00. The other person’s spending does not come from this money.</w:t>
      </w:r>
    </w:p>
    <w:p w14:paraId="257D9BE2" w14:textId="77777777" w:rsidR="00BE3968" w:rsidRDefault="00CA6E70">
      <w:pPr>
        <w:pStyle w:val="CMRAnswerEntry"/>
        <w:spacing w:after="120"/>
      </w:pPr>
      <w:r>
        <w:rPr>
          <w:b/>
          <w:color w:val="1D4458"/>
        </w:rPr>
        <w:t xml:space="preserve">S2-018  $94.00.  </w:t>
      </w:r>
      <w:r>
        <w:t>$124.00 − $21.00 − $9.00 = $94.00. The other person’s spending does not come from this money.</w:t>
      </w:r>
    </w:p>
    <w:p w14:paraId="5ED1E838" w14:textId="77777777" w:rsidR="00BE3968" w:rsidRDefault="00CA6E70">
      <w:pPr>
        <w:pStyle w:val="CMRAnswerEntry"/>
        <w:spacing w:after="120"/>
      </w:pPr>
      <w:r>
        <w:rPr>
          <w:b/>
          <w:color w:val="1D4458"/>
        </w:rPr>
        <w:t xml:space="preserve">S2-019  $143.00.  </w:t>
      </w:r>
      <w:r>
        <w:t>$175.00 − $21.00 − $11.00 = $143.00. The other person’s spending does not come from this money.</w:t>
      </w:r>
    </w:p>
    <w:p w14:paraId="35C6923F" w14:textId="77777777" w:rsidR="00BE3968" w:rsidRDefault="00CA6E70">
      <w:pPr>
        <w:pStyle w:val="CMRAnswerEntry"/>
        <w:spacing w:after="120"/>
      </w:pPr>
      <w:r>
        <w:rPr>
          <w:b/>
          <w:color w:val="1D4458"/>
        </w:rPr>
        <w:t xml:space="preserve">S2-020  $206.00.  </w:t>
      </w:r>
      <w:r>
        <w:t>$236.00 − $22.00 − $8.00 = $206.00. The other person’s spending does not come from this money.</w:t>
      </w:r>
    </w:p>
    <w:p w14:paraId="1DE555ED" w14:textId="77777777" w:rsidR="00BE3968" w:rsidRDefault="00CA6E70">
      <w:pPr>
        <w:pStyle w:val="CMRAnswerEntry"/>
        <w:spacing w:after="120"/>
      </w:pPr>
      <w:r>
        <w:rPr>
          <w:b/>
          <w:color w:val="1D4458"/>
        </w:rPr>
        <w:t xml:space="preserve">S2-021  $15.00.  </w:t>
      </w:r>
      <w:r>
        <w:t>$34.00 − $19.00 = $15.00.</w:t>
      </w:r>
    </w:p>
    <w:p w14:paraId="021E332D" w14:textId="77777777" w:rsidR="00BE3968" w:rsidRDefault="00CA6E70">
      <w:pPr>
        <w:pStyle w:val="CMRAnswerEntry"/>
        <w:spacing w:after="120"/>
      </w:pPr>
      <w:r>
        <w:rPr>
          <w:b/>
          <w:color w:val="1D4458"/>
        </w:rPr>
        <w:t xml:space="preserve">S2-022  $5.00.  </w:t>
      </w:r>
      <w:r>
        <w:t>$38.00 − $33.00 = $5.00.</w:t>
      </w:r>
    </w:p>
    <w:p w14:paraId="5B9E032A" w14:textId="77777777" w:rsidR="00BE3968" w:rsidRDefault="00CA6E70">
      <w:pPr>
        <w:pStyle w:val="CMRAnswerEntry"/>
        <w:spacing w:after="120"/>
      </w:pPr>
      <w:r>
        <w:rPr>
          <w:b/>
          <w:color w:val="1D4458"/>
        </w:rPr>
        <w:t xml:space="preserve">S2-023  $6.00.  </w:t>
      </w:r>
      <w:r>
        <w:t>$43.00 − $37.00 = $6.00.</w:t>
      </w:r>
    </w:p>
    <w:p w14:paraId="57EC367A" w14:textId="77777777" w:rsidR="00BE3968" w:rsidRDefault="00CA6E70">
      <w:pPr>
        <w:pStyle w:val="CMRAnswerEntry"/>
        <w:spacing w:after="120"/>
      </w:pPr>
      <w:r>
        <w:rPr>
          <w:b/>
          <w:color w:val="1D4458"/>
        </w:rPr>
        <w:t xml:space="preserve">S2-024  $18.00.  </w:t>
      </w:r>
      <w:r>
        <w:t>$43.00 − $25.00 = $18.00.</w:t>
      </w:r>
    </w:p>
    <w:p w14:paraId="1BF2DD75" w14:textId="77777777" w:rsidR="00BE3968" w:rsidRDefault="00CA6E70">
      <w:pPr>
        <w:pStyle w:val="CMRAnswerEntry"/>
        <w:spacing w:after="120"/>
      </w:pPr>
      <w:r>
        <w:rPr>
          <w:b/>
          <w:color w:val="1D4458"/>
        </w:rPr>
        <w:t xml:space="preserve">S2-025  $9.00.  </w:t>
      </w:r>
      <w:r>
        <w:t>$43.00 − $34.00 = $9.00.</w:t>
      </w:r>
    </w:p>
    <w:p w14:paraId="4F26A400" w14:textId="77777777" w:rsidR="00BE3968" w:rsidRDefault="00CA6E70">
      <w:pPr>
        <w:pStyle w:val="CMRAnswerEntry"/>
        <w:spacing w:after="120"/>
      </w:pPr>
      <w:r>
        <w:rPr>
          <w:b/>
          <w:color w:val="1D4458"/>
        </w:rPr>
        <w:t xml:space="preserve">S2-026  $17.00.  </w:t>
      </w:r>
      <w:r>
        <w:t>$50.00 − $33.00 = $17.00.</w:t>
      </w:r>
    </w:p>
    <w:p w14:paraId="186E6D51" w14:textId="77777777" w:rsidR="00BE3968" w:rsidRDefault="00CA6E70">
      <w:r>
        <w:br w:type="page"/>
      </w:r>
    </w:p>
    <w:p w14:paraId="5F6483AE" w14:textId="77777777" w:rsidR="00BE3968" w:rsidRDefault="00CA6E70">
      <w:pPr>
        <w:pStyle w:val="CMRSmallLabel"/>
        <w:spacing w:after="80"/>
      </w:pPr>
      <w:r>
        <w:rPr>
          <w:b w:val="0"/>
        </w:rPr>
        <w:t>ANSWER KEY  |  PAGE 20 OF 36</w:t>
      </w:r>
    </w:p>
    <w:p w14:paraId="2E1CA073" w14:textId="77777777" w:rsidR="00BE3968" w:rsidRDefault="00CA6E70">
      <w:pPr>
        <w:pStyle w:val="CMRPageTitle"/>
        <w:spacing w:after="100"/>
      </w:pPr>
      <w:r>
        <w:rPr>
          <w:b w:val="0"/>
        </w:rPr>
        <w:t>Answers and short explanations</w:t>
      </w:r>
    </w:p>
    <w:p w14:paraId="1B442762" w14:textId="77777777" w:rsidR="00BE3968" w:rsidRDefault="00CA6E70">
      <w:pPr>
        <w:pStyle w:val="CMRBodySmall"/>
        <w:spacing w:after="120"/>
      </w:pPr>
      <w:r>
        <w:t>Find your problem number below. Compare your reasoning, not only the final answer.</w:t>
      </w:r>
    </w:p>
    <w:p w14:paraId="20A798A5" w14:textId="77777777" w:rsidR="00BE3968" w:rsidRDefault="00CA6E70">
      <w:pPr>
        <w:pStyle w:val="CMRAnswerEntry"/>
        <w:spacing w:after="120"/>
      </w:pPr>
      <w:r>
        <w:rPr>
          <w:b/>
          <w:color w:val="1D4458"/>
        </w:rPr>
        <w:t xml:space="preserve">S2-027  $6.00.  </w:t>
      </w:r>
      <w:r>
        <w:t>$20.00 − $14.00 = $6.00.</w:t>
      </w:r>
    </w:p>
    <w:p w14:paraId="5897B4B4" w14:textId="77777777" w:rsidR="00BE3968" w:rsidRDefault="00CA6E70">
      <w:pPr>
        <w:pStyle w:val="CMRAnswerEntry"/>
        <w:spacing w:after="120"/>
      </w:pPr>
      <w:r>
        <w:rPr>
          <w:b/>
          <w:color w:val="1D4458"/>
        </w:rPr>
        <w:t xml:space="preserve">S2-028  $17.00.  </w:t>
      </w:r>
      <w:r>
        <w:t>$49.00 − $32.00 = $17.00.</w:t>
      </w:r>
    </w:p>
    <w:p w14:paraId="4EFC3129" w14:textId="77777777" w:rsidR="00BE3968" w:rsidRDefault="00CA6E70">
      <w:pPr>
        <w:pStyle w:val="CMRAnswerEntry"/>
        <w:spacing w:after="120"/>
      </w:pPr>
      <w:r>
        <w:rPr>
          <w:b/>
          <w:color w:val="1D4458"/>
        </w:rPr>
        <w:t xml:space="preserve">S2-029  $19.00.  </w:t>
      </w:r>
      <w:r>
        <w:t>$54.00 − $35.00 = $19.00.</w:t>
      </w:r>
    </w:p>
    <w:p w14:paraId="3BF6CE95" w14:textId="77777777" w:rsidR="00BE3968" w:rsidRDefault="00CA6E70">
      <w:pPr>
        <w:pStyle w:val="CMRAnswerEntry"/>
        <w:spacing w:after="120"/>
      </w:pPr>
      <w:r>
        <w:rPr>
          <w:b/>
          <w:color w:val="1D4458"/>
        </w:rPr>
        <w:t xml:space="preserve">S2-030  $4.00.  </w:t>
      </w:r>
      <w:r>
        <w:t>$27.00 − $23.00 = $4.00.</w:t>
      </w:r>
    </w:p>
    <w:p w14:paraId="065FF80F" w14:textId="77777777" w:rsidR="00BE3968" w:rsidRDefault="00CA6E70">
      <w:pPr>
        <w:pStyle w:val="CMRAnswerEntry"/>
        <w:spacing w:after="120"/>
      </w:pPr>
      <w:r>
        <w:rPr>
          <w:b/>
          <w:color w:val="1D4458"/>
        </w:rPr>
        <w:t xml:space="preserve">S2-031  22 cans.  </w:t>
      </w:r>
      <w:r>
        <w:t>184 + 5 = 189 collected; 211 − 189 = 22 more cans. The extra detail does not change the math.</w:t>
      </w:r>
    </w:p>
    <w:p w14:paraId="2ABC0754" w14:textId="77777777" w:rsidR="00BE3968" w:rsidRDefault="00CA6E70">
      <w:pPr>
        <w:pStyle w:val="CMRAnswerEntry"/>
        <w:spacing w:after="120"/>
      </w:pPr>
      <w:r>
        <w:rPr>
          <w:b/>
          <w:color w:val="1D4458"/>
        </w:rPr>
        <w:t xml:space="preserve">S2-032  46 backpacks.  </w:t>
      </w:r>
      <w:r>
        <w:t>179 + 10 = 189 collected; 235 − 189 = 46 more backpacks. The extra detail does not change the math.</w:t>
      </w:r>
    </w:p>
    <w:p w14:paraId="0A71FDFB" w14:textId="77777777" w:rsidR="00BE3968" w:rsidRDefault="00CA6E70">
      <w:pPr>
        <w:pStyle w:val="CMRAnswerEntry"/>
        <w:spacing w:after="120"/>
      </w:pPr>
      <w:r>
        <w:rPr>
          <w:b/>
          <w:color w:val="1D4458"/>
        </w:rPr>
        <w:t xml:space="preserve">S2-033  49 sign-ups.  </w:t>
      </w:r>
      <w:r>
        <w:t>160 + 8 = 168 collected; 217 − 168 = 49 more sign-ups. The extra detail does not change the math.</w:t>
      </w:r>
    </w:p>
    <w:p w14:paraId="52293F34" w14:textId="77777777" w:rsidR="00BE3968" w:rsidRDefault="00CA6E70">
      <w:pPr>
        <w:pStyle w:val="CMRAnswerEntry"/>
        <w:spacing w:after="120"/>
      </w:pPr>
      <w:r>
        <w:rPr>
          <w:b/>
          <w:color w:val="1D4458"/>
        </w:rPr>
        <w:t xml:space="preserve">S2-034  40 cans.  </w:t>
      </w:r>
      <w:r>
        <w:t>93 + 6 = 99 collected; 139 − 99 = 40 more cans. The extra detail does not change the math.</w:t>
      </w:r>
    </w:p>
    <w:p w14:paraId="136A9080" w14:textId="77777777" w:rsidR="00BE3968" w:rsidRDefault="00CA6E70">
      <w:pPr>
        <w:pStyle w:val="CMRAnswerEntry"/>
        <w:spacing w:after="120"/>
      </w:pPr>
      <w:r>
        <w:rPr>
          <w:b/>
          <w:color w:val="1D4458"/>
        </w:rPr>
        <w:t xml:space="preserve">S2-035  75 backpacks.  </w:t>
      </w:r>
      <w:r>
        <w:t>66 + 10 = 76 collected; 151 − 76 = 75 more backpacks. The extra detail does not change the math.</w:t>
      </w:r>
    </w:p>
    <w:p w14:paraId="7A363379" w14:textId="77777777" w:rsidR="00BE3968" w:rsidRDefault="00CA6E70">
      <w:pPr>
        <w:pStyle w:val="CMRAnswerEntry"/>
        <w:spacing w:after="120"/>
      </w:pPr>
      <w:r>
        <w:rPr>
          <w:b/>
          <w:color w:val="1D4458"/>
        </w:rPr>
        <w:t xml:space="preserve">S2-036  131 sign-ups.  </w:t>
      </w:r>
      <w:r>
        <w:t>70 + 8 = 78 collected; 209 − 78 = 131 more sign-ups. The extra detail does not change the math.</w:t>
      </w:r>
    </w:p>
    <w:p w14:paraId="0C6192E9" w14:textId="77777777" w:rsidR="00BE3968" w:rsidRDefault="00CA6E70">
      <w:pPr>
        <w:pStyle w:val="CMRAnswerEntry"/>
        <w:spacing w:after="120"/>
      </w:pPr>
      <w:r>
        <w:rPr>
          <w:b/>
          <w:color w:val="1D4458"/>
        </w:rPr>
        <w:t xml:space="preserve">S2-037  153 cans.  </w:t>
      </w:r>
      <w:r>
        <w:t>33 + 10 = 43 collected; 196 − 43 = 153 more cans. The extra detail does not change the math.</w:t>
      </w:r>
    </w:p>
    <w:p w14:paraId="164DA221" w14:textId="77777777" w:rsidR="00BE3968" w:rsidRDefault="00CA6E70">
      <w:pPr>
        <w:pStyle w:val="CMRAnswerEntry"/>
        <w:spacing w:after="120"/>
      </w:pPr>
      <w:r>
        <w:rPr>
          <w:b/>
          <w:color w:val="1D4458"/>
        </w:rPr>
        <w:t xml:space="preserve">S2-038  51 backpacks.  </w:t>
      </w:r>
      <w:r>
        <w:t>115 + 9 = 124 collected; 175 − 124 = 51 more backpacks. The extra detail does not change the math.</w:t>
      </w:r>
    </w:p>
    <w:p w14:paraId="3B518948" w14:textId="77777777" w:rsidR="00BE3968" w:rsidRDefault="00CA6E70">
      <w:pPr>
        <w:pStyle w:val="CMRAnswerEntry"/>
        <w:spacing w:after="120"/>
      </w:pPr>
      <w:r>
        <w:rPr>
          <w:b/>
          <w:color w:val="1D4458"/>
        </w:rPr>
        <w:t xml:space="preserve">S2-039  116 sign-ups.  </w:t>
      </w:r>
      <w:r>
        <w:t>97 + 10 = 107 collected; 223 − 107 = 116 more sign-ups. The extra detail does not change the math.</w:t>
      </w:r>
    </w:p>
    <w:p w14:paraId="420C58F6" w14:textId="77777777" w:rsidR="00BE3968" w:rsidRDefault="00CA6E70">
      <w:pPr>
        <w:pStyle w:val="CMRAnswerEntry"/>
        <w:spacing w:after="120"/>
      </w:pPr>
      <w:r>
        <w:rPr>
          <w:b/>
          <w:color w:val="1D4458"/>
        </w:rPr>
        <w:t xml:space="preserve">S2-040  54 cans.  </w:t>
      </w:r>
      <w:r>
        <w:t>125 + 10 = 135 collected; 189 − 135 = 54 more cans. The extra detail does not change the math.</w:t>
      </w:r>
    </w:p>
    <w:p w14:paraId="6EBDABFB" w14:textId="77777777" w:rsidR="00BE3968" w:rsidRDefault="00CA6E70">
      <w:r>
        <w:br w:type="page"/>
      </w:r>
    </w:p>
    <w:p w14:paraId="7D7BBB7C" w14:textId="77777777" w:rsidR="00BE3968" w:rsidRDefault="00CA6E70">
      <w:pPr>
        <w:pStyle w:val="CMRSmallLabel"/>
        <w:spacing w:after="80"/>
      </w:pPr>
      <w:r>
        <w:rPr>
          <w:b w:val="0"/>
        </w:rPr>
        <w:t>ANSWER KEY  |  PAGE 21 OF 36</w:t>
      </w:r>
    </w:p>
    <w:p w14:paraId="0ED47544" w14:textId="77777777" w:rsidR="00BE3968" w:rsidRDefault="00CA6E70">
      <w:pPr>
        <w:pStyle w:val="CMRPageTitle"/>
        <w:spacing w:after="100"/>
      </w:pPr>
      <w:r>
        <w:rPr>
          <w:b w:val="0"/>
        </w:rPr>
        <w:t>Answers and short explanations</w:t>
      </w:r>
    </w:p>
    <w:p w14:paraId="07A376DE" w14:textId="77777777" w:rsidR="00BE3968" w:rsidRDefault="00CA6E70">
      <w:pPr>
        <w:pStyle w:val="CMRBodySmall"/>
        <w:spacing w:after="120"/>
      </w:pPr>
      <w:r>
        <w:t>Find your problem number below. Compare your reasoning, not only the final answer.</w:t>
      </w:r>
    </w:p>
    <w:p w14:paraId="2513C8DD" w14:textId="77777777" w:rsidR="00BE3968" w:rsidRDefault="00CA6E70">
      <w:pPr>
        <w:pStyle w:val="CMRAnswerEntry"/>
        <w:spacing w:after="120"/>
      </w:pPr>
      <w:r>
        <w:rPr>
          <w:b/>
          <w:color w:val="1D4458"/>
        </w:rPr>
        <w:t xml:space="preserve">S2-041  $42.25.  </w:t>
      </w:r>
      <w:r>
        <w:t>$56.50 + $1.25 = $57.75; $100.00 − $57.75 = $42.25.</w:t>
      </w:r>
    </w:p>
    <w:p w14:paraId="030D9231" w14:textId="77777777" w:rsidR="00BE3968" w:rsidRDefault="00CA6E70">
      <w:pPr>
        <w:pStyle w:val="CMRAnswerEntry"/>
        <w:spacing w:after="120"/>
      </w:pPr>
      <w:r>
        <w:rPr>
          <w:b/>
          <w:color w:val="1D4458"/>
        </w:rPr>
        <w:t xml:space="preserve">S2-042  $49.00.  </w:t>
      </w:r>
      <w:r>
        <w:t>$48.50 + $2.50 = $51.00; $100.00 − $51.00 = $49.00.</w:t>
      </w:r>
    </w:p>
    <w:p w14:paraId="3AAE155A" w14:textId="77777777" w:rsidR="00BE3968" w:rsidRDefault="00CA6E70">
      <w:pPr>
        <w:pStyle w:val="CMRAnswerEntry"/>
        <w:spacing w:after="120"/>
      </w:pPr>
      <w:r>
        <w:rPr>
          <w:b/>
          <w:color w:val="1D4458"/>
        </w:rPr>
        <w:t xml:space="preserve">S2-043  $4.25.  </w:t>
      </w:r>
      <w:r>
        <w:t>$13.25 + $2.50 = $15.75; $20.00 − $15.75 = $4.25.</w:t>
      </w:r>
    </w:p>
    <w:p w14:paraId="4375F657" w14:textId="77777777" w:rsidR="00BE3968" w:rsidRDefault="00CA6E70">
      <w:pPr>
        <w:pStyle w:val="CMRAnswerEntry"/>
        <w:spacing w:after="120"/>
      </w:pPr>
      <w:r>
        <w:rPr>
          <w:b/>
          <w:color w:val="1D4458"/>
        </w:rPr>
        <w:t xml:space="preserve">S2-044  $66.00.  </w:t>
      </w:r>
      <w:r>
        <w:t>$30.25 + $3.75 = $34.00; $100.00 − $34.00 = $66.00.</w:t>
      </w:r>
    </w:p>
    <w:p w14:paraId="1F782D84" w14:textId="77777777" w:rsidR="00BE3968" w:rsidRDefault="00CA6E70">
      <w:pPr>
        <w:pStyle w:val="CMRAnswerEntry"/>
        <w:spacing w:after="120"/>
      </w:pPr>
      <w:r>
        <w:rPr>
          <w:b/>
          <w:color w:val="1D4458"/>
        </w:rPr>
        <w:t xml:space="preserve">S2-045  $66.00.  </w:t>
      </w:r>
      <w:r>
        <w:t>$32.75 + $1.25 = $34.00; $100.00 − $34.00 = $66.00.</w:t>
      </w:r>
    </w:p>
    <w:p w14:paraId="6076E67C" w14:textId="77777777" w:rsidR="00BE3968" w:rsidRDefault="00CA6E70">
      <w:pPr>
        <w:pStyle w:val="CMRAnswerEntry"/>
        <w:spacing w:after="120"/>
      </w:pPr>
      <w:r>
        <w:rPr>
          <w:b/>
          <w:color w:val="1D4458"/>
        </w:rPr>
        <w:t xml:space="preserve">S2-046  $87.25.  </w:t>
      </w:r>
      <w:r>
        <w:t>$10.25 + $2.50 = $12.75; $100.00 − $12.75 = $87.25.</w:t>
      </w:r>
    </w:p>
    <w:p w14:paraId="4C751277" w14:textId="77777777" w:rsidR="00BE3968" w:rsidRDefault="00CA6E70">
      <w:pPr>
        <w:pStyle w:val="CMRAnswerEntry"/>
        <w:spacing w:after="120"/>
      </w:pPr>
      <w:r>
        <w:rPr>
          <w:b/>
          <w:color w:val="1D4458"/>
        </w:rPr>
        <w:t xml:space="preserve">S2-047  $23.00.  </w:t>
      </w:r>
      <w:r>
        <w:t>$24.50 + $2.50 = $27.00; $50.00 − $27.00 = $23.00.</w:t>
      </w:r>
    </w:p>
    <w:p w14:paraId="42523CE4" w14:textId="77777777" w:rsidR="00BE3968" w:rsidRDefault="00CA6E70">
      <w:pPr>
        <w:pStyle w:val="CMRAnswerEntry"/>
        <w:spacing w:after="120"/>
      </w:pPr>
      <w:r>
        <w:rPr>
          <w:b/>
          <w:color w:val="1D4458"/>
        </w:rPr>
        <w:t xml:space="preserve">S2-048  $31.25.  </w:t>
      </w:r>
      <w:r>
        <w:t>$16.25 + $2.50 = $18.75; $50.00 − $18.75 = $31.25.</w:t>
      </w:r>
    </w:p>
    <w:p w14:paraId="67F6D29D" w14:textId="77777777" w:rsidR="00BE3968" w:rsidRDefault="00CA6E70">
      <w:pPr>
        <w:pStyle w:val="CMRAnswerEntry"/>
        <w:spacing w:after="120"/>
      </w:pPr>
      <w:r>
        <w:rPr>
          <w:b/>
          <w:color w:val="1D4458"/>
        </w:rPr>
        <w:t xml:space="preserve">S2-049  $67.25.  </w:t>
      </w:r>
      <w:r>
        <w:t>$29.00 + $3.75 = $32.75; $100.00 − $32.75 = $67.25.</w:t>
      </w:r>
    </w:p>
    <w:p w14:paraId="02FABE6F" w14:textId="77777777" w:rsidR="00BE3968" w:rsidRDefault="00CA6E70">
      <w:pPr>
        <w:pStyle w:val="CMRAnswerEntry"/>
        <w:spacing w:after="120"/>
      </w:pPr>
      <w:r>
        <w:rPr>
          <w:b/>
          <w:color w:val="1D4458"/>
        </w:rPr>
        <w:t xml:space="preserve">S2-050  $14.25.  </w:t>
      </w:r>
      <w:r>
        <w:t>$2.00 + $3.75 = $5.75; $20.00 − $5.75 = $14.25.</w:t>
      </w:r>
    </w:p>
    <w:p w14:paraId="6868634A" w14:textId="77777777" w:rsidR="00BE3968" w:rsidRDefault="00CA6E70">
      <w:pPr>
        <w:pStyle w:val="CMRAnswerEntry"/>
        <w:spacing w:after="120"/>
      </w:pPr>
      <w:r>
        <w:rPr>
          <w:b/>
          <w:color w:val="1D4458"/>
        </w:rPr>
        <w:t xml:space="preserve">S2-051  17 work gloves.  </w:t>
      </w:r>
      <w:r>
        <w:t>5 × 3 = 15; 15 + 2 = 17 work gloves.</w:t>
      </w:r>
    </w:p>
    <w:p w14:paraId="07B60C38" w14:textId="77777777" w:rsidR="00BE3968" w:rsidRDefault="00CA6E70">
      <w:pPr>
        <w:pStyle w:val="CMRAnswerEntry"/>
        <w:spacing w:after="120"/>
      </w:pPr>
      <w:r>
        <w:rPr>
          <w:b/>
          <w:color w:val="1D4458"/>
        </w:rPr>
        <w:t xml:space="preserve">S2-052  28 food boxes.  </w:t>
      </w:r>
      <w:r>
        <w:t>3 × 9 = 27; 27 + 1 = 28 food boxes.</w:t>
      </w:r>
    </w:p>
    <w:p w14:paraId="6DFF6DE6" w14:textId="77777777" w:rsidR="00BE3968" w:rsidRDefault="00CA6E70">
      <w:pPr>
        <w:pStyle w:val="CMRAnswerEntry"/>
        <w:spacing w:after="120"/>
      </w:pPr>
      <w:r>
        <w:rPr>
          <w:b/>
          <w:color w:val="1D4458"/>
        </w:rPr>
        <w:t xml:space="preserve">S2-053  43 folders.  </w:t>
      </w:r>
      <w:r>
        <w:t>8 × 5 = 40; 40 + 3 = 43 folders.</w:t>
      </w:r>
    </w:p>
    <w:p w14:paraId="7B27FB2D" w14:textId="77777777" w:rsidR="00BE3968" w:rsidRDefault="00CA6E70">
      <w:pPr>
        <w:pStyle w:val="CMRAnswerEntry"/>
        <w:spacing w:after="120"/>
      </w:pPr>
      <w:r>
        <w:rPr>
          <w:b/>
          <w:color w:val="1D4458"/>
        </w:rPr>
        <w:t xml:space="preserve">S2-054  17 bottles of water.  </w:t>
      </w:r>
      <w:r>
        <w:t>4 × 4 = 16; 16 + 1 = 17 bottles of water.</w:t>
      </w:r>
    </w:p>
    <w:p w14:paraId="47DBD978" w14:textId="77777777" w:rsidR="00BE3968" w:rsidRDefault="00CA6E70">
      <w:r>
        <w:br w:type="page"/>
      </w:r>
    </w:p>
    <w:p w14:paraId="5832AEA1" w14:textId="77777777" w:rsidR="00BE3968" w:rsidRDefault="00CA6E70">
      <w:pPr>
        <w:pStyle w:val="CMRSmallLabel"/>
        <w:spacing w:after="80"/>
      </w:pPr>
      <w:r>
        <w:rPr>
          <w:b w:val="0"/>
        </w:rPr>
        <w:t>ANSWER KEY  |  PAGE 22 OF 36</w:t>
      </w:r>
    </w:p>
    <w:p w14:paraId="2B622EC1" w14:textId="77777777" w:rsidR="00BE3968" w:rsidRDefault="00CA6E70">
      <w:pPr>
        <w:pStyle w:val="CMRPageTitle"/>
        <w:spacing w:after="100"/>
      </w:pPr>
      <w:r>
        <w:rPr>
          <w:b w:val="0"/>
        </w:rPr>
        <w:t>Answers and short explanations</w:t>
      </w:r>
    </w:p>
    <w:p w14:paraId="70A87AE7" w14:textId="77777777" w:rsidR="00BE3968" w:rsidRDefault="00CA6E70">
      <w:pPr>
        <w:pStyle w:val="CMRBodySmall"/>
        <w:spacing w:after="120"/>
      </w:pPr>
      <w:r>
        <w:t>Find your problem number below. Compare your reasoning, not only the final answer.</w:t>
      </w:r>
    </w:p>
    <w:p w14:paraId="0A7FD320" w14:textId="77777777" w:rsidR="00BE3968" w:rsidRDefault="00CA6E70">
      <w:pPr>
        <w:pStyle w:val="CMRAnswerEntry"/>
        <w:spacing w:after="120"/>
      </w:pPr>
      <w:r>
        <w:rPr>
          <w:b/>
          <w:color w:val="1D4458"/>
        </w:rPr>
        <w:t xml:space="preserve">S2-055  28 work gloves.  </w:t>
      </w:r>
      <w:r>
        <w:t>4 × 6 = 24; 24 + 4 = 28 work gloves.</w:t>
      </w:r>
    </w:p>
    <w:p w14:paraId="64D338FB" w14:textId="77777777" w:rsidR="00BE3968" w:rsidRDefault="00CA6E70">
      <w:pPr>
        <w:pStyle w:val="CMRAnswerEntry"/>
        <w:spacing w:after="120"/>
      </w:pPr>
      <w:r>
        <w:rPr>
          <w:b/>
          <w:color w:val="1D4458"/>
        </w:rPr>
        <w:t xml:space="preserve">S2-056  38 food boxes.  </w:t>
      </w:r>
      <w:r>
        <w:t>6 × 6 = 36; 36 + 2 = 38 food boxes.</w:t>
      </w:r>
    </w:p>
    <w:p w14:paraId="163DE488" w14:textId="77777777" w:rsidR="00BE3968" w:rsidRDefault="00CA6E70">
      <w:pPr>
        <w:pStyle w:val="CMRAnswerEntry"/>
        <w:spacing w:after="120"/>
      </w:pPr>
      <w:r>
        <w:rPr>
          <w:b/>
          <w:color w:val="1D4458"/>
        </w:rPr>
        <w:t xml:space="preserve">S2-057  66 folders.  </w:t>
      </w:r>
      <w:r>
        <w:t>8 × 8 = 64; 64 + 2 = 66 folders.</w:t>
      </w:r>
    </w:p>
    <w:p w14:paraId="5F74E5BC" w14:textId="77777777" w:rsidR="00BE3968" w:rsidRDefault="00CA6E70">
      <w:pPr>
        <w:pStyle w:val="CMRAnswerEntry"/>
        <w:spacing w:after="120"/>
      </w:pPr>
      <w:r>
        <w:rPr>
          <w:b/>
          <w:color w:val="1D4458"/>
        </w:rPr>
        <w:t xml:space="preserve">S2-058  57 bottles of water.  </w:t>
      </w:r>
      <w:r>
        <w:t>9 × 6 = 54; 54 + 3 = 57 bottles of water.</w:t>
      </w:r>
    </w:p>
    <w:p w14:paraId="229E3D35" w14:textId="77777777" w:rsidR="00BE3968" w:rsidRDefault="00CA6E70">
      <w:pPr>
        <w:pStyle w:val="CMRAnswerEntry"/>
        <w:spacing w:after="120"/>
      </w:pPr>
      <w:r>
        <w:rPr>
          <w:b/>
          <w:color w:val="1D4458"/>
        </w:rPr>
        <w:t xml:space="preserve">S2-059  68 work gloves.  </w:t>
      </w:r>
      <w:r>
        <w:t>8 × 8 = 64; 64 + 4 = 68 work gloves.</w:t>
      </w:r>
    </w:p>
    <w:p w14:paraId="2B9EE0EA" w14:textId="77777777" w:rsidR="00BE3968" w:rsidRDefault="00CA6E70">
      <w:pPr>
        <w:pStyle w:val="CMRAnswerEntry"/>
        <w:spacing w:after="120"/>
      </w:pPr>
      <w:r>
        <w:rPr>
          <w:b/>
          <w:color w:val="1D4458"/>
        </w:rPr>
        <w:t xml:space="preserve">S2-060  33 food boxes.  </w:t>
      </w:r>
      <w:r>
        <w:t>5 × 6 = 30; 30 + 3 = 33 food boxes.</w:t>
      </w:r>
    </w:p>
    <w:p w14:paraId="09272F80" w14:textId="77777777" w:rsidR="00BE3968" w:rsidRDefault="00CA6E70">
      <w:pPr>
        <w:pStyle w:val="CMRAnswerEntry"/>
        <w:spacing w:after="120"/>
      </w:pPr>
      <w:r>
        <w:rPr>
          <w:b/>
          <w:color w:val="1D4458"/>
        </w:rPr>
        <w:t xml:space="preserve">S2-061  9 notebooks per shelf.  </w:t>
      </w:r>
      <w:r>
        <w:t>76 − 4 = 72; 72 ÷ 8 = 9 notebooks per shelf.</w:t>
      </w:r>
    </w:p>
    <w:p w14:paraId="3F5607B5" w14:textId="77777777" w:rsidR="00BE3968" w:rsidRDefault="00CA6E70">
      <w:pPr>
        <w:pStyle w:val="CMRAnswerEntry"/>
        <w:spacing w:after="120"/>
      </w:pPr>
      <w:r>
        <w:rPr>
          <w:b/>
          <w:color w:val="1D4458"/>
        </w:rPr>
        <w:t xml:space="preserve">S2-062  13 work shirts per table.  </w:t>
      </w:r>
      <w:r>
        <w:t>109 − 5 = 104; 104 ÷ 8 = 13 work shirts per table.</w:t>
      </w:r>
    </w:p>
    <w:p w14:paraId="62728C29" w14:textId="77777777" w:rsidR="00BE3968" w:rsidRDefault="00CA6E70">
      <w:pPr>
        <w:pStyle w:val="CMRAnswerEntry"/>
        <w:spacing w:after="120"/>
      </w:pPr>
      <w:r>
        <w:rPr>
          <w:b/>
          <w:color w:val="1D4458"/>
        </w:rPr>
        <w:t xml:space="preserve">S2-063  7 water bottles per delivery bag.  </w:t>
      </w:r>
      <w:r>
        <w:t>64 − 1 = 63; 63 ÷ 9 = 7 water bottles per delivery bag.</w:t>
      </w:r>
    </w:p>
    <w:p w14:paraId="5F77DFD4" w14:textId="77777777" w:rsidR="00BE3968" w:rsidRDefault="00CA6E70">
      <w:pPr>
        <w:pStyle w:val="CMRAnswerEntry"/>
        <w:spacing w:after="120"/>
      </w:pPr>
      <w:r>
        <w:rPr>
          <w:b/>
          <w:color w:val="1D4458"/>
        </w:rPr>
        <w:t xml:space="preserve">S2-064  14 meal kits per box.  </w:t>
      </w:r>
      <w:r>
        <w:t>48 − 6 = 42; 42 ÷ 3 = 14 meal kits per box.</w:t>
      </w:r>
    </w:p>
    <w:p w14:paraId="14D2A72D" w14:textId="77777777" w:rsidR="00BE3968" w:rsidRDefault="00CA6E70">
      <w:pPr>
        <w:pStyle w:val="CMRAnswerEntry"/>
        <w:spacing w:after="120"/>
      </w:pPr>
      <w:r>
        <w:rPr>
          <w:b/>
          <w:color w:val="1D4458"/>
        </w:rPr>
        <w:t xml:space="preserve">S2-065  10 notebooks per shelf.  </w:t>
      </w:r>
      <w:r>
        <w:t>88 − 8 = 80; 80 ÷ 8 = 10 notebooks per shelf.</w:t>
      </w:r>
    </w:p>
    <w:p w14:paraId="7064370C" w14:textId="77777777" w:rsidR="00BE3968" w:rsidRDefault="00CA6E70">
      <w:pPr>
        <w:pStyle w:val="CMRAnswerEntry"/>
        <w:spacing w:after="120"/>
      </w:pPr>
      <w:r>
        <w:rPr>
          <w:b/>
          <w:color w:val="1D4458"/>
        </w:rPr>
        <w:t xml:space="preserve">S2-066  12 work shirts per table.  </w:t>
      </w:r>
      <w:r>
        <w:t>42 − 6 = 36; 36 ÷ 3 = 12 work shirts per table.</w:t>
      </w:r>
    </w:p>
    <w:p w14:paraId="4FA0AF0F" w14:textId="77777777" w:rsidR="00BE3968" w:rsidRDefault="00CA6E70">
      <w:pPr>
        <w:pStyle w:val="CMRAnswerEntry"/>
        <w:spacing w:after="120"/>
      </w:pPr>
      <w:r>
        <w:rPr>
          <w:b/>
          <w:color w:val="1D4458"/>
        </w:rPr>
        <w:t xml:space="preserve">S2-067  12 water bottles per delivery bag.  </w:t>
      </w:r>
      <w:r>
        <w:t>74 − 2 = 72; 72 ÷ 6 = 12 water bottles per delivery bag.</w:t>
      </w:r>
    </w:p>
    <w:p w14:paraId="6268BB46" w14:textId="77777777" w:rsidR="00BE3968" w:rsidRDefault="00CA6E70">
      <w:pPr>
        <w:pStyle w:val="CMRAnswerEntry"/>
        <w:spacing w:after="120"/>
      </w:pPr>
      <w:r>
        <w:rPr>
          <w:b/>
          <w:color w:val="1D4458"/>
        </w:rPr>
        <w:t xml:space="preserve">S2-068  7 meal kits per box.  </w:t>
      </w:r>
      <w:r>
        <w:t>22 − 1 = 21; 21 ÷ 3 = 7 meal kits per box.</w:t>
      </w:r>
    </w:p>
    <w:p w14:paraId="66E54AB0" w14:textId="77777777" w:rsidR="00BE3968" w:rsidRDefault="00CA6E70">
      <w:r>
        <w:br w:type="page"/>
      </w:r>
    </w:p>
    <w:p w14:paraId="056F2F1D" w14:textId="77777777" w:rsidR="00BE3968" w:rsidRDefault="00CA6E70">
      <w:pPr>
        <w:pStyle w:val="CMRSmallLabel"/>
        <w:spacing w:after="80"/>
      </w:pPr>
      <w:r>
        <w:rPr>
          <w:b w:val="0"/>
        </w:rPr>
        <w:t>ANSWER KEY  |  PAGE 23 OF 36</w:t>
      </w:r>
    </w:p>
    <w:p w14:paraId="156F119A" w14:textId="77777777" w:rsidR="00BE3968" w:rsidRDefault="00CA6E70">
      <w:pPr>
        <w:pStyle w:val="CMRPageTitle"/>
        <w:spacing w:after="100"/>
      </w:pPr>
      <w:r>
        <w:rPr>
          <w:b w:val="0"/>
        </w:rPr>
        <w:t>Answers and short explanations</w:t>
      </w:r>
    </w:p>
    <w:p w14:paraId="6102FEE9" w14:textId="77777777" w:rsidR="00BE3968" w:rsidRDefault="00CA6E70">
      <w:pPr>
        <w:pStyle w:val="CMRBodySmall"/>
        <w:spacing w:after="120"/>
      </w:pPr>
      <w:r>
        <w:t>Find your problem number below. Compare your reasoning, not only the final answer.</w:t>
      </w:r>
    </w:p>
    <w:p w14:paraId="4AFA12CD" w14:textId="77777777" w:rsidR="00BE3968" w:rsidRDefault="00CA6E70">
      <w:pPr>
        <w:pStyle w:val="CMRAnswerEntry"/>
        <w:spacing w:after="120"/>
      </w:pPr>
      <w:r>
        <w:rPr>
          <w:b/>
          <w:color w:val="1D4458"/>
        </w:rPr>
        <w:t xml:space="preserve">S2-069  10 notebooks per shelf.  </w:t>
      </w:r>
      <w:r>
        <w:t>94 − 4 = 90; 90 ÷ 9 = 10 notebooks per shelf.</w:t>
      </w:r>
    </w:p>
    <w:p w14:paraId="76B01A5C" w14:textId="77777777" w:rsidR="00BE3968" w:rsidRDefault="00CA6E70">
      <w:pPr>
        <w:pStyle w:val="CMRAnswerEntry"/>
        <w:spacing w:after="120"/>
      </w:pPr>
      <w:r>
        <w:rPr>
          <w:b/>
          <w:color w:val="1D4458"/>
        </w:rPr>
        <w:t xml:space="preserve">S2-070  7 work shirts per table.  </w:t>
      </w:r>
      <w:r>
        <w:t>63 − 7 = 56; 56 ÷ 8 = 7 work shirts per table.</w:t>
      </w:r>
    </w:p>
    <w:p w14:paraId="5CF03E18" w14:textId="77777777" w:rsidR="00BE3968" w:rsidRDefault="00CA6E70">
      <w:pPr>
        <w:pStyle w:val="CMRAnswerEntry"/>
        <w:spacing w:after="120"/>
      </w:pPr>
      <w:r>
        <w:rPr>
          <w:b/>
          <w:color w:val="1D4458"/>
        </w:rPr>
        <w:t xml:space="preserve">S2-071  $420.00.  </w:t>
      </w:r>
      <w:r>
        <w:t>7 hours × 4 days = 28 hours; 28 × $15.00 = $420.00 gross pay.</w:t>
      </w:r>
    </w:p>
    <w:p w14:paraId="078B1688" w14:textId="77777777" w:rsidR="00BE3968" w:rsidRDefault="00CA6E70">
      <w:pPr>
        <w:pStyle w:val="CMRAnswerEntry"/>
        <w:spacing w:after="120"/>
      </w:pPr>
      <w:r>
        <w:rPr>
          <w:b/>
          <w:color w:val="1D4458"/>
        </w:rPr>
        <w:t xml:space="preserve">S2-072  $360.00.  </w:t>
      </w:r>
      <w:r>
        <w:t>10 hours × 2 days = 20 hours; 20 × $18.00 = $360.00 gross pay.</w:t>
      </w:r>
    </w:p>
    <w:p w14:paraId="7DEC23E3" w14:textId="77777777" w:rsidR="00BE3968" w:rsidRDefault="00CA6E70">
      <w:pPr>
        <w:pStyle w:val="CMRAnswerEntry"/>
        <w:spacing w:after="120"/>
      </w:pPr>
      <w:r>
        <w:rPr>
          <w:b/>
          <w:color w:val="1D4458"/>
        </w:rPr>
        <w:t xml:space="preserve">S2-073  $540.00.  </w:t>
      </w:r>
      <w:r>
        <w:t>9 hours × 4 days = 36 hours; 36 × $15.00 = $540.00 gross pay.</w:t>
      </w:r>
    </w:p>
    <w:p w14:paraId="6729BC6A" w14:textId="77777777" w:rsidR="00BE3968" w:rsidRDefault="00CA6E70">
      <w:pPr>
        <w:pStyle w:val="CMRAnswerEntry"/>
        <w:spacing w:after="120"/>
      </w:pPr>
      <w:r>
        <w:rPr>
          <w:b/>
          <w:color w:val="1D4458"/>
        </w:rPr>
        <w:t xml:space="preserve">S2-074  $336.00.  </w:t>
      </w:r>
      <w:r>
        <w:t>7 hours × 4 days = 28 hours; 28 × $12.00 = $336.00 gross pay.</w:t>
      </w:r>
    </w:p>
    <w:p w14:paraId="472E1F93" w14:textId="77777777" w:rsidR="00BE3968" w:rsidRDefault="00CA6E70">
      <w:pPr>
        <w:pStyle w:val="CMRAnswerEntry"/>
        <w:spacing w:after="120"/>
      </w:pPr>
      <w:r>
        <w:rPr>
          <w:b/>
          <w:color w:val="1D4458"/>
        </w:rPr>
        <w:t xml:space="preserve">S2-075  $450.00.  </w:t>
      </w:r>
      <w:r>
        <w:t>10 hours × 3 days = 30 hours; 30 × $15.00 = $450.00 gross pay.</w:t>
      </w:r>
    </w:p>
    <w:p w14:paraId="4F7E27EA" w14:textId="77777777" w:rsidR="00BE3968" w:rsidRDefault="00CA6E70">
      <w:pPr>
        <w:pStyle w:val="CMRAnswerEntry"/>
        <w:spacing w:after="120"/>
      </w:pPr>
      <w:r>
        <w:rPr>
          <w:b/>
          <w:color w:val="1D4458"/>
        </w:rPr>
        <w:t xml:space="preserve">S2-076  $364.00.  </w:t>
      </w:r>
      <w:r>
        <w:t>7 hours × 4 days = 28 hours; 28 × $13.00 = $364.00 gross pay.</w:t>
      </w:r>
    </w:p>
    <w:p w14:paraId="35CE09DC" w14:textId="77777777" w:rsidR="00BE3968" w:rsidRDefault="00CA6E70">
      <w:pPr>
        <w:pStyle w:val="CMRAnswerEntry"/>
        <w:spacing w:after="120"/>
      </w:pPr>
      <w:r>
        <w:rPr>
          <w:b/>
          <w:color w:val="1D4458"/>
        </w:rPr>
        <w:t xml:space="preserve">S2-077  $306.00.  </w:t>
      </w:r>
      <w:r>
        <w:t>9 hours × 2 days = 18 hours; 18 × $17.00 = $306.00 gross pay.</w:t>
      </w:r>
    </w:p>
    <w:p w14:paraId="3C5D0C32" w14:textId="77777777" w:rsidR="00BE3968" w:rsidRDefault="00CA6E70">
      <w:pPr>
        <w:pStyle w:val="CMRAnswerEntry"/>
        <w:spacing w:after="120"/>
      </w:pPr>
      <w:r>
        <w:rPr>
          <w:b/>
          <w:color w:val="1D4458"/>
        </w:rPr>
        <w:t xml:space="preserve">S2-078  $210.00.  </w:t>
      </w:r>
      <w:r>
        <w:t>5 hours × 3 days = 15 hours; 15 × $14.00 = $210.00 gross pay.</w:t>
      </w:r>
    </w:p>
    <w:p w14:paraId="58A9BABF" w14:textId="77777777" w:rsidR="00BE3968" w:rsidRDefault="00CA6E70">
      <w:pPr>
        <w:pStyle w:val="CMRAnswerEntry"/>
        <w:spacing w:after="120"/>
      </w:pPr>
      <w:r>
        <w:rPr>
          <w:b/>
          <w:color w:val="1D4458"/>
        </w:rPr>
        <w:t xml:space="preserve">S2-079  $384.00.  </w:t>
      </w:r>
      <w:r>
        <w:t>8 hours × 3 days = 24 hours; 24 × $16.00 = $384.00 gross pay.</w:t>
      </w:r>
    </w:p>
    <w:p w14:paraId="026E1066" w14:textId="77777777" w:rsidR="00BE3968" w:rsidRDefault="00CA6E70">
      <w:pPr>
        <w:pStyle w:val="CMRAnswerEntry"/>
        <w:spacing w:after="120"/>
      </w:pPr>
      <w:r>
        <w:rPr>
          <w:b/>
          <w:color w:val="1D4458"/>
        </w:rPr>
        <w:t xml:space="preserve">S2-080  $340.00.  </w:t>
      </w:r>
      <w:r>
        <w:t>10 hours × 2 days = 20 hours; 20 × $17.00 = $340.00 gross pay.</w:t>
      </w:r>
    </w:p>
    <w:p w14:paraId="5377D8D1" w14:textId="77777777" w:rsidR="00BE3968" w:rsidRDefault="00CA6E70">
      <w:pPr>
        <w:pStyle w:val="CMRAnswerEntry"/>
        <w:spacing w:after="120"/>
      </w:pPr>
      <w:r>
        <w:rPr>
          <w:b/>
          <w:color w:val="1D4458"/>
        </w:rPr>
        <w:t xml:space="preserve">S2-081  8:40 AM.  </w:t>
      </w:r>
      <w:r>
        <w:t>90 + 10 = 100 minutes; 7:00 AM + 100 minutes → 8:40 AM.</w:t>
      </w:r>
    </w:p>
    <w:p w14:paraId="37C5B9DF" w14:textId="77777777" w:rsidR="00BE3968" w:rsidRDefault="00CA6E70">
      <w:pPr>
        <w:pStyle w:val="CMRAnswerEntry"/>
        <w:spacing w:after="120"/>
      </w:pPr>
      <w:r>
        <w:rPr>
          <w:b/>
          <w:color w:val="1D4458"/>
        </w:rPr>
        <w:t xml:space="preserve">S2-082  8:50 AM.  </w:t>
      </w:r>
      <w:r>
        <w:t>35 + 15 = 50 minutes; 8:00 AM + 50 minutes → 8:50 AM.</w:t>
      </w:r>
    </w:p>
    <w:p w14:paraId="377878BA" w14:textId="77777777" w:rsidR="00BE3968" w:rsidRDefault="00CA6E70">
      <w:r>
        <w:br w:type="page"/>
      </w:r>
    </w:p>
    <w:p w14:paraId="23BC53CF" w14:textId="77777777" w:rsidR="00BE3968" w:rsidRDefault="00CA6E70">
      <w:pPr>
        <w:pStyle w:val="CMRSmallLabel"/>
        <w:spacing w:after="80"/>
      </w:pPr>
      <w:r>
        <w:rPr>
          <w:b w:val="0"/>
        </w:rPr>
        <w:t>ANSWER KEY  |  PAGE 24 OF 36</w:t>
      </w:r>
    </w:p>
    <w:p w14:paraId="0AE7F6AE" w14:textId="77777777" w:rsidR="00BE3968" w:rsidRDefault="00CA6E70">
      <w:pPr>
        <w:pStyle w:val="CMRPageTitle"/>
        <w:spacing w:after="100"/>
      </w:pPr>
      <w:r>
        <w:rPr>
          <w:b w:val="0"/>
        </w:rPr>
        <w:t>Answers and short explanations</w:t>
      </w:r>
    </w:p>
    <w:p w14:paraId="7FEF39D0" w14:textId="77777777" w:rsidR="00BE3968" w:rsidRDefault="00CA6E70">
      <w:pPr>
        <w:pStyle w:val="CMRBodySmall"/>
        <w:spacing w:after="120"/>
      </w:pPr>
      <w:r>
        <w:t>Find your problem number below. Compare your reasoning, not only the final answer.</w:t>
      </w:r>
    </w:p>
    <w:p w14:paraId="1789E124" w14:textId="77777777" w:rsidR="00BE3968" w:rsidRDefault="00CA6E70">
      <w:pPr>
        <w:pStyle w:val="CMRAnswerEntry"/>
        <w:spacing w:after="120"/>
      </w:pPr>
      <w:r>
        <w:rPr>
          <w:b/>
          <w:color w:val="1D4458"/>
        </w:rPr>
        <w:t xml:space="preserve">S2-083  10:40 AM.  </w:t>
      </w:r>
      <w:r>
        <w:t>35 + 20 = 55 minutes; 9:45 AM + 55 minutes → 10:40 AM.</w:t>
      </w:r>
    </w:p>
    <w:p w14:paraId="1F8EF03B" w14:textId="77777777" w:rsidR="00BE3968" w:rsidRDefault="00CA6E70">
      <w:pPr>
        <w:pStyle w:val="CMRAnswerEntry"/>
        <w:spacing w:after="120"/>
      </w:pPr>
      <w:r>
        <w:rPr>
          <w:b/>
          <w:color w:val="1D4458"/>
        </w:rPr>
        <w:t xml:space="preserve">S2-084  11:55 AM.  </w:t>
      </w:r>
      <w:r>
        <w:t>60 + 10 = 70 minutes; 10:45 AM + 70 minutes → 11:55 AM.</w:t>
      </w:r>
    </w:p>
    <w:p w14:paraId="49A2CC38" w14:textId="77777777" w:rsidR="00BE3968" w:rsidRDefault="00CA6E70">
      <w:pPr>
        <w:pStyle w:val="CMRAnswerEntry"/>
        <w:spacing w:after="120"/>
      </w:pPr>
      <w:r>
        <w:rPr>
          <w:b/>
          <w:color w:val="1D4458"/>
        </w:rPr>
        <w:t xml:space="preserve">S2-085  11:55 AM.  </w:t>
      </w:r>
      <w:r>
        <w:t>35 + 20 = 55 minutes; 11:00 AM + 55 minutes → 11:55 AM.</w:t>
      </w:r>
    </w:p>
    <w:p w14:paraId="05815072" w14:textId="77777777" w:rsidR="00BE3968" w:rsidRDefault="00CA6E70">
      <w:pPr>
        <w:pStyle w:val="CMRAnswerEntry"/>
        <w:spacing w:after="120"/>
      </w:pPr>
      <w:r>
        <w:rPr>
          <w:b/>
          <w:color w:val="1D4458"/>
        </w:rPr>
        <w:t xml:space="preserve">S2-086  11:15 AM.  </w:t>
      </w:r>
      <w:r>
        <w:t>60 + 15 = 75 minutes; 10:00 AM + 75 minutes → 11:15 AM.</w:t>
      </w:r>
    </w:p>
    <w:p w14:paraId="4CF7DF8F" w14:textId="77777777" w:rsidR="00BE3968" w:rsidRDefault="00CA6E70">
      <w:pPr>
        <w:pStyle w:val="CMRAnswerEntry"/>
        <w:spacing w:after="120"/>
      </w:pPr>
      <w:r>
        <w:rPr>
          <w:b/>
          <w:color w:val="1D4458"/>
        </w:rPr>
        <w:t xml:space="preserve">S2-087  10:35 AM.  </w:t>
      </w:r>
      <w:r>
        <w:t>90 + 20 = 110 minutes; 8:45 AM + 110 minutes → 10:35 AM.</w:t>
      </w:r>
    </w:p>
    <w:p w14:paraId="5C4848FD" w14:textId="77777777" w:rsidR="00BE3968" w:rsidRDefault="00CA6E70">
      <w:pPr>
        <w:pStyle w:val="CMRAnswerEntry"/>
        <w:spacing w:after="120"/>
      </w:pPr>
      <w:r>
        <w:rPr>
          <w:b/>
          <w:color w:val="1D4458"/>
        </w:rPr>
        <w:t xml:space="preserve">S2-088  9:55 AM.  </w:t>
      </w:r>
      <w:r>
        <w:t>90 + 10 = 100 minutes; 8:15 AM + 100 minutes → 9:55 AM.</w:t>
      </w:r>
    </w:p>
    <w:p w14:paraId="5C24FC28" w14:textId="77777777" w:rsidR="00BE3968" w:rsidRDefault="00CA6E70">
      <w:pPr>
        <w:pStyle w:val="CMRAnswerEntry"/>
        <w:spacing w:after="120"/>
      </w:pPr>
      <w:r>
        <w:rPr>
          <w:b/>
          <w:color w:val="1D4458"/>
        </w:rPr>
        <w:t xml:space="preserve">S2-089  1:15 PM.  </w:t>
      </w:r>
      <w:r>
        <w:t>75 + 15 = 90 minutes; 11:45 AM + 90 minutes → 1:15 PM.</w:t>
      </w:r>
    </w:p>
    <w:p w14:paraId="11EA7A1A" w14:textId="77777777" w:rsidR="00BE3968" w:rsidRDefault="00CA6E70">
      <w:pPr>
        <w:pStyle w:val="CMRAnswerEntry"/>
        <w:spacing w:after="120"/>
      </w:pPr>
      <w:r>
        <w:rPr>
          <w:b/>
          <w:color w:val="1D4458"/>
        </w:rPr>
        <w:t xml:space="preserve">S2-090  12:50 PM.  </w:t>
      </w:r>
      <w:r>
        <w:t>45 + 20 = 65 minutes; 11:45 AM + 65 minutes → 12:50 PM.</w:t>
      </w:r>
    </w:p>
    <w:p w14:paraId="6B5AFCAD" w14:textId="77777777" w:rsidR="00BE3968" w:rsidRDefault="00CA6E70">
      <w:pPr>
        <w:pStyle w:val="CMRAnswerEntry"/>
        <w:spacing w:after="120"/>
      </w:pPr>
      <w:r>
        <w:rPr>
          <w:b/>
          <w:color w:val="1D4458"/>
        </w:rPr>
        <w:t xml:space="preserve">S2-091  $293.00.  </w:t>
      </w:r>
      <w:r>
        <w:t>$1,008.00 − $530.00 − $81.00 − $104.00 = $293.00.</w:t>
      </w:r>
    </w:p>
    <w:p w14:paraId="1C9C72C2" w14:textId="77777777" w:rsidR="00BE3968" w:rsidRDefault="00CA6E70">
      <w:pPr>
        <w:pStyle w:val="CMRAnswerEntry"/>
        <w:spacing w:after="120"/>
      </w:pPr>
      <w:r>
        <w:rPr>
          <w:b/>
          <w:color w:val="1D4458"/>
        </w:rPr>
        <w:t xml:space="preserve">S2-092  $418.00.  </w:t>
      </w:r>
      <w:r>
        <w:t>$1,099.00 − $562.00 − $43.00 − $76.00 = $418.00.</w:t>
      </w:r>
    </w:p>
    <w:p w14:paraId="38EB4455" w14:textId="77777777" w:rsidR="00BE3968" w:rsidRDefault="00CA6E70">
      <w:pPr>
        <w:pStyle w:val="CMRAnswerEntry"/>
        <w:spacing w:after="120"/>
      </w:pPr>
      <w:r>
        <w:rPr>
          <w:b/>
          <w:color w:val="1D4458"/>
        </w:rPr>
        <w:t xml:space="preserve">S2-093  $473.00.  </w:t>
      </w:r>
      <w:r>
        <w:t>$1,195.00 − $555.00 − $76.00 − $91.00 = $473.00.</w:t>
      </w:r>
    </w:p>
    <w:p w14:paraId="34A95223" w14:textId="77777777" w:rsidR="00BE3968" w:rsidRDefault="00CA6E70">
      <w:pPr>
        <w:pStyle w:val="CMRAnswerEntry"/>
        <w:spacing w:after="120"/>
      </w:pPr>
      <w:r>
        <w:rPr>
          <w:b/>
          <w:color w:val="1D4458"/>
        </w:rPr>
        <w:t xml:space="preserve">S2-094  $544.00.  </w:t>
      </w:r>
      <w:r>
        <w:t>$1,187.00 − $516.00 − $79.00 − $48.00 = $544.00.</w:t>
      </w:r>
    </w:p>
    <w:p w14:paraId="5EC0D9B6" w14:textId="77777777" w:rsidR="00BE3968" w:rsidRDefault="00CA6E70">
      <w:pPr>
        <w:pStyle w:val="CMRAnswerEntry"/>
        <w:spacing w:after="120"/>
      </w:pPr>
      <w:r>
        <w:rPr>
          <w:b/>
          <w:color w:val="1D4458"/>
        </w:rPr>
        <w:t xml:space="preserve">S2-095  $717.00.  </w:t>
      </w:r>
      <w:r>
        <w:t>$1,378.00 − $557.00 − $53.00 − $51.00 = $717.00.</w:t>
      </w:r>
    </w:p>
    <w:p w14:paraId="276D0285" w14:textId="77777777" w:rsidR="00BE3968" w:rsidRDefault="00CA6E70">
      <w:pPr>
        <w:pStyle w:val="CMRAnswerEntry"/>
        <w:spacing w:after="120"/>
      </w:pPr>
      <w:r>
        <w:rPr>
          <w:b/>
          <w:color w:val="1D4458"/>
        </w:rPr>
        <w:t xml:space="preserve">S2-096  $299.00.  </w:t>
      </w:r>
      <w:r>
        <w:t>$1,025.00 − $568.00 − $70.00 − $88.00 = $299.00.</w:t>
      </w:r>
    </w:p>
    <w:p w14:paraId="1C067545" w14:textId="77777777" w:rsidR="00BE3968" w:rsidRDefault="00CA6E70">
      <w:r>
        <w:br w:type="page"/>
      </w:r>
    </w:p>
    <w:p w14:paraId="3ECDA073" w14:textId="77777777" w:rsidR="00BE3968" w:rsidRDefault="00CA6E70">
      <w:pPr>
        <w:pStyle w:val="CMRSmallLabel"/>
        <w:spacing w:after="80"/>
      </w:pPr>
      <w:r>
        <w:rPr>
          <w:b w:val="0"/>
        </w:rPr>
        <w:t>ANSWER KEY  |  PAGE 25 OF 36</w:t>
      </w:r>
    </w:p>
    <w:p w14:paraId="71912115" w14:textId="77777777" w:rsidR="00BE3968" w:rsidRDefault="00CA6E70">
      <w:pPr>
        <w:pStyle w:val="CMRPageTitle"/>
        <w:spacing w:after="100"/>
      </w:pPr>
      <w:r>
        <w:rPr>
          <w:b w:val="0"/>
        </w:rPr>
        <w:t>Answers and short explanations</w:t>
      </w:r>
    </w:p>
    <w:p w14:paraId="67AF2381" w14:textId="77777777" w:rsidR="00BE3968" w:rsidRDefault="00CA6E70">
      <w:pPr>
        <w:pStyle w:val="CMRBodySmall"/>
        <w:spacing w:after="120"/>
      </w:pPr>
      <w:r>
        <w:t>Find your problem number below. Compare your reasoning, not only the final answer.</w:t>
      </w:r>
    </w:p>
    <w:p w14:paraId="44F1F5E3" w14:textId="77777777" w:rsidR="00BE3968" w:rsidRDefault="00CA6E70">
      <w:pPr>
        <w:pStyle w:val="CMRAnswerEntry"/>
        <w:spacing w:after="120"/>
      </w:pPr>
      <w:r>
        <w:rPr>
          <w:b/>
          <w:color w:val="1D4458"/>
        </w:rPr>
        <w:t xml:space="preserve">S2-097  $605.00.  </w:t>
      </w:r>
      <w:r>
        <w:t>$1,370.00 − $615.00 − $49.00 − $101.00 = $605.00.</w:t>
      </w:r>
    </w:p>
    <w:p w14:paraId="1172E022" w14:textId="77777777" w:rsidR="00BE3968" w:rsidRDefault="00CA6E70">
      <w:pPr>
        <w:pStyle w:val="CMRAnswerEntry"/>
        <w:spacing w:after="120"/>
      </w:pPr>
      <w:r>
        <w:rPr>
          <w:b/>
          <w:color w:val="1D4458"/>
        </w:rPr>
        <w:t xml:space="preserve">S2-098  $348.00.  </w:t>
      </w:r>
      <w:r>
        <w:t>$1,095.00 − $626.00 − $74.00 − $47.00 = $348.00.</w:t>
      </w:r>
    </w:p>
    <w:p w14:paraId="7F0D2395" w14:textId="77777777" w:rsidR="00BE3968" w:rsidRDefault="00CA6E70">
      <w:pPr>
        <w:pStyle w:val="CMRAnswerEntry"/>
        <w:spacing w:after="120"/>
      </w:pPr>
      <w:r>
        <w:rPr>
          <w:b/>
          <w:color w:val="1D4458"/>
        </w:rPr>
        <w:t xml:space="preserve">S2-099  $241.00.  </w:t>
      </w:r>
      <w:r>
        <w:t>$980.00 − $609.00 − $55.00 − $75.00 = $241.00.</w:t>
      </w:r>
    </w:p>
    <w:p w14:paraId="361B03EA" w14:textId="77777777" w:rsidR="00BE3968" w:rsidRDefault="00CA6E70">
      <w:pPr>
        <w:pStyle w:val="CMRAnswerEntry"/>
        <w:spacing w:after="120"/>
      </w:pPr>
      <w:r>
        <w:rPr>
          <w:b/>
          <w:color w:val="1D4458"/>
        </w:rPr>
        <w:t xml:space="preserve">S2-100  $617.00.  </w:t>
      </w:r>
      <w:r>
        <w:t>$1,302.00 − $583.00 − $64.00 − $38.00 = $617.00.</w:t>
      </w:r>
    </w:p>
    <w:p w14:paraId="4571FA5B" w14:textId="77777777" w:rsidR="00BE3968" w:rsidRDefault="00CA6E70">
      <w:pPr>
        <w:pStyle w:val="CMRAnswerEntry"/>
        <w:spacing w:after="120"/>
      </w:pPr>
      <w:r>
        <w:rPr>
          <w:b/>
          <w:color w:val="1D4458"/>
        </w:rPr>
        <w:t xml:space="preserve">S2-101  The 2-pack, $1.50 per dishcloth.  </w:t>
      </w:r>
      <w:r>
        <w:t>$3.00 ÷ 2 = $1.50 each; $10.00 ÷ 5 = $2.00 each. The 2-pack costs less per dishcloth.</w:t>
      </w:r>
    </w:p>
    <w:p w14:paraId="409E4070" w14:textId="77777777" w:rsidR="00BE3968" w:rsidRDefault="00CA6E70">
      <w:pPr>
        <w:pStyle w:val="CMRAnswerEntry"/>
        <w:spacing w:after="120"/>
      </w:pPr>
      <w:r>
        <w:rPr>
          <w:b/>
          <w:color w:val="1D4458"/>
        </w:rPr>
        <w:t xml:space="preserve">S2-102  The 7-pack, $1.00 per notebook.  </w:t>
      </w:r>
      <w:r>
        <w:t>$6.00 ÷ 4 = $1.50 each; $7.00 ÷ 7 = $1.00 each. The 7-pack costs less per notebook.</w:t>
      </w:r>
    </w:p>
    <w:p w14:paraId="121AD831" w14:textId="77777777" w:rsidR="00BE3968" w:rsidRDefault="00CA6E70">
      <w:pPr>
        <w:pStyle w:val="CMRAnswerEntry"/>
        <w:spacing w:after="120"/>
      </w:pPr>
      <w:r>
        <w:rPr>
          <w:b/>
          <w:color w:val="1D4458"/>
        </w:rPr>
        <w:t xml:space="preserve">S2-103  The 2-pack, $3.00 per battery.  </w:t>
      </w:r>
      <w:r>
        <w:t>$6.00 ÷ 2 = $3.00 each; $21.00 ÷ 6 = $3.50 each. The 2-pack costs less per battery.</w:t>
      </w:r>
    </w:p>
    <w:p w14:paraId="2AE47890" w14:textId="77777777" w:rsidR="00BE3968" w:rsidRDefault="00CA6E70">
      <w:pPr>
        <w:pStyle w:val="CMRAnswerEntry"/>
        <w:spacing w:after="120"/>
      </w:pPr>
      <w:r>
        <w:rPr>
          <w:b/>
          <w:color w:val="1D4458"/>
        </w:rPr>
        <w:t xml:space="preserve">S2-104  The 5-pack, $1.00 per towel.  </w:t>
      </w:r>
      <w:r>
        <w:t>$3.00 ÷ 2 = $1.50 each; $5.00 ÷ 5 = $1.00 each. The 5-pack costs less per towel.</w:t>
      </w:r>
    </w:p>
    <w:p w14:paraId="19F1FEF6" w14:textId="77777777" w:rsidR="00BE3968" w:rsidRDefault="00CA6E70">
      <w:pPr>
        <w:pStyle w:val="CMRAnswerEntry"/>
        <w:spacing w:after="120"/>
      </w:pPr>
      <w:r>
        <w:rPr>
          <w:b/>
          <w:color w:val="1D4458"/>
        </w:rPr>
        <w:t xml:space="preserve">S2-105  The 4-pack, $2.00 per dishcloth.  </w:t>
      </w:r>
      <w:r>
        <w:t>$8.00 ÷ 4 = $2.00 each; $17.50 ÷ 7 = $2.50 each. The 4-pack costs less per dishcloth.</w:t>
      </w:r>
    </w:p>
    <w:p w14:paraId="73CEE441" w14:textId="77777777" w:rsidR="00BE3968" w:rsidRDefault="00CA6E70">
      <w:pPr>
        <w:pStyle w:val="CMRAnswerEntry"/>
        <w:spacing w:after="120"/>
      </w:pPr>
      <w:r>
        <w:rPr>
          <w:b/>
          <w:color w:val="1D4458"/>
        </w:rPr>
        <w:t xml:space="preserve">S2-106  The 8-pack, $1.75 per notebook.  </w:t>
      </w:r>
      <w:r>
        <w:t>$8.00 ÷ 4 = $2.00 each; $14.00 ÷ 8 = $1.75 each. The 8-pack costs less per notebook.</w:t>
      </w:r>
    </w:p>
    <w:p w14:paraId="631776FD" w14:textId="77777777" w:rsidR="00BE3968" w:rsidRDefault="00CA6E70">
      <w:pPr>
        <w:pStyle w:val="CMRAnswerEntry"/>
        <w:spacing w:after="120"/>
      </w:pPr>
      <w:r>
        <w:rPr>
          <w:b/>
          <w:color w:val="1D4458"/>
        </w:rPr>
        <w:t xml:space="preserve">S2-107  The 4-pack, $3.00 per battery.  </w:t>
      </w:r>
      <w:r>
        <w:t>$12.00 ÷ 4 = $3.00 each; $21.00 ÷ 6 = $3.50 each. The 4-pack costs less per battery.</w:t>
      </w:r>
    </w:p>
    <w:p w14:paraId="163CBEF9" w14:textId="77777777" w:rsidR="00BE3968" w:rsidRDefault="00CA6E70">
      <w:pPr>
        <w:pStyle w:val="CMRAnswerEntry"/>
        <w:spacing w:after="120"/>
      </w:pPr>
      <w:r>
        <w:rPr>
          <w:b/>
          <w:color w:val="1D4458"/>
        </w:rPr>
        <w:t xml:space="preserve">S2-108  The 4-pack, $1.50 per towel.  </w:t>
      </w:r>
      <w:r>
        <w:t>$4.00 ÷ 2 = $2.00 each; $6.00 ÷ 4 = $1.50 each. The 4-pack costs less per towel.</w:t>
      </w:r>
    </w:p>
    <w:p w14:paraId="337721FC" w14:textId="77777777" w:rsidR="00BE3968" w:rsidRDefault="00CA6E70">
      <w:pPr>
        <w:pStyle w:val="CMRAnswerEntry"/>
        <w:spacing w:after="120"/>
      </w:pPr>
      <w:r>
        <w:rPr>
          <w:b/>
          <w:color w:val="1D4458"/>
        </w:rPr>
        <w:t xml:space="preserve">S2-109  The 4-pack, $2.00 per dishcloth.  </w:t>
      </w:r>
      <w:r>
        <w:t>$8.00 ÷ 4 = $2.00 each; $15.00 ÷ 6 = $2.50 each. The 4-pack costs less per dishcloth.</w:t>
      </w:r>
    </w:p>
    <w:p w14:paraId="7C5F9DFB" w14:textId="77777777" w:rsidR="00BE3968" w:rsidRDefault="00CA6E70">
      <w:pPr>
        <w:pStyle w:val="CMRAnswerEntry"/>
        <w:spacing w:after="120"/>
      </w:pPr>
      <w:r>
        <w:rPr>
          <w:b/>
          <w:color w:val="1D4458"/>
        </w:rPr>
        <w:t xml:space="preserve">S2-110  The 8-pack, $2.25 per notebook.  </w:t>
      </w:r>
      <w:r>
        <w:t>$10.00 ÷ 4 = $2.50 each; $18.00 ÷ 8 = $2.25 each. The 8-pack costs less per notebook.</w:t>
      </w:r>
    </w:p>
    <w:p w14:paraId="7B3C936D" w14:textId="77777777" w:rsidR="00BE3968" w:rsidRDefault="00CA6E70">
      <w:r>
        <w:br w:type="page"/>
      </w:r>
    </w:p>
    <w:p w14:paraId="5DF0B681" w14:textId="77777777" w:rsidR="00BE3968" w:rsidRDefault="00CA6E70">
      <w:pPr>
        <w:pStyle w:val="CMRSmallLabel"/>
        <w:spacing w:after="80"/>
      </w:pPr>
      <w:r>
        <w:rPr>
          <w:b w:val="0"/>
        </w:rPr>
        <w:t>ANSWER KEY  |  PAGE 26 OF 36</w:t>
      </w:r>
    </w:p>
    <w:p w14:paraId="76966114" w14:textId="77777777" w:rsidR="00BE3968" w:rsidRDefault="00CA6E70">
      <w:pPr>
        <w:pStyle w:val="CMRPageTitle"/>
        <w:spacing w:after="100"/>
      </w:pPr>
      <w:r>
        <w:rPr>
          <w:b w:val="0"/>
        </w:rPr>
        <w:t>Answers and short explanations</w:t>
      </w:r>
    </w:p>
    <w:p w14:paraId="021743E4" w14:textId="77777777" w:rsidR="00BE3968" w:rsidRDefault="00CA6E70">
      <w:pPr>
        <w:pStyle w:val="CMRBodySmall"/>
        <w:spacing w:after="120"/>
      </w:pPr>
      <w:r>
        <w:t>Find your problem number below. Compare your reasoning, not only the final answer.</w:t>
      </w:r>
    </w:p>
    <w:p w14:paraId="51942C9D" w14:textId="77777777" w:rsidR="00BE3968" w:rsidRDefault="00CA6E70">
      <w:pPr>
        <w:pStyle w:val="CMRAnswerEntry"/>
        <w:spacing w:after="120"/>
      </w:pPr>
      <w:r>
        <w:rPr>
          <w:b/>
          <w:color w:val="1D4458"/>
        </w:rPr>
        <w:t xml:space="preserve">S2-111  $10.00.  </w:t>
      </w:r>
      <w:r>
        <w:t>50% of $20.00 is $10.00; $20.00 − $10.00 = $10.00. The other item is not purchased.</w:t>
      </w:r>
    </w:p>
    <w:p w14:paraId="3C805203" w14:textId="77777777" w:rsidR="00BE3968" w:rsidRDefault="00CA6E70">
      <w:pPr>
        <w:pStyle w:val="CMRAnswerEntry"/>
        <w:spacing w:after="120"/>
      </w:pPr>
      <w:r>
        <w:rPr>
          <w:b/>
          <w:color w:val="1D4458"/>
        </w:rPr>
        <w:t xml:space="preserve">S2-112  $60.00.  </w:t>
      </w:r>
      <w:r>
        <w:t>25% of $80.00 is $20.00; $80.00 − $20.00 = $60.00. The other item is not purchased.</w:t>
      </w:r>
    </w:p>
    <w:p w14:paraId="21D718CE" w14:textId="77777777" w:rsidR="00BE3968" w:rsidRDefault="00CA6E70">
      <w:pPr>
        <w:pStyle w:val="CMRAnswerEntry"/>
        <w:spacing w:after="120"/>
      </w:pPr>
      <w:r>
        <w:rPr>
          <w:b/>
          <w:color w:val="1D4458"/>
        </w:rPr>
        <w:t xml:space="preserve">S2-113  $75.00.  </w:t>
      </w:r>
      <w:r>
        <w:t>25% of $100.00 is $25.00; $100.00 − $25.00 = $75.00. The other item is not purchased.</w:t>
      </w:r>
    </w:p>
    <w:p w14:paraId="53DF56E6" w14:textId="77777777" w:rsidR="00BE3968" w:rsidRDefault="00CA6E70">
      <w:pPr>
        <w:pStyle w:val="CMRAnswerEntry"/>
        <w:spacing w:after="120"/>
      </w:pPr>
      <w:r>
        <w:rPr>
          <w:b/>
          <w:color w:val="1D4458"/>
        </w:rPr>
        <w:t xml:space="preserve">S2-114  $54.00.  </w:t>
      </w:r>
      <w:r>
        <w:t>10% of $60.00 is $6.00; $60.00 − $6.00 = $54.00. The other item is not purchased.</w:t>
      </w:r>
    </w:p>
    <w:p w14:paraId="3A159B02" w14:textId="77777777" w:rsidR="00BE3968" w:rsidRDefault="00CA6E70">
      <w:pPr>
        <w:pStyle w:val="CMRAnswerEntry"/>
        <w:spacing w:after="120"/>
      </w:pPr>
      <w:r>
        <w:rPr>
          <w:b/>
          <w:color w:val="1D4458"/>
        </w:rPr>
        <w:t xml:space="preserve">S2-115  $37.50.  </w:t>
      </w:r>
      <w:r>
        <w:t>25% of $50.00 is $12.50; $50.00 − $12.50 = $37.50. The other item is not purchased.</w:t>
      </w:r>
    </w:p>
    <w:p w14:paraId="69E87351" w14:textId="77777777" w:rsidR="00BE3968" w:rsidRDefault="00CA6E70">
      <w:pPr>
        <w:pStyle w:val="CMRAnswerEntry"/>
        <w:spacing w:after="120"/>
      </w:pPr>
      <w:r>
        <w:rPr>
          <w:b/>
          <w:color w:val="1D4458"/>
        </w:rPr>
        <w:t xml:space="preserve">S2-116  $60.00.  </w:t>
      </w:r>
      <w:r>
        <w:t>25% of $80.00 is $20.00; $80.00 − $20.00 = $60.00. The other item is not purchased.</w:t>
      </w:r>
    </w:p>
    <w:p w14:paraId="159CD13B" w14:textId="77777777" w:rsidR="00BE3968" w:rsidRDefault="00CA6E70">
      <w:pPr>
        <w:pStyle w:val="CMRAnswerEntry"/>
        <w:spacing w:after="120"/>
      </w:pPr>
      <w:r>
        <w:rPr>
          <w:b/>
          <w:color w:val="1D4458"/>
        </w:rPr>
        <w:t xml:space="preserve">S2-117  $20.00.  </w:t>
      </w:r>
      <w:r>
        <w:t>50% of $40.00 is $20.00; $40.00 − $20.00 = $20.00. The other item is not purchased.</w:t>
      </w:r>
    </w:p>
    <w:p w14:paraId="3C138001" w14:textId="77777777" w:rsidR="00BE3968" w:rsidRDefault="00CA6E70">
      <w:pPr>
        <w:pStyle w:val="CMRAnswerEntry"/>
        <w:spacing w:after="120"/>
      </w:pPr>
      <w:r>
        <w:rPr>
          <w:b/>
          <w:color w:val="1D4458"/>
        </w:rPr>
        <w:t xml:space="preserve">S2-118  $32.00.  </w:t>
      </w:r>
      <w:r>
        <w:t>20% of $40.00 is $8.00; $40.00 − $8.00 = $32.00. The other item is not purchased.</w:t>
      </w:r>
    </w:p>
    <w:p w14:paraId="53226959" w14:textId="77777777" w:rsidR="00BE3968" w:rsidRDefault="00CA6E70">
      <w:pPr>
        <w:pStyle w:val="CMRAnswerEntry"/>
        <w:spacing w:after="120"/>
      </w:pPr>
      <w:r>
        <w:rPr>
          <w:b/>
          <w:color w:val="1D4458"/>
        </w:rPr>
        <w:t xml:space="preserve">S2-119  $37.50.  </w:t>
      </w:r>
      <w:r>
        <w:t>25% of $50.00 is $12.50; $50.00 − $12.50 = $37.50. The other item is not purchased.</w:t>
      </w:r>
    </w:p>
    <w:p w14:paraId="6A306401" w14:textId="77777777" w:rsidR="00BE3968" w:rsidRDefault="00CA6E70">
      <w:pPr>
        <w:pStyle w:val="CMRAnswerEntry"/>
        <w:spacing w:after="120"/>
      </w:pPr>
      <w:r>
        <w:rPr>
          <w:b/>
          <w:color w:val="1D4458"/>
        </w:rPr>
        <w:t xml:space="preserve">S2-120  $48.00.  </w:t>
      </w:r>
      <w:r>
        <w:t>20% of $60.00 is $12.00; $60.00 − $12.00 = $48.00. The other item is not purchased.</w:t>
      </w:r>
    </w:p>
    <w:p w14:paraId="5D79710C" w14:textId="77777777" w:rsidR="00BE3968" w:rsidRDefault="00CA6E70">
      <w:pPr>
        <w:pStyle w:val="CMRAnswerEntry"/>
        <w:spacing w:after="120"/>
      </w:pPr>
      <w:r>
        <w:rPr>
          <w:b/>
          <w:color w:val="1D4458"/>
        </w:rPr>
        <w:t xml:space="preserve">S2-121  $32.40.  </w:t>
      </w:r>
      <w:r>
        <w:t>$20.00 + $10.00 = $30.00; tax 8% of $30.00 = $2.40; total $32.40.</w:t>
      </w:r>
    </w:p>
    <w:p w14:paraId="16F2CEC6" w14:textId="77777777" w:rsidR="00BE3968" w:rsidRDefault="00CA6E70">
      <w:pPr>
        <w:pStyle w:val="CMRAnswerEntry"/>
        <w:spacing w:after="120"/>
      </w:pPr>
      <w:r>
        <w:rPr>
          <w:b/>
          <w:color w:val="1D4458"/>
        </w:rPr>
        <w:t xml:space="preserve">S2-122  $89.25.  </w:t>
      </w:r>
      <w:r>
        <w:t>$75.00 + $10.00 = $85.00; tax 5% of $85.00 = $4.25; total $89.25.</w:t>
      </w:r>
    </w:p>
    <w:p w14:paraId="7BF34D9B" w14:textId="77777777" w:rsidR="00BE3968" w:rsidRDefault="00CA6E70">
      <w:pPr>
        <w:pStyle w:val="CMRAnswerEntry"/>
        <w:spacing w:after="120"/>
      </w:pPr>
      <w:r>
        <w:rPr>
          <w:b/>
          <w:color w:val="1D4458"/>
        </w:rPr>
        <w:t xml:space="preserve">S2-123  $59.40.  </w:t>
      </w:r>
      <w:r>
        <w:t>$35.00 + $20.00 = $55.00; tax 8% of $55.00 = $4.40; total $59.40.</w:t>
      </w:r>
    </w:p>
    <w:p w14:paraId="3FF51EAE" w14:textId="77777777" w:rsidR="00BE3968" w:rsidRDefault="00CA6E70">
      <w:pPr>
        <w:pStyle w:val="CMRAnswerEntry"/>
        <w:spacing w:after="120"/>
      </w:pPr>
      <w:r>
        <w:rPr>
          <w:b/>
          <w:color w:val="1D4458"/>
        </w:rPr>
        <w:t xml:space="preserve">S2-124  $47.25.  </w:t>
      </w:r>
      <w:r>
        <w:t>$20.00 + $25.00 = $45.00; tax 5% of $45.00 = $2.25; total $47.25.</w:t>
      </w:r>
    </w:p>
    <w:p w14:paraId="39A6DE4A" w14:textId="77777777" w:rsidR="00BE3968" w:rsidRDefault="00CA6E70">
      <w:r>
        <w:br w:type="page"/>
      </w:r>
    </w:p>
    <w:p w14:paraId="51AA97FF" w14:textId="77777777" w:rsidR="00BE3968" w:rsidRDefault="00CA6E70">
      <w:pPr>
        <w:pStyle w:val="CMRSmallLabel"/>
        <w:spacing w:after="80"/>
      </w:pPr>
      <w:r>
        <w:rPr>
          <w:b w:val="0"/>
        </w:rPr>
        <w:t>ANSWER KEY  |  PAGE 27 OF 36</w:t>
      </w:r>
    </w:p>
    <w:p w14:paraId="1895E6AF" w14:textId="77777777" w:rsidR="00BE3968" w:rsidRDefault="00CA6E70">
      <w:pPr>
        <w:pStyle w:val="CMRPageTitle"/>
        <w:spacing w:after="100"/>
      </w:pPr>
      <w:r>
        <w:rPr>
          <w:b w:val="0"/>
        </w:rPr>
        <w:t>Answers and short explanations</w:t>
      </w:r>
    </w:p>
    <w:p w14:paraId="49BF8145" w14:textId="77777777" w:rsidR="00BE3968" w:rsidRDefault="00CA6E70">
      <w:pPr>
        <w:pStyle w:val="CMRBodySmall"/>
        <w:spacing w:after="120"/>
      </w:pPr>
      <w:r>
        <w:t>Find your problem number below. Compare your reasoning, not only the final answer.</w:t>
      </w:r>
    </w:p>
    <w:p w14:paraId="52CF08A9" w14:textId="77777777" w:rsidR="00BE3968" w:rsidRDefault="00CA6E70">
      <w:pPr>
        <w:pStyle w:val="CMRAnswerEntry"/>
        <w:spacing w:after="120"/>
      </w:pPr>
      <w:r>
        <w:rPr>
          <w:b/>
          <w:color w:val="1D4458"/>
        </w:rPr>
        <w:t xml:space="preserve">S2-125  $90.10.  </w:t>
      </w:r>
      <w:r>
        <w:t>$75.00 + $10.00 = $85.00; tax 6% of $85.00 = $5.10; total $90.10.</w:t>
      </w:r>
    </w:p>
    <w:p w14:paraId="6B8C1801" w14:textId="77777777" w:rsidR="00BE3968" w:rsidRDefault="00CA6E70">
      <w:pPr>
        <w:pStyle w:val="CMRAnswerEntry"/>
        <w:spacing w:after="120"/>
      </w:pPr>
      <w:r>
        <w:rPr>
          <w:b/>
          <w:color w:val="1D4458"/>
        </w:rPr>
        <w:t xml:space="preserve">S2-126  $91.80.  </w:t>
      </w:r>
      <w:r>
        <w:t>$60.00 + $25.00 = $85.00; tax 8% of $85.00 = $6.80; total $91.80.</w:t>
      </w:r>
    </w:p>
    <w:p w14:paraId="7881CBAE" w14:textId="77777777" w:rsidR="00BE3968" w:rsidRDefault="00CA6E70">
      <w:pPr>
        <w:pStyle w:val="CMRAnswerEntry"/>
        <w:spacing w:after="120"/>
      </w:pPr>
      <w:r>
        <w:rPr>
          <w:b/>
          <w:color w:val="1D4458"/>
        </w:rPr>
        <w:t xml:space="preserve">S2-127  $44.00.  </w:t>
      </w:r>
      <w:r>
        <w:t>$20.00 + $20.00 = $40.00; tax 10% of $40.00 = $4.00; total $44.00.</w:t>
      </w:r>
    </w:p>
    <w:p w14:paraId="266FD304" w14:textId="77777777" w:rsidR="00BE3968" w:rsidRDefault="00CA6E70">
      <w:pPr>
        <w:pStyle w:val="CMRAnswerEntry"/>
        <w:spacing w:after="120"/>
      </w:pPr>
      <w:r>
        <w:rPr>
          <w:b/>
          <w:color w:val="1D4458"/>
        </w:rPr>
        <w:t xml:space="preserve">S2-128  $66.00.  </w:t>
      </w:r>
      <w:r>
        <w:t>$50.00 + $10.00 = $60.00; tax 10% of $60.00 = $6.00; total $66.00.</w:t>
      </w:r>
    </w:p>
    <w:p w14:paraId="2AFEFD39" w14:textId="77777777" w:rsidR="00BE3968" w:rsidRDefault="00CA6E70">
      <w:pPr>
        <w:pStyle w:val="CMRAnswerEntry"/>
        <w:spacing w:after="120"/>
      </w:pPr>
      <w:r>
        <w:rPr>
          <w:b/>
          <w:color w:val="1D4458"/>
        </w:rPr>
        <w:t xml:space="preserve">S2-129  $66.00.  </w:t>
      </w:r>
      <w:r>
        <w:t>$35.00 + $25.00 = $60.00; tax 10% of $60.00 = $6.00; total $66.00.</w:t>
      </w:r>
    </w:p>
    <w:p w14:paraId="13453319" w14:textId="77777777" w:rsidR="00BE3968" w:rsidRDefault="00CA6E70">
      <w:pPr>
        <w:pStyle w:val="CMRAnswerEntry"/>
        <w:spacing w:after="120"/>
      </w:pPr>
      <w:r>
        <w:rPr>
          <w:b/>
          <w:color w:val="1D4458"/>
        </w:rPr>
        <w:t xml:space="preserve">S2-130  $74.20.  </w:t>
      </w:r>
      <w:r>
        <w:t>$50.00 + $20.00 = $70.00; tax 6% of $70.00 = $4.20; total $74.20.</w:t>
      </w:r>
    </w:p>
    <w:p w14:paraId="60C6132E" w14:textId="77777777" w:rsidR="00BE3968" w:rsidRDefault="00CA6E70">
      <w:pPr>
        <w:pStyle w:val="CMRAnswerEntry"/>
        <w:spacing w:after="120"/>
      </w:pPr>
      <w:r>
        <w:rPr>
          <w:b/>
          <w:color w:val="1D4458"/>
        </w:rPr>
        <w:t xml:space="preserve">S2-131  $59.80.  </w:t>
      </w:r>
      <w:r>
        <w:t>Bill $40.00 + $12.00 = $52.00; tip 15% = $7.80; total $59.80.</w:t>
      </w:r>
    </w:p>
    <w:p w14:paraId="29DAC865" w14:textId="77777777" w:rsidR="00BE3968" w:rsidRDefault="00CA6E70">
      <w:pPr>
        <w:pStyle w:val="CMRAnswerEntry"/>
        <w:spacing w:after="120"/>
      </w:pPr>
      <w:r>
        <w:rPr>
          <w:b/>
          <w:color w:val="1D4458"/>
        </w:rPr>
        <w:t xml:space="preserve">S2-132  $33.60.  </w:t>
      </w:r>
      <w:r>
        <w:t>Bill $20.00 + $8.00 = $28.00; tip 20% = $5.60; total $33.60.</w:t>
      </w:r>
    </w:p>
    <w:p w14:paraId="494687C2" w14:textId="77777777" w:rsidR="00BE3968" w:rsidRDefault="00CA6E70">
      <w:pPr>
        <w:pStyle w:val="CMRAnswerEntry"/>
        <w:spacing w:after="120"/>
      </w:pPr>
      <w:r>
        <w:rPr>
          <w:b/>
          <w:color w:val="1D4458"/>
        </w:rPr>
        <w:t xml:space="preserve">S2-133  $77.00.  </w:t>
      </w:r>
      <w:r>
        <w:t>Bill $60.00 + $10.00 = $70.00; tip 10% = $7.00; total $77.00.</w:t>
      </w:r>
    </w:p>
    <w:p w14:paraId="31D2F8BE" w14:textId="77777777" w:rsidR="00BE3968" w:rsidRDefault="00CA6E70">
      <w:pPr>
        <w:pStyle w:val="CMRAnswerEntry"/>
        <w:spacing w:after="120"/>
      </w:pPr>
      <w:r>
        <w:rPr>
          <w:b/>
          <w:color w:val="1D4458"/>
        </w:rPr>
        <w:t xml:space="preserve">S2-134  $46.20.  </w:t>
      </w:r>
      <w:r>
        <w:t>Bill $30.00 + $12.00 = $42.00; tip 10% = $4.20; total $46.20.</w:t>
      </w:r>
    </w:p>
    <w:p w14:paraId="059D4DA5" w14:textId="77777777" w:rsidR="00BE3968" w:rsidRDefault="00CA6E70">
      <w:pPr>
        <w:pStyle w:val="CMRAnswerEntry"/>
        <w:spacing w:after="120"/>
      </w:pPr>
      <w:r>
        <w:rPr>
          <w:b/>
          <w:color w:val="1D4458"/>
        </w:rPr>
        <w:t xml:space="preserve">S2-135  $69.60.  </w:t>
      </w:r>
      <w:r>
        <w:t>Bill $50.00 + $8.00 = $58.00; tip 20% = $11.60; total $69.60.</w:t>
      </w:r>
    </w:p>
    <w:p w14:paraId="7EB86464" w14:textId="77777777" w:rsidR="00BE3968" w:rsidRDefault="00CA6E70">
      <w:pPr>
        <w:pStyle w:val="CMRAnswerEntry"/>
        <w:spacing w:after="120"/>
      </w:pPr>
      <w:r>
        <w:rPr>
          <w:b/>
          <w:color w:val="1D4458"/>
        </w:rPr>
        <w:t xml:space="preserve">S2-136  $44.00.  </w:t>
      </w:r>
      <w:r>
        <w:t>Bill $30.00 + $10.00 = $40.00; tip 10% = $4.00; total $44.00.</w:t>
      </w:r>
    </w:p>
    <w:p w14:paraId="02F04C0A" w14:textId="77777777" w:rsidR="00BE3968" w:rsidRDefault="00CA6E70">
      <w:pPr>
        <w:pStyle w:val="CMRAnswerEntry"/>
        <w:spacing w:after="120"/>
      </w:pPr>
      <w:r>
        <w:rPr>
          <w:b/>
          <w:color w:val="1D4458"/>
        </w:rPr>
        <w:t xml:space="preserve">S2-137  $60.00.  </w:t>
      </w:r>
      <w:r>
        <w:t>Bill $35.00 + $15.00 = $50.00; tip 20% = $10.00; total $60.00.</w:t>
      </w:r>
    </w:p>
    <w:p w14:paraId="57A1CAE9" w14:textId="77777777" w:rsidR="00BE3968" w:rsidRDefault="00CA6E70">
      <w:pPr>
        <w:pStyle w:val="CMRAnswerEntry"/>
        <w:spacing w:after="120"/>
      </w:pPr>
      <w:r>
        <w:rPr>
          <w:b/>
          <w:color w:val="1D4458"/>
        </w:rPr>
        <w:t xml:space="preserve">S2-138  $33.00.  </w:t>
      </w:r>
      <w:r>
        <w:t>Bill $20.00 + $10.00 = $30.00; tip 10% = $3.00; total $33.00.</w:t>
      </w:r>
    </w:p>
    <w:p w14:paraId="74F23E16" w14:textId="77777777" w:rsidR="00BE3968" w:rsidRDefault="00CA6E70">
      <w:r>
        <w:br w:type="page"/>
      </w:r>
    </w:p>
    <w:p w14:paraId="0C44C2FD" w14:textId="77777777" w:rsidR="00BE3968" w:rsidRDefault="00CA6E70">
      <w:pPr>
        <w:pStyle w:val="CMRSmallLabel"/>
        <w:spacing w:after="80"/>
      </w:pPr>
      <w:r>
        <w:rPr>
          <w:b w:val="0"/>
        </w:rPr>
        <w:t>ANSWER KEY  |  PAGE 28 OF 36</w:t>
      </w:r>
    </w:p>
    <w:p w14:paraId="44F91417" w14:textId="77777777" w:rsidR="00BE3968" w:rsidRDefault="00CA6E70">
      <w:pPr>
        <w:pStyle w:val="CMRPageTitle"/>
        <w:spacing w:after="100"/>
      </w:pPr>
      <w:r>
        <w:rPr>
          <w:b w:val="0"/>
        </w:rPr>
        <w:t>Answers and short explanations</w:t>
      </w:r>
    </w:p>
    <w:p w14:paraId="22848854" w14:textId="77777777" w:rsidR="00BE3968" w:rsidRDefault="00CA6E70">
      <w:pPr>
        <w:pStyle w:val="CMRBodySmall"/>
        <w:spacing w:after="120"/>
      </w:pPr>
      <w:r>
        <w:t>Find your problem number below. Compare your reasoning, not only the final answer.</w:t>
      </w:r>
    </w:p>
    <w:p w14:paraId="516ECD6A" w14:textId="77777777" w:rsidR="00BE3968" w:rsidRDefault="00CA6E70">
      <w:pPr>
        <w:pStyle w:val="CMRAnswerEntry"/>
        <w:spacing w:after="120"/>
      </w:pPr>
      <w:r>
        <w:rPr>
          <w:b/>
          <w:color w:val="1D4458"/>
        </w:rPr>
        <w:t xml:space="preserve">S2-139  $48.00.  </w:t>
      </w:r>
      <w:r>
        <w:t>Bill $30.00 + $10.00 = $40.00; tip 20% = $8.00; total $48.00.</w:t>
      </w:r>
    </w:p>
    <w:p w14:paraId="22CB3F9D" w14:textId="77777777" w:rsidR="00BE3968" w:rsidRDefault="00CA6E70">
      <w:pPr>
        <w:pStyle w:val="CMRAnswerEntry"/>
        <w:spacing w:after="120"/>
      </w:pPr>
      <w:r>
        <w:rPr>
          <w:b/>
          <w:color w:val="1D4458"/>
        </w:rPr>
        <w:t xml:space="preserve">S2-140  $55.00.  </w:t>
      </w:r>
      <w:r>
        <w:t>Bill $40.00 + $10.00 = $50.00; tip 10% = $5.00; total $55.00.</w:t>
      </w:r>
    </w:p>
    <w:p w14:paraId="6A543749" w14:textId="77777777" w:rsidR="00BE3968" w:rsidRDefault="00CA6E70">
      <w:pPr>
        <w:pStyle w:val="CMRAnswerEntry"/>
        <w:spacing w:after="120"/>
      </w:pPr>
      <w:r>
        <w:rPr>
          <w:b/>
          <w:color w:val="1D4458"/>
        </w:rPr>
        <w:t xml:space="preserve">S2-141  $34.00.  </w:t>
      </w:r>
      <w:r>
        <w:t>$56.00 + 8 × $12.00 = $152.00 saved; $186.00 − $152.00 = $34.00 still needed.</w:t>
      </w:r>
    </w:p>
    <w:p w14:paraId="3BD9CFC6" w14:textId="77777777" w:rsidR="00BE3968" w:rsidRDefault="00CA6E70">
      <w:pPr>
        <w:pStyle w:val="CMRAnswerEntry"/>
        <w:spacing w:after="120"/>
      </w:pPr>
      <w:r>
        <w:rPr>
          <w:b/>
          <w:color w:val="1D4458"/>
        </w:rPr>
        <w:t xml:space="preserve">S2-142  $32.00.  </w:t>
      </w:r>
      <w:r>
        <w:t>$43.00 + 3 × $5.00 = $58.00 saved; $90.00 − $58.00 = $32.00 still needed.</w:t>
      </w:r>
    </w:p>
    <w:p w14:paraId="2E04BA1E" w14:textId="77777777" w:rsidR="00BE3968" w:rsidRDefault="00CA6E70">
      <w:pPr>
        <w:pStyle w:val="CMRAnswerEntry"/>
        <w:spacing w:after="120"/>
      </w:pPr>
      <w:r>
        <w:rPr>
          <w:b/>
          <w:color w:val="1D4458"/>
        </w:rPr>
        <w:t xml:space="preserve">S2-143  $27.00.  </w:t>
      </w:r>
      <w:r>
        <w:t>$67.00 + 4 × $5.00 = $87.00 saved; $114.00 − $87.00 = $27.00 still needed.</w:t>
      </w:r>
    </w:p>
    <w:p w14:paraId="0664ECEA" w14:textId="77777777" w:rsidR="00BE3968" w:rsidRDefault="00CA6E70">
      <w:pPr>
        <w:pStyle w:val="CMRAnswerEntry"/>
        <w:spacing w:after="120"/>
      </w:pPr>
      <w:r>
        <w:rPr>
          <w:b/>
          <w:color w:val="1D4458"/>
        </w:rPr>
        <w:t xml:space="preserve">S2-144  $11.00.  </w:t>
      </w:r>
      <w:r>
        <w:t>$48.00 + 4 × $13.00 = $100.00 saved; $111.00 − $100.00 = $11.00 still needed.</w:t>
      </w:r>
    </w:p>
    <w:p w14:paraId="68E18294" w14:textId="77777777" w:rsidR="00BE3968" w:rsidRDefault="00CA6E70">
      <w:pPr>
        <w:pStyle w:val="CMRAnswerEntry"/>
        <w:spacing w:after="120"/>
      </w:pPr>
      <w:r>
        <w:rPr>
          <w:b/>
          <w:color w:val="1D4458"/>
        </w:rPr>
        <w:t xml:space="preserve">S2-145  $30.00.  </w:t>
      </w:r>
      <w:r>
        <w:t>$60.00 + 5 × $6.00 = $90.00 saved; $120.00 − $90.00 = $30.00 still needed.</w:t>
      </w:r>
    </w:p>
    <w:p w14:paraId="2E5B6319" w14:textId="77777777" w:rsidR="00BE3968" w:rsidRDefault="00CA6E70">
      <w:pPr>
        <w:pStyle w:val="CMRAnswerEntry"/>
        <w:spacing w:after="120"/>
      </w:pPr>
      <w:r>
        <w:rPr>
          <w:b/>
          <w:color w:val="1D4458"/>
        </w:rPr>
        <w:t xml:space="preserve">S2-146  $21.00.  </w:t>
      </w:r>
      <w:r>
        <w:t>$59.00 + 7 × $18.00 = $185.00 saved; $206.00 − $185.00 = $21.00 still needed.</w:t>
      </w:r>
    </w:p>
    <w:p w14:paraId="02F58F2D" w14:textId="77777777" w:rsidR="00BE3968" w:rsidRDefault="00CA6E70">
      <w:pPr>
        <w:pStyle w:val="CMRAnswerEntry"/>
        <w:spacing w:after="120"/>
      </w:pPr>
      <w:r>
        <w:rPr>
          <w:b/>
          <w:color w:val="1D4458"/>
        </w:rPr>
        <w:t xml:space="preserve">S2-147  $20.00.  </w:t>
      </w:r>
      <w:r>
        <w:t>$62.00 + 5 × $18.00 = $152.00 saved; $172.00 − $152.00 = $20.00 still needed.</w:t>
      </w:r>
    </w:p>
    <w:p w14:paraId="218263B4" w14:textId="77777777" w:rsidR="00BE3968" w:rsidRDefault="00CA6E70">
      <w:pPr>
        <w:pStyle w:val="CMRAnswerEntry"/>
        <w:spacing w:after="120"/>
      </w:pPr>
      <w:r>
        <w:rPr>
          <w:b/>
          <w:color w:val="1D4458"/>
        </w:rPr>
        <w:t xml:space="preserve">S2-148  $24.00.  </w:t>
      </w:r>
      <w:r>
        <w:t>$77.00 + 7 × $14.00 = $175.00 saved; $199.00 − $175.00 = $24.00 still needed.</w:t>
      </w:r>
    </w:p>
    <w:p w14:paraId="2237A645" w14:textId="77777777" w:rsidR="00BE3968" w:rsidRDefault="00CA6E70">
      <w:pPr>
        <w:pStyle w:val="CMRAnswerEntry"/>
        <w:spacing w:after="120"/>
      </w:pPr>
      <w:r>
        <w:rPr>
          <w:b/>
          <w:color w:val="1D4458"/>
        </w:rPr>
        <w:t xml:space="preserve">S2-149  $22.00.  </w:t>
      </w:r>
      <w:r>
        <w:t>$21.00 + 4 × $9.00 = $57.00 saved; $79.00 − $57.00 = $22.00 still needed.</w:t>
      </w:r>
    </w:p>
    <w:p w14:paraId="4BF2602F" w14:textId="77777777" w:rsidR="00BE3968" w:rsidRDefault="00CA6E70">
      <w:pPr>
        <w:pStyle w:val="CMRAnswerEntry"/>
        <w:spacing w:after="120"/>
      </w:pPr>
      <w:r>
        <w:rPr>
          <w:b/>
          <w:color w:val="1D4458"/>
        </w:rPr>
        <w:t xml:space="preserve">S2-150  $17.00.  </w:t>
      </w:r>
      <w:r>
        <w:t>$32.00 + 8 × $5.00 = $72.00 saved; $89.00 − $72.00 = $17.00 still needed.</w:t>
      </w:r>
    </w:p>
    <w:p w14:paraId="2C60D0FA" w14:textId="77777777" w:rsidR="00BE3968" w:rsidRDefault="00CA6E70">
      <w:pPr>
        <w:pStyle w:val="CMRAnswerEntry"/>
        <w:spacing w:after="120"/>
      </w:pPr>
      <w:r>
        <w:rPr>
          <w:b/>
          <w:color w:val="1D4458"/>
        </w:rPr>
        <w:t xml:space="preserve">S2-151  6 sandwiches.  </w:t>
      </w:r>
      <w:r>
        <w:t>12 ÷ 2 = 6; 6 × 1 = 6 sandwiches.</w:t>
      </w:r>
    </w:p>
    <w:p w14:paraId="193DE1DC" w14:textId="77777777" w:rsidR="00BE3968" w:rsidRDefault="00CA6E70">
      <w:pPr>
        <w:pStyle w:val="CMRAnswerEntry"/>
        <w:spacing w:after="120"/>
      </w:pPr>
      <w:r>
        <w:rPr>
          <w:b/>
          <w:color w:val="1D4458"/>
        </w:rPr>
        <w:t xml:space="preserve">S2-152  9 boxes.  </w:t>
      </w:r>
      <w:r>
        <w:t>36 ÷ 4 = 9; 9 × 1 = 9 boxes.</w:t>
      </w:r>
    </w:p>
    <w:p w14:paraId="760E82FF" w14:textId="77777777" w:rsidR="00BE3968" w:rsidRDefault="00CA6E70">
      <w:r>
        <w:br w:type="page"/>
      </w:r>
    </w:p>
    <w:p w14:paraId="25C454D1" w14:textId="77777777" w:rsidR="00BE3968" w:rsidRDefault="00CA6E70">
      <w:pPr>
        <w:pStyle w:val="CMRSmallLabel"/>
        <w:spacing w:after="80"/>
      </w:pPr>
      <w:r>
        <w:rPr>
          <w:b w:val="0"/>
        </w:rPr>
        <w:t>ANSWER KEY  |  PAGE 29 OF 36</w:t>
      </w:r>
    </w:p>
    <w:p w14:paraId="77F6AA38" w14:textId="77777777" w:rsidR="00BE3968" w:rsidRDefault="00CA6E70">
      <w:pPr>
        <w:pStyle w:val="CMRPageTitle"/>
        <w:spacing w:after="100"/>
      </w:pPr>
      <w:r>
        <w:rPr>
          <w:b w:val="0"/>
        </w:rPr>
        <w:t>Answers and short explanations</w:t>
      </w:r>
    </w:p>
    <w:p w14:paraId="4CED0D72" w14:textId="77777777" w:rsidR="00BE3968" w:rsidRDefault="00CA6E70">
      <w:pPr>
        <w:pStyle w:val="CMRBodySmall"/>
        <w:spacing w:after="120"/>
      </w:pPr>
      <w:r>
        <w:t>Find your problem number below. Compare your reasoning, not only the final answer.</w:t>
      </w:r>
    </w:p>
    <w:p w14:paraId="3D29A5DB" w14:textId="77777777" w:rsidR="00BE3968" w:rsidRDefault="00CA6E70">
      <w:pPr>
        <w:pStyle w:val="CMRAnswerEntry"/>
        <w:spacing w:after="120"/>
      </w:pPr>
      <w:r>
        <w:rPr>
          <w:b/>
          <w:color w:val="1D4458"/>
        </w:rPr>
        <w:t xml:space="preserve">S2-153  22 slices.  </w:t>
      </w:r>
      <w:r>
        <w:t>44 ÷ 2 = 22; 22 × 1 = 22 slices.</w:t>
      </w:r>
    </w:p>
    <w:p w14:paraId="01CC9B6D" w14:textId="77777777" w:rsidR="00BE3968" w:rsidRDefault="00CA6E70">
      <w:pPr>
        <w:pStyle w:val="CMRAnswerEntry"/>
        <w:spacing w:after="120"/>
      </w:pPr>
      <w:r>
        <w:rPr>
          <w:b/>
          <w:color w:val="1D4458"/>
        </w:rPr>
        <w:t xml:space="preserve">S2-154  9 sandwiches.  </w:t>
      </w:r>
      <w:r>
        <w:t>12 ÷ 4 = 3; 3 × 3 = 9 sandwiches.</w:t>
      </w:r>
    </w:p>
    <w:p w14:paraId="21736869" w14:textId="77777777" w:rsidR="00BE3968" w:rsidRDefault="00CA6E70">
      <w:pPr>
        <w:pStyle w:val="CMRAnswerEntry"/>
        <w:spacing w:after="120"/>
      </w:pPr>
      <w:r>
        <w:rPr>
          <w:b/>
          <w:color w:val="1D4458"/>
        </w:rPr>
        <w:t xml:space="preserve">S2-155  12 boxes.  </w:t>
      </w:r>
      <w:r>
        <w:t>32 ÷ 8 = 4; 4 × 3 = 12 boxes.</w:t>
      </w:r>
    </w:p>
    <w:p w14:paraId="63794662" w14:textId="77777777" w:rsidR="00BE3968" w:rsidRDefault="00CA6E70">
      <w:pPr>
        <w:pStyle w:val="CMRAnswerEntry"/>
        <w:spacing w:after="120"/>
      </w:pPr>
      <w:r>
        <w:rPr>
          <w:b/>
          <w:color w:val="1D4458"/>
        </w:rPr>
        <w:t xml:space="preserve">S2-156  15 slices.  </w:t>
      </w:r>
      <w:r>
        <w:t>40 ÷ 8 = 5; 5 × 3 = 15 slices.</w:t>
      </w:r>
    </w:p>
    <w:p w14:paraId="3E8DFDF6" w14:textId="77777777" w:rsidR="00BE3968" w:rsidRDefault="00CA6E70">
      <w:pPr>
        <w:pStyle w:val="CMRAnswerEntry"/>
        <w:spacing w:after="120"/>
      </w:pPr>
      <w:r>
        <w:rPr>
          <w:b/>
          <w:color w:val="1D4458"/>
        </w:rPr>
        <w:t xml:space="preserve">S2-157  18 sandwiches.  </w:t>
      </w:r>
      <w:r>
        <w:t>24 ÷ 4 = 6; 6 × 3 = 18 sandwiches.</w:t>
      </w:r>
    </w:p>
    <w:p w14:paraId="68549078" w14:textId="77777777" w:rsidR="00BE3968" w:rsidRDefault="00CA6E70">
      <w:pPr>
        <w:pStyle w:val="CMRAnswerEntry"/>
        <w:spacing w:after="120"/>
      </w:pPr>
      <w:r>
        <w:rPr>
          <w:b/>
          <w:color w:val="1D4458"/>
        </w:rPr>
        <w:t xml:space="preserve">S2-158  18 boxes.  </w:t>
      </w:r>
      <w:r>
        <w:t>36 ÷ 2 = 18; 18 × 1 = 18 boxes.</w:t>
      </w:r>
    </w:p>
    <w:p w14:paraId="0F373E16" w14:textId="77777777" w:rsidR="00BE3968" w:rsidRDefault="00CA6E70">
      <w:pPr>
        <w:pStyle w:val="CMRAnswerEntry"/>
        <w:spacing w:after="120"/>
      </w:pPr>
      <w:r>
        <w:rPr>
          <w:b/>
          <w:color w:val="1D4458"/>
        </w:rPr>
        <w:t xml:space="preserve">S2-159  16 slices.  </w:t>
      </w:r>
      <w:r>
        <w:t>32 ÷ 2 = 16; 16 × 1 = 16 slices.</w:t>
      </w:r>
    </w:p>
    <w:p w14:paraId="55559A72" w14:textId="77777777" w:rsidR="00BE3968" w:rsidRDefault="00CA6E70">
      <w:pPr>
        <w:pStyle w:val="CMRAnswerEntry"/>
        <w:spacing w:after="120"/>
      </w:pPr>
      <w:r>
        <w:rPr>
          <w:b/>
          <w:color w:val="1D4458"/>
        </w:rPr>
        <w:t xml:space="preserve">S2-160  9 sandwiches.  </w:t>
      </w:r>
      <w:r>
        <w:t>36 ÷ 4 = 9; 9 × 1 = 9 sandwiches.</w:t>
      </w:r>
    </w:p>
    <w:p w14:paraId="5012FA0E" w14:textId="77777777" w:rsidR="00BE3968" w:rsidRDefault="00CA6E70">
      <w:pPr>
        <w:pStyle w:val="CMRAnswerEntry"/>
        <w:spacing w:after="120"/>
      </w:pPr>
      <w:r>
        <w:rPr>
          <w:b/>
          <w:color w:val="1D4458"/>
        </w:rPr>
        <w:t xml:space="preserve">S2-161  192 ounces.  </w:t>
      </w:r>
      <w:r>
        <w:t>8 + 4 = 12 pounds; 12 × 16 = 192 ounces.</w:t>
      </w:r>
    </w:p>
    <w:p w14:paraId="030FC17B" w14:textId="77777777" w:rsidR="00BE3968" w:rsidRDefault="00CA6E70">
      <w:pPr>
        <w:pStyle w:val="CMRAnswerEntry"/>
        <w:spacing w:after="120"/>
      </w:pPr>
      <w:r>
        <w:rPr>
          <w:b/>
          <w:color w:val="1D4458"/>
        </w:rPr>
        <w:t xml:space="preserve">S2-162  30 feet.  </w:t>
      </w:r>
      <w:r>
        <w:t>7 + 3 = 10 yards; 10 × 3 = 30 feet.</w:t>
      </w:r>
    </w:p>
    <w:p w14:paraId="0E7E4FB9" w14:textId="77777777" w:rsidR="00BE3968" w:rsidRDefault="00CA6E70">
      <w:pPr>
        <w:pStyle w:val="CMRAnswerEntry"/>
        <w:spacing w:after="120"/>
      </w:pPr>
      <w:r>
        <w:rPr>
          <w:b/>
          <w:color w:val="1D4458"/>
        </w:rPr>
        <w:t xml:space="preserve">S2-163  192 ounces.  </w:t>
      </w:r>
      <w:r>
        <w:t>9 + 3 = 12 pounds; 12 × 16 = 192 ounces.</w:t>
      </w:r>
    </w:p>
    <w:p w14:paraId="1EC51CFD" w14:textId="77777777" w:rsidR="00BE3968" w:rsidRDefault="00CA6E70">
      <w:pPr>
        <w:pStyle w:val="CMRAnswerEntry"/>
        <w:spacing w:after="120"/>
      </w:pPr>
      <w:r>
        <w:rPr>
          <w:b/>
          <w:color w:val="1D4458"/>
        </w:rPr>
        <w:t xml:space="preserve">S2-164  30 feet.  </w:t>
      </w:r>
      <w:r>
        <w:t>6 + 4 = 10 yards; 10 × 3 = 30 feet.</w:t>
      </w:r>
    </w:p>
    <w:p w14:paraId="0AF5E9E9" w14:textId="77777777" w:rsidR="00BE3968" w:rsidRDefault="00CA6E70">
      <w:pPr>
        <w:pStyle w:val="CMRAnswerEntry"/>
        <w:spacing w:after="120"/>
      </w:pPr>
      <w:r>
        <w:rPr>
          <w:b/>
          <w:color w:val="1D4458"/>
        </w:rPr>
        <w:t xml:space="preserve">S2-165  96 ounces.  </w:t>
      </w:r>
      <w:r>
        <w:t>2 + 4 = 6 pounds; 6 × 16 = 96 ounces.</w:t>
      </w:r>
    </w:p>
    <w:p w14:paraId="171B3483" w14:textId="77777777" w:rsidR="00BE3968" w:rsidRDefault="00CA6E70">
      <w:pPr>
        <w:pStyle w:val="CMRAnswerEntry"/>
        <w:spacing w:after="120"/>
      </w:pPr>
      <w:r>
        <w:rPr>
          <w:b/>
          <w:color w:val="1D4458"/>
        </w:rPr>
        <w:t xml:space="preserve">S2-166  15 feet.  </w:t>
      </w:r>
      <w:r>
        <w:t>2 + 3 = 5 yards; 5 × 3 = 15 feet.</w:t>
      </w:r>
    </w:p>
    <w:p w14:paraId="09BA4728" w14:textId="77777777" w:rsidR="00BE3968" w:rsidRDefault="00CA6E70">
      <w:r>
        <w:br w:type="page"/>
      </w:r>
    </w:p>
    <w:p w14:paraId="4A487A89" w14:textId="77777777" w:rsidR="00BE3968" w:rsidRDefault="00CA6E70">
      <w:pPr>
        <w:pStyle w:val="CMRSmallLabel"/>
        <w:spacing w:after="80"/>
      </w:pPr>
      <w:r>
        <w:rPr>
          <w:b w:val="0"/>
        </w:rPr>
        <w:t>ANSWER KEY  |  PAGE 30 OF 36</w:t>
      </w:r>
    </w:p>
    <w:p w14:paraId="5991ABAA" w14:textId="77777777" w:rsidR="00BE3968" w:rsidRDefault="00CA6E70">
      <w:pPr>
        <w:pStyle w:val="CMRPageTitle"/>
        <w:spacing w:after="100"/>
      </w:pPr>
      <w:r>
        <w:rPr>
          <w:b w:val="0"/>
        </w:rPr>
        <w:t>Answers and short explanations</w:t>
      </w:r>
    </w:p>
    <w:p w14:paraId="4473870D" w14:textId="77777777" w:rsidR="00BE3968" w:rsidRDefault="00CA6E70">
      <w:pPr>
        <w:pStyle w:val="CMRBodySmall"/>
        <w:spacing w:after="120"/>
      </w:pPr>
      <w:r>
        <w:t>Find your problem number below. Compare your reasoning, not only the final answer.</w:t>
      </w:r>
    </w:p>
    <w:p w14:paraId="1F10E5F3" w14:textId="77777777" w:rsidR="00BE3968" w:rsidRDefault="00CA6E70">
      <w:pPr>
        <w:pStyle w:val="CMRAnswerEntry"/>
        <w:spacing w:after="120"/>
      </w:pPr>
      <w:r>
        <w:rPr>
          <w:b/>
          <w:color w:val="1D4458"/>
        </w:rPr>
        <w:t xml:space="preserve">S2-167  112 ounces.  </w:t>
      </w:r>
      <w:r>
        <w:t>4 + 3 = 7 pounds; 7 × 16 = 112 ounces.</w:t>
      </w:r>
    </w:p>
    <w:p w14:paraId="66526827" w14:textId="77777777" w:rsidR="00BE3968" w:rsidRDefault="00CA6E70">
      <w:pPr>
        <w:pStyle w:val="CMRAnswerEntry"/>
        <w:spacing w:after="120"/>
      </w:pPr>
      <w:r>
        <w:rPr>
          <w:b/>
          <w:color w:val="1D4458"/>
        </w:rPr>
        <w:t xml:space="preserve">S2-168  27 feet.  </w:t>
      </w:r>
      <w:r>
        <w:t>7 + 2 = 9 yards; 9 × 3 = 27 feet.</w:t>
      </w:r>
    </w:p>
    <w:p w14:paraId="027287F3" w14:textId="77777777" w:rsidR="00BE3968" w:rsidRDefault="00CA6E70">
      <w:pPr>
        <w:pStyle w:val="CMRAnswerEntry"/>
        <w:spacing w:after="120"/>
      </w:pPr>
      <w:r>
        <w:rPr>
          <w:b/>
          <w:color w:val="1D4458"/>
        </w:rPr>
        <w:t xml:space="preserve">S2-169  48 ounces.  </w:t>
      </w:r>
      <w:r>
        <w:t>2 + 1 = 3 pounds; 3 × 16 = 48 ounces.</w:t>
      </w:r>
    </w:p>
    <w:p w14:paraId="7ED61857" w14:textId="77777777" w:rsidR="00BE3968" w:rsidRDefault="00CA6E70">
      <w:pPr>
        <w:pStyle w:val="CMRAnswerEntry"/>
        <w:spacing w:after="120"/>
      </w:pPr>
      <w:r>
        <w:rPr>
          <w:b/>
          <w:color w:val="1D4458"/>
        </w:rPr>
        <w:t xml:space="preserve">S2-170  15 feet.  </w:t>
      </w:r>
      <w:r>
        <w:t>3 + 2 = 5 yards; 5 × 3 = 15 feet.</w:t>
      </w:r>
    </w:p>
    <w:p w14:paraId="7670C21B" w14:textId="77777777" w:rsidR="00BE3968" w:rsidRDefault="00CA6E70">
      <w:pPr>
        <w:pStyle w:val="CMRAnswerEntry"/>
        <w:spacing w:after="120"/>
      </w:pPr>
      <w:r>
        <w:rPr>
          <w:b/>
          <w:color w:val="1D4458"/>
        </w:rPr>
        <w:t xml:space="preserve">S2-171  192 square feet.  </w:t>
      </w:r>
      <w:r>
        <w:t>Area 14 × 13 = 182 sq ft; add 5% → 191.10 sq ft; round up to 192 sq ft.</w:t>
      </w:r>
    </w:p>
    <w:p w14:paraId="5ED38A5B" w14:textId="77777777" w:rsidR="00BE3968" w:rsidRDefault="00CA6E70">
      <w:pPr>
        <w:pStyle w:val="CMRAnswerEntry"/>
        <w:spacing w:after="120"/>
      </w:pPr>
      <w:r>
        <w:rPr>
          <w:b/>
          <w:color w:val="1D4458"/>
        </w:rPr>
        <w:t xml:space="preserve">S2-172  138 square feet.  </w:t>
      </w:r>
      <w:r>
        <w:t>Area 12 × 10 = 120 sq ft; add 15% → 138.00 sq ft; round up to 138 sq ft.</w:t>
      </w:r>
    </w:p>
    <w:p w14:paraId="746FAB55" w14:textId="77777777" w:rsidR="00BE3968" w:rsidRDefault="00CA6E70">
      <w:pPr>
        <w:pStyle w:val="CMRAnswerEntry"/>
        <w:spacing w:after="120"/>
      </w:pPr>
      <w:r>
        <w:rPr>
          <w:b/>
          <w:color w:val="1D4458"/>
        </w:rPr>
        <w:t xml:space="preserve">S2-173  231 square feet.  </w:t>
      </w:r>
      <w:r>
        <w:t>Area 20 × 11 = 220 sq ft; add 5% → 231.00 sq ft; round up to 231 sq ft.</w:t>
      </w:r>
    </w:p>
    <w:p w14:paraId="7B0CD9C1" w14:textId="77777777" w:rsidR="00BE3968" w:rsidRDefault="00CA6E70">
      <w:pPr>
        <w:pStyle w:val="CMRAnswerEntry"/>
        <w:spacing w:after="120"/>
      </w:pPr>
      <w:r>
        <w:rPr>
          <w:b/>
          <w:color w:val="1D4458"/>
        </w:rPr>
        <w:t xml:space="preserve">S2-174  294 square feet.  </w:t>
      </w:r>
      <w:r>
        <w:t>Area 20 × 14 = 280 sq ft; add 5% → 294.00 sq ft; round up to 294 sq ft.</w:t>
      </w:r>
    </w:p>
    <w:p w14:paraId="370AC750" w14:textId="77777777" w:rsidR="00BE3968" w:rsidRDefault="00CA6E70">
      <w:pPr>
        <w:pStyle w:val="CMRAnswerEntry"/>
        <w:spacing w:after="120"/>
      </w:pPr>
      <w:r>
        <w:rPr>
          <w:b/>
          <w:color w:val="1D4458"/>
        </w:rPr>
        <w:t xml:space="preserve">S2-175  162 square feet.  </w:t>
      </w:r>
      <w:r>
        <w:t>Area 11 × 14 = 154 sq ft; add 5% → 161.70 sq ft; round up to 162 sq ft.</w:t>
      </w:r>
    </w:p>
    <w:p w14:paraId="338D07D4" w14:textId="77777777" w:rsidR="00BE3968" w:rsidRDefault="00CA6E70">
      <w:pPr>
        <w:pStyle w:val="CMRAnswerEntry"/>
        <w:spacing w:after="120"/>
      </w:pPr>
      <w:r>
        <w:rPr>
          <w:b/>
          <w:color w:val="1D4458"/>
        </w:rPr>
        <w:t xml:space="preserve">S2-176  252 square feet.  </w:t>
      </w:r>
      <w:r>
        <w:t>Area 20 × 12 = 240 sq ft; add 5% → 252.00 sq ft; round up to 252 sq ft.</w:t>
      </w:r>
    </w:p>
    <w:p w14:paraId="44721998" w14:textId="77777777" w:rsidR="00BE3968" w:rsidRDefault="00CA6E70">
      <w:pPr>
        <w:pStyle w:val="CMRAnswerEntry"/>
        <w:spacing w:after="120"/>
      </w:pPr>
      <w:r>
        <w:rPr>
          <w:b/>
          <w:color w:val="1D4458"/>
        </w:rPr>
        <w:t xml:space="preserve">S2-177  110 square feet.  </w:t>
      </w:r>
      <w:r>
        <w:t>Area 10 × 10 = 100 sq ft; add 10% → 110.00 sq ft; round up to 110 sq ft.</w:t>
      </w:r>
    </w:p>
    <w:p w14:paraId="684CC44B" w14:textId="77777777" w:rsidR="00BE3968" w:rsidRDefault="00CA6E70">
      <w:pPr>
        <w:pStyle w:val="CMRAnswerEntry"/>
        <w:spacing w:after="120"/>
      </w:pPr>
      <w:r>
        <w:rPr>
          <w:b/>
          <w:color w:val="1D4458"/>
        </w:rPr>
        <w:t xml:space="preserve">S2-178  172 square feet.  </w:t>
      </w:r>
      <w:r>
        <w:t>Area 13 × 12 = 156 sq ft; add 10% → 171.60 sq ft; round up to 172 sq ft.</w:t>
      </w:r>
    </w:p>
    <w:p w14:paraId="6413568C" w14:textId="77777777" w:rsidR="00BE3968" w:rsidRDefault="00CA6E70">
      <w:pPr>
        <w:pStyle w:val="CMRAnswerEntry"/>
        <w:spacing w:after="120"/>
      </w:pPr>
      <w:r>
        <w:rPr>
          <w:b/>
          <w:color w:val="1D4458"/>
        </w:rPr>
        <w:t xml:space="preserve">S2-179  220 square feet.  </w:t>
      </w:r>
      <w:r>
        <w:t>Area 19 × 11 = 209 sq ft; add 5% → 219.45 sq ft; round up to 220 sq ft.</w:t>
      </w:r>
    </w:p>
    <w:p w14:paraId="54EC28E0" w14:textId="77777777" w:rsidR="00BE3968" w:rsidRDefault="00CA6E70">
      <w:pPr>
        <w:pStyle w:val="CMRAnswerEntry"/>
        <w:spacing w:after="120"/>
      </w:pPr>
      <w:r>
        <w:rPr>
          <w:b/>
          <w:color w:val="1D4458"/>
        </w:rPr>
        <w:t xml:space="preserve">S2-180  210 square feet.  </w:t>
      </w:r>
      <w:r>
        <w:t>Area 13 × 14 = 182 sq ft; add 15% → 209.30 sq ft; round up to 210 sq ft.</w:t>
      </w:r>
    </w:p>
    <w:p w14:paraId="02E9086C" w14:textId="77777777" w:rsidR="00BE3968" w:rsidRDefault="00CA6E70">
      <w:r>
        <w:br w:type="page"/>
      </w:r>
    </w:p>
    <w:p w14:paraId="40F4D20E" w14:textId="77777777" w:rsidR="00BE3968" w:rsidRDefault="00CA6E70">
      <w:pPr>
        <w:pStyle w:val="CMRSmallLabel"/>
        <w:spacing w:after="80"/>
      </w:pPr>
      <w:r>
        <w:rPr>
          <w:b w:val="0"/>
        </w:rPr>
        <w:t>ANSWER KEY  |  PAGE 31 OF 36</w:t>
      </w:r>
    </w:p>
    <w:p w14:paraId="0B2B2D1F" w14:textId="77777777" w:rsidR="00BE3968" w:rsidRDefault="00CA6E70">
      <w:pPr>
        <w:pStyle w:val="CMRPageTitle"/>
        <w:spacing w:after="100"/>
      </w:pPr>
      <w:r>
        <w:rPr>
          <w:b w:val="0"/>
        </w:rPr>
        <w:t>Answers and short explanations</w:t>
      </w:r>
    </w:p>
    <w:p w14:paraId="126EB410" w14:textId="77777777" w:rsidR="00BE3968" w:rsidRDefault="00CA6E70">
      <w:pPr>
        <w:pStyle w:val="CMRBodySmall"/>
        <w:spacing w:after="120"/>
      </w:pPr>
      <w:r>
        <w:t>Find your problem number below. Compare your reasoning, not only the final answer.</w:t>
      </w:r>
    </w:p>
    <w:p w14:paraId="3BFE8D53" w14:textId="77777777" w:rsidR="00BE3968" w:rsidRDefault="00CA6E70">
      <w:pPr>
        <w:pStyle w:val="CMRAnswerEntry"/>
        <w:spacing w:after="120"/>
      </w:pPr>
      <w:r>
        <w:rPr>
          <w:b/>
          <w:color w:val="1D4458"/>
        </w:rPr>
        <w:t xml:space="preserve">S2-181  6 cans.  </w:t>
      </w:r>
      <w:r>
        <w:t>276 × 2 coats = 552 sq ft; 552 ÷ 100 ≈ 5.52 cans; round up to 6.</w:t>
      </w:r>
    </w:p>
    <w:p w14:paraId="2F8075E1" w14:textId="77777777" w:rsidR="00BE3968" w:rsidRDefault="00CA6E70">
      <w:pPr>
        <w:pStyle w:val="CMRAnswerEntry"/>
        <w:spacing w:after="120"/>
      </w:pPr>
      <w:r>
        <w:rPr>
          <w:b/>
          <w:color w:val="1D4458"/>
        </w:rPr>
        <w:t xml:space="preserve">S2-182  6 cans.  </w:t>
      </w:r>
      <w:r>
        <w:t>235 × 2 coats = 470 sq ft; 470 ÷ 80 ≈ 5.88 cans; round up to 6.</w:t>
      </w:r>
    </w:p>
    <w:p w14:paraId="6E371293" w14:textId="77777777" w:rsidR="00BE3968" w:rsidRDefault="00CA6E70">
      <w:pPr>
        <w:pStyle w:val="CMRAnswerEntry"/>
        <w:spacing w:after="120"/>
      </w:pPr>
      <w:r>
        <w:rPr>
          <w:b/>
          <w:color w:val="1D4458"/>
        </w:rPr>
        <w:t xml:space="preserve">S2-183  4 cans.  </w:t>
      </w:r>
      <w:r>
        <w:t>193 × 2 coats = 386 sq ft; 386 ÷ 100 ≈ 3.86 cans; round up to 4.</w:t>
      </w:r>
    </w:p>
    <w:p w14:paraId="51D08970" w14:textId="77777777" w:rsidR="00BE3968" w:rsidRDefault="00CA6E70">
      <w:pPr>
        <w:pStyle w:val="CMRAnswerEntry"/>
        <w:spacing w:after="120"/>
      </w:pPr>
      <w:r>
        <w:rPr>
          <w:b/>
          <w:color w:val="1D4458"/>
        </w:rPr>
        <w:t xml:space="preserve">S2-184  4 cans.  </w:t>
      </w:r>
      <w:r>
        <w:t>266 × 2 coats = 532 sq ft; 532 ÷ 150 ≈ 3.55 cans; round up to 4.</w:t>
      </w:r>
    </w:p>
    <w:p w14:paraId="4835673A" w14:textId="77777777" w:rsidR="00BE3968" w:rsidRDefault="00CA6E70">
      <w:pPr>
        <w:pStyle w:val="CMRAnswerEntry"/>
        <w:spacing w:after="120"/>
      </w:pPr>
      <w:r>
        <w:rPr>
          <w:b/>
          <w:color w:val="1D4458"/>
        </w:rPr>
        <w:t xml:space="preserve">S2-185  9 cans.  </w:t>
      </w:r>
      <w:r>
        <w:t>346 × 2 coats = 692 sq ft; 692 ÷ 80 ≈ 8.65 cans; round up to 9.</w:t>
      </w:r>
    </w:p>
    <w:p w14:paraId="43C5F83B" w14:textId="77777777" w:rsidR="00BE3968" w:rsidRDefault="00CA6E70">
      <w:pPr>
        <w:pStyle w:val="CMRAnswerEntry"/>
        <w:spacing w:after="120"/>
      </w:pPr>
      <w:r>
        <w:rPr>
          <w:b/>
          <w:color w:val="1D4458"/>
        </w:rPr>
        <w:t xml:space="preserve">S2-186  4 cans.  </w:t>
      </w:r>
      <w:r>
        <w:t>237 × 2 coats = 474 sq ft; 474 ÷ 150 ≈ 3.16 cans; round up to 4.</w:t>
      </w:r>
    </w:p>
    <w:p w14:paraId="1CD0D94F" w14:textId="77777777" w:rsidR="00BE3968" w:rsidRDefault="00CA6E70">
      <w:pPr>
        <w:pStyle w:val="CMRAnswerEntry"/>
        <w:spacing w:after="120"/>
      </w:pPr>
      <w:r>
        <w:rPr>
          <w:b/>
          <w:color w:val="1D4458"/>
        </w:rPr>
        <w:t xml:space="preserve">S2-187  6 cans.  </w:t>
      </w:r>
      <w:r>
        <w:t>289 × 2 coats = 578 sq ft; 578 ÷ 100 ≈ 5.78 cans; round up to 6.</w:t>
      </w:r>
    </w:p>
    <w:p w14:paraId="132D786E" w14:textId="77777777" w:rsidR="00BE3968" w:rsidRDefault="00CA6E70">
      <w:pPr>
        <w:pStyle w:val="CMRAnswerEntry"/>
        <w:spacing w:after="120"/>
      </w:pPr>
      <w:r>
        <w:rPr>
          <w:b/>
          <w:color w:val="1D4458"/>
        </w:rPr>
        <w:t xml:space="preserve">S2-188  6 cans.  </w:t>
      </w:r>
      <w:r>
        <w:t>294 × 2 coats = 588 sq ft; 588 ÷ 100 ≈ 5.88 cans; round up to 6.</w:t>
      </w:r>
    </w:p>
    <w:p w14:paraId="5271C770" w14:textId="77777777" w:rsidR="00BE3968" w:rsidRDefault="00CA6E70">
      <w:pPr>
        <w:pStyle w:val="CMRAnswerEntry"/>
        <w:spacing w:after="120"/>
      </w:pPr>
      <w:r>
        <w:rPr>
          <w:b/>
          <w:color w:val="1D4458"/>
        </w:rPr>
        <w:t xml:space="preserve">S2-189  8 cans.  </w:t>
      </w:r>
      <w:r>
        <w:t>356 × 2 coats = 712 sq ft; 712 ÷ 100 ≈ 7.12 cans; round up to 8.</w:t>
      </w:r>
    </w:p>
    <w:p w14:paraId="71FCE55B" w14:textId="77777777" w:rsidR="00BE3968" w:rsidRDefault="00CA6E70">
      <w:pPr>
        <w:pStyle w:val="CMRAnswerEntry"/>
        <w:spacing w:after="120"/>
      </w:pPr>
      <w:r>
        <w:rPr>
          <w:b/>
          <w:color w:val="1D4458"/>
        </w:rPr>
        <w:t xml:space="preserve">S2-190  4 cans.  </w:t>
      </w:r>
      <w:r>
        <w:t>202 × 2 coats = 404 sq ft; 404 ÷ 120 ≈ 3.37 cans; round up to 4.</w:t>
      </w:r>
    </w:p>
    <w:p w14:paraId="0DF7D3D1" w14:textId="77777777" w:rsidR="00BE3968" w:rsidRDefault="00CA6E70">
      <w:pPr>
        <w:pStyle w:val="CMRAnswerEntry"/>
        <w:spacing w:after="120"/>
      </w:pPr>
      <w:r>
        <w:rPr>
          <w:b/>
          <w:color w:val="1D4458"/>
        </w:rPr>
        <w:t xml:space="preserve">S2-191  $15.00.  </w:t>
      </w:r>
      <w:r>
        <w:t>60 + 15 = 75 miles; 75 ÷ 15 = 5 gallons; 5 × $3.00 = $15.00.</w:t>
      </w:r>
    </w:p>
    <w:p w14:paraId="7785A0DC" w14:textId="77777777" w:rsidR="00BE3968" w:rsidRDefault="00CA6E70">
      <w:pPr>
        <w:pStyle w:val="CMRAnswerEntry"/>
        <w:spacing w:after="120"/>
      </w:pPr>
      <w:r>
        <w:rPr>
          <w:b/>
          <w:color w:val="1D4458"/>
        </w:rPr>
        <w:t xml:space="preserve">S2-192  $45.00.  </w:t>
      </w:r>
      <w:r>
        <w:t>180 + 45 = 225 miles; 225 ÷ 15 = 15 gallons; 15 × $3.00 = $45.00.</w:t>
      </w:r>
    </w:p>
    <w:p w14:paraId="5C791101" w14:textId="77777777" w:rsidR="00BE3968" w:rsidRDefault="00CA6E70">
      <w:pPr>
        <w:pStyle w:val="CMRAnswerEntry"/>
        <w:spacing w:after="120"/>
      </w:pPr>
      <w:r>
        <w:rPr>
          <w:b/>
          <w:color w:val="1D4458"/>
        </w:rPr>
        <w:t xml:space="preserve">S2-193  $15.75.  </w:t>
      </w:r>
      <w:r>
        <w:t>90 + 45 = 135 miles; 135 ÷ 30 = 4.5 gallons; 4.5 × $3.50 = $15.75.</w:t>
      </w:r>
    </w:p>
    <w:p w14:paraId="2B8E4196" w14:textId="77777777" w:rsidR="00BE3968" w:rsidRDefault="00CA6E70">
      <w:pPr>
        <w:pStyle w:val="CMRAnswerEntry"/>
        <w:spacing w:after="120"/>
      </w:pPr>
      <w:r>
        <w:rPr>
          <w:b/>
          <w:color w:val="1D4458"/>
        </w:rPr>
        <w:t xml:space="preserve">S2-194  $8.75.  </w:t>
      </w:r>
      <w:r>
        <w:t>60 + 15 = 75 miles; 75 ÷ 30 = 2.5 gallons; 2.5 × $3.50 = $8.75.</w:t>
      </w:r>
    </w:p>
    <w:p w14:paraId="0B76D264" w14:textId="77777777" w:rsidR="00BE3968" w:rsidRDefault="00CA6E70">
      <w:r>
        <w:br w:type="page"/>
      </w:r>
    </w:p>
    <w:p w14:paraId="6871F0F6" w14:textId="77777777" w:rsidR="00BE3968" w:rsidRDefault="00CA6E70">
      <w:pPr>
        <w:pStyle w:val="CMRSmallLabel"/>
        <w:spacing w:after="80"/>
      </w:pPr>
      <w:r>
        <w:rPr>
          <w:b w:val="0"/>
        </w:rPr>
        <w:t>ANSWER KEY  |  PAGE 32 OF 36</w:t>
      </w:r>
    </w:p>
    <w:p w14:paraId="7635F4C4" w14:textId="77777777" w:rsidR="00BE3968" w:rsidRDefault="00CA6E70">
      <w:pPr>
        <w:pStyle w:val="CMRPageTitle"/>
        <w:spacing w:after="100"/>
      </w:pPr>
      <w:r>
        <w:rPr>
          <w:b w:val="0"/>
        </w:rPr>
        <w:t>Answers and short explanations</w:t>
      </w:r>
    </w:p>
    <w:p w14:paraId="0EFBF685" w14:textId="77777777" w:rsidR="00BE3968" w:rsidRDefault="00CA6E70">
      <w:pPr>
        <w:pStyle w:val="CMRBodySmall"/>
        <w:spacing w:after="120"/>
      </w:pPr>
      <w:r>
        <w:t>Find your problem number below. Compare your reasoning, not only the final answer.</w:t>
      </w:r>
    </w:p>
    <w:p w14:paraId="732D14C5" w14:textId="77777777" w:rsidR="00BE3968" w:rsidRDefault="00CA6E70">
      <w:pPr>
        <w:pStyle w:val="CMRAnswerEntry"/>
        <w:spacing w:after="120"/>
      </w:pPr>
      <w:r>
        <w:rPr>
          <w:b/>
          <w:color w:val="1D4458"/>
        </w:rPr>
        <w:t xml:space="preserve">S2-195  $10.50.  </w:t>
      </w:r>
      <w:r>
        <w:t>90 + 15 = 105 miles; 105 ÷ 30 = 3.5 gallons; 3.5 × $3.00 = $10.50.</w:t>
      </w:r>
    </w:p>
    <w:p w14:paraId="2382BC35" w14:textId="77777777" w:rsidR="00BE3968" w:rsidRDefault="00CA6E70">
      <w:pPr>
        <w:pStyle w:val="CMRAnswerEntry"/>
        <w:spacing w:after="120"/>
      </w:pPr>
      <w:r>
        <w:rPr>
          <w:b/>
          <w:color w:val="1D4458"/>
        </w:rPr>
        <w:t xml:space="preserve">S2-196  $18.38.  </w:t>
      </w:r>
      <w:r>
        <w:t>90 + 15 = 105 miles; 105 ÷ 20 = 5.25 gallons; 5.25 × $3.50 = $18.38.</w:t>
      </w:r>
    </w:p>
    <w:p w14:paraId="697B13CB" w14:textId="77777777" w:rsidR="00BE3968" w:rsidRDefault="00CA6E70">
      <w:pPr>
        <w:pStyle w:val="CMRAnswerEntry"/>
        <w:spacing w:after="120"/>
      </w:pPr>
      <w:r>
        <w:rPr>
          <w:b/>
          <w:color w:val="1D4458"/>
        </w:rPr>
        <w:t xml:space="preserve">S2-197  $35.00.  </w:t>
      </w:r>
      <w:r>
        <w:t>150 + 50 = 200 miles; 200 ÷ 20 = 10 gallons; 10 × $3.50 = $35.00.</w:t>
      </w:r>
    </w:p>
    <w:p w14:paraId="31B34B15" w14:textId="77777777" w:rsidR="00BE3968" w:rsidRDefault="00CA6E70">
      <w:pPr>
        <w:pStyle w:val="CMRAnswerEntry"/>
        <w:spacing w:after="120"/>
      </w:pPr>
      <w:r>
        <w:rPr>
          <w:b/>
          <w:color w:val="1D4458"/>
        </w:rPr>
        <w:t xml:space="preserve">S2-198  $22.75.  </w:t>
      </w:r>
      <w:r>
        <w:t>180 + 15 = 195 miles; 195 ÷ 30 = 6.5 gallons; 6.5 × $3.50 = $22.75.</w:t>
      </w:r>
    </w:p>
    <w:p w14:paraId="46543387" w14:textId="77777777" w:rsidR="00BE3968" w:rsidRDefault="00CA6E70">
      <w:pPr>
        <w:pStyle w:val="CMRAnswerEntry"/>
        <w:spacing w:after="120"/>
      </w:pPr>
      <w:r>
        <w:rPr>
          <w:b/>
          <w:color w:val="1D4458"/>
        </w:rPr>
        <w:t xml:space="preserve">S2-199  $22.00.  </w:t>
      </w:r>
      <w:r>
        <w:t>150 + 15 = 165 miles; 165 ÷ 30 = 5.5 gallons; 5.5 × $4.00 = $22.00.</w:t>
      </w:r>
    </w:p>
    <w:p w14:paraId="2749A626" w14:textId="77777777" w:rsidR="00BE3968" w:rsidRDefault="00CA6E70">
      <w:pPr>
        <w:pStyle w:val="CMRAnswerEntry"/>
        <w:spacing w:after="120"/>
      </w:pPr>
      <w:r>
        <w:rPr>
          <w:b/>
          <w:color w:val="1D4458"/>
        </w:rPr>
        <w:t xml:space="preserve">S2-200  $26.25.  </w:t>
      </w:r>
      <w:r>
        <w:t>180 + 45 = 225 miles; 225 ÷ 30 = 7.5 gallons; 7.5 × $3.50 = $26.25.</w:t>
      </w:r>
    </w:p>
    <w:p w14:paraId="4F77CD0E" w14:textId="77777777" w:rsidR="00BE3968" w:rsidRDefault="00CA6E70">
      <w:pPr>
        <w:pStyle w:val="CMRAnswerEntry"/>
        <w:spacing w:after="120"/>
      </w:pPr>
      <w:r>
        <w:rPr>
          <w:b/>
          <w:color w:val="1D4458"/>
        </w:rPr>
        <w:t xml:space="preserve">S2-201  6 cups.  </w:t>
      </w:r>
      <w:r>
        <w:t>21 ÷ 7 = 3 times as many people; 2 × 3 = 6 cups.</w:t>
      </w:r>
    </w:p>
    <w:p w14:paraId="42027657" w14:textId="77777777" w:rsidR="00BE3968" w:rsidRDefault="00CA6E70">
      <w:pPr>
        <w:pStyle w:val="CMRAnswerEntry"/>
        <w:spacing w:after="120"/>
      </w:pPr>
      <w:r>
        <w:rPr>
          <w:b/>
          <w:color w:val="1D4458"/>
        </w:rPr>
        <w:t xml:space="preserve">S2-202  12 cups.  </w:t>
      </w:r>
      <w:r>
        <w:t>32 ÷ 8 = 4 times as many people; 3 × 4 = 12 cups.</w:t>
      </w:r>
    </w:p>
    <w:p w14:paraId="7382C2CA" w14:textId="77777777" w:rsidR="00BE3968" w:rsidRDefault="00CA6E70">
      <w:pPr>
        <w:pStyle w:val="CMRAnswerEntry"/>
        <w:spacing w:after="120"/>
      </w:pPr>
      <w:r>
        <w:rPr>
          <w:b/>
          <w:color w:val="1D4458"/>
        </w:rPr>
        <w:t xml:space="preserve">S2-203  20 cups.  </w:t>
      </w:r>
      <w:r>
        <w:t>20 ÷ 5 = 4 times as many people; 5 × 4 = 20 cups.</w:t>
      </w:r>
    </w:p>
    <w:p w14:paraId="7A77C1C1" w14:textId="77777777" w:rsidR="00BE3968" w:rsidRDefault="00CA6E70">
      <w:pPr>
        <w:pStyle w:val="CMRAnswerEntry"/>
        <w:spacing w:after="120"/>
      </w:pPr>
      <w:r>
        <w:rPr>
          <w:b/>
          <w:color w:val="1D4458"/>
        </w:rPr>
        <w:t xml:space="preserve">S2-204  16 cups.  </w:t>
      </w:r>
      <w:r>
        <w:t>24 ÷ 6 = 4 times as many people; 4 × 4 = 16 cups.</w:t>
      </w:r>
    </w:p>
    <w:p w14:paraId="5F510B69" w14:textId="77777777" w:rsidR="00BE3968" w:rsidRDefault="00CA6E70">
      <w:pPr>
        <w:pStyle w:val="CMRAnswerEntry"/>
        <w:spacing w:after="120"/>
      </w:pPr>
      <w:r>
        <w:rPr>
          <w:b/>
          <w:color w:val="1D4458"/>
        </w:rPr>
        <w:t xml:space="preserve">S2-205  12 cups.  </w:t>
      </w:r>
      <w:r>
        <w:t>18 ÷ 6 = 3 times as many people; 4 × 3 = 12 cups.</w:t>
      </w:r>
    </w:p>
    <w:p w14:paraId="432FB68D" w14:textId="77777777" w:rsidR="00BE3968" w:rsidRDefault="00CA6E70">
      <w:pPr>
        <w:pStyle w:val="CMRAnswerEntry"/>
        <w:spacing w:after="120"/>
      </w:pPr>
      <w:r>
        <w:rPr>
          <w:b/>
          <w:color w:val="1D4458"/>
        </w:rPr>
        <w:t xml:space="preserve">S2-206  9 cups.  </w:t>
      </w:r>
      <w:r>
        <w:t>15 ÷ 5 = 3 times as many people; 3 × 3 = 9 cups.</w:t>
      </w:r>
    </w:p>
    <w:p w14:paraId="187B1F49" w14:textId="77777777" w:rsidR="00BE3968" w:rsidRDefault="00CA6E70">
      <w:pPr>
        <w:pStyle w:val="CMRAnswerEntry"/>
        <w:spacing w:after="120"/>
      </w:pPr>
      <w:r>
        <w:rPr>
          <w:b/>
          <w:color w:val="1D4458"/>
        </w:rPr>
        <w:t xml:space="preserve">S2-207  15 cups.  </w:t>
      </w:r>
      <w:r>
        <w:t>12 ÷ 4 = 3 times as many people; 5 × 3 = 15 cups.</w:t>
      </w:r>
    </w:p>
    <w:p w14:paraId="466BE1C0" w14:textId="77777777" w:rsidR="00BE3968" w:rsidRDefault="00CA6E70">
      <w:pPr>
        <w:pStyle w:val="CMRAnswerEntry"/>
        <w:spacing w:after="120"/>
      </w:pPr>
      <w:r>
        <w:rPr>
          <w:b/>
          <w:color w:val="1D4458"/>
        </w:rPr>
        <w:t xml:space="preserve">S2-208  20 cups.  </w:t>
      </w:r>
      <w:r>
        <w:t>28 ÷ 7 = 4 times as many people; 5 × 4 = 20 cups.</w:t>
      </w:r>
    </w:p>
    <w:p w14:paraId="33C05F5D" w14:textId="77777777" w:rsidR="00BE3968" w:rsidRDefault="00CA6E70">
      <w:r>
        <w:br w:type="page"/>
      </w:r>
    </w:p>
    <w:p w14:paraId="761739BD" w14:textId="77777777" w:rsidR="00BE3968" w:rsidRDefault="00CA6E70">
      <w:pPr>
        <w:pStyle w:val="CMRSmallLabel"/>
        <w:spacing w:after="80"/>
      </w:pPr>
      <w:r>
        <w:rPr>
          <w:b w:val="0"/>
        </w:rPr>
        <w:t>ANSWER KEY  |  PAGE 33 OF 36</w:t>
      </w:r>
    </w:p>
    <w:p w14:paraId="740F0862" w14:textId="77777777" w:rsidR="00BE3968" w:rsidRDefault="00CA6E70">
      <w:pPr>
        <w:pStyle w:val="CMRPageTitle"/>
        <w:spacing w:after="100"/>
      </w:pPr>
      <w:r>
        <w:rPr>
          <w:b w:val="0"/>
        </w:rPr>
        <w:t>Answers and short explanations</w:t>
      </w:r>
    </w:p>
    <w:p w14:paraId="7FC19A33" w14:textId="77777777" w:rsidR="00BE3968" w:rsidRDefault="00CA6E70">
      <w:pPr>
        <w:pStyle w:val="CMRBodySmall"/>
        <w:spacing w:after="120"/>
      </w:pPr>
      <w:r>
        <w:t>Find your problem number below. Compare your reasoning, not only the final answer.</w:t>
      </w:r>
    </w:p>
    <w:p w14:paraId="41458772" w14:textId="77777777" w:rsidR="00BE3968" w:rsidRDefault="00CA6E70">
      <w:pPr>
        <w:pStyle w:val="CMRAnswerEntry"/>
        <w:spacing w:after="120"/>
      </w:pPr>
      <w:r>
        <w:rPr>
          <w:b/>
          <w:color w:val="1D4458"/>
        </w:rPr>
        <w:t xml:space="preserve">S2-209  15 cups.  </w:t>
      </w:r>
      <w:r>
        <w:t>21 ÷ 7 = 3 times as many people; 5 × 3 = 15 cups.</w:t>
      </w:r>
    </w:p>
    <w:p w14:paraId="2369F011" w14:textId="77777777" w:rsidR="00BE3968" w:rsidRDefault="00CA6E70">
      <w:pPr>
        <w:pStyle w:val="CMRAnswerEntry"/>
        <w:spacing w:after="120"/>
      </w:pPr>
      <w:r>
        <w:rPr>
          <w:b/>
          <w:color w:val="1D4458"/>
        </w:rPr>
        <w:t xml:space="preserve">S2-210  9 cups.  </w:t>
      </w:r>
      <w:r>
        <w:t>18 ÷ 6 = 3 times as many people; 3 × 3 = 9 cups.</w:t>
      </w:r>
    </w:p>
    <w:p w14:paraId="322B72E0" w14:textId="77777777" w:rsidR="00BE3968" w:rsidRDefault="00CA6E70">
      <w:pPr>
        <w:pStyle w:val="CMRAnswerEntry"/>
        <w:spacing w:after="120"/>
      </w:pPr>
      <w:r>
        <w:rPr>
          <w:b/>
          <w:color w:val="1D4458"/>
        </w:rPr>
        <w:t xml:space="preserve">S2-211  135 minutes.  </w:t>
      </w:r>
      <w:r>
        <w:t>Computer class 9:00 AM–10:30 AM = 90 minutes; interview practice 10:45 AM–11:30 AM = 45 minutes; 90 + 45 = 135 minutes. Registration and the break are not counted.</w:t>
      </w:r>
    </w:p>
    <w:p w14:paraId="47E2C5C7" w14:textId="77777777" w:rsidR="00BE3968" w:rsidRDefault="00CA6E70">
      <w:pPr>
        <w:pStyle w:val="CMRAnswerEntry"/>
        <w:spacing w:after="120"/>
      </w:pPr>
      <w:r>
        <w:rPr>
          <w:b/>
          <w:color w:val="1D4458"/>
        </w:rPr>
        <w:t xml:space="preserve">S2-212  105 minutes.  </w:t>
      </w:r>
      <w:r>
        <w:t>Computer class 9:15 AM–10:15 AM = 60 minutes; interview practice 10:25 AM–11:10 AM = 45 minutes; 60 + 45 = 105 minutes. Registration and the break are not counted.</w:t>
      </w:r>
    </w:p>
    <w:p w14:paraId="61CA4B4B" w14:textId="77777777" w:rsidR="00BE3968" w:rsidRDefault="00CA6E70">
      <w:pPr>
        <w:pStyle w:val="CMRAnswerEntry"/>
        <w:spacing w:after="120"/>
      </w:pPr>
      <w:r>
        <w:rPr>
          <w:b/>
          <w:color w:val="1D4458"/>
        </w:rPr>
        <w:t xml:space="preserve">S2-213  180 minutes.  </w:t>
      </w:r>
      <w:r>
        <w:t>Computer class 9:30 AM–11:00 AM = 90 minutes; interview practice 11:15 AM–12:45 PM = 90 minutes; 90 + 90 = 180 minutes. Registration and the break are not counted.</w:t>
      </w:r>
    </w:p>
    <w:p w14:paraId="28B75A95" w14:textId="77777777" w:rsidR="00BE3968" w:rsidRDefault="00CA6E70">
      <w:pPr>
        <w:pStyle w:val="CMRAnswerEntry"/>
        <w:spacing w:after="120"/>
      </w:pPr>
      <w:r>
        <w:rPr>
          <w:b/>
          <w:color w:val="1D4458"/>
        </w:rPr>
        <w:t xml:space="preserve">S2-214  120 minutes.  </w:t>
      </w:r>
      <w:r>
        <w:t>Computer class 8:45 AM–9:30 AM = 45 minutes; interview practice 9:50 AM–11:05 AM = 75 minutes; 45 + 75 = 120 minutes. Registration and the break are not counted.</w:t>
      </w:r>
    </w:p>
    <w:p w14:paraId="1D1AD3E8" w14:textId="77777777" w:rsidR="00BE3968" w:rsidRDefault="00CA6E70">
      <w:pPr>
        <w:pStyle w:val="CMRAnswerEntry"/>
        <w:spacing w:after="120"/>
      </w:pPr>
      <w:r>
        <w:rPr>
          <w:b/>
          <w:color w:val="1D4458"/>
        </w:rPr>
        <w:t xml:space="preserve">S2-215  135 minutes.  </w:t>
      </w:r>
      <w:r>
        <w:t>Computer class 9:00 AM–10:30 AM = 90 minutes; interview practice 10:40 AM–11:25 AM = 45 minutes; 90 + 45 = 135 minutes. Registration and the break are not counted.</w:t>
      </w:r>
    </w:p>
    <w:p w14:paraId="29403397" w14:textId="77777777" w:rsidR="00BE3968" w:rsidRDefault="00CA6E70">
      <w:pPr>
        <w:pStyle w:val="CMRAnswerEntry"/>
        <w:spacing w:after="120"/>
      </w:pPr>
      <w:r>
        <w:rPr>
          <w:b/>
          <w:color w:val="1D4458"/>
        </w:rPr>
        <w:t xml:space="preserve">S2-216  135 minutes.  </w:t>
      </w:r>
      <w:r>
        <w:t>Computer class 9:15 AM–10:00 AM = 45 minutes; interview practice 10:15 AM–11:45 AM = 90 minutes; 45 + 90 = 135 minutes. Registration and the break are not counted.</w:t>
      </w:r>
    </w:p>
    <w:p w14:paraId="1F07E633" w14:textId="77777777" w:rsidR="00BE3968" w:rsidRDefault="00CA6E70">
      <w:pPr>
        <w:pStyle w:val="CMRAnswerEntry"/>
        <w:spacing w:after="120"/>
      </w:pPr>
      <w:r>
        <w:rPr>
          <w:b/>
          <w:color w:val="1D4458"/>
        </w:rPr>
        <w:t xml:space="preserve">S2-217  105 minutes.  </w:t>
      </w:r>
      <w:r>
        <w:t>Computer class 9:30 AM–10:30 AM = 60 minutes; interview practice 10:40 AM–11:25 AM = 45 minutes; 60 + 45 = 105 minutes. Registration and the break are not counted.</w:t>
      </w:r>
    </w:p>
    <w:p w14:paraId="0D16EACD" w14:textId="77777777" w:rsidR="00BE3968" w:rsidRDefault="00CA6E70">
      <w:pPr>
        <w:pStyle w:val="CMRAnswerEntry"/>
        <w:spacing w:after="120"/>
      </w:pPr>
      <w:r>
        <w:rPr>
          <w:b/>
          <w:color w:val="1D4458"/>
        </w:rPr>
        <w:t xml:space="preserve">S2-218  165 minutes.  </w:t>
      </w:r>
      <w:r>
        <w:t>Computer class 8:45 AM–10:15 AM = 90 minutes; interview practice 10:25 AM–11:40 AM = 75 minutes; 90 + 75 = 165 minutes. Registration and the break are not counted.</w:t>
      </w:r>
    </w:p>
    <w:p w14:paraId="433A7DC2" w14:textId="77777777" w:rsidR="00BE3968" w:rsidRDefault="00CA6E70">
      <w:pPr>
        <w:pStyle w:val="CMRAnswerEntry"/>
        <w:spacing w:after="120"/>
      </w:pPr>
      <w:r>
        <w:rPr>
          <w:b/>
          <w:color w:val="1D4458"/>
        </w:rPr>
        <w:t xml:space="preserve">S2-219  135 minutes.  </w:t>
      </w:r>
      <w:r>
        <w:t>Computer class 9:00 AM–10:30 AM = 90 minutes; interview practice 10:50 AM–11:35 AM = 45 minutes; 90 + 45 = 135 minutes. Registration and the break are not counted.</w:t>
      </w:r>
    </w:p>
    <w:p w14:paraId="35F759AA" w14:textId="77777777" w:rsidR="00BE3968" w:rsidRDefault="00CA6E70">
      <w:pPr>
        <w:pStyle w:val="CMRAnswerEntry"/>
        <w:spacing w:after="120"/>
      </w:pPr>
      <w:r>
        <w:rPr>
          <w:b/>
          <w:color w:val="1D4458"/>
        </w:rPr>
        <w:t xml:space="preserve">S2-220  120 minutes.  </w:t>
      </w:r>
      <w:r>
        <w:t>Computer class 9:15 AM–10:15 AM = 60 minutes; interview practice 10:30 AM–11:30 AM = 60 minutes; 60 + 60 = 120 minutes. Registration and the break are not counted.</w:t>
      </w:r>
    </w:p>
    <w:p w14:paraId="6D378E98" w14:textId="77777777" w:rsidR="00BE3968" w:rsidRDefault="00CA6E70">
      <w:pPr>
        <w:pStyle w:val="CMRAnswerEntry"/>
        <w:spacing w:after="120"/>
      </w:pPr>
      <w:r>
        <w:rPr>
          <w:b/>
          <w:color w:val="1D4458"/>
        </w:rPr>
        <w:t xml:space="preserve">S2-221  12 patients per day.  </w:t>
      </w:r>
      <w:r>
        <w:t>(10 + 13 + 12 + 13) ÷ 4 = 48 ÷ 4 = 12 patients per day.</w:t>
      </w:r>
    </w:p>
    <w:p w14:paraId="07665422" w14:textId="77777777" w:rsidR="00BE3968" w:rsidRDefault="00CA6E70">
      <w:pPr>
        <w:pStyle w:val="CMRAnswerEntry"/>
        <w:spacing w:after="120"/>
      </w:pPr>
      <w:r>
        <w:rPr>
          <w:b/>
          <w:color w:val="1D4458"/>
        </w:rPr>
        <w:t xml:space="preserve">S2-222  17 applications per week.  </w:t>
      </w:r>
      <w:r>
        <w:t>(18 + 15 + 17 + 18) ÷ 4 = 68 ÷ 4 = 17 applications per week.</w:t>
      </w:r>
    </w:p>
    <w:p w14:paraId="7BB65A04" w14:textId="77777777" w:rsidR="00BE3968" w:rsidRDefault="00CA6E70">
      <w:r>
        <w:br w:type="page"/>
      </w:r>
    </w:p>
    <w:p w14:paraId="1DA8381A" w14:textId="77777777" w:rsidR="00BE3968" w:rsidRDefault="00CA6E70">
      <w:pPr>
        <w:pStyle w:val="CMRSmallLabel"/>
        <w:spacing w:after="80"/>
      </w:pPr>
      <w:r>
        <w:rPr>
          <w:b w:val="0"/>
        </w:rPr>
        <w:t>ANSWER KEY  |  PAGE 34 OF 36</w:t>
      </w:r>
    </w:p>
    <w:p w14:paraId="597CFF9B" w14:textId="77777777" w:rsidR="00BE3968" w:rsidRDefault="00CA6E70">
      <w:pPr>
        <w:pStyle w:val="CMRPageTitle"/>
        <w:spacing w:after="100"/>
      </w:pPr>
      <w:r>
        <w:rPr>
          <w:b w:val="0"/>
        </w:rPr>
        <w:t>Answers and short explanations</w:t>
      </w:r>
    </w:p>
    <w:p w14:paraId="2B66C60F" w14:textId="77777777" w:rsidR="00BE3968" w:rsidRDefault="00CA6E70">
      <w:pPr>
        <w:pStyle w:val="CMRBodySmall"/>
        <w:spacing w:after="120"/>
      </w:pPr>
      <w:r>
        <w:t>Find your problem number below. Compare your reasoning, not only the final answer.</w:t>
      </w:r>
    </w:p>
    <w:p w14:paraId="20C904BE" w14:textId="77777777" w:rsidR="00BE3968" w:rsidRDefault="00CA6E70">
      <w:pPr>
        <w:pStyle w:val="CMRAnswerEntry"/>
        <w:spacing w:after="120"/>
      </w:pPr>
      <w:r>
        <w:rPr>
          <w:b/>
          <w:color w:val="1D4458"/>
        </w:rPr>
        <w:t xml:space="preserve">S2-223  10 packages per day.  </w:t>
      </w:r>
      <w:r>
        <w:t>(11 + 8 + 10 + 11) ÷ 4 = 40 ÷ 4 = 10 packages per day.</w:t>
      </w:r>
    </w:p>
    <w:p w14:paraId="5AC7B7F3" w14:textId="77777777" w:rsidR="00BE3968" w:rsidRDefault="00CA6E70">
      <w:pPr>
        <w:pStyle w:val="CMRAnswerEntry"/>
        <w:spacing w:after="120"/>
      </w:pPr>
      <w:r>
        <w:rPr>
          <w:b/>
          <w:color w:val="1D4458"/>
        </w:rPr>
        <w:t xml:space="preserve">S2-224  12 patients per day.  </w:t>
      </w:r>
      <w:r>
        <w:t>(13 + 13 + 10 + 12) ÷ 4 = 48 ÷ 4 = 12 patients per day.</w:t>
      </w:r>
    </w:p>
    <w:p w14:paraId="3AE8D7B2" w14:textId="77777777" w:rsidR="00BE3968" w:rsidRDefault="00CA6E70">
      <w:pPr>
        <w:pStyle w:val="CMRAnswerEntry"/>
        <w:spacing w:after="120"/>
      </w:pPr>
      <w:r>
        <w:rPr>
          <w:b/>
          <w:color w:val="1D4458"/>
        </w:rPr>
        <w:t xml:space="preserve">S2-225  16 applications per week.  </w:t>
      </w:r>
      <w:r>
        <w:t>(17 + 14 + 16 + 17) ÷ 4 = 64 ÷ 4 = 16 applications per week.</w:t>
      </w:r>
    </w:p>
    <w:p w14:paraId="11A78928" w14:textId="77777777" w:rsidR="00BE3968" w:rsidRDefault="00CA6E70">
      <w:pPr>
        <w:pStyle w:val="CMRAnswerEntry"/>
        <w:spacing w:after="120"/>
      </w:pPr>
      <w:r>
        <w:rPr>
          <w:b/>
          <w:color w:val="1D4458"/>
        </w:rPr>
        <w:t xml:space="preserve">S2-226  13 packages per day.  </w:t>
      </w:r>
      <w:r>
        <w:t>(14 + 13 + 11 + 14) ÷ 4 = 52 ÷ 4 = 13 packages per day.</w:t>
      </w:r>
    </w:p>
    <w:p w14:paraId="63456D90" w14:textId="77777777" w:rsidR="00BE3968" w:rsidRDefault="00CA6E70">
      <w:pPr>
        <w:pStyle w:val="CMRAnswerEntry"/>
        <w:spacing w:after="120"/>
      </w:pPr>
      <w:r>
        <w:rPr>
          <w:b/>
          <w:color w:val="1D4458"/>
        </w:rPr>
        <w:t xml:space="preserve">S2-227  18 patients per day.  </w:t>
      </w:r>
      <w:r>
        <w:t>(19 + 18 + 16 + 19) ÷ 4 = 72 ÷ 4 = 18 patients per day.</w:t>
      </w:r>
    </w:p>
    <w:p w14:paraId="798929B1" w14:textId="77777777" w:rsidR="00BE3968" w:rsidRDefault="00CA6E70">
      <w:pPr>
        <w:pStyle w:val="CMRAnswerEntry"/>
        <w:spacing w:after="120"/>
      </w:pPr>
      <w:r>
        <w:rPr>
          <w:b/>
          <w:color w:val="1D4458"/>
        </w:rPr>
        <w:t xml:space="preserve">S2-228  10 applications per week.  </w:t>
      </w:r>
      <w:r>
        <w:t>(11 + 11 + 8 + 10) ÷ 4 = 40 ÷ 4 = 10 applications per week.</w:t>
      </w:r>
    </w:p>
    <w:p w14:paraId="1E115939" w14:textId="77777777" w:rsidR="00BE3968" w:rsidRDefault="00CA6E70">
      <w:pPr>
        <w:pStyle w:val="CMRAnswerEntry"/>
        <w:spacing w:after="120"/>
      </w:pPr>
      <w:r>
        <w:rPr>
          <w:b/>
          <w:color w:val="1D4458"/>
        </w:rPr>
        <w:t xml:space="preserve">S2-229  10 packages per day.  </w:t>
      </w:r>
      <w:r>
        <w:t>(11 + 10 + 11 + 8) ÷ 4 = 40 ÷ 4 = 10 packages per day.</w:t>
      </w:r>
    </w:p>
    <w:p w14:paraId="1A98A52B" w14:textId="77777777" w:rsidR="00BE3968" w:rsidRDefault="00CA6E70">
      <w:pPr>
        <w:pStyle w:val="CMRAnswerEntry"/>
        <w:spacing w:after="120"/>
      </w:pPr>
      <w:r>
        <w:rPr>
          <w:b/>
          <w:color w:val="1D4458"/>
        </w:rPr>
        <w:t xml:space="preserve">S2-230  11 patients per day.  </w:t>
      </w:r>
      <w:r>
        <w:t>(12 + 12 + 9 + 11) ÷ 4 = 44 ÷ 4 = 11 patients per day.</w:t>
      </w:r>
    </w:p>
    <w:p w14:paraId="6D0524B5" w14:textId="77777777" w:rsidR="00BE3968" w:rsidRDefault="00CA6E70">
      <w:pPr>
        <w:pStyle w:val="CMRAnswerEntry"/>
        <w:spacing w:after="120"/>
      </w:pPr>
      <w:r>
        <w:rPr>
          <w:b/>
          <w:color w:val="1D4458"/>
        </w:rPr>
        <w:t xml:space="preserve">S2-231  5 miles.  </w:t>
      </w:r>
      <w:r>
        <w:t>$49.00 − $9.00 = $40.00; $40.00 ÷ $8.00 = 5 miles. Check: $9.00 + 5 × $8.00 = $49.00.</w:t>
      </w:r>
    </w:p>
    <w:p w14:paraId="795E1588" w14:textId="77777777" w:rsidR="00BE3968" w:rsidRDefault="00CA6E70">
      <w:pPr>
        <w:pStyle w:val="CMRAnswerEntry"/>
        <w:spacing w:after="120"/>
      </w:pPr>
      <w:r>
        <w:rPr>
          <w:b/>
          <w:color w:val="1D4458"/>
        </w:rPr>
        <w:t xml:space="preserve">S2-232  4 classes.  </w:t>
      </w:r>
      <w:r>
        <w:t>$62.00 − $14.00 = $48.00; $48.00 ÷ $12.00 = 4 classes. Check: $14.00 + 4 × $12.00 = $62.00.</w:t>
      </w:r>
    </w:p>
    <w:p w14:paraId="296D0442" w14:textId="77777777" w:rsidR="00BE3968" w:rsidRDefault="00CA6E70">
      <w:pPr>
        <w:pStyle w:val="CMRAnswerEntry"/>
        <w:spacing w:after="120"/>
      </w:pPr>
      <w:r>
        <w:rPr>
          <w:b/>
          <w:color w:val="1D4458"/>
        </w:rPr>
        <w:t xml:space="preserve">S2-233  5 visits.  </w:t>
      </w:r>
      <w:r>
        <w:t>$70.00 − $10.00 = $60.00; $60.00 ÷ $12.00 = 5 visits. Check: $10.00 + 5 × $12.00 = $70.00.</w:t>
      </w:r>
    </w:p>
    <w:p w14:paraId="56492993" w14:textId="77777777" w:rsidR="00BE3968" w:rsidRDefault="00CA6E70">
      <w:pPr>
        <w:pStyle w:val="CMRAnswerEntry"/>
        <w:spacing w:after="120"/>
      </w:pPr>
      <w:r>
        <w:rPr>
          <w:b/>
          <w:color w:val="1D4458"/>
        </w:rPr>
        <w:t xml:space="preserve">S2-234  4 miles.  </w:t>
      </w:r>
      <w:r>
        <w:t>$60.00 − $12.00 = $48.00; $48.00 ÷ $12.00 = 4 miles. Check: $12.00 + 4 × $12.00 = $60.00.</w:t>
      </w:r>
    </w:p>
    <w:p w14:paraId="4FCCBED3" w14:textId="77777777" w:rsidR="00BE3968" w:rsidRDefault="00CA6E70">
      <w:pPr>
        <w:pStyle w:val="CMRAnswerEntry"/>
        <w:spacing w:after="120"/>
      </w:pPr>
      <w:r>
        <w:rPr>
          <w:b/>
          <w:color w:val="1D4458"/>
        </w:rPr>
        <w:t xml:space="preserve">S2-235  5 classes.  </w:t>
      </w:r>
      <w:r>
        <w:t>$70.00 − $15.00 = $55.00; $55.00 ÷ $11.00 = 5 classes. Check: $15.00 + 5 × $11.00 = $70.00.</w:t>
      </w:r>
    </w:p>
    <w:p w14:paraId="7CC176FF" w14:textId="77777777" w:rsidR="00BE3968" w:rsidRDefault="00CA6E70">
      <w:pPr>
        <w:pStyle w:val="CMRAnswerEntry"/>
        <w:spacing w:after="120"/>
      </w:pPr>
      <w:r>
        <w:rPr>
          <w:b/>
          <w:color w:val="1D4458"/>
        </w:rPr>
        <w:t xml:space="preserve">S2-236  6 visits.  </w:t>
      </w:r>
      <w:r>
        <w:t>$77.00 − $17.00 = $60.00; $60.00 ÷ $10.00 = 6 visits. Check: $17.00 + 6 × $10.00 = $77.00.</w:t>
      </w:r>
    </w:p>
    <w:p w14:paraId="24FF0661" w14:textId="77777777" w:rsidR="00BE3968" w:rsidRDefault="00CA6E70">
      <w:r>
        <w:br w:type="page"/>
      </w:r>
    </w:p>
    <w:p w14:paraId="66A486E3" w14:textId="77777777" w:rsidR="00BE3968" w:rsidRDefault="00CA6E70">
      <w:pPr>
        <w:pStyle w:val="CMRSmallLabel"/>
        <w:spacing w:after="80"/>
      </w:pPr>
      <w:r>
        <w:rPr>
          <w:b w:val="0"/>
        </w:rPr>
        <w:t>ANSWER KEY  |  PAGE 35 OF 36</w:t>
      </w:r>
    </w:p>
    <w:p w14:paraId="50D78F86" w14:textId="77777777" w:rsidR="00BE3968" w:rsidRDefault="00CA6E70">
      <w:pPr>
        <w:pStyle w:val="CMRPageTitle"/>
        <w:spacing w:after="100"/>
      </w:pPr>
      <w:r>
        <w:rPr>
          <w:b w:val="0"/>
        </w:rPr>
        <w:t>Answers and short explanations</w:t>
      </w:r>
    </w:p>
    <w:p w14:paraId="78A9F872" w14:textId="77777777" w:rsidR="00BE3968" w:rsidRDefault="00CA6E70">
      <w:pPr>
        <w:pStyle w:val="CMRBodySmall"/>
        <w:spacing w:after="120"/>
      </w:pPr>
      <w:r>
        <w:t>Find your problem number below. Compare your reasoning, not only the final answer.</w:t>
      </w:r>
    </w:p>
    <w:p w14:paraId="2BAD156B" w14:textId="77777777" w:rsidR="00BE3968" w:rsidRDefault="00CA6E70">
      <w:pPr>
        <w:pStyle w:val="CMRAnswerEntry"/>
        <w:spacing w:after="120"/>
      </w:pPr>
      <w:r>
        <w:rPr>
          <w:b/>
          <w:color w:val="1D4458"/>
        </w:rPr>
        <w:t xml:space="preserve">S2-237  7 miles.  </w:t>
      </w:r>
      <w:r>
        <w:t>$81.00 − $11.00 = $70.00; $70.00 ÷ $10.00 = 7 miles. Check: $11.00 + 7 × $10.00 = $81.00.</w:t>
      </w:r>
    </w:p>
    <w:p w14:paraId="2A1B61D8" w14:textId="77777777" w:rsidR="00BE3968" w:rsidRDefault="00CA6E70">
      <w:pPr>
        <w:pStyle w:val="CMRAnswerEntry"/>
        <w:spacing w:after="120"/>
      </w:pPr>
      <w:r>
        <w:rPr>
          <w:b/>
          <w:color w:val="1D4458"/>
        </w:rPr>
        <w:t xml:space="preserve">S2-238  3 classes.  </w:t>
      </w:r>
      <w:r>
        <w:t>$27.00 − $12.00 = $15.00; $15.00 ÷ $5.00 = 3 classes. Check: $12.00 + 3 × $5.00 = $27.00.</w:t>
      </w:r>
    </w:p>
    <w:p w14:paraId="7785693E" w14:textId="77777777" w:rsidR="00BE3968" w:rsidRDefault="00CA6E70">
      <w:pPr>
        <w:pStyle w:val="CMRAnswerEntry"/>
        <w:spacing w:after="120"/>
      </w:pPr>
      <w:r>
        <w:rPr>
          <w:b/>
          <w:color w:val="1D4458"/>
        </w:rPr>
        <w:t xml:space="preserve">S2-239  5 visits.  </w:t>
      </w:r>
      <w:r>
        <w:t>$36.00 − $11.00 = $25.00; $25.00 ÷ $5.00 = 5 visits. Check: $11.00 + 5 × $5.00 = $36.00.</w:t>
      </w:r>
    </w:p>
    <w:p w14:paraId="54235E31" w14:textId="77777777" w:rsidR="00BE3968" w:rsidRDefault="00CA6E70">
      <w:pPr>
        <w:pStyle w:val="CMRAnswerEntry"/>
        <w:spacing w:after="120"/>
      </w:pPr>
      <w:r>
        <w:rPr>
          <w:b/>
          <w:color w:val="1D4458"/>
        </w:rPr>
        <w:t xml:space="preserve">S2-240  7 miles.  </w:t>
      </w:r>
      <w:r>
        <w:t>$71.00 − $15.00 = $56.00; $56.00 ÷ $8.00 = 7 miles. Check: $15.00 + 7 × $8.00 = $71.00.</w:t>
      </w:r>
    </w:p>
    <w:p w14:paraId="6BE16294" w14:textId="77777777" w:rsidR="00BE3968" w:rsidRDefault="00CA6E70">
      <w:pPr>
        <w:pStyle w:val="CMRAnswerEntry"/>
        <w:spacing w:after="120"/>
      </w:pPr>
      <w:r>
        <w:rPr>
          <w:b/>
          <w:color w:val="1D4458"/>
        </w:rPr>
        <w:t xml:space="preserve">R-001  $480.00.  </w:t>
      </w:r>
      <w:r>
        <w:t>6 hours × 5 days = 30 hours; 30 × $16.00 = $480.00 gross pay.</w:t>
      </w:r>
    </w:p>
    <w:p w14:paraId="408FAD5E" w14:textId="77777777" w:rsidR="00BE3968" w:rsidRDefault="00CA6E70">
      <w:pPr>
        <w:pStyle w:val="CMRAnswerEntry"/>
        <w:spacing w:after="120"/>
      </w:pPr>
      <w:r>
        <w:rPr>
          <w:b/>
          <w:color w:val="1D4458"/>
        </w:rPr>
        <w:t xml:space="preserve">R-002  5 cans.  </w:t>
      </w:r>
      <w:r>
        <w:t>310 × 2 coats = 620 sq ft; 620 ÷ 125 ≈ 4.96 cans; round up to 5.</w:t>
      </w:r>
    </w:p>
    <w:p w14:paraId="62FAD4AD" w14:textId="77777777" w:rsidR="00BE3968" w:rsidRDefault="00CA6E70">
      <w:pPr>
        <w:pStyle w:val="CMRAnswerEntry"/>
        <w:spacing w:after="120"/>
      </w:pPr>
      <w:r>
        <w:rPr>
          <w:b/>
          <w:color w:val="1D4458"/>
        </w:rPr>
        <w:t xml:space="preserve">R-003  $98.00.  </w:t>
      </w:r>
      <w:r>
        <w:t>$140.00 − $18.00 − $24.00 = $98.00. The other person’s spending does not come from this money.</w:t>
      </w:r>
    </w:p>
    <w:p w14:paraId="4BBDCF68" w14:textId="77777777" w:rsidR="00BE3968" w:rsidRDefault="00CA6E70">
      <w:pPr>
        <w:pStyle w:val="CMRAnswerEntry"/>
        <w:spacing w:after="120"/>
      </w:pPr>
      <w:r>
        <w:rPr>
          <w:b/>
          <w:color w:val="1D4458"/>
        </w:rPr>
        <w:t xml:space="preserve">R-004  $53.00.  </w:t>
      </w:r>
      <w:r>
        <w:t>$30.00 + $20.00 = $50.00; tax 6% of $50.00 = $3.00; total $53.00.</w:t>
      </w:r>
    </w:p>
    <w:p w14:paraId="4BCAAB76" w14:textId="77777777" w:rsidR="00BE3968" w:rsidRDefault="00CA6E70">
      <w:pPr>
        <w:pStyle w:val="CMRAnswerEntry"/>
        <w:spacing w:after="120"/>
      </w:pPr>
      <w:r>
        <w:rPr>
          <w:b/>
          <w:color w:val="1D4458"/>
        </w:rPr>
        <w:t xml:space="preserve">R-005  13 visitors per class.  </w:t>
      </w:r>
      <w:r>
        <w:t>(14 + 9 + 12 + 17) ÷ 4 = 52 ÷ 4 = 13 visitors per class.</w:t>
      </w:r>
    </w:p>
    <w:p w14:paraId="3920B02D" w14:textId="77777777" w:rsidR="00BE3968" w:rsidRDefault="00CA6E70">
      <w:pPr>
        <w:pStyle w:val="CMRAnswerEntry"/>
        <w:spacing w:after="120"/>
      </w:pPr>
      <w:r>
        <w:rPr>
          <w:b/>
          <w:color w:val="1D4458"/>
        </w:rPr>
        <w:t xml:space="preserve">R-006  $7.75.  </w:t>
      </w:r>
      <w:r>
        <w:t>$8.75 + $3.50 = $12.25; $20.00 − $12.25 = $7.75.</w:t>
      </w:r>
    </w:p>
    <w:p w14:paraId="36136DD0" w14:textId="77777777" w:rsidR="00BE3968" w:rsidRDefault="00CA6E70">
      <w:pPr>
        <w:pStyle w:val="CMRAnswerEntry"/>
        <w:spacing w:after="120"/>
      </w:pPr>
      <w:r>
        <w:rPr>
          <w:b/>
          <w:color w:val="1D4458"/>
        </w:rPr>
        <w:t xml:space="preserve">R-007  12 students.  </w:t>
      </w:r>
      <w:r>
        <w:t>30 ÷ 5 = 6; 6 × 2 = 12 students.</w:t>
      </w:r>
    </w:p>
    <w:p w14:paraId="226898A2" w14:textId="77777777" w:rsidR="00BE3968" w:rsidRDefault="00CA6E70">
      <w:pPr>
        <w:pStyle w:val="CMRAnswerEntry"/>
        <w:spacing w:after="120"/>
      </w:pPr>
      <w:r>
        <w:rPr>
          <w:b/>
          <w:color w:val="1D4458"/>
        </w:rPr>
        <w:t xml:space="preserve">R-008  $605.00.  </w:t>
      </w:r>
      <w:r>
        <w:t>$1,450.00 − $725.00 − $68.00 − $52.00 = $605.00.</w:t>
      </w:r>
    </w:p>
    <w:p w14:paraId="21B4510D" w14:textId="77777777" w:rsidR="00BE3968" w:rsidRDefault="00CA6E70">
      <w:pPr>
        <w:pStyle w:val="CMRAnswerEntry"/>
        <w:spacing w:after="120"/>
      </w:pPr>
      <w:r>
        <w:rPr>
          <w:b/>
          <w:color w:val="1D4458"/>
        </w:rPr>
        <w:t xml:space="preserve">R-009  $24.00.  </w:t>
      </w:r>
      <w:r>
        <w:t>$12.00 + $7.00 + $5.00 = $24.00. Do not include the bag that was not purchased.</w:t>
      </w:r>
    </w:p>
    <w:p w14:paraId="1D961D2B" w14:textId="77777777" w:rsidR="00BE3968" w:rsidRDefault="00CA6E70">
      <w:pPr>
        <w:pStyle w:val="CMRAnswerEntry"/>
        <w:spacing w:after="120"/>
      </w:pPr>
      <w:r>
        <w:rPr>
          <w:b/>
          <w:color w:val="1D4458"/>
        </w:rPr>
        <w:t xml:space="preserve">R-010  13.5 cups.  </w:t>
      </w:r>
      <w:r>
        <w:t>18 ÷ 4 = 4.5 times as many people; 3 × 4.5 = 13.5 cups.</w:t>
      </w:r>
    </w:p>
    <w:p w14:paraId="22E9AC00" w14:textId="77777777" w:rsidR="00BE3968" w:rsidRDefault="00CA6E70">
      <w:r>
        <w:br w:type="page"/>
      </w:r>
    </w:p>
    <w:p w14:paraId="79784A5F" w14:textId="77777777" w:rsidR="00BE3968" w:rsidRDefault="00CA6E70">
      <w:pPr>
        <w:pStyle w:val="CMRSmallLabel"/>
        <w:spacing w:after="80"/>
      </w:pPr>
      <w:r>
        <w:rPr>
          <w:b w:val="0"/>
        </w:rPr>
        <w:t>ANSWER KEY  |  PAGE 36 OF 36</w:t>
      </w:r>
    </w:p>
    <w:p w14:paraId="16CA1E91" w14:textId="77777777" w:rsidR="00BE3968" w:rsidRDefault="00CA6E70">
      <w:pPr>
        <w:pStyle w:val="CMRPageTitle"/>
        <w:spacing w:after="100"/>
      </w:pPr>
      <w:r>
        <w:rPr>
          <w:b w:val="0"/>
        </w:rPr>
        <w:t>Answers and short explanations</w:t>
      </w:r>
    </w:p>
    <w:p w14:paraId="6303647C" w14:textId="77777777" w:rsidR="00BE3968" w:rsidRDefault="00CA6E70">
      <w:pPr>
        <w:pStyle w:val="CMRBodySmall"/>
        <w:spacing w:after="120"/>
      </w:pPr>
      <w:r>
        <w:t>Find your problem number below. Compare your reasoning, not only the final answer.</w:t>
      </w:r>
    </w:p>
    <w:p w14:paraId="1432D1A6" w14:textId="77777777" w:rsidR="00BE3968" w:rsidRDefault="00CA6E70">
      <w:pPr>
        <w:pStyle w:val="CMRAnswerEntry"/>
        <w:spacing w:after="120"/>
      </w:pPr>
      <w:r>
        <w:rPr>
          <w:b/>
          <w:color w:val="1D4458"/>
        </w:rPr>
        <w:t xml:space="preserve">R-011  $42.00.  </w:t>
      </w:r>
      <w:r>
        <w:t>30% of $60.00 is $18.00; $60.00 − $18.00 = $42.00. The other item is not purchased.</w:t>
      </w:r>
    </w:p>
    <w:p w14:paraId="7CA196A8" w14:textId="77777777" w:rsidR="00BE3968" w:rsidRDefault="00CA6E70">
      <w:pPr>
        <w:pStyle w:val="CMRAnswerEntry"/>
        <w:spacing w:after="120"/>
      </w:pPr>
      <w:r>
        <w:rPr>
          <w:b/>
          <w:color w:val="1D4458"/>
        </w:rPr>
        <w:t xml:space="preserve">R-012  8 notebooks per shelf.  </w:t>
      </w:r>
      <w:r>
        <w:t>50 − 2 = 48; 48 ÷ 6 = 8 notebooks per shelf.</w:t>
      </w:r>
    </w:p>
    <w:p w14:paraId="5E1DA490" w14:textId="77777777" w:rsidR="00BE3968" w:rsidRDefault="00CA6E70">
      <w:pPr>
        <w:pStyle w:val="CMRAnswerEntry"/>
        <w:spacing w:after="120"/>
      </w:pPr>
      <w:r>
        <w:rPr>
          <w:b/>
          <w:color w:val="1D4458"/>
        </w:rPr>
        <w:t xml:space="preserve">R-013  198 square feet.  </w:t>
      </w:r>
      <w:r>
        <w:t>Area 15 × 12 = 180 sq ft; add 10% → 198.00 sq ft; round up to 198 sq ft.</w:t>
      </w:r>
    </w:p>
    <w:p w14:paraId="323F1A21" w14:textId="77777777" w:rsidR="00BE3968" w:rsidRDefault="00CA6E70">
      <w:pPr>
        <w:pStyle w:val="CMRAnswerEntry"/>
        <w:spacing w:after="120"/>
      </w:pPr>
      <w:r>
        <w:rPr>
          <w:b/>
          <w:color w:val="1D4458"/>
        </w:rPr>
        <w:t xml:space="preserve">R-014  $24.00.  </w:t>
      </w:r>
      <w:r>
        <w:t>$89.00 − $65.00 = $24.00.</w:t>
      </w:r>
    </w:p>
    <w:p w14:paraId="39DA3A75" w14:textId="77777777" w:rsidR="00BE3968" w:rsidRDefault="00CA6E70">
      <w:pPr>
        <w:pStyle w:val="CMRAnswerEntry"/>
        <w:spacing w:after="120"/>
      </w:pPr>
      <w:r>
        <w:rPr>
          <w:b/>
          <w:color w:val="1D4458"/>
        </w:rPr>
        <w:t xml:space="preserve">R-015  6 gigabytes.  </w:t>
      </w:r>
      <w:r>
        <w:t>$79.00 − $25.00 = $54.00; $54.00 ÷ $9.00 = 6 gigabytes. Check: $25.00 + 6 × $9.00 = $79.00.</w:t>
      </w:r>
    </w:p>
    <w:p w14:paraId="04016583" w14:textId="77777777" w:rsidR="00BE3968" w:rsidRDefault="00CA6E70">
      <w:pPr>
        <w:pStyle w:val="CMRAnswerEntry"/>
        <w:spacing w:after="120"/>
      </w:pPr>
      <w:r>
        <w:rPr>
          <w:b/>
          <w:color w:val="1D4458"/>
        </w:rPr>
        <w:t xml:space="preserve">R-016  11:00 AM.  </w:t>
      </w:r>
      <w:r>
        <w:t>55 + 25 = 80 minutes; 9:40 AM + 80 minutes → 11:00 AM.</w:t>
      </w:r>
    </w:p>
    <w:p w14:paraId="449FFF3F" w14:textId="77777777" w:rsidR="00BE3968" w:rsidRDefault="00CA6E70">
      <w:pPr>
        <w:pStyle w:val="CMRAnswerEntry"/>
        <w:spacing w:after="120"/>
      </w:pPr>
      <w:r>
        <w:rPr>
          <w:b/>
          <w:color w:val="1D4458"/>
        </w:rPr>
        <w:t xml:space="preserve">R-017  $75.00.  </w:t>
      </w:r>
      <w:r>
        <w:t>$35.00 + 6 × $15.00 = $125.00 saved; $200.00 − $125.00 = $75.00 still needed.</w:t>
      </w:r>
    </w:p>
    <w:p w14:paraId="490FF79E" w14:textId="77777777" w:rsidR="00BE3968" w:rsidRDefault="00CA6E70">
      <w:pPr>
        <w:pStyle w:val="CMRAnswerEntry"/>
        <w:spacing w:after="120"/>
      </w:pPr>
      <w:r>
        <w:rPr>
          <w:b/>
          <w:color w:val="1D4458"/>
        </w:rPr>
        <w:t xml:space="preserve">R-018  $22.50.  </w:t>
      </w:r>
      <w:r>
        <w:t>120 + 30 = 150 miles; 150 ÷ 25 = 6 gallons; 6 × $3.75 = $22.50.</w:t>
      </w:r>
    </w:p>
    <w:p w14:paraId="049B392D" w14:textId="77777777" w:rsidR="00BE3968" w:rsidRDefault="00CA6E70">
      <w:pPr>
        <w:pStyle w:val="CMRAnswerEntry"/>
        <w:spacing w:after="120"/>
      </w:pPr>
      <w:r>
        <w:rPr>
          <w:b/>
          <w:color w:val="1D4458"/>
        </w:rPr>
        <w:t xml:space="preserve">R-019  47 work gloves.  </w:t>
      </w:r>
      <w:r>
        <w:t>7 × 6 = 42; 42 + 5 = 47 work gloves.</w:t>
      </w:r>
    </w:p>
    <w:p w14:paraId="51ED1F7B" w14:textId="77777777" w:rsidR="00BE3968" w:rsidRDefault="00CA6E70">
      <w:pPr>
        <w:pStyle w:val="CMRAnswerEntry"/>
        <w:spacing w:after="120"/>
      </w:pPr>
      <w:r>
        <w:rPr>
          <w:b/>
          <w:color w:val="1D4458"/>
        </w:rPr>
        <w:t xml:space="preserve">R-020  The 8-pack, $1.25 per battery.  </w:t>
      </w:r>
      <w:r>
        <w:t>$4.50 ÷ 3 = $1.50 each; $10.00 ÷ 8 = $1.25 each. The 8-pack costs less per battery.</w:t>
      </w:r>
    </w:p>
    <w:p w14:paraId="10DD8B00" w14:textId="77777777" w:rsidR="00BE3968" w:rsidRDefault="00CA6E70">
      <w:pPr>
        <w:pStyle w:val="CMRAnswerEntry"/>
        <w:spacing w:after="120"/>
      </w:pPr>
      <w:r>
        <w:rPr>
          <w:b/>
          <w:color w:val="1D4458"/>
        </w:rPr>
        <w:t xml:space="preserve">R-021  125 minutes.  </w:t>
      </w:r>
      <w:r>
        <w:t>Computer class 9:00 AM–10:15 AM = 75 minutes; interview practice 10:30 AM–11:20 AM = 50 minutes; 75 + 50 = 125 minutes. Registration and the break are not counted.</w:t>
      </w:r>
    </w:p>
    <w:p w14:paraId="1E2A4642" w14:textId="77777777" w:rsidR="00BE3968" w:rsidRDefault="00CA6E70">
      <w:pPr>
        <w:pStyle w:val="CMRAnswerEntry"/>
        <w:spacing w:after="120"/>
      </w:pPr>
      <w:r>
        <w:rPr>
          <w:b/>
          <w:color w:val="1D4458"/>
        </w:rPr>
        <w:t xml:space="preserve">R-022  42 pairs.  </w:t>
      </w:r>
      <w:r>
        <w:t>96 + 12 = 108 collected; 150 − 108 = 42 more pairs. The extra detail does not change the math.</w:t>
      </w:r>
    </w:p>
    <w:p w14:paraId="56D621D9" w14:textId="77777777" w:rsidR="00BE3968" w:rsidRDefault="00CA6E70">
      <w:pPr>
        <w:pStyle w:val="CMRAnswerEntry"/>
        <w:spacing w:after="120"/>
      </w:pPr>
      <w:r>
        <w:rPr>
          <w:b/>
          <w:color w:val="1D4458"/>
        </w:rPr>
        <w:t xml:space="preserve">R-023  $72.00.  </w:t>
      </w:r>
      <w:r>
        <w:t>Bill $45.00 + $15.00 = $60.00; tip 20% = $12.00; total $72.00.</w:t>
      </w:r>
    </w:p>
    <w:p w14:paraId="6FDD73CC" w14:textId="77777777" w:rsidR="00BE3968" w:rsidRDefault="00CA6E70">
      <w:pPr>
        <w:pStyle w:val="CMRAnswerEntry"/>
        <w:spacing w:after="120"/>
      </w:pPr>
      <w:r>
        <w:rPr>
          <w:b/>
          <w:color w:val="1D4458"/>
        </w:rPr>
        <w:t xml:space="preserve">R-024  27 feet.  </w:t>
      </w:r>
      <w:r>
        <w:t>5 + 4 = 9 yards; 9 × 3 = 27 feet.</w:t>
      </w:r>
    </w:p>
    <w:sectPr w:rsidR="00BE3968" w:rsidSect="00034616">
      <w:headerReference w:type="default" r:id="rId8"/>
      <w:footerReference w:type="default" r:id="rId9"/>
      <w:pgSz w:w="12240" w:h="15840"/>
      <w:pgMar w:top="979" w:right="1066" w:bottom="1008" w:left="1138"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A114A" w14:textId="77777777" w:rsidR="001905A3" w:rsidRDefault="001905A3">
      <w:pPr>
        <w:spacing w:after="0" w:line="240" w:lineRule="auto"/>
      </w:pPr>
      <w:r>
        <w:separator/>
      </w:r>
    </w:p>
  </w:endnote>
  <w:endnote w:type="continuationSeparator" w:id="0">
    <w:p w14:paraId="2FD4B284" w14:textId="77777777" w:rsidR="001905A3" w:rsidRDefault="00190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C1F2" w14:textId="77777777" w:rsidR="00BE3968" w:rsidRDefault="00CA6E70">
    <w:pPr>
      <w:pStyle w:val="Footer"/>
      <w:jc w:val="center"/>
    </w:pPr>
    <w:r>
      <w:rPr>
        <w:color w:val="646E78"/>
        <w:sz w:val="20"/>
      </w:rPr>
      <w:t xml:space="preserve">Student workbook  •  </w:t>
    </w:r>
    <w:r>
      <w:fldChar w:fldCharType="begin"/>
    </w:r>
    <w:r>
      <w:instrText xml:space="preserve"> PAGE </w:instrText>
    </w:r>
    <w:r>
      <w:fldChar w:fldCharType="separate"/>
    </w:r>
    <w:r w:rsidR="0023549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A49BA" w14:textId="77777777" w:rsidR="001905A3" w:rsidRDefault="001905A3">
      <w:pPr>
        <w:spacing w:after="0" w:line="240" w:lineRule="auto"/>
      </w:pPr>
      <w:r>
        <w:separator/>
      </w:r>
    </w:p>
  </w:footnote>
  <w:footnote w:type="continuationSeparator" w:id="0">
    <w:p w14:paraId="51BC85D9" w14:textId="77777777" w:rsidR="001905A3" w:rsidRDefault="00190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4F024" w14:textId="77777777" w:rsidR="00BE3968" w:rsidRDefault="00CA6E70">
    <w:pPr>
      <w:pStyle w:val="Header"/>
      <w:jc w:val="right"/>
    </w:pPr>
    <w:r>
      <w:rPr>
        <w:color w:val="5C6D74"/>
        <w:sz w:val="20"/>
      </w:rPr>
      <w:t>WORDS FIRST. MATH SECOND.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1905109">
    <w:abstractNumId w:val="8"/>
  </w:num>
  <w:num w:numId="2" w16cid:durableId="1373773638">
    <w:abstractNumId w:val="6"/>
  </w:num>
  <w:num w:numId="3" w16cid:durableId="1299606577">
    <w:abstractNumId w:val="5"/>
  </w:num>
  <w:num w:numId="4" w16cid:durableId="1181163221">
    <w:abstractNumId w:val="4"/>
  </w:num>
  <w:num w:numId="5" w16cid:durableId="1812819052">
    <w:abstractNumId w:val="7"/>
  </w:num>
  <w:num w:numId="6" w16cid:durableId="1675840328">
    <w:abstractNumId w:val="3"/>
  </w:num>
  <w:num w:numId="7" w16cid:durableId="1988049806">
    <w:abstractNumId w:val="2"/>
  </w:num>
  <w:num w:numId="8" w16cid:durableId="1439714002">
    <w:abstractNumId w:val="1"/>
  </w:num>
  <w:num w:numId="9" w16cid:durableId="843981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05A3"/>
    <w:rsid w:val="0020740E"/>
    <w:rsid w:val="0023549F"/>
    <w:rsid w:val="0029639D"/>
    <w:rsid w:val="00326F90"/>
    <w:rsid w:val="00711C46"/>
    <w:rsid w:val="008C65A8"/>
    <w:rsid w:val="00AA1D8D"/>
    <w:rsid w:val="00B47730"/>
    <w:rsid w:val="00BE3968"/>
    <w:rsid w:val="00CA6E7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6BC761"/>
  <w14:defaultImageDpi w14:val="300"/>
  <w15:docId w15:val="{E011D8BE-34DE-4A6D-A4D2-2F5D0A92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color w:val="2B353F"/>
      <w:sz w:val="21"/>
    </w:rPr>
  </w:style>
  <w:style w:type="paragraph" w:styleId="Heading1">
    <w:name w:val="heading 1"/>
    <w:basedOn w:val="Normal"/>
    <w:next w:val="Normal"/>
    <w:link w:val="Heading1Char"/>
    <w:uiPriority w:val="9"/>
    <w:qFormat/>
    <w:rsid w:val="00FC693F"/>
    <w:pPr>
      <w:keepNext/>
      <w:keepLines/>
      <w:spacing w:before="480" w:after="0"/>
      <w:outlineLvl w:val="0"/>
    </w:pPr>
    <w:rP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Palatino Linotype" w:eastAsia="Palatino Linotype" w:hAnsi="Palatino Linotype" w:cs="Palatino Linotype"/>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Palatino Linotype" w:eastAsia="Palatino Linotype" w:hAnsi="Palatino Linotype" w:cs="Palatino Linotype"/>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Palatino Linotype" w:eastAsia="Palatino Linotype" w:hAnsi="Palatino Linotype" w:cs="Palatino Linotype"/>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Palatino Linotype" w:eastAsia="Palatino Linotype" w:hAnsi="Palatino Linotype" w:cs="Palatino Linotype"/>
      <w:b/>
      <w:bCs/>
      <w:color w:val="4F81BD" w:themeColor="accent1"/>
      <w:sz w:val="26"/>
      <w:szCs w:val="26"/>
    </w:rPr>
  </w:style>
  <w:style w:type="character" w:customStyle="1" w:styleId="Heading3Char">
    <w:name w:val="Heading 3 Char"/>
    <w:basedOn w:val="DefaultParagraphFont"/>
    <w:link w:val="Heading3"/>
    <w:uiPriority w:val="9"/>
    <w:rsid w:val="00FC693F"/>
    <w:rPr>
      <w:rFonts w:ascii="Palatino Linotype" w:eastAsia="Palatino Linotype" w:hAnsi="Palatino Linotype" w:cs="Palatino Linotype"/>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Palatino Linotype" w:eastAsia="Palatino Linotype" w:hAnsi="Palatino Linotype" w:cs="Palatino Linotype"/>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Palatino Linotype" w:eastAsia="Palatino Linotype" w:hAnsi="Palatino Linotype" w:cs="Palatino Linotype"/>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Palatino Linotype" w:eastAsia="Palatino Linotype" w:hAnsi="Palatino Linotype" w:cs="Palatino Linotype"/>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Palatino Linotype" w:eastAsia="Palatino Linotype" w:hAnsi="Palatino Linotype" w:cs="Palatino Linotype"/>
    </w:rPr>
  </w:style>
  <w:style w:type="paragraph" w:styleId="BodyText3">
    <w:name w:val="Body Text 3"/>
    <w:basedOn w:val="Normal"/>
    <w:link w:val="BodyText3Char"/>
    <w:uiPriority w:val="99"/>
    <w:unhideWhenUsed/>
    <w:rsid w:val="00AA1D8D"/>
    <w:pPr>
      <w:spacing w:after="120"/>
    </w:pPr>
    <w:rPr>
      <w:sz w:val="20"/>
      <w:szCs w:val="16"/>
    </w:rPr>
  </w:style>
  <w:style w:type="character" w:customStyle="1" w:styleId="BodyText3Char">
    <w:name w:val="Body Text 3 Char"/>
    <w:basedOn w:val="DefaultParagraphFont"/>
    <w:link w:val="BodyText3"/>
    <w:uiPriority w:val="99"/>
    <w:rsid w:val="00AA1D8D"/>
    <w:rPr>
      <w:rFonts w:ascii="Palatino Linotype" w:eastAsia="Palatino Linotype" w:hAnsi="Palatino Linotype" w:cs="Palatino Linotype"/>
      <w:sz w:val="20"/>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Palatino Linotype" w:eastAsia="Palatino Linotype" w:hAnsi="Palatino Linotype" w:cs="Palatino Linotype"/>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Palatino Linotype" w:eastAsia="Palatino Linotype" w:hAnsi="Palatino Linotype" w:cs="Palatino Linotype"/>
      <w:i/>
      <w:iCs/>
      <w:color w:val="000000" w:themeColor="text1"/>
    </w:rPr>
  </w:style>
  <w:style w:type="character" w:customStyle="1" w:styleId="Heading4Char">
    <w:name w:val="Heading 4 Char"/>
    <w:basedOn w:val="DefaultParagraphFont"/>
    <w:link w:val="Heading4"/>
    <w:uiPriority w:val="9"/>
    <w:semiHidden/>
    <w:rsid w:val="00FC693F"/>
    <w:rPr>
      <w:rFonts w:ascii="Palatino Linotype" w:eastAsia="Palatino Linotype" w:hAnsi="Palatino Linotype" w:cs="Palatino Linotype"/>
      <w:b/>
      <w:bCs/>
      <w:i/>
      <w:iCs/>
      <w:color w:val="4F81BD" w:themeColor="accent1"/>
    </w:rPr>
  </w:style>
  <w:style w:type="character" w:customStyle="1" w:styleId="Heading5Char">
    <w:name w:val="Heading 5 Char"/>
    <w:basedOn w:val="DefaultParagraphFont"/>
    <w:link w:val="Heading5"/>
    <w:uiPriority w:val="9"/>
    <w:semiHidden/>
    <w:rsid w:val="00FC693F"/>
    <w:rPr>
      <w:rFonts w:ascii="Palatino Linotype" w:eastAsia="Palatino Linotype" w:hAnsi="Palatino Linotype" w:cs="Palatino Linotype"/>
      <w:color w:val="243F60" w:themeColor="accent1" w:themeShade="7F"/>
    </w:rPr>
  </w:style>
  <w:style w:type="character" w:customStyle="1" w:styleId="Heading6Char">
    <w:name w:val="Heading 6 Char"/>
    <w:basedOn w:val="DefaultParagraphFont"/>
    <w:link w:val="Heading6"/>
    <w:uiPriority w:val="9"/>
    <w:semiHidden/>
    <w:rsid w:val="00FC693F"/>
    <w:rPr>
      <w:rFonts w:ascii="Palatino Linotype" w:eastAsia="Palatino Linotype" w:hAnsi="Palatino Linotype" w:cs="Palatino Linotype"/>
      <w:i/>
      <w:iCs/>
      <w:color w:val="243F60" w:themeColor="accent1" w:themeShade="7F"/>
    </w:rPr>
  </w:style>
  <w:style w:type="character" w:customStyle="1" w:styleId="Heading7Char">
    <w:name w:val="Heading 7 Char"/>
    <w:basedOn w:val="DefaultParagraphFont"/>
    <w:link w:val="Heading7"/>
    <w:uiPriority w:val="9"/>
    <w:semiHidden/>
    <w:rsid w:val="00FC693F"/>
    <w:rPr>
      <w:rFonts w:ascii="Palatino Linotype" w:eastAsia="Palatino Linotype" w:hAnsi="Palatino Linotype" w:cs="Palatino Linotype"/>
      <w:i/>
      <w:iCs/>
      <w:color w:val="404040" w:themeColor="text1" w:themeTint="BF"/>
    </w:rPr>
  </w:style>
  <w:style w:type="character" w:customStyle="1" w:styleId="Heading8Char">
    <w:name w:val="Heading 8 Char"/>
    <w:basedOn w:val="DefaultParagraphFont"/>
    <w:link w:val="Heading8"/>
    <w:uiPriority w:val="9"/>
    <w:semiHidden/>
    <w:rsid w:val="00FC693F"/>
    <w:rPr>
      <w:rFonts w:ascii="Palatino Linotype" w:eastAsia="Palatino Linotype" w:hAnsi="Palatino Linotype" w:cs="Palatino Linotype"/>
      <w:color w:val="4F81BD" w:themeColor="accent1"/>
      <w:sz w:val="20"/>
      <w:szCs w:val="20"/>
    </w:rPr>
  </w:style>
  <w:style w:type="character" w:customStyle="1" w:styleId="Heading9Char">
    <w:name w:val="Heading 9 Char"/>
    <w:basedOn w:val="DefaultParagraphFont"/>
    <w:link w:val="Heading9"/>
    <w:uiPriority w:val="9"/>
    <w:semiHidden/>
    <w:rsid w:val="00FC693F"/>
    <w:rPr>
      <w:rFonts w:ascii="Palatino Linotype" w:eastAsia="Palatino Linotype" w:hAnsi="Palatino Linotype" w:cs="Palatino Linotype"/>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0"/>
      <w:szCs w:val="18"/>
    </w:rPr>
  </w:style>
  <w:style w:type="character" w:styleId="Strong">
    <w:name w:val="Strong"/>
    <w:basedOn w:val="DefaultParagraphFont"/>
    <w:uiPriority w:val="22"/>
    <w:qFormat/>
    <w:rsid w:val="00FC693F"/>
    <w:rPr>
      <w:rFonts w:ascii="Palatino Linotype" w:eastAsia="Palatino Linotype" w:hAnsi="Palatino Linotype" w:cs="Palatino Linotype"/>
      <w:b/>
      <w:bCs/>
    </w:rPr>
  </w:style>
  <w:style w:type="character" w:styleId="Emphasis">
    <w:name w:val="Emphasis"/>
    <w:basedOn w:val="DefaultParagraphFont"/>
    <w:uiPriority w:val="20"/>
    <w:qFormat/>
    <w:rsid w:val="00FC693F"/>
    <w:rPr>
      <w:rFonts w:ascii="Palatino Linotype" w:eastAsia="Palatino Linotype" w:hAnsi="Palatino Linotype" w:cs="Palatino Linotype"/>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Palatino Linotype" w:eastAsia="Palatino Linotype" w:hAnsi="Palatino Linotype" w:cs="Palatino Linotype"/>
      <w:b/>
      <w:bCs/>
      <w:i/>
      <w:iCs/>
      <w:color w:val="4F81BD" w:themeColor="accent1"/>
    </w:rPr>
  </w:style>
  <w:style w:type="character" w:styleId="SubtleEmphasis">
    <w:name w:val="Subtle Emphasis"/>
    <w:basedOn w:val="DefaultParagraphFont"/>
    <w:uiPriority w:val="19"/>
    <w:qFormat/>
    <w:rsid w:val="00FC693F"/>
    <w:rPr>
      <w:rFonts w:ascii="Palatino Linotype" w:eastAsia="Palatino Linotype" w:hAnsi="Palatino Linotype" w:cs="Palatino Linotype"/>
      <w:i/>
      <w:iCs/>
      <w:color w:val="808080" w:themeColor="text1" w:themeTint="7F"/>
    </w:rPr>
  </w:style>
  <w:style w:type="character" w:styleId="IntenseEmphasis">
    <w:name w:val="Intense Emphasis"/>
    <w:basedOn w:val="DefaultParagraphFont"/>
    <w:uiPriority w:val="21"/>
    <w:qFormat/>
    <w:rsid w:val="00FC693F"/>
    <w:rPr>
      <w:rFonts w:ascii="Palatino Linotype" w:eastAsia="Palatino Linotype" w:hAnsi="Palatino Linotype" w:cs="Palatino Linotype"/>
      <w:b/>
      <w:bCs/>
      <w:i/>
      <w:iCs/>
      <w:color w:val="4F81BD" w:themeColor="accent1"/>
    </w:rPr>
  </w:style>
  <w:style w:type="character" w:styleId="SubtleReference">
    <w:name w:val="Subtle Reference"/>
    <w:basedOn w:val="DefaultParagraphFont"/>
    <w:uiPriority w:val="31"/>
    <w:qFormat/>
    <w:rsid w:val="00FC693F"/>
    <w:rPr>
      <w:rFonts w:ascii="Palatino Linotype" w:eastAsia="Palatino Linotype" w:hAnsi="Palatino Linotype" w:cs="Palatino Linotype"/>
      <w:smallCaps/>
      <w:color w:val="C0504D" w:themeColor="accent2"/>
      <w:u w:val="single"/>
    </w:rPr>
  </w:style>
  <w:style w:type="character" w:styleId="IntenseReference">
    <w:name w:val="Intense Reference"/>
    <w:basedOn w:val="DefaultParagraphFont"/>
    <w:uiPriority w:val="32"/>
    <w:qFormat/>
    <w:rsid w:val="00FC693F"/>
    <w:rPr>
      <w:rFonts w:ascii="Palatino Linotype" w:eastAsia="Palatino Linotype" w:hAnsi="Palatino Linotype" w:cs="Palatino Linotype"/>
      <w:b/>
      <w:bCs/>
      <w:smallCaps/>
      <w:color w:val="C0504D" w:themeColor="accent2"/>
      <w:spacing w:val="5"/>
      <w:u w:val="single"/>
    </w:rPr>
  </w:style>
  <w:style w:type="character" w:styleId="BookTitle">
    <w:name w:val="Book Title"/>
    <w:basedOn w:val="DefaultParagraphFont"/>
    <w:uiPriority w:val="33"/>
    <w:qFormat/>
    <w:rsid w:val="00FC693F"/>
    <w:rPr>
      <w:rFonts w:ascii="Palatino Linotype" w:eastAsia="Palatino Linotype" w:hAnsi="Palatino Linotype" w:cs="Palatino Linotype"/>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MRBookTitle">
    <w:name w:val="CMR Book Title"/>
    <w:basedOn w:val="Normal"/>
    <w:pPr>
      <w:spacing w:after="200"/>
    </w:pPr>
    <w:rPr>
      <w:b/>
      <w:color w:val="1B394F"/>
      <w:sz w:val="46"/>
    </w:rPr>
  </w:style>
  <w:style w:type="paragraph" w:customStyle="1" w:styleId="CMRPageTitle">
    <w:name w:val="CMR Page Title"/>
    <w:basedOn w:val="Normal"/>
    <w:pPr>
      <w:spacing w:after="140"/>
    </w:pPr>
    <w:rPr>
      <w:b/>
      <w:color w:val="1B394F"/>
      <w:sz w:val="32"/>
    </w:rPr>
  </w:style>
  <w:style w:type="paragraph" w:customStyle="1" w:styleId="CMRSectionLabel">
    <w:name w:val="CMR Section Label"/>
    <w:basedOn w:val="Normal"/>
    <w:pPr>
      <w:spacing w:after="80"/>
    </w:pPr>
    <w:rPr>
      <w:b/>
      <w:color w:val="275C72"/>
      <w:sz w:val="20"/>
    </w:rPr>
  </w:style>
  <w:style w:type="paragraph" w:customStyle="1" w:styleId="CMRProblemTitle">
    <w:name w:val="CMR Problem Title"/>
    <w:basedOn w:val="Normal"/>
    <w:rPr>
      <w:b/>
      <w:color w:val="19435C"/>
      <w:sz w:val="22"/>
    </w:rPr>
  </w:style>
  <w:style w:type="paragraph" w:customStyle="1" w:styleId="CMRSmallLabel">
    <w:name w:val="CMR Small Label"/>
    <w:basedOn w:val="Normal"/>
    <w:pPr>
      <w:spacing w:after="40"/>
    </w:pPr>
    <w:rPr>
      <w:b/>
      <w:color w:val="53626D"/>
      <w:sz w:val="20"/>
    </w:rPr>
  </w:style>
  <w:style w:type="paragraph" w:customStyle="1" w:styleId="CMRBodySmall">
    <w:name w:val="CMR Body Small"/>
    <w:basedOn w:val="Normal"/>
    <w:pPr>
      <w:spacing w:after="60"/>
    </w:pPr>
    <w:rPr>
      <w:sz w:val="20"/>
    </w:rPr>
  </w:style>
  <w:style w:type="paragraph" w:customStyle="1" w:styleId="CMRAnswerEntry">
    <w:name w:val="CMR Answer Entry"/>
    <w:basedOn w:val="Normal"/>
    <w:pPr>
      <w:spacing w:after="1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73809</Words>
  <Characters>420712</Characters>
  <Application>Microsoft Office Word</Application>
  <DocSecurity>0</DocSecurity>
  <Lines>3505</Lines>
  <Paragraphs>987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Words First. Math Second. — Understanding and Solving Real-Life Math Word Problems</dc:title>
  <dc:subject>Adult life-skills math word-problem student workbook</dc:subject>
  <dc:creator>Compassion Ministry Resources</dc:creator>
  <cp:keywords>adult education, life skills, reading comprehension, math word problems</cp:keywords>
  <dc:description>generated by python-docx</dc:description>
  <cp:lastModifiedBy>Tonya Hancock</cp:lastModifiedBy>
  <cp:revision>2</cp:revision>
  <dcterms:created xsi:type="dcterms:W3CDTF">2026-10-13T17:21:00Z</dcterms:created>
  <dcterms:modified xsi:type="dcterms:W3CDTF">2026-10-13T17:21:00Z</dcterms:modified>
  <cp:category/>
</cp:coreProperties>
</file>