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274EA3" w14:paraId="7184C87C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2E5D7B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5390B536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60"/>
              </w:rPr>
              <w:t>WORDS FOR LIFE</w:t>
            </w:r>
          </w:p>
        </w:tc>
      </w:tr>
      <w:tr w:rsidR="00274EA3" w14:paraId="01EDA799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DCEAF3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0E0C1E28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50"/>
              </w:rPr>
              <w:t>Reading Skills - Level 2</w:t>
            </w:r>
            <w:r>
              <w:rPr>
                <w:color w:val="1F2933"/>
                <w:sz w:val="34"/>
              </w:rPr>
              <w:br/>
              <w:t>Beginning Reading for Adults</w:t>
            </w:r>
          </w:p>
        </w:tc>
      </w:tr>
      <w:tr w:rsidR="00274EA3" w14:paraId="4F4E69B4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15433B80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36"/>
              </w:rPr>
              <w:t>Participant Workbook - Level 2</w:t>
            </w:r>
          </w:p>
        </w:tc>
      </w:tr>
      <w:tr w:rsidR="00274EA3" w14:paraId="62D7AB60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EF5F9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0E3A04D2" w14:textId="77777777" w:rsidR="00274EA3" w:rsidRDefault="00000000">
            <w:pPr>
              <w:jc w:val="center"/>
            </w:pPr>
            <w:r>
              <w:rPr>
                <w:color w:val="1F2933"/>
                <w:sz w:val="36"/>
              </w:rPr>
              <w:t>Read more words.</w:t>
            </w:r>
            <w:r>
              <w:rPr>
                <w:color w:val="1F2933"/>
                <w:sz w:val="36"/>
              </w:rPr>
              <w:br/>
              <w:t>Read longer sentences.</w:t>
            </w:r>
            <w:r>
              <w:rPr>
                <w:color w:val="1F2933"/>
                <w:sz w:val="36"/>
              </w:rPr>
              <w:br/>
              <w:t>Use reading every day.</w:t>
            </w:r>
          </w:p>
        </w:tc>
      </w:tr>
      <w:tr w:rsidR="00274EA3" w14:paraId="6DF2CED1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06D67FD5" w14:textId="77777777" w:rsidR="00274EA3" w:rsidRDefault="00000000">
            <w:pPr>
              <w:jc w:val="center"/>
            </w:pPr>
            <w:r>
              <w:t>Name: __________________________________</w:t>
            </w:r>
          </w:p>
        </w:tc>
      </w:tr>
    </w:tbl>
    <w:p w14:paraId="16F509DC" w14:textId="77777777" w:rsidR="00274EA3" w:rsidRDefault="00000000">
      <w:pPr>
        <w:spacing w:before="360"/>
        <w:jc w:val="center"/>
      </w:pPr>
      <w:r>
        <w:rPr>
          <w:i/>
          <w:color w:val="2E5D7B"/>
          <w:sz w:val="30"/>
        </w:rPr>
        <w:t>Courage grows one word at a time.</w:t>
      </w:r>
    </w:p>
    <w:p w14:paraId="5187FFFB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95BA438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9742FD3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Welcome</w:t>
            </w:r>
            <w:r>
              <w:rPr>
                <w:color w:val="FFFFFF"/>
                <w:sz w:val="24"/>
              </w:rPr>
              <w:br/>
              <w:t>You are ready for the next step</w:t>
            </w:r>
          </w:p>
        </w:tc>
      </w:tr>
    </w:tbl>
    <w:p w14:paraId="3BB7C7C5" w14:textId="77777777" w:rsidR="00274EA3" w:rsidRDefault="00274EA3">
      <w:pPr>
        <w:spacing w:after="0"/>
      </w:pPr>
    </w:p>
    <w:p w14:paraId="147798BA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You already know some letters, sounds, words, and sentences.</w:t>
      </w:r>
    </w:p>
    <w:p w14:paraId="4B2AC7F9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This book will help you read a little more each day.</w:t>
      </w:r>
    </w:p>
    <w:p w14:paraId="43468255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You will read useful words, longer sentences, and short paragraphs.</w:t>
      </w:r>
    </w:p>
    <w:p w14:paraId="0302DFC8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You may ask a teacher, tutor, or partner for help.</w:t>
      </w:r>
    </w:p>
    <w:p w14:paraId="204FBA86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It is okay to read slowly. Read the same page more than one time.</w:t>
      </w:r>
    </w:p>
    <w:p w14:paraId="2DB3695F" w14:textId="77777777" w:rsidR="00274EA3" w:rsidRDefault="00000000">
      <w:pPr>
        <w:spacing w:before="360"/>
        <w:jc w:val="center"/>
      </w:pPr>
      <w:r>
        <w:rPr>
          <w:b/>
          <w:color w:val="2E5D7B"/>
          <w:sz w:val="40"/>
        </w:rPr>
        <w:t>I am building my reading skills.</w:t>
      </w:r>
    </w:p>
    <w:p w14:paraId="56DE1EF4" w14:textId="77777777" w:rsidR="00274EA3" w:rsidRDefault="00000000">
      <w:pPr>
        <w:spacing w:after="40"/>
      </w:pPr>
      <w:r>
        <w:rPr>
          <w:sz w:val="28"/>
        </w:rPr>
        <w:t>WRITE  Write your name.</w:t>
      </w:r>
    </w:p>
    <w:p w14:paraId="22564E62" w14:textId="77777777" w:rsidR="00274EA3" w:rsidRDefault="00000000">
      <w:r>
        <w:rPr>
          <w:color w:val="6F7D87"/>
        </w:rPr>
        <w:t>_______________________________________________________</w:t>
      </w:r>
    </w:p>
    <w:p w14:paraId="6409D3FA" w14:textId="77777777" w:rsidR="00274EA3" w:rsidRDefault="00000000">
      <w:r>
        <w:rPr>
          <w:color w:val="6F7D87"/>
        </w:rPr>
        <w:t>_______________________________________________________</w:t>
      </w:r>
    </w:p>
    <w:p w14:paraId="6815F782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E75F1C8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DC52054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How to Use This Book</w:t>
            </w:r>
            <w:r>
              <w:rPr>
                <w:color w:val="FFFFFF"/>
                <w:sz w:val="24"/>
              </w:rPr>
              <w:br/>
              <w:t>Use the same steps on every page</w:t>
            </w:r>
          </w:p>
        </w:tc>
      </w:tr>
    </w:tbl>
    <w:p w14:paraId="0DC97980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344"/>
      </w:tblGrid>
      <w:tr w:rsidR="00274EA3" w14:paraId="6C61DB38" w14:textId="77777777">
        <w:trPr>
          <w:cantSplit/>
          <w:jc w:val="center"/>
        </w:trPr>
        <w:tc>
          <w:tcPr>
            <w:tcW w:w="1800" w:type="dxa"/>
            <w:tcBorders>
              <w:bottom w:val="single" w:sz="6" w:space="0" w:color="C3D0D8"/>
            </w:tcBorders>
            <w:shd w:val="clear" w:color="auto" w:fill="DCEAF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46D016" w14:textId="77777777" w:rsidR="00274EA3" w:rsidRDefault="00000000">
            <w:r>
              <w:rPr>
                <w:b/>
                <w:color w:val="2E5D7B"/>
                <w:sz w:val="28"/>
              </w:rPr>
              <w:t>SAY</w:t>
            </w:r>
          </w:p>
        </w:tc>
        <w:tc>
          <w:tcPr>
            <w:tcW w:w="7344" w:type="dxa"/>
            <w:tcBorders>
              <w:bottom w:val="single" w:sz="6" w:space="0" w:color="C3D0D8"/>
            </w:tcBorders>
            <w:shd w:val="clear" w:color="auto" w:fill="F8FA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A99265" w14:textId="77777777" w:rsidR="00274EA3" w:rsidRDefault="00000000">
            <w:r>
              <w:rPr>
                <w:sz w:val="30"/>
              </w:rPr>
              <w:t>Say the sound or word.</w:t>
            </w:r>
          </w:p>
        </w:tc>
      </w:tr>
      <w:tr w:rsidR="00274EA3" w14:paraId="58FC870F" w14:textId="77777777">
        <w:trPr>
          <w:cantSplit/>
          <w:jc w:val="center"/>
        </w:trPr>
        <w:tc>
          <w:tcPr>
            <w:tcW w:w="1800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3EBD5" w14:textId="77777777" w:rsidR="00274EA3" w:rsidRDefault="00000000">
            <w:r>
              <w:rPr>
                <w:b/>
                <w:color w:val="2E5D7B"/>
                <w:sz w:val="28"/>
              </w:rPr>
              <w:t>POINT</w:t>
            </w:r>
          </w:p>
        </w:tc>
        <w:tc>
          <w:tcPr>
            <w:tcW w:w="7344" w:type="dxa"/>
            <w:tcBorders>
              <w:bottom w:val="single" w:sz="6" w:space="0" w:color="C3D0D8"/>
            </w:tcBorders>
            <w:shd w:val="clear" w:color="auto" w:fill="F8FA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1B00DA" w14:textId="77777777" w:rsidR="00274EA3" w:rsidRDefault="00000000">
            <w:r>
              <w:rPr>
                <w:sz w:val="30"/>
              </w:rPr>
              <w:t>Point to each word as you read.</w:t>
            </w:r>
          </w:p>
        </w:tc>
      </w:tr>
      <w:tr w:rsidR="00274EA3" w14:paraId="2E979B99" w14:textId="77777777">
        <w:trPr>
          <w:cantSplit/>
          <w:jc w:val="center"/>
        </w:trPr>
        <w:tc>
          <w:tcPr>
            <w:tcW w:w="1800" w:type="dxa"/>
            <w:tcBorders>
              <w:bottom w:val="single" w:sz="6" w:space="0" w:color="C3D0D8"/>
            </w:tcBorders>
            <w:shd w:val="clear" w:color="auto" w:fill="DCEAF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D623E9" w14:textId="77777777" w:rsidR="00274EA3" w:rsidRDefault="00000000">
            <w:r>
              <w:rPr>
                <w:b/>
                <w:color w:val="2E5D7B"/>
                <w:sz w:val="28"/>
              </w:rPr>
              <w:t>READ</w:t>
            </w:r>
          </w:p>
        </w:tc>
        <w:tc>
          <w:tcPr>
            <w:tcW w:w="7344" w:type="dxa"/>
            <w:tcBorders>
              <w:bottom w:val="single" w:sz="6" w:space="0" w:color="C3D0D8"/>
            </w:tcBorders>
            <w:shd w:val="clear" w:color="auto" w:fill="F8FA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C9D34" w14:textId="77777777" w:rsidR="00274EA3" w:rsidRDefault="00000000">
            <w:r>
              <w:rPr>
                <w:sz w:val="30"/>
              </w:rPr>
              <w:t>Read slowly. Read it again.</w:t>
            </w:r>
          </w:p>
        </w:tc>
      </w:tr>
      <w:tr w:rsidR="00274EA3" w14:paraId="15DAE730" w14:textId="77777777">
        <w:trPr>
          <w:cantSplit/>
          <w:jc w:val="center"/>
        </w:trPr>
        <w:tc>
          <w:tcPr>
            <w:tcW w:w="1800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390FE8" w14:textId="77777777" w:rsidR="00274EA3" w:rsidRDefault="00000000">
            <w:r>
              <w:rPr>
                <w:b/>
                <w:color w:val="2E5D7B"/>
                <w:sz w:val="28"/>
              </w:rPr>
              <w:t>WRITE</w:t>
            </w:r>
          </w:p>
        </w:tc>
        <w:tc>
          <w:tcPr>
            <w:tcW w:w="7344" w:type="dxa"/>
            <w:tcBorders>
              <w:bottom w:val="single" w:sz="6" w:space="0" w:color="C3D0D8"/>
            </w:tcBorders>
            <w:shd w:val="clear" w:color="auto" w:fill="F8FA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23EA28" w14:textId="77777777" w:rsidR="00274EA3" w:rsidRDefault="00000000">
            <w:r>
              <w:rPr>
                <w:sz w:val="30"/>
              </w:rPr>
              <w:t>Copy or finish the word.</w:t>
            </w:r>
          </w:p>
        </w:tc>
      </w:tr>
      <w:tr w:rsidR="00274EA3" w14:paraId="3EE11DE9" w14:textId="77777777">
        <w:trPr>
          <w:cantSplit/>
          <w:jc w:val="center"/>
        </w:trPr>
        <w:tc>
          <w:tcPr>
            <w:tcW w:w="1800" w:type="dxa"/>
            <w:tcBorders>
              <w:bottom w:val="single" w:sz="6" w:space="0" w:color="C3D0D8"/>
            </w:tcBorders>
            <w:shd w:val="clear" w:color="auto" w:fill="DCEAF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E3CA39" w14:textId="77777777" w:rsidR="00274EA3" w:rsidRDefault="00000000">
            <w:r>
              <w:rPr>
                <w:b/>
                <w:color w:val="2E5D7B"/>
                <w:sz w:val="28"/>
              </w:rPr>
              <w:t>THINK</w:t>
            </w:r>
          </w:p>
        </w:tc>
        <w:tc>
          <w:tcPr>
            <w:tcW w:w="7344" w:type="dxa"/>
            <w:tcBorders>
              <w:bottom w:val="single" w:sz="6" w:space="0" w:color="C3D0D8"/>
            </w:tcBorders>
            <w:shd w:val="clear" w:color="auto" w:fill="F8FA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D19F83" w14:textId="77777777" w:rsidR="00274EA3" w:rsidRDefault="00000000">
            <w:r>
              <w:rPr>
                <w:sz w:val="30"/>
              </w:rPr>
              <w:t>Think about what the words mean.</w:t>
            </w:r>
          </w:p>
        </w:tc>
      </w:tr>
      <w:tr w:rsidR="00274EA3" w14:paraId="1215E40C" w14:textId="77777777">
        <w:trPr>
          <w:cantSplit/>
          <w:jc w:val="center"/>
        </w:trPr>
        <w:tc>
          <w:tcPr>
            <w:tcW w:w="1800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454BC3" w14:textId="77777777" w:rsidR="00274EA3" w:rsidRDefault="00000000">
            <w:r>
              <w:rPr>
                <w:b/>
                <w:color w:val="2E5D7B"/>
                <w:sz w:val="28"/>
              </w:rPr>
              <w:t>TALK</w:t>
            </w:r>
          </w:p>
        </w:tc>
        <w:tc>
          <w:tcPr>
            <w:tcW w:w="7344" w:type="dxa"/>
            <w:tcBorders>
              <w:bottom w:val="single" w:sz="6" w:space="0" w:color="C3D0D8"/>
            </w:tcBorders>
            <w:shd w:val="clear" w:color="auto" w:fill="F8FAFB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859B2" w14:textId="77777777" w:rsidR="00274EA3" w:rsidRDefault="00000000">
            <w:r>
              <w:rPr>
                <w:sz w:val="30"/>
              </w:rPr>
              <w:t>Tell a partner what you read.</w:t>
            </w:r>
          </w:p>
        </w:tc>
      </w:tr>
    </w:tbl>
    <w:p w14:paraId="6CDA66CA" w14:textId="77777777" w:rsidR="00274EA3" w:rsidRDefault="00000000">
      <w:pPr>
        <w:spacing w:before="320"/>
        <w:jc w:val="center"/>
      </w:pPr>
      <w:r>
        <w:rPr>
          <w:i/>
          <w:color w:val="1F2933"/>
          <w:sz w:val="30"/>
        </w:rPr>
        <w:t>A teacher or tutor may read the directions aloud.</w:t>
      </w:r>
    </w:p>
    <w:p w14:paraId="11A649B3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BC031F3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3660450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Before We Begin</w:t>
            </w:r>
            <w:r>
              <w:rPr>
                <w:color w:val="FFFFFF"/>
                <w:sz w:val="24"/>
              </w:rPr>
              <w:br/>
              <w:t>This is not a test</w:t>
            </w:r>
          </w:p>
        </w:tc>
      </w:tr>
    </w:tbl>
    <w:p w14:paraId="47491CA8" w14:textId="77777777" w:rsidR="00274EA3" w:rsidRDefault="00274EA3">
      <w:pPr>
        <w:spacing w:after="0"/>
      </w:pPr>
    </w:p>
    <w:p w14:paraId="5ADD29BA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as much as you can. Ask for help when you need it.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591ECC9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196B67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map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DE2AA4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sit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BAC394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hot</w:t>
            </w:r>
          </w:p>
        </w:tc>
      </w:tr>
      <w:tr w:rsidR="00274EA3" w14:paraId="12BBAA3F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D9C58C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red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205ED6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sun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870997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help</w:t>
            </w:r>
          </w:p>
        </w:tc>
      </w:tr>
      <w:tr w:rsidR="00274EA3" w14:paraId="45649740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47EE1D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work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2ABD73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home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56C437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bus</w:t>
            </w:r>
          </w:p>
        </w:tc>
      </w:tr>
    </w:tbl>
    <w:p w14:paraId="3F0B517C" w14:textId="77777777" w:rsidR="00274EA3" w:rsidRDefault="00274EA3">
      <w:pPr>
        <w:spacing w:after="0"/>
      </w:pPr>
    </w:p>
    <w:p w14:paraId="3041D6B8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68D70E0F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can read.</w:t>
      </w:r>
    </w:p>
    <w:p w14:paraId="1D433EA7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The bus is here.</w:t>
      </w:r>
    </w:p>
    <w:p w14:paraId="37C7410B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We can work.</w:t>
      </w:r>
    </w:p>
    <w:p w14:paraId="72171B8F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will ask for help.</w:t>
      </w:r>
    </w:p>
    <w:p w14:paraId="7B89319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one word you know.</w:t>
      </w:r>
    </w:p>
    <w:p w14:paraId="594126D4" w14:textId="77777777" w:rsidR="00274EA3" w:rsidRDefault="00000000">
      <w:r>
        <w:rPr>
          <w:color w:val="6F7D87"/>
        </w:rPr>
        <w:t>_______________________________________________________</w:t>
      </w:r>
    </w:p>
    <w:p w14:paraId="337B8848" w14:textId="77777777" w:rsidR="00274EA3" w:rsidRDefault="00000000">
      <w:r>
        <w:rPr>
          <w:color w:val="6F7D87"/>
        </w:rPr>
        <w:t>_______________________________________________________</w:t>
      </w:r>
    </w:p>
    <w:p w14:paraId="2527EFE6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TALK  </w:t>
      </w:r>
      <w:r>
        <w:rPr>
          <w:sz w:val="28"/>
        </w:rPr>
        <w:t>Tell one thing you want to read better.</w:t>
      </w:r>
    </w:p>
    <w:p w14:paraId="082B17CF" w14:textId="77777777" w:rsidR="00274EA3" w:rsidRDefault="00000000">
      <w:r>
        <w:rPr>
          <w:color w:val="6F7D87"/>
        </w:rPr>
        <w:t>_______________________________________________________</w:t>
      </w:r>
    </w:p>
    <w:p w14:paraId="783D1E16" w14:textId="77777777" w:rsidR="00274EA3" w:rsidRDefault="00000000">
      <w:r>
        <w:rPr>
          <w:color w:val="6F7D87"/>
        </w:rPr>
        <w:t>_______________________________________________________</w:t>
      </w:r>
    </w:p>
    <w:p w14:paraId="5BB8338B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4C7320A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49E379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Review and Grow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68D7541D" w14:textId="77777777" w:rsidR="00274EA3" w:rsidRDefault="00274EA3">
      <w:pPr>
        <w:spacing w:after="0"/>
      </w:pPr>
    </w:p>
    <w:p w14:paraId="27C2DC5D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798CB0FA" w14:textId="77777777" w:rsidR="00274EA3" w:rsidRDefault="00000000">
      <w:r>
        <w:rPr>
          <w:sz w:val="30"/>
        </w:rPr>
        <w:t>[  ]  read short-vowel words.</w:t>
      </w:r>
    </w:p>
    <w:p w14:paraId="256E54D1" w14:textId="77777777" w:rsidR="00274EA3" w:rsidRDefault="00000000">
      <w:r>
        <w:rPr>
          <w:sz w:val="30"/>
        </w:rPr>
        <w:t>[  ]  read common words quickly.</w:t>
      </w:r>
    </w:p>
    <w:p w14:paraId="14B8A248" w14:textId="77777777" w:rsidR="00274EA3" w:rsidRDefault="00000000">
      <w:r>
        <w:rPr>
          <w:sz w:val="30"/>
        </w:rPr>
        <w:t>[  ]  read simple sentences with meaning.</w:t>
      </w:r>
    </w:p>
    <w:p w14:paraId="0A365B28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00BB924D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253CD7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can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3FD65E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get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B3C3B4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help</w:t>
            </w:r>
          </w:p>
        </w:tc>
      </w:tr>
      <w:tr w:rsidR="00274EA3" w14:paraId="4AD92E6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6E856B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make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A543E1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read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CDDFA5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work</w:t>
            </w:r>
          </w:p>
        </w:tc>
      </w:tr>
    </w:tbl>
    <w:p w14:paraId="08D6D123" w14:textId="77777777" w:rsidR="00274EA3" w:rsidRDefault="00274EA3">
      <w:pPr>
        <w:spacing w:after="0"/>
      </w:pPr>
    </w:p>
    <w:p w14:paraId="3421CE68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0FF84972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FD1B224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3264FD7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Short Vowel Review</w:t>
            </w:r>
            <w:r>
              <w:rPr>
                <w:color w:val="FFFFFF"/>
                <w:sz w:val="24"/>
              </w:rPr>
              <w:br/>
              <w:t>Listen for the middle sound</w:t>
            </w:r>
          </w:p>
        </w:tc>
      </w:tr>
    </w:tbl>
    <w:p w14:paraId="1AABCA0D" w14:textId="77777777" w:rsidR="00274EA3" w:rsidRDefault="00274EA3">
      <w:pPr>
        <w:spacing w:after="0"/>
      </w:pPr>
    </w:p>
    <w:p w14:paraId="4B73065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SAY  </w:t>
      </w:r>
      <w:r>
        <w:rPr>
          <w:sz w:val="28"/>
        </w:rPr>
        <w:t>Say each word. Listen to the middle sound.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01696788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6C6816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map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8604CA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bed</w:t>
            </w:r>
          </w:p>
        </w:tc>
      </w:tr>
      <w:tr w:rsidR="00274EA3" w14:paraId="62308CD4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3B57D1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sit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48D779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hot</w:t>
            </w:r>
          </w:p>
        </w:tc>
      </w:tr>
      <w:tr w:rsidR="00274EA3" w14:paraId="25BD94CB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B977FB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sun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E0BCCD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bag</w:t>
            </w:r>
          </w:p>
        </w:tc>
      </w:tr>
      <w:tr w:rsidR="00274EA3" w14:paraId="76353CE9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501F70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ten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76DB13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win</w:t>
            </w:r>
          </w:p>
        </w:tc>
      </w:tr>
      <w:tr w:rsidR="00274EA3" w14:paraId="2CCA8C4C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36EA8F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job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755AC9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cup</w:t>
            </w:r>
          </w:p>
        </w:tc>
      </w:tr>
    </w:tbl>
    <w:p w14:paraId="7175140D" w14:textId="77777777" w:rsidR="00274EA3" w:rsidRDefault="00274EA3">
      <w:pPr>
        <w:spacing w:after="0"/>
      </w:pPr>
    </w:p>
    <w:p w14:paraId="338F2BC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the missing middle letter.</w:t>
      </w:r>
    </w:p>
    <w:p w14:paraId="168EA731" w14:textId="77777777" w:rsidR="00274EA3" w:rsidRDefault="00000000">
      <w:pPr>
        <w:spacing w:after="200"/>
        <w:jc w:val="center"/>
      </w:pPr>
      <w:r>
        <w:rPr>
          <w:sz w:val="38"/>
        </w:rPr>
        <w:t>m_p     b_g     c_t</w:t>
      </w:r>
    </w:p>
    <w:p w14:paraId="79B0C3FC" w14:textId="77777777" w:rsidR="00274EA3" w:rsidRDefault="00000000">
      <w:pPr>
        <w:spacing w:after="200"/>
        <w:jc w:val="center"/>
      </w:pPr>
      <w:r>
        <w:rPr>
          <w:sz w:val="38"/>
        </w:rPr>
        <w:t>b_d     t_n     r_d</w:t>
      </w:r>
    </w:p>
    <w:p w14:paraId="0D5B9BCD" w14:textId="77777777" w:rsidR="00274EA3" w:rsidRDefault="00000000">
      <w:pPr>
        <w:spacing w:after="200"/>
        <w:jc w:val="center"/>
      </w:pPr>
      <w:r>
        <w:rPr>
          <w:sz w:val="38"/>
        </w:rPr>
        <w:t>s_t     p_n     f_x</w:t>
      </w:r>
    </w:p>
    <w:p w14:paraId="0E74C7B1" w14:textId="77777777" w:rsidR="00274EA3" w:rsidRDefault="00000000">
      <w:pPr>
        <w:spacing w:after="200"/>
        <w:jc w:val="center"/>
      </w:pPr>
      <w:r>
        <w:rPr>
          <w:sz w:val="38"/>
        </w:rPr>
        <w:t>h_t     j_b     m_p</w:t>
      </w:r>
    </w:p>
    <w:p w14:paraId="311D77F7" w14:textId="77777777" w:rsidR="00274EA3" w:rsidRDefault="00000000">
      <w:pPr>
        <w:spacing w:after="200"/>
        <w:jc w:val="center"/>
      </w:pPr>
      <w:r>
        <w:rPr>
          <w:sz w:val="38"/>
        </w:rPr>
        <w:t>s_n     c_p     r_n</w:t>
      </w:r>
    </w:p>
    <w:p w14:paraId="52900E14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B87B8D0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B78FCD0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Read Word Pairs</w:t>
            </w:r>
            <w:r>
              <w:rPr>
                <w:color w:val="FFFFFF"/>
                <w:sz w:val="24"/>
              </w:rPr>
              <w:br/>
              <w:t>Look carefully</w:t>
            </w:r>
          </w:p>
        </w:tc>
      </w:tr>
    </w:tbl>
    <w:p w14:paraId="50C9EA23" w14:textId="77777777" w:rsidR="00274EA3" w:rsidRDefault="00274EA3">
      <w:pPr>
        <w:spacing w:after="0"/>
      </w:pPr>
    </w:p>
    <w:p w14:paraId="6D28342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both words. Circle the word your teacher says.</w:t>
      </w:r>
    </w:p>
    <w:p w14:paraId="3A669F07" w14:textId="77777777" w:rsidR="00274EA3" w:rsidRDefault="00000000">
      <w:pPr>
        <w:spacing w:after="200"/>
        <w:jc w:val="center"/>
      </w:pPr>
      <w:r>
        <w:rPr>
          <w:sz w:val="40"/>
        </w:rPr>
        <w:t>map   mop</w:t>
      </w:r>
    </w:p>
    <w:p w14:paraId="0DEFB2FA" w14:textId="77777777" w:rsidR="00274EA3" w:rsidRDefault="00000000">
      <w:pPr>
        <w:spacing w:after="200"/>
        <w:jc w:val="center"/>
      </w:pPr>
      <w:r>
        <w:rPr>
          <w:sz w:val="40"/>
        </w:rPr>
        <w:t>sit   set</w:t>
      </w:r>
    </w:p>
    <w:p w14:paraId="3FB1D5B8" w14:textId="77777777" w:rsidR="00274EA3" w:rsidRDefault="00000000">
      <w:pPr>
        <w:spacing w:after="200"/>
        <w:jc w:val="center"/>
      </w:pPr>
      <w:r>
        <w:rPr>
          <w:sz w:val="40"/>
        </w:rPr>
        <w:t>run   ran</w:t>
      </w:r>
    </w:p>
    <w:p w14:paraId="2460D6D3" w14:textId="77777777" w:rsidR="00274EA3" w:rsidRDefault="00000000">
      <w:pPr>
        <w:spacing w:after="200"/>
        <w:jc w:val="center"/>
      </w:pPr>
      <w:r>
        <w:rPr>
          <w:sz w:val="40"/>
        </w:rPr>
        <w:t>hot   hit</w:t>
      </w:r>
    </w:p>
    <w:p w14:paraId="321E3478" w14:textId="77777777" w:rsidR="00274EA3" w:rsidRDefault="00000000">
      <w:pPr>
        <w:spacing w:after="200"/>
        <w:jc w:val="center"/>
      </w:pPr>
      <w:r>
        <w:rPr>
          <w:sz w:val="40"/>
        </w:rPr>
        <w:t>bed   bad</w:t>
      </w:r>
    </w:p>
    <w:p w14:paraId="4BCFB4F0" w14:textId="77777777" w:rsidR="00274EA3" w:rsidRDefault="00000000">
      <w:pPr>
        <w:spacing w:after="200"/>
        <w:jc w:val="center"/>
      </w:pPr>
      <w:r>
        <w:rPr>
          <w:sz w:val="40"/>
        </w:rPr>
        <w:t>cup   cap</w:t>
      </w:r>
    </w:p>
    <w:p w14:paraId="7A5D30C1" w14:textId="77777777" w:rsidR="00274EA3" w:rsidRDefault="00000000">
      <w:pPr>
        <w:spacing w:after="200"/>
        <w:jc w:val="center"/>
      </w:pPr>
      <w:r>
        <w:rPr>
          <w:sz w:val="40"/>
        </w:rPr>
        <w:t>job   jog</w:t>
      </w:r>
    </w:p>
    <w:p w14:paraId="64244696" w14:textId="77777777" w:rsidR="00274EA3" w:rsidRDefault="00000000">
      <w:pPr>
        <w:spacing w:after="200"/>
        <w:jc w:val="center"/>
      </w:pPr>
      <w:r>
        <w:rPr>
          <w:sz w:val="40"/>
        </w:rPr>
        <w:t>red   rid</w:t>
      </w:r>
    </w:p>
    <w:p w14:paraId="5EB4C6A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Copy two word pairs.</w:t>
      </w:r>
    </w:p>
    <w:p w14:paraId="5836C10C" w14:textId="77777777" w:rsidR="00274EA3" w:rsidRDefault="00000000">
      <w:r>
        <w:rPr>
          <w:color w:val="6F7D87"/>
        </w:rPr>
        <w:t>_______________________________________________________</w:t>
      </w:r>
    </w:p>
    <w:p w14:paraId="4798E045" w14:textId="77777777" w:rsidR="00274EA3" w:rsidRDefault="00000000">
      <w:r>
        <w:rPr>
          <w:color w:val="6F7D87"/>
        </w:rPr>
        <w:t>_______________________________________________________</w:t>
      </w:r>
    </w:p>
    <w:p w14:paraId="4EE09B05" w14:textId="77777777" w:rsidR="00274EA3" w:rsidRDefault="00000000">
      <w:r>
        <w:rPr>
          <w:color w:val="6F7D87"/>
        </w:rPr>
        <w:t>_______________________________________________________</w:t>
      </w:r>
    </w:p>
    <w:p w14:paraId="19A7F47F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E3B9B8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B5B724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Words I Know</w:t>
            </w:r>
            <w:r>
              <w:rPr>
                <w:color w:val="FFFFFF"/>
                <w:sz w:val="24"/>
              </w:rPr>
              <w:br/>
              <w:t>Read these words quickly</w:t>
            </w:r>
          </w:p>
        </w:tc>
      </w:tr>
    </w:tbl>
    <w:p w14:paraId="2FC986EB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552ED509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149C42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I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5F703C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a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057D90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the</w:t>
            </w:r>
          </w:p>
        </w:tc>
      </w:tr>
      <w:tr w:rsidR="00274EA3" w14:paraId="32092760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0AFAA2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is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E1EE1D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are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1CA1EB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you</w:t>
            </w:r>
          </w:p>
        </w:tc>
      </w:tr>
      <w:tr w:rsidR="00274EA3" w14:paraId="586EF54A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438600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1C7967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my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0E47BD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can</w:t>
            </w:r>
          </w:p>
        </w:tc>
      </w:tr>
      <w:tr w:rsidR="00274EA3" w14:paraId="19D8DE9D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3C4F51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will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5FB7D8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have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C0B556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help</w:t>
            </w:r>
          </w:p>
        </w:tc>
      </w:tr>
      <w:tr w:rsidR="00274EA3" w14:paraId="1E5855C1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FE0E05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here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10C138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there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755B6F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go</w:t>
            </w:r>
          </w:p>
        </w:tc>
      </w:tr>
    </w:tbl>
    <w:p w14:paraId="3DDE9FE9" w14:textId="77777777" w:rsidR="00274EA3" w:rsidRDefault="00274EA3">
      <w:pPr>
        <w:spacing w:after="0"/>
      </w:pPr>
    </w:p>
    <w:p w14:paraId="20A97C79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phrases.</w:t>
      </w:r>
    </w:p>
    <w:p w14:paraId="2118E4BB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can help.</w:t>
      </w:r>
    </w:p>
    <w:p w14:paraId="530BAB4E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You are here.</w:t>
      </w:r>
    </w:p>
    <w:p w14:paraId="01B7B338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We have a plan.</w:t>
      </w:r>
    </w:p>
    <w:p w14:paraId="7F6323B0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My job is done.</w:t>
      </w:r>
    </w:p>
    <w:p w14:paraId="195D078F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will go there.</w:t>
      </w:r>
    </w:p>
    <w:p w14:paraId="20F7C3A8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the word that finishes each sentence.</w:t>
      </w:r>
    </w:p>
    <w:p w14:paraId="5C19BB2D" w14:textId="77777777" w:rsidR="00274EA3" w:rsidRDefault="00000000">
      <w:pPr>
        <w:spacing w:after="180"/>
      </w:pPr>
      <w:r>
        <w:rPr>
          <w:sz w:val="36"/>
        </w:rPr>
        <w:t>I ______ help.</w:t>
      </w:r>
    </w:p>
    <w:p w14:paraId="622EA18F" w14:textId="77777777" w:rsidR="00274EA3" w:rsidRDefault="00000000">
      <w:pPr>
        <w:spacing w:after="180"/>
      </w:pPr>
      <w:r>
        <w:rPr>
          <w:sz w:val="36"/>
        </w:rPr>
        <w:t>We ______ a plan.</w:t>
      </w:r>
    </w:p>
    <w:p w14:paraId="31F8E096" w14:textId="77777777" w:rsidR="00274EA3" w:rsidRDefault="00000000">
      <w:pPr>
        <w:spacing w:after="180"/>
      </w:pPr>
      <w:r>
        <w:rPr>
          <w:sz w:val="36"/>
        </w:rPr>
        <w:t>You are ______.</w:t>
      </w:r>
    </w:p>
    <w:p w14:paraId="33CCBB13" w14:textId="77777777" w:rsidR="00274EA3" w:rsidRDefault="00000000">
      <w:r>
        <w:lastRenderedPageBreak/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1BDD1EC6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031A6E9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Read with Meaning</w:t>
            </w:r>
            <w:r>
              <w:rPr>
                <w:color w:val="FFFFFF"/>
                <w:sz w:val="24"/>
              </w:rPr>
              <w:br/>
              <w:t>Do the words make sense?</w:t>
            </w:r>
          </w:p>
        </w:tc>
      </w:tr>
    </w:tbl>
    <w:p w14:paraId="0CF25B83" w14:textId="77777777" w:rsidR="00274EA3" w:rsidRDefault="00274EA3">
      <w:pPr>
        <w:spacing w:after="0"/>
      </w:pPr>
    </w:p>
    <w:p w14:paraId="48AD724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each sentence. Circle yes or no.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8"/>
        <w:gridCol w:w="1872"/>
      </w:tblGrid>
      <w:tr w:rsidR="00274EA3" w14:paraId="7063FE75" w14:textId="77777777">
        <w:trPr>
          <w:cantSplit/>
          <w:jc w:val="center"/>
        </w:trPr>
        <w:tc>
          <w:tcPr>
            <w:tcW w:w="7488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6D947" w14:textId="77777777" w:rsidR="00274EA3" w:rsidRDefault="00000000">
            <w:r>
              <w:rPr>
                <w:sz w:val="30"/>
              </w:rPr>
              <w:t>A cup can hold water.</w:t>
            </w:r>
          </w:p>
        </w:tc>
        <w:tc>
          <w:tcPr>
            <w:tcW w:w="1872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A4273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30"/>
              </w:rPr>
              <w:t>yes   no</w:t>
            </w:r>
          </w:p>
        </w:tc>
      </w:tr>
      <w:tr w:rsidR="00274EA3" w14:paraId="084E1B21" w14:textId="77777777">
        <w:trPr>
          <w:cantSplit/>
          <w:jc w:val="center"/>
        </w:trPr>
        <w:tc>
          <w:tcPr>
            <w:tcW w:w="7488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5AFB0" w14:textId="77777777" w:rsidR="00274EA3" w:rsidRDefault="00000000">
            <w:r>
              <w:rPr>
                <w:sz w:val="30"/>
              </w:rPr>
              <w:t>A bus is a small pet.</w:t>
            </w:r>
          </w:p>
        </w:tc>
        <w:tc>
          <w:tcPr>
            <w:tcW w:w="1872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BD0C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30"/>
              </w:rPr>
              <w:t>yes   no</w:t>
            </w:r>
          </w:p>
        </w:tc>
      </w:tr>
      <w:tr w:rsidR="00274EA3" w14:paraId="646FE2AC" w14:textId="77777777">
        <w:trPr>
          <w:cantSplit/>
          <w:jc w:val="center"/>
        </w:trPr>
        <w:tc>
          <w:tcPr>
            <w:tcW w:w="7488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36315" w14:textId="77777777" w:rsidR="00274EA3" w:rsidRDefault="00000000">
            <w:r>
              <w:rPr>
                <w:sz w:val="30"/>
              </w:rPr>
              <w:t>A map can show a road.</w:t>
            </w:r>
          </w:p>
        </w:tc>
        <w:tc>
          <w:tcPr>
            <w:tcW w:w="1872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CE8E7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30"/>
              </w:rPr>
              <w:t>yes   no</w:t>
            </w:r>
          </w:p>
        </w:tc>
      </w:tr>
      <w:tr w:rsidR="00274EA3" w14:paraId="3FFB88E1" w14:textId="77777777">
        <w:trPr>
          <w:cantSplit/>
          <w:jc w:val="center"/>
        </w:trPr>
        <w:tc>
          <w:tcPr>
            <w:tcW w:w="7488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7CAE2" w14:textId="77777777" w:rsidR="00274EA3" w:rsidRDefault="00000000">
            <w:r>
              <w:rPr>
                <w:sz w:val="30"/>
              </w:rPr>
              <w:t>A bed is for sleep.</w:t>
            </w:r>
          </w:p>
        </w:tc>
        <w:tc>
          <w:tcPr>
            <w:tcW w:w="1872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F173E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30"/>
              </w:rPr>
              <w:t>yes   no</w:t>
            </w:r>
          </w:p>
        </w:tc>
      </w:tr>
      <w:tr w:rsidR="00274EA3" w14:paraId="0A1A2A2C" w14:textId="77777777">
        <w:trPr>
          <w:cantSplit/>
          <w:jc w:val="center"/>
        </w:trPr>
        <w:tc>
          <w:tcPr>
            <w:tcW w:w="7488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EF409" w14:textId="77777777" w:rsidR="00274EA3" w:rsidRDefault="00000000">
            <w:r>
              <w:rPr>
                <w:sz w:val="30"/>
              </w:rPr>
              <w:t>The sun is cold.</w:t>
            </w:r>
          </w:p>
        </w:tc>
        <w:tc>
          <w:tcPr>
            <w:tcW w:w="1872" w:type="dxa"/>
            <w:tcBorders>
              <w:bottom w:val="single" w:sz="6" w:space="0" w:color="B8C4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4BE02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30"/>
              </w:rPr>
              <w:t>yes   no</w:t>
            </w:r>
          </w:p>
        </w:tc>
      </w:tr>
    </w:tbl>
    <w:p w14:paraId="28D08C7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Finish the sentence with a word that makes sense.</w:t>
      </w:r>
    </w:p>
    <w:p w14:paraId="63AA5B38" w14:textId="77777777" w:rsidR="00274EA3" w:rsidRDefault="00000000">
      <w:pPr>
        <w:spacing w:after="200"/>
      </w:pPr>
      <w:r>
        <w:rPr>
          <w:sz w:val="34"/>
        </w:rPr>
        <w:t>I sit on a __________.</w:t>
      </w:r>
    </w:p>
    <w:p w14:paraId="197A5BF2" w14:textId="77777777" w:rsidR="00274EA3" w:rsidRDefault="00000000">
      <w:pPr>
        <w:spacing w:after="200"/>
      </w:pPr>
      <w:r>
        <w:rPr>
          <w:sz w:val="34"/>
        </w:rPr>
        <w:t>I drink from a __________.</w:t>
      </w:r>
    </w:p>
    <w:p w14:paraId="06261C46" w14:textId="77777777" w:rsidR="00274EA3" w:rsidRDefault="00000000">
      <w:pPr>
        <w:spacing w:after="200"/>
      </w:pPr>
      <w:r>
        <w:rPr>
          <w:sz w:val="34"/>
        </w:rPr>
        <w:t>I ride the __________.</w:t>
      </w:r>
    </w:p>
    <w:p w14:paraId="7F17563C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160F6D6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D542D77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1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5FEA49F4" w14:textId="77777777" w:rsidR="00274EA3" w:rsidRDefault="00274EA3">
      <w:pPr>
        <w:spacing w:after="0"/>
      </w:pPr>
    </w:p>
    <w:p w14:paraId="3A240A28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words.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48798930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3A6655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bag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189A48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red</w:t>
            </w:r>
          </w:p>
        </w:tc>
      </w:tr>
      <w:tr w:rsidR="00274EA3" w14:paraId="23AB9265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990CE7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sit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34E089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job</w:t>
            </w:r>
          </w:p>
        </w:tc>
      </w:tr>
      <w:tr w:rsidR="00274EA3" w14:paraId="15A54564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81BFFD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cup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5338C9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help</w:t>
            </w:r>
          </w:p>
        </w:tc>
      </w:tr>
      <w:tr w:rsidR="00274EA3" w14:paraId="40FC9E3D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063BA3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work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CEB7BE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home</w:t>
            </w:r>
          </w:p>
        </w:tc>
      </w:tr>
    </w:tbl>
    <w:p w14:paraId="364F6C28" w14:textId="77777777" w:rsidR="00274EA3" w:rsidRDefault="00274EA3">
      <w:pPr>
        <w:spacing w:after="0"/>
      </w:pPr>
    </w:p>
    <w:p w14:paraId="1FF51B9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192F45C5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have a job.</w:t>
      </w:r>
    </w:p>
    <w:p w14:paraId="459463F8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We can get help.</w:t>
      </w:r>
    </w:p>
    <w:p w14:paraId="68CBECEB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The red bag is on the bed.</w:t>
      </w:r>
    </w:p>
    <w:p w14:paraId="724CECAD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will read at home.</w:t>
      </w:r>
    </w:p>
    <w:p w14:paraId="0C20ABFA" w14:textId="77777777" w:rsidR="00274EA3" w:rsidRDefault="00000000">
      <w:r>
        <w:rPr>
          <w:sz w:val="30"/>
        </w:rPr>
        <w:t>[  ]  I can read short-vowel words.</w:t>
      </w:r>
    </w:p>
    <w:p w14:paraId="5C724480" w14:textId="77777777" w:rsidR="00274EA3" w:rsidRDefault="00000000">
      <w:r>
        <w:rPr>
          <w:sz w:val="30"/>
        </w:rPr>
        <w:t>[  ]  I can read common words.</w:t>
      </w:r>
    </w:p>
    <w:p w14:paraId="26BAC28F" w14:textId="77777777" w:rsidR="00274EA3" w:rsidRDefault="00000000">
      <w:r>
        <w:rPr>
          <w:sz w:val="30"/>
        </w:rPr>
        <w:t>[  ]  I can read a full sentence.</w:t>
      </w:r>
    </w:p>
    <w:p w14:paraId="65C6BC8B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C69E22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43BFD1C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2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Beginning Blends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6514E65A" w14:textId="77777777" w:rsidR="00274EA3" w:rsidRDefault="00274EA3">
      <w:pPr>
        <w:spacing w:after="0"/>
      </w:pPr>
    </w:p>
    <w:p w14:paraId="6DD5E6C8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42036990" w14:textId="77777777" w:rsidR="00274EA3" w:rsidRDefault="00000000">
      <w:r>
        <w:rPr>
          <w:sz w:val="30"/>
        </w:rPr>
        <w:t>[  ]  read two sounds at the start of a word.</w:t>
      </w:r>
    </w:p>
    <w:p w14:paraId="17F58A2A" w14:textId="77777777" w:rsidR="00274EA3" w:rsidRDefault="00000000">
      <w:r>
        <w:rPr>
          <w:sz w:val="30"/>
        </w:rPr>
        <w:t>[  ]  read words with st, sp, cl, bl, and tr.</w:t>
      </w:r>
    </w:p>
    <w:p w14:paraId="41C2205C" w14:textId="77777777" w:rsidR="00274EA3" w:rsidRDefault="00000000">
      <w:r>
        <w:rPr>
          <w:sz w:val="30"/>
        </w:rPr>
        <w:t>[  ]  use blend words in sentences.</w:t>
      </w:r>
    </w:p>
    <w:p w14:paraId="4F603E9D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5FE70485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A4EFB0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stop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3012E4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step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F58775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plan</w:t>
            </w:r>
          </w:p>
        </w:tc>
      </w:tr>
      <w:tr w:rsidR="00274EA3" w14:paraId="1FA52059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CA550D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class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D1AF88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black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EBC7A1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trip</w:t>
            </w:r>
          </w:p>
        </w:tc>
      </w:tr>
    </w:tbl>
    <w:p w14:paraId="1CD6B533" w14:textId="77777777" w:rsidR="00274EA3" w:rsidRDefault="00274EA3">
      <w:pPr>
        <w:spacing w:after="0"/>
      </w:pPr>
    </w:p>
    <w:p w14:paraId="73F22836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2BFD92C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2C9F9A8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9F4E38A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2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 Blends</w:t>
            </w:r>
            <w:r>
              <w:rPr>
                <w:color w:val="FFFFFF"/>
                <w:sz w:val="24"/>
              </w:rPr>
              <w:br/>
              <w:t>Keep both sounds</w:t>
            </w:r>
          </w:p>
        </w:tc>
      </w:tr>
    </w:tbl>
    <w:p w14:paraId="197B5150" w14:textId="77777777" w:rsidR="00274EA3" w:rsidRDefault="00274EA3">
      <w:pPr>
        <w:spacing w:after="0"/>
      </w:pPr>
    </w:p>
    <w:p w14:paraId="2AEB3525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SAY  </w:t>
      </w:r>
      <w:r>
        <w:rPr>
          <w:sz w:val="28"/>
        </w:rPr>
        <w:t>Say both beginning sounds.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45D721D8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C62971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stop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D4A641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step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9EE4B9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still</w:t>
            </w:r>
          </w:p>
        </w:tc>
      </w:tr>
      <w:tr w:rsidR="00274EA3" w14:paraId="49363A33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93A3FA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spot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AA8978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spin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0C9CFD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skip</w:t>
            </w:r>
          </w:p>
        </w:tc>
      </w:tr>
      <w:tr w:rsidR="00274EA3" w14:paraId="3DBDFCA5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06395F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smell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77DCE1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small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059527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snack</w:t>
            </w:r>
          </w:p>
        </w:tc>
      </w:tr>
    </w:tbl>
    <w:p w14:paraId="3C92161D" w14:textId="77777777" w:rsidR="00274EA3" w:rsidRDefault="00274EA3">
      <w:pPr>
        <w:spacing w:after="0"/>
      </w:pPr>
    </w:p>
    <w:p w14:paraId="4B673E0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phrases.</w:t>
      </w:r>
    </w:p>
    <w:p w14:paraId="52C2CD02" w14:textId="77777777" w:rsidR="00274EA3" w:rsidRDefault="00000000">
      <w:pPr>
        <w:spacing w:after="160"/>
        <w:jc w:val="center"/>
      </w:pPr>
      <w:r>
        <w:rPr>
          <w:sz w:val="36"/>
        </w:rPr>
        <w:t>stop here</w:t>
      </w:r>
    </w:p>
    <w:p w14:paraId="163FB05A" w14:textId="77777777" w:rsidR="00274EA3" w:rsidRDefault="00000000">
      <w:pPr>
        <w:spacing w:after="160"/>
        <w:jc w:val="center"/>
      </w:pPr>
      <w:r>
        <w:rPr>
          <w:sz w:val="36"/>
        </w:rPr>
        <w:t>a small step</w:t>
      </w:r>
    </w:p>
    <w:p w14:paraId="245D3261" w14:textId="77777777" w:rsidR="00274EA3" w:rsidRDefault="00000000">
      <w:pPr>
        <w:spacing w:after="160"/>
        <w:jc w:val="center"/>
      </w:pPr>
      <w:r>
        <w:rPr>
          <w:sz w:val="36"/>
        </w:rPr>
        <w:t>skip the spot</w:t>
      </w:r>
    </w:p>
    <w:p w14:paraId="26628A3B" w14:textId="77777777" w:rsidR="00274EA3" w:rsidRDefault="00000000">
      <w:pPr>
        <w:spacing w:after="160"/>
        <w:jc w:val="center"/>
      </w:pPr>
      <w:r>
        <w:rPr>
          <w:sz w:val="36"/>
        </w:rPr>
        <w:t>a hot snack</w:t>
      </w:r>
    </w:p>
    <w:p w14:paraId="2D5DCEDA" w14:textId="77777777" w:rsidR="00274EA3" w:rsidRDefault="00000000">
      <w:pPr>
        <w:spacing w:after="160"/>
        <w:jc w:val="center"/>
      </w:pPr>
      <w:r>
        <w:rPr>
          <w:sz w:val="36"/>
        </w:rPr>
        <w:t>still at work</w:t>
      </w:r>
    </w:p>
    <w:p w14:paraId="02D55DB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Finish the word with st, sp, sk, sm, or sn.</w:t>
      </w:r>
    </w:p>
    <w:p w14:paraId="4E79B549" w14:textId="77777777" w:rsidR="00274EA3" w:rsidRDefault="00000000">
      <w:pPr>
        <w:jc w:val="center"/>
      </w:pPr>
      <w:r>
        <w:rPr>
          <w:sz w:val="38"/>
        </w:rPr>
        <w:t>__op     __in     __ip     __ell     __ack</w:t>
      </w:r>
    </w:p>
    <w:p w14:paraId="2E2C9002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7D501A0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E9D6913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2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L Blends</w:t>
            </w:r>
            <w:r>
              <w:rPr>
                <w:color w:val="FFFFFF"/>
                <w:sz w:val="24"/>
              </w:rPr>
              <w:br/>
              <w:t>Say the sounds together</w:t>
            </w:r>
          </w:p>
        </w:tc>
      </w:tr>
    </w:tbl>
    <w:p w14:paraId="41AC3D8D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24D54F8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7C22FC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black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FAEB74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blue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CBB346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block</w:t>
            </w:r>
          </w:p>
        </w:tc>
      </w:tr>
      <w:tr w:rsidR="00274EA3" w14:paraId="3B8B72B9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6596D5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class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FC3DD3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clap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80AA5E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clean</w:t>
            </w:r>
          </w:p>
        </w:tc>
      </w:tr>
      <w:tr w:rsidR="00274EA3" w14:paraId="6F2086E5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FBCFAF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flag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FF40AA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flat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049828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glad</w:t>
            </w:r>
          </w:p>
        </w:tc>
      </w:tr>
      <w:tr w:rsidR="00274EA3" w14:paraId="11E3A940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DE3FEF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plan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EB8583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plug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11D08B4" w14:textId="77777777" w:rsidR="00274EA3" w:rsidRDefault="00274EA3">
            <w:pPr>
              <w:jc w:val="center"/>
            </w:pPr>
          </w:p>
        </w:tc>
      </w:tr>
    </w:tbl>
    <w:p w14:paraId="65E0B724" w14:textId="77777777" w:rsidR="00274EA3" w:rsidRDefault="00274EA3">
      <w:pPr>
        <w:spacing w:after="0"/>
      </w:pPr>
    </w:p>
    <w:p w14:paraId="78DED770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17FBCB17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The blue flag is up.</w:t>
      </w:r>
    </w:p>
    <w:p w14:paraId="31AAFE4F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have a plan.</w:t>
      </w:r>
    </w:p>
    <w:p w14:paraId="07EAE515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We clean the class.</w:t>
      </w:r>
    </w:p>
    <w:p w14:paraId="59631BF0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The plug is black.</w:t>
      </w:r>
    </w:p>
    <w:p w14:paraId="4A33A0B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Choose a word from the box.</w:t>
      </w:r>
    </w:p>
    <w:p w14:paraId="39A8DD0D" w14:textId="77777777" w:rsidR="00274EA3" w:rsidRDefault="00000000">
      <w:pPr>
        <w:spacing w:after="200"/>
      </w:pPr>
      <w:r>
        <w:rPr>
          <w:sz w:val="34"/>
        </w:rPr>
        <w:t>The sky is __________.</w:t>
      </w:r>
    </w:p>
    <w:p w14:paraId="1E351663" w14:textId="77777777" w:rsidR="00274EA3" w:rsidRDefault="00000000">
      <w:pPr>
        <w:spacing w:after="200"/>
      </w:pPr>
      <w:r>
        <w:rPr>
          <w:sz w:val="34"/>
        </w:rPr>
        <w:t>I will __________ the room.</w:t>
      </w:r>
    </w:p>
    <w:p w14:paraId="75A8A58F" w14:textId="77777777" w:rsidR="00274EA3" w:rsidRDefault="00000000">
      <w:pPr>
        <w:spacing w:after="200"/>
      </w:pPr>
      <w:r>
        <w:rPr>
          <w:sz w:val="34"/>
        </w:rPr>
        <w:t>We need a __________.</w:t>
      </w:r>
    </w:p>
    <w:p w14:paraId="61E457BB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8411A5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00699A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2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 Blends</w:t>
            </w:r>
            <w:r>
              <w:rPr>
                <w:color w:val="FFFFFF"/>
                <w:sz w:val="24"/>
              </w:rPr>
              <w:br/>
              <w:t>Do not drop a sound</w:t>
            </w:r>
          </w:p>
        </w:tc>
      </w:tr>
    </w:tbl>
    <w:p w14:paraId="249B8B4A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32ACB3D7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E3B650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trip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79ED05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trap</w:t>
            </w:r>
          </w:p>
        </w:tc>
      </w:tr>
      <w:tr w:rsidR="00274EA3" w14:paraId="5B592FDB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67C051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trim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EDC0FD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drip</w:t>
            </w:r>
          </w:p>
        </w:tc>
      </w:tr>
      <w:tr w:rsidR="00274EA3" w14:paraId="153182D7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78DC29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drop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46F197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grab</w:t>
            </w:r>
          </w:p>
        </w:tc>
      </w:tr>
      <w:tr w:rsidR="00274EA3" w14:paraId="191AC433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7752EF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grin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596E6A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from</w:t>
            </w:r>
          </w:p>
        </w:tc>
      </w:tr>
    </w:tbl>
    <w:p w14:paraId="32E588DB" w14:textId="77777777" w:rsidR="00274EA3" w:rsidRDefault="00274EA3">
      <w:pPr>
        <w:spacing w:after="0"/>
      </w:pPr>
    </w:p>
    <w:p w14:paraId="2AC01978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short note.</w:t>
      </w:r>
    </w:p>
    <w:p w14:paraId="269DD741" w14:textId="77777777" w:rsidR="00274EA3" w:rsidRDefault="00000000">
      <w:pPr>
        <w:spacing w:after="160"/>
      </w:pPr>
      <w:r>
        <w:rPr>
          <w:b/>
          <w:color w:val="2E5D7B"/>
          <w:sz w:val="40"/>
        </w:rPr>
        <w:t>A Note for Tom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0B4CAD05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057971B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Tom,</w:t>
            </w:r>
            <w:r>
              <w:rPr>
                <w:color w:val="1F2933"/>
                <w:sz w:val="34"/>
              </w:rPr>
              <w:br/>
              <w:t>Please trim the grass.</w:t>
            </w:r>
            <w:r>
              <w:rPr>
                <w:color w:val="1F2933"/>
                <w:sz w:val="34"/>
              </w:rPr>
              <w:br/>
              <w:t>Grab the red bag.</w:t>
            </w:r>
            <w:r>
              <w:rPr>
                <w:color w:val="1F2933"/>
                <w:sz w:val="34"/>
              </w:rPr>
              <w:br/>
              <w:t>Put it by the front step.</w:t>
            </w:r>
          </w:p>
        </w:tc>
      </w:tr>
    </w:tbl>
    <w:p w14:paraId="179653DD" w14:textId="77777777" w:rsidR="00274EA3" w:rsidRDefault="00274EA3">
      <w:pPr>
        <w:spacing w:after="0"/>
      </w:pPr>
    </w:p>
    <w:p w14:paraId="7D1BFDDA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35E699B8" w14:textId="77777777" w:rsidR="00274EA3" w:rsidRDefault="00000000">
      <w:pPr>
        <w:spacing w:after="80"/>
      </w:pPr>
      <w:r>
        <w:rPr>
          <w:sz w:val="30"/>
        </w:rPr>
        <w:t>What should Tom trim?</w:t>
      </w:r>
    </w:p>
    <w:p w14:paraId="6AA3F5B1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F157CF1" w14:textId="77777777" w:rsidR="00274EA3" w:rsidRDefault="00000000">
      <w:pPr>
        <w:spacing w:after="80"/>
      </w:pPr>
      <w:r>
        <w:rPr>
          <w:sz w:val="30"/>
        </w:rPr>
        <w:t>Where should Tom put the bag?</w:t>
      </w:r>
    </w:p>
    <w:p w14:paraId="6666E3C5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143CDB94" w14:textId="77777777" w:rsidR="00274EA3" w:rsidRDefault="00000000">
      <w:r>
        <w:lastRenderedPageBreak/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C7636F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DC07C87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2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Blend or No Blend?</w:t>
            </w:r>
            <w:r>
              <w:rPr>
                <w:color w:val="FFFFFF"/>
                <w:sz w:val="24"/>
              </w:rPr>
              <w:br/>
              <w:t>Read carefully</w:t>
            </w:r>
          </w:p>
        </w:tc>
      </w:tr>
    </w:tbl>
    <w:p w14:paraId="3E2849C6" w14:textId="77777777" w:rsidR="00274EA3" w:rsidRDefault="00274EA3">
      <w:pPr>
        <w:spacing w:after="0"/>
      </w:pPr>
    </w:p>
    <w:p w14:paraId="2AA2FDCF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Circle the word that begins with two sounds.</w:t>
      </w:r>
    </w:p>
    <w:p w14:paraId="49EFAF9D" w14:textId="77777777" w:rsidR="00274EA3" w:rsidRDefault="00000000">
      <w:pPr>
        <w:spacing w:after="200"/>
        <w:jc w:val="center"/>
      </w:pPr>
      <w:r>
        <w:rPr>
          <w:sz w:val="38"/>
        </w:rPr>
        <w:t>stop   top</w:t>
      </w:r>
    </w:p>
    <w:p w14:paraId="0B30E378" w14:textId="77777777" w:rsidR="00274EA3" w:rsidRDefault="00000000">
      <w:pPr>
        <w:spacing w:after="200"/>
        <w:jc w:val="center"/>
      </w:pPr>
      <w:r>
        <w:rPr>
          <w:sz w:val="38"/>
        </w:rPr>
        <w:t>plan   pan</w:t>
      </w:r>
    </w:p>
    <w:p w14:paraId="6D93265E" w14:textId="77777777" w:rsidR="00274EA3" w:rsidRDefault="00000000">
      <w:pPr>
        <w:spacing w:after="200"/>
        <w:jc w:val="center"/>
      </w:pPr>
      <w:r>
        <w:rPr>
          <w:sz w:val="38"/>
        </w:rPr>
        <w:t>class   gas</w:t>
      </w:r>
    </w:p>
    <w:p w14:paraId="4133D1B2" w14:textId="77777777" w:rsidR="00274EA3" w:rsidRDefault="00000000">
      <w:pPr>
        <w:spacing w:after="200"/>
        <w:jc w:val="center"/>
      </w:pPr>
      <w:r>
        <w:rPr>
          <w:sz w:val="38"/>
        </w:rPr>
        <w:t>trip   rip</w:t>
      </w:r>
    </w:p>
    <w:p w14:paraId="7C0062B7" w14:textId="77777777" w:rsidR="00274EA3" w:rsidRDefault="00000000">
      <w:pPr>
        <w:spacing w:after="200"/>
        <w:jc w:val="center"/>
      </w:pPr>
      <w:r>
        <w:rPr>
          <w:sz w:val="38"/>
        </w:rPr>
        <w:t>fresh   red</w:t>
      </w:r>
    </w:p>
    <w:p w14:paraId="35D80A81" w14:textId="77777777" w:rsidR="00274EA3" w:rsidRDefault="00000000">
      <w:pPr>
        <w:spacing w:after="200"/>
        <w:jc w:val="center"/>
      </w:pPr>
      <w:r>
        <w:rPr>
          <w:sz w:val="38"/>
        </w:rPr>
        <w:t>black   back</w:t>
      </w:r>
    </w:p>
    <w:p w14:paraId="3C17D2C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Add one beginning letter to make a blend word.</w:t>
      </w:r>
    </w:p>
    <w:p w14:paraId="78FED770" w14:textId="77777777" w:rsidR="00274EA3" w:rsidRDefault="00000000">
      <w:pPr>
        <w:spacing w:after="200"/>
        <w:jc w:val="center"/>
      </w:pPr>
      <w:r>
        <w:rPr>
          <w:sz w:val="38"/>
        </w:rPr>
        <w:t>_top     _lan     _lass     _rip     _lack</w:t>
      </w:r>
    </w:p>
    <w:p w14:paraId="639BE324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ED88BDA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E65B4DE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2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647A16EA" w14:textId="77777777" w:rsidR="00274EA3" w:rsidRDefault="00274EA3">
      <w:pPr>
        <w:spacing w:after="0"/>
      </w:pPr>
    </w:p>
    <w:p w14:paraId="3ACDFE5A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words and phrases.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23853A09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BA3996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stop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E404AE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small</w:t>
            </w:r>
          </w:p>
        </w:tc>
      </w:tr>
      <w:tr w:rsidR="00274EA3" w14:paraId="181F81C5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91029C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clean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C1EE40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blue</w:t>
            </w:r>
          </w:p>
        </w:tc>
      </w:tr>
      <w:tr w:rsidR="00274EA3" w14:paraId="4F671B13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BC21B2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plan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097ECE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trip</w:t>
            </w:r>
          </w:p>
        </w:tc>
      </w:tr>
      <w:tr w:rsidR="00274EA3" w14:paraId="49DE36D3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1868F9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fresh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23FEFC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grab</w:t>
            </w:r>
          </w:p>
        </w:tc>
      </w:tr>
    </w:tbl>
    <w:p w14:paraId="6CEA29D2" w14:textId="77777777" w:rsidR="00274EA3" w:rsidRDefault="00274EA3">
      <w:pPr>
        <w:spacing w:after="0"/>
      </w:pPr>
    </w:p>
    <w:p w14:paraId="6E535014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Stop at the sign.</w:t>
      </w:r>
    </w:p>
    <w:p w14:paraId="0D33F399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have a clean shirt.</w:t>
      </w:r>
    </w:p>
    <w:p w14:paraId="1D14F074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We plan the trip.</w:t>
      </w:r>
    </w:p>
    <w:p w14:paraId="47594AA3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Grab a fresh cup.</w:t>
      </w:r>
    </w:p>
    <w:p w14:paraId="47912768" w14:textId="77777777" w:rsidR="00274EA3" w:rsidRDefault="00000000">
      <w:r>
        <w:rPr>
          <w:sz w:val="30"/>
        </w:rPr>
        <w:t>[  ]  I can hear two beginning sounds.</w:t>
      </w:r>
    </w:p>
    <w:p w14:paraId="26A1929B" w14:textId="77777777" w:rsidR="00274EA3" w:rsidRDefault="00000000">
      <w:r>
        <w:rPr>
          <w:sz w:val="30"/>
        </w:rPr>
        <w:t>[  ]  I can read blend words.</w:t>
      </w:r>
    </w:p>
    <w:p w14:paraId="1F820546" w14:textId="77777777" w:rsidR="00274EA3" w:rsidRDefault="00000000">
      <w:r>
        <w:rPr>
          <w:sz w:val="30"/>
        </w:rPr>
        <w:t>[  ]  I can use a blend word in a sentence.</w:t>
      </w:r>
    </w:p>
    <w:p w14:paraId="5A11146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59F7F05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C48F302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3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Special Letter Teams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02D8E738" w14:textId="77777777" w:rsidR="00274EA3" w:rsidRDefault="00274EA3">
      <w:pPr>
        <w:spacing w:after="0"/>
      </w:pPr>
    </w:p>
    <w:p w14:paraId="562B0152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4ADE868D" w14:textId="77777777" w:rsidR="00274EA3" w:rsidRDefault="00000000">
      <w:r>
        <w:rPr>
          <w:sz w:val="30"/>
        </w:rPr>
        <w:t>[  ]  read sh, ch, th, wh, and ck.</w:t>
      </w:r>
    </w:p>
    <w:p w14:paraId="55DC9EF2" w14:textId="77777777" w:rsidR="00274EA3" w:rsidRDefault="00000000">
      <w:r>
        <w:rPr>
          <w:sz w:val="30"/>
        </w:rPr>
        <w:t>[  ]  notice that two letters can make one sound.</w:t>
      </w:r>
    </w:p>
    <w:p w14:paraId="0BCA8DF2" w14:textId="77777777" w:rsidR="00274EA3" w:rsidRDefault="00000000">
      <w:r>
        <w:rPr>
          <w:sz w:val="30"/>
        </w:rPr>
        <w:t>[  ]  read common words with letter teams.</w:t>
      </w:r>
    </w:p>
    <w:p w14:paraId="74B44332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73619FD8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282BD8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shop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CAE320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check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1C1D05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this</w:t>
            </w:r>
          </w:p>
        </w:tc>
      </w:tr>
      <w:tr w:rsidR="00274EA3" w14:paraId="05AC8D82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33E1B4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when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0AA404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back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E718FF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lunch</w:t>
            </w:r>
          </w:p>
        </w:tc>
      </w:tr>
    </w:tbl>
    <w:p w14:paraId="47BD5CF3" w14:textId="77777777" w:rsidR="00274EA3" w:rsidRDefault="00274EA3">
      <w:pPr>
        <w:spacing w:after="0"/>
      </w:pPr>
    </w:p>
    <w:p w14:paraId="46A3B89F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11EE81EF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1729E026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5FB5CF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3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SH and CH</w:t>
            </w:r>
            <w:r>
              <w:rPr>
                <w:color w:val="FFFFFF"/>
                <w:sz w:val="24"/>
              </w:rPr>
              <w:br/>
              <w:t>Two letters, one sound</w:t>
            </w:r>
          </w:p>
        </w:tc>
      </w:tr>
    </w:tbl>
    <w:p w14:paraId="3C88CDAC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4AB46CB7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7471E5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shop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E63EE2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shut</w:t>
            </w:r>
          </w:p>
        </w:tc>
      </w:tr>
      <w:tr w:rsidR="00274EA3" w14:paraId="6CF4DD93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6BB8FC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dish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488BE2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fish</w:t>
            </w:r>
          </w:p>
        </w:tc>
      </w:tr>
      <w:tr w:rsidR="00274EA3" w14:paraId="1A4ADE15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8E53BB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cash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D30201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check</w:t>
            </w:r>
          </w:p>
        </w:tc>
      </w:tr>
      <w:tr w:rsidR="00274EA3" w14:paraId="3DC07D9B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5367E0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chin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68EC24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much</w:t>
            </w:r>
          </w:p>
        </w:tc>
      </w:tr>
      <w:tr w:rsidR="00274EA3" w14:paraId="3FE9CC50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C9F6C4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lunch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B0A299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chair</w:t>
            </w:r>
          </w:p>
        </w:tc>
      </w:tr>
    </w:tbl>
    <w:p w14:paraId="074FDFB9" w14:textId="77777777" w:rsidR="00274EA3" w:rsidRDefault="00274EA3">
      <w:pPr>
        <w:spacing w:after="0"/>
      </w:pPr>
    </w:p>
    <w:p w14:paraId="1E467AB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10DDEB3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 shop will shut at six.</w:t>
      </w:r>
    </w:p>
    <w:p w14:paraId="2C963E35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have fish for lunch.</w:t>
      </w:r>
    </w:p>
    <w:p w14:paraId="1ADD2FD4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Check the chair.</w:t>
      </w:r>
    </w:p>
    <w:p w14:paraId="328090D0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How much cash do I have?</w:t>
      </w:r>
    </w:p>
    <w:p w14:paraId="0940494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sh or ch.</w:t>
      </w:r>
    </w:p>
    <w:p w14:paraId="0247770B" w14:textId="77777777" w:rsidR="00274EA3" w:rsidRDefault="00000000">
      <w:pPr>
        <w:jc w:val="center"/>
      </w:pPr>
      <w:r>
        <w:rPr>
          <w:sz w:val="40"/>
        </w:rPr>
        <w:t>__op     __eck     di__     lun__     ca__</w:t>
      </w:r>
    </w:p>
    <w:p w14:paraId="0AAEA376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6CE4600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8C19DC4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3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TH</w:t>
            </w:r>
            <w:r>
              <w:rPr>
                <w:color w:val="FFFFFF"/>
                <w:sz w:val="24"/>
              </w:rPr>
              <w:br/>
              <w:t>Use your tongue gently</w:t>
            </w:r>
          </w:p>
        </w:tc>
      </w:tr>
    </w:tbl>
    <w:p w14:paraId="12606ECE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6766843C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887918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3E6C6D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this</w:t>
            </w:r>
          </w:p>
        </w:tc>
      </w:tr>
      <w:tr w:rsidR="00274EA3" w14:paraId="5A720C8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2EBEE1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that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01A426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then</w:t>
            </w:r>
          </w:p>
        </w:tc>
      </w:tr>
      <w:tr w:rsidR="00274EA3" w14:paraId="7EBD67DE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458AB0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them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8A7218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with</w:t>
            </w:r>
          </w:p>
        </w:tc>
      </w:tr>
      <w:tr w:rsidR="00274EA3" w14:paraId="67C228CE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346A23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bath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7C9E77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path</w:t>
            </w:r>
          </w:p>
        </w:tc>
      </w:tr>
      <w:tr w:rsidR="00274EA3" w14:paraId="7D0A2038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EA45FD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thin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2FDC8B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three</w:t>
            </w:r>
          </w:p>
        </w:tc>
      </w:tr>
    </w:tbl>
    <w:p w14:paraId="0882FB55" w14:textId="77777777" w:rsidR="00274EA3" w:rsidRDefault="00274EA3">
      <w:pPr>
        <w:spacing w:after="0"/>
      </w:pPr>
    </w:p>
    <w:p w14:paraId="23F0B07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phrases.</w:t>
      </w:r>
    </w:p>
    <w:p w14:paraId="63AD9A3E" w14:textId="77777777" w:rsidR="00274EA3" w:rsidRDefault="00000000">
      <w:pPr>
        <w:spacing w:after="160"/>
        <w:jc w:val="center"/>
      </w:pPr>
      <w:r>
        <w:rPr>
          <w:sz w:val="36"/>
        </w:rPr>
        <w:t>this path</w:t>
      </w:r>
    </w:p>
    <w:p w14:paraId="16032966" w14:textId="77777777" w:rsidR="00274EA3" w:rsidRDefault="00000000">
      <w:pPr>
        <w:spacing w:after="160"/>
        <w:jc w:val="center"/>
      </w:pPr>
      <w:r>
        <w:rPr>
          <w:sz w:val="36"/>
        </w:rPr>
        <w:t>three bags</w:t>
      </w:r>
    </w:p>
    <w:p w14:paraId="1257DE9D" w14:textId="77777777" w:rsidR="00274EA3" w:rsidRDefault="00000000">
      <w:pPr>
        <w:spacing w:after="160"/>
        <w:jc w:val="center"/>
      </w:pPr>
      <w:r>
        <w:rPr>
          <w:sz w:val="36"/>
        </w:rPr>
        <w:t>with them</w:t>
      </w:r>
    </w:p>
    <w:p w14:paraId="5003D51F" w14:textId="77777777" w:rsidR="00274EA3" w:rsidRDefault="00000000">
      <w:pPr>
        <w:spacing w:after="160"/>
        <w:jc w:val="center"/>
      </w:pPr>
      <w:r>
        <w:rPr>
          <w:sz w:val="36"/>
        </w:rPr>
        <w:t>then go</w:t>
      </w:r>
    </w:p>
    <w:p w14:paraId="3E13E6EB" w14:textId="77777777" w:rsidR="00274EA3" w:rsidRDefault="00000000">
      <w:pPr>
        <w:spacing w:after="160"/>
        <w:jc w:val="center"/>
      </w:pPr>
      <w:r>
        <w:rPr>
          <w:sz w:val="36"/>
        </w:rPr>
        <w:t>that bath</w:t>
      </w:r>
    </w:p>
    <w:p w14:paraId="1C8EAB5A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28505757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This is the path.</w:t>
      </w:r>
    </w:p>
    <w:p w14:paraId="2D336E90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will go with them.</w:t>
      </w:r>
    </w:p>
    <w:p w14:paraId="29254881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Put the three bags there.</w:t>
      </w:r>
    </w:p>
    <w:p w14:paraId="165B4D90" w14:textId="77777777" w:rsidR="00274EA3" w:rsidRDefault="00000000">
      <w:r>
        <w:lastRenderedPageBreak/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94C0D8A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7BB58D7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3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WH and CK</w:t>
            </w:r>
            <w:r>
              <w:rPr>
                <w:color w:val="FFFFFF"/>
                <w:sz w:val="24"/>
              </w:rPr>
              <w:br/>
              <w:t>Listen to the word</w:t>
            </w:r>
          </w:p>
        </w:tc>
      </w:tr>
    </w:tbl>
    <w:p w14:paraId="75B05460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4160E0A2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8A1E0C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what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53946E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when</w:t>
            </w:r>
          </w:p>
        </w:tc>
      </w:tr>
      <w:tr w:rsidR="00274EA3" w14:paraId="299C75C0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C9677D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where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380A73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which</w:t>
            </w:r>
          </w:p>
        </w:tc>
      </w:tr>
      <w:tr w:rsidR="00274EA3" w14:paraId="73A4A7F2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25E0F3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white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D7A308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back</w:t>
            </w:r>
          </w:p>
        </w:tc>
      </w:tr>
      <w:tr w:rsidR="00274EA3" w14:paraId="4602C2A6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ECBE74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check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F73514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clock</w:t>
            </w:r>
          </w:p>
        </w:tc>
      </w:tr>
      <w:tr w:rsidR="00274EA3" w14:paraId="53769957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2F245A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truck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367E2D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black</w:t>
            </w:r>
          </w:p>
        </w:tc>
      </w:tr>
    </w:tbl>
    <w:p w14:paraId="07E577C6" w14:textId="77777777" w:rsidR="00274EA3" w:rsidRDefault="00274EA3">
      <w:pPr>
        <w:spacing w:after="0"/>
      </w:pPr>
    </w:p>
    <w:p w14:paraId="0930A04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questions.</w:t>
      </w:r>
    </w:p>
    <w:p w14:paraId="29808F5E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What is this?</w:t>
      </w:r>
    </w:p>
    <w:p w14:paraId="4408D400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When will we go?</w:t>
      </w:r>
    </w:p>
    <w:p w14:paraId="21B9EF73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Where is the truck?</w:t>
      </w:r>
    </w:p>
    <w:p w14:paraId="7523D462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Which bag is black?</w:t>
      </w:r>
    </w:p>
    <w:p w14:paraId="7A97A9F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one answer.</w:t>
      </w:r>
    </w:p>
    <w:p w14:paraId="27612874" w14:textId="77777777" w:rsidR="00274EA3" w:rsidRDefault="00000000">
      <w:r>
        <w:rPr>
          <w:color w:val="6F7D87"/>
        </w:rPr>
        <w:t>_______________________________________________________</w:t>
      </w:r>
    </w:p>
    <w:p w14:paraId="5559A003" w14:textId="77777777" w:rsidR="00274EA3" w:rsidRDefault="00000000">
      <w:r>
        <w:rPr>
          <w:color w:val="6F7D87"/>
        </w:rPr>
        <w:t>_______________________________________________________</w:t>
      </w:r>
    </w:p>
    <w:p w14:paraId="6A5C83EE" w14:textId="77777777" w:rsidR="00274EA3" w:rsidRDefault="00000000">
      <w:r>
        <w:rPr>
          <w:color w:val="6F7D87"/>
        </w:rPr>
        <w:t>_______________________________________________________</w:t>
      </w:r>
    </w:p>
    <w:p w14:paraId="7A3E306D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3C37A80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ED4C62D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3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Choose the Team</w:t>
            </w:r>
            <w:r>
              <w:rPr>
                <w:color w:val="FFFFFF"/>
                <w:sz w:val="24"/>
              </w:rPr>
              <w:br/>
              <w:t>sh, ch, th, wh, or ck</w:t>
            </w:r>
          </w:p>
        </w:tc>
      </w:tr>
    </w:tbl>
    <w:p w14:paraId="7D3F4548" w14:textId="77777777" w:rsidR="00274EA3" w:rsidRDefault="00274EA3">
      <w:pPr>
        <w:spacing w:after="0"/>
      </w:pPr>
    </w:p>
    <w:p w14:paraId="7F51D19D" w14:textId="77777777" w:rsidR="00274EA3" w:rsidRDefault="00000000">
      <w:pPr>
        <w:spacing w:after="280"/>
        <w:jc w:val="center"/>
      </w:pPr>
      <w:r>
        <w:rPr>
          <w:sz w:val="40"/>
        </w:rPr>
        <w:t>__at     __en     ba__     fi__     __air</w:t>
      </w:r>
    </w:p>
    <w:p w14:paraId="00E37AFC" w14:textId="77777777" w:rsidR="00274EA3" w:rsidRDefault="00000000">
      <w:pPr>
        <w:spacing w:after="280"/>
        <w:jc w:val="center"/>
      </w:pPr>
      <w:r>
        <w:rPr>
          <w:sz w:val="40"/>
        </w:rPr>
        <w:t>__is     __ite     tru__     lun__     __op</w:t>
      </w:r>
    </w:p>
    <w:p w14:paraId="31F1CE45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finished words to a partner.</w:t>
      </w:r>
    </w:p>
    <w:p w14:paraId="2482F3C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Use one word in a sentence.</w:t>
      </w:r>
    </w:p>
    <w:p w14:paraId="4ECFD06F" w14:textId="77777777" w:rsidR="00274EA3" w:rsidRDefault="00000000">
      <w:r>
        <w:rPr>
          <w:color w:val="6F7D87"/>
        </w:rPr>
        <w:t>_______________________________________________________</w:t>
      </w:r>
    </w:p>
    <w:p w14:paraId="157C0310" w14:textId="77777777" w:rsidR="00274EA3" w:rsidRDefault="00000000">
      <w:r>
        <w:rPr>
          <w:color w:val="6F7D87"/>
        </w:rPr>
        <w:t>_______________________________________________________</w:t>
      </w:r>
    </w:p>
    <w:p w14:paraId="518E389B" w14:textId="77777777" w:rsidR="00274EA3" w:rsidRDefault="00000000">
      <w:r>
        <w:rPr>
          <w:color w:val="6F7D87"/>
        </w:rPr>
        <w:t>_______________________________________________________</w:t>
      </w:r>
    </w:p>
    <w:p w14:paraId="581E6A33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6C2C38E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1DD02D7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3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68D4E311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764CF3F0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A18042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shop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663309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check</w:t>
            </w:r>
          </w:p>
        </w:tc>
      </w:tr>
      <w:tr w:rsidR="00274EA3" w14:paraId="5904AE9C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137368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this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E3381B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with</w:t>
            </w:r>
          </w:p>
        </w:tc>
      </w:tr>
      <w:tr w:rsidR="00274EA3" w14:paraId="1EAFAE6B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3AB8D8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what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760913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where</w:t>
            </w:r>
          </w:p>
        </w:tc>
      </w:tr>
      <w:tr w:rsidR="00274EA3" w14:paraId="78547712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4C304A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back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895727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clock</w:t>
            </w:r>
          </w:p>
        </w:tc>
      </w:tr>
    </w:tbl>
    <w:p w14:paraId="5B68F0D0" w14:textId="77777777" w:rsidR="00274EA3" w:rsidRDefault="00274EA3">
      <w:pPr>
        <w:spacing w:after="0"/>
      </w:pPr>
    </w:p>
    <w:p w14:paraId="63EB3E6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short message.</w:t>
      </w:r>
    </w:p>
    <w:p w14:paraId="52C57292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Check the clock.</w:t>
      </w:r>
    </w:p>
    <w:p w14:paraId="7BC9289F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The shop will shut at six.</w:t>
      </w:r>
    </w:p>
    <w:p w14:paraId="6F2856F1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Which truck is there?</w:t>
      </w:r>
    </w:p>
    <w:p w14:paraId="799C4D10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This one is black.</w:t>
      </w:r>
    </w:p>
    <w:p w14:paraId="7C456634" w14:textId="77777777" w:rsidR="00274EA3" w:rsidRDefault="00000000">
      <w:r>
        <w:rPr>
          <w:sz w:val="30"/>
        </w:rPr>
        <w:t>[  ]  I can read sh and ch words.</w:t>
      </w:r>
    </w:p>
    <w:p w14:paraId="0D6EE1CA" w14:textId="77777777" w:rsidR="00274EA3" w:rsidRDefault="00000000">
      <w:r>
        <w:rPr>
          <w:sz w:val="30"/>
        </w:rPr>
        <w:t>[  ]  I can read th words.</w:t>
      </w:r>
    </w:p>
    <w:p w14:paraId="71D8B076" w14:textId="77777777" w:rsidR="00274EA3" w:rsidRDefault="00000000">
      <w:r>
        <w:rPr>
          <w:sz w:val="30"/>
        </w:rPr>
        <w:t>[  ]  I can read wh questions and ck words.</w:t>
      </w:r>
    </w:p>
    <w:p w14:paraId="20F693E8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45FDA0B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E94FAA2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4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Long Vowels and Silent E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0C3C8C86" w14:textId="77777777" w:rsidR="00274EA3" w:rsidRDefault="00274EA3">
      <w:pPr>
        <w:spacing w:after="0"/>
      </w:pPr>
    </w:p>
    <w:p w14:paraId="09E7B0D2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18772E5A" w14:textId="77777777" w:rsidR="00274EA3" w:rsidRDefault="00000000">
      <w:r>
        <w:rPr>
          <w:sz w:val="30"/>
        </w:rPr>
        <w:t>[  ]  read words with a silent e.</w:t>
      </w:r>
    </w:p>
    <w:p w14:paraId="2F39DFCE" w14:textId="77777777" w:rsidR="00274EA3" w:rsidRDefault="00000000">
      <w:r>
        <w:rPr>
          <w:sz w:val="30"/>
        </w:rPr>
        <w:t>[  ]  hear the long vowel sound.</w:t>
      </w:r>
    </w:p>
    <w:p w14:paraId="5A4BA2A6" w14:textId="77777777" w:rsidR="00274EA3" w:rsidRDefault="00000000">
      <w:r>
        <w:rPr>
          <w:sz w:val="30"/>
        </w:rPr>
        <w:t>[  ]  compare short and long vowel words.</w:t>
      </w:r>
    </w:p>
    <w:p w14:paraId="22AB98B7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1A76756B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C0E793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name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24D6A4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safe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EF224B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time</w:t>
            </w:r>
          </w:p>
        </w:tc>
      </w:tr>
      <w:tr w:rsidR="00274EA3" w14:paraId="4AF1E95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D83388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home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E1D594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note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6F6F3C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use</w:t>
            </w:r>
          </w:p>
        </w:tc>
      </w:tr>
    </w:tbl>
    <w:p w14:paraId="3D925BBE" w14:textId="77777777" w:rsidR="00274EA3" w:rsidRDefault="00274EA3">
      <w:pPr>
        <w:spacing w:after="0"/>
      </w:pPr>
    </w:p>
    <w:p w14:paraId="32D66263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65894C0D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D0EFE55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F3771A0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4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Long A</w:t>
            </w:r>
            <w:r>
              <w:rPr>
                <w:color w:val="FFFFFF"/>
                <w:sz w:val="24"/>
              </w:rPr>
              <w:br/>
              <w:t>The e helps a say its name</w:t>
            </w:r>
          </w:p>
        </w:tc>
      </w:tr>
    </w:tbl>
    <w:p w14:paraId="734002B4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31B1FB2A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9B4AF1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name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3AE27B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same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B36D5B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safe</w:t>
            </w:r>
          </w:p>
        </w:tc>
      </w:tr>
      <w:tr w:rsidR="00274EA3" w14:paraId="6F95ED07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3FD55E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late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8D511A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date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112F6E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make</w:t>
            </w:r>
          </w:p>
        </w:tc>
      </w:tr>
      <w:tr w:rsidR="00274EA3" w14:paraId="4844D7FB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5B316D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take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27FDBC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save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E1FE29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place</w:t>
            </w:r>
          </w:p>
        </w:tc>
      </w:tr>
    </w:tbl>
    <w:p w14:paraId="141E8E34" w14:textId="77777777" w:rsidR="00274EA3" w:rsidRDefault="00274EA3">
      <w:pPr>
        <w:spacing w:after="0"/>
      </w:pPr>
    </w:p>
    <w:p w14:paraId="73422872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Compare the words.</w:t>
      </w:r>
    </w:p>
    <w:p w14:paraId="4C168929" w14:textId="77777777" w:rsidR="00274EA3" w:rsidRDefault="00000000">
      <w:pPr>
        <w:spacing w:after="200"/>
        <w:jc w:val="center"/>
      </w:pPr>
      <w:r>
        <w:rPr>
          <w:sz w:val="40"/>
        </w:rPr>
        <w:t>cap   cape</w:t>
      </w:r>
    </w:p>
    <w:p w14:paraId="1798CB87" w14:textId="77777777" w:rsidR="00274EA3" w:rsidRDefault="00000000">
      <w:pPr>
        <w:spacing w:after="200"/>
        <w:jc w:val="center"/>
      </w:pPr>
      <w:r>
        <w:rPr>
          <w:sz w:val="40"/>
        </w:rPr>
        <w:t>tap   tape</w:t>
      </w:r>
    </w:p>
    <w:p w14:paraId="5BC4C784" w14:textId="77777777" w:rsidR="00274EA3" w:rsidRDefault="00000000">
      <w:pPr>
        <w:spacing w:after="200"/>
        <w:jc w:val="center"/>
      </w:pPr>
      <w:r>
        <w:rPr>
          <w:sz w:val="40"/>
        </w:rPr>
        <w:t>mad   made</w:t>
      </w:r>
    </w:p>
    <w:p w14:paraId="27270C1D" w14:textId="77777777" w:rsidR="00274EA3" w:rsidRDefault="00000000">
      <w:pPr>
        <w:spacing w:after="200"/>
        <w:jc w:val="center"/>
      </w:pPr>
      <w:r>
        <w:rPr>
          <w:sz w:val="40"/>
        </w:rPr>
        <w:t>can   cane</w:t>
      </w:r>
    </w:p>
    <w:p w14:paraId="2008835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01A43D90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Write your name.</w:t>
      </w:r>
    </w:p>
    <w:p w14:paraId="14DA6853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Please save the date.</w:t>
      </w:r>
    </w:p>
    <w:p w14:paraId="19E0F5AC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Take the same bus.</w:t>
      </w:r>
    </w:p>
    <w:p w14:paraId="663D8B54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This is a safe place.</w:t>
      </w:r>
    </w:p>
    <w:p w14:paraId="621714C8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ED6B6A5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A85172C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4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Long I</w:t>
            </w:r>
            <w:r>
              <w:rPr>
                <w:color w:val="FFFFFF"/>
                <w:sz w:val="24"/>
              </w:rPr>
              <w:br/>
              <w:t>The e helps i say its name</w:t>
            </w:r>
          </w:p>
        </w:tc>
      </w:tr>
    </w:tbl>
    <w:p w14:paraId="1E29B29B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2CCF2C0A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0B5B5E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time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61057B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line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C0166B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fine</w:t>
            </w:r>
          </w:p>
        </w:tc>
      </w:tr>
      <w:tr w:rsidR="00274EA3" w14:paraId="26CA32F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2D94B2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ride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524267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side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6E4E8F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life</w:t>
            </w:r>
          </w:p>
        </w:tc>
      </w:tr>
      <w:tr w:rsidR="00274EA3" w14:paraId="6E314FF1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612AC9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five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572E0F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smile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32C1BC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write</w:t>
            </w:r>
          </w:p>
        </w:tc>
      </w:tr>
    </w:tbl>
    <w:p w14:paraId="74D4BD6B" w14:textId="77777777" w:rsidR="00274EA3" w:rsidRDefault="00274EA3">
      <w:pPr>
        <w:spacing w:after="0"/>
      </w:pPr>
    </w:p>
    <w:p w14:paraId="2073AF3A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Compare the words.</w:t>
      </w:r>
    </w:p>
    <w:p w14:paraId="11161991" w14:textId="77777777" w:rsidR="00274EA3" w:rsidRDefault="00000000">
      <w:pPr>
        <w:spacing w:after="200"/>
        <w:jc w:val="center"/>
      </w:pPr>
      <w:r>
        <w:rPr>
          <w:sz w:val="40"/>
        </w:rPr>
        <w:t>kit   kite</w:t>
      </w:r>
    </w:p>
    <w:p w14:paraId="17DF8CD2" w14:textId="77777777" w:rsidR="00274EA3" w:rsidRDefault="00000000">
      <w:pPr>
        <w:spacing w:after="200"/>
        <w:jc w:val="center"/>
      </w:pPr>
      <w:r>
        <w:rPr>
          <w:sz w:val="40"/>
        </w:rPr>
        <w:t>rid   ride</w:t>
      </w:r>
    </w:p>
    <w:p w14:paraId="762A1027" w14:textId="77777777" w:rsidR="00274EA3" w:rsidRDefault="00000000">
      <w:pPr>
        <w:spacing w:after="200"/>
        <w:jc w:val="center"/>
      </w:pPr>
      <w:r>
        <w:rPr>
          <w:sz w:val="40"/>
        </w:rPr>
        <w:t>pin   pine</w:t>
      </w:r>
    </w:p>
    <w:p w14:paraId="46BAAD64" w14:textId="77777777" w:rsidR="00274EA3" w:rsidRDefault="00000000">
      <w:pPr>
        <w:spacing w:after="200"/>
        <w:jc w:val="center"/>
      </w:pPr>
      <w:r>
        <w:rPr>
          <w:sz w:val="40"/>
        </w:rPr>
        <w:t>fin   fine</w:t>
      </w:r>
    </w:p>
    <w:p w14:paraId="029AADA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Choose a word from the box.</w:t>
      </w:r>
    </w:p>
    <w:p w14:paraId="030558E2" w14:textId="77777777" w:rsidR="00274EA3" w:rsidRDefault="00000000">
      <w:pPr>
        <w:spacing w:after="200"/>
      </w:pPr>
      <w:r>
        <w:rPr>
          <w:sz w:val="34"/>
        </w:rPr>
        <w:t>It is __________ to go.</w:t>
      </w:r>
    </w:p>
    <w:p w14:paraId="7F2F8ED2" w14:textId="77777777" w:rsidR="00274EA3" w:rsidRDefault="00000000">
      <w:pPr>
        <w:spacing w:after="200"/>
      </w:pPr>
      <w:r>
        <w:rPr>
          <w:sz w:val="34"/>
        </w:rPr>
        <w:t>I can __________ my name.</w:t>
      </w:r>
    </w:p>
    <w:p w14:paraId="5E871262" w14:textId="77777777" w:rsidR="00274EA3" w:rsidRDefault="00000000">
      <w:pPr>
        <w:spacing w:after="200"/>
      </w:pPr>
      <w:r>
        <w:rPr>
          <w:sz w:val="34"/>
        </w:rPr>
        <w:t>We will __________ the bus.</w:t>
      </w:r>
    </w:p>
    <w:p w14:paraId="7ED914C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8E1AFA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8FF656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4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Long O and Long U</w:t>
            </w:r>
            <w:r>
              <w:rPr>
                <w:color w:val="FFFFFF"/>
                <w:sz w:val="24"/>
              </w:rPr>
              <w:br/>
              <w:t>Silent e changes the vowel</w:t>
            </w:r>
          </w:p>
        </w:tc>
      </w:tr>
    </w:tbl>
    <w:p w14:paraId="751B8874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459F372F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C4EC99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home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598A50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hope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BFF20E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note</w:t>
            </w:r>
          </w:p>
        </w:tc>
      </w:tr>
      <w:tr w:rsidR="00274EA3" w14:paraId="6D4FED8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814CF0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phone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15822C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close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D3B0C3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use</w:t>
            </w:r>
          </w:p>
        </w:tc>
      </w:tr>
      <w:tr w:rsidR="00274EA3" w14:paraId="478599AF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E58F8B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cute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64A4AD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tube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B25E31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June</w:t>
            </w:r>
          </w:p>
        </w:tc>
      </w:tr>
    </w:tbl>
    <w:p w14:paraId="6B65AE7B" w14:textId="77777777" w:rsidR="00274EA3" w:rsidRDefault="00274EA3">
      <w:pPr>
        <w:spacing w:after="0"/>
      </w:pPr>
    </w:p>
    <w:p w14:paraId="36E391B5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53598B51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hope to go home.</w:t>
      </w:r>
    </w:p>
    <w:p w14:paraId="2D4295F7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Write a note by the phone.</w:t>
      </w:r>
    </w:p>
    <w:p w14:paraId="6E800204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Close the tube after use.</w:t>
      </w:r>
    </w:p>
    <w:p w14:paraId="3FDA32C3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 class will end in June.</w:t>
      </w:r>
    </w:p>
    <w:p w14:paraId="30DA3E7A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Finish with home, note, phone, or use.</w:t>
      </w:r>
    </w:p>
    <w:p w14:paraId="3F9BADC8" w14:textId="77777777" w:rsidR="00274EA3" w:rsidRDefault="00000000">
      <w:pPr>
        <w:spacing w:after="200"/>
      </w:pPr>
      <w:r>
        <w:rPr>
          <w:sz w:val="34"/>
        </w:rPr>
        <w:t>Call me on the __________.</w:t>
      </w:r>
    </w:p>
    <w:p w14:paraId="526694DE" w14:textId="77777777" w:rsidR="00274EA3" w:rsidRDefault="00000000">
      <w:pPr>
        <w:spacing w:after="200"/>
      </w:pPr>
      <w:r>
        <w:rPr>
          <w:sz w:val="34"/>
        </w:rPr>
        <w:t>Please write a __________.</w:t>
      </w:r>
    </w:p>
    <w:p w14:paraId="4469DFDD" w14:textId="77777777" w:rsidR="00274EA3" w:rsidRDefault="00000000">
      <w:pPr>
        <w:spacing w:after="200"/>
      </w:pPr>
      <w:r>
        <w:rPr>
          <w:sz w:val="34"/>
        </w:rPr>
        <w:t>I can __________ this.</w:t>
      </w:r>
    </w:p>
    <w:p w14:paraId="2CBE0B9C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AC858F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1D02FD9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4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Short or Long?</w:t>
            </w:r>
            <w:r>
              <w:rPr>
                <w:color w:val="FFFFFF"/>
                <w:sz w:val="24"/>
              </w:rPr>
              <w:br/>
              <w:t>Look for silent e</w:t>
            </w:r>
          </w:p>
        </w:tc>
      </w:tr>
    </w:tbl>
    <w:p w14:paraId="73090FD5" w14:textId="77777777" w:rsidR="00274EA3" w:rsidRDefault="00274EA3">
      <w:pPr>
        <w:spacing w:after="0"/>
      </w:pPr>
    </w:p>
    <w:p w14:paraId="3DB1490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each pair. Circle the long-vowel word.</w:t>
      </w:r>
    </w:p>
    <w:p w14:paraId="554A711F" w14:textId="77777777" w:rsidR="00274EA3" w:rsidRDefault="00000000">
      <w:pPr>
        <w:spacing w:after="200"/>
        <w:jc w:val="center"/>
      </w:pPr>
      <w:r>
        <w:rPr>
          <w:sz w:val="40"/>
        </w:rPr>
        <w:t>cap   cape</w:t>
      </w:r>
    </w:p>
    <w:p w14:paraId="23E29039" w14:textId="77777777" w:rsidR="00274EA3" w:rsidRDefault="00000000">
      <w:pPr>
        <w:spacing w:after="200"/>
        <w:jc w:val="center"/>
      </w:pPr>
      <w:r>
        <w:rPr>
          <w:sz w:val="40"/>
        </w:rPr>
        <w:t>kit   kite</w:t>
      </w:r>
    </w:p>
    <w:p w14:paraId="45C3AC01" w14:textId="77777777" w:rsidR="00274EA3" w:rsidRDefault="00000000">
      <w:pPr>
        <w:spacing w:after="200"/>
        <w:jc w:val="center"/>
      </w:pPr>
      <w:r>
        <w:rPr>
          <w:sz w:val="40"/>
        </w:rPr>
        <w:t>hop   hope</w:t>
      </w:r>
    </w:p>
    <w:p w14:paraId="7EAA7F45" w14:textId="77777777" w:rsidR="00274EA3" w:rsidRDefault="00000000">
      <w:pPr>
        <w:spacing w:after="200"/>
        <w:jc w:val="center"/>
      </w:pPr>
      <w:r>
        <w:rPr>
          <w:sz w:val="40"/>
        </w:rPr>
        <w:t>cub   cube</w:t>
      </w:r>
    </w:p>
    <w:p w14:paraId="6DE18342" w14:textId="77777777" w:rsidR="00274EA3" w:rsidRDefault="00000000">
      <w:pPr>
        <w:spacing w:after="200"/>
        <w:jc w:val="center"/>
      </w:pPr>
      <w:r>
        <w:rPr>
          <w:sz w:val="40"/>
        </w:rPr>
        <w:t>not   note</w:t>
      </w:r>
    </w:p>
    <w:p w14:paraId="7F756B4A" w14:textId="77777777" w:rsidR="00274EA3" w:rsidRDefault="00000000">
      <w:pPr>
        <w:spacing w:after="200"/>
        <w:jc w:val="center"/>
      </w:pPr>
      <w:r>
        <w:rPr>
          <w:sz w:val="40"/>
        </w:rPr>
        <w:t>rid   ride</w:t>
      </w:r>
    </w:p>
    <w:p w14:paraId="56A200E0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Add silent e. Read the new word.</w:t>
      </w:r>
    </w:p>
    <w:p w14:paraId="2008691E" w14:textId="77777777" w:rsidR="00274EA3" w:rsidRDefault="00000000">
      <w:pPr>
        <w:spacing w:after="180"/>
      </w:pPr>
      <w:r>
        <w:rPr>
          <w:sz w:val="36"/>
        </w:rPr>
        <w:t>mad + e = ______</w:t>
      </w:r>
    </w:p>
    <w:p w14:paraId="7DB57245" w14:textId="77777777" w:rsidR="00274EA3" w:rsidRDefault="00000000">
      <w:pPr>
        <w:spacing w:after="180"/>
      </w:pPr>
      <w:r>
        <w:rPr>
          <w:sz w:val="36"/>
        </w:rPr>
        <w:t>rid + e = ______</w:t>
      </w:r>
    </w:p>
    <w:p w14:paraId="34EDC11F" w14:textId="77777777" w:rsidR="00274EA3" w:rsidRDefault="00000000">
      <w:pPr>
        <w:spacing w:after="180"/>
      </w:pPr>
      <w:r>
        <w:rPr>
          <w:sz w:val="36"/>
        </w:rPr>
        <w:t>hop + e = ______</w:t>
      </w:r>
    </w:p>
    <w:p w14:paraId="20168613" w14:textId="77777777" w:rsidR="00274EA3" w:rsidRDefault="00000000">
      <w:pPr>
        <w:spacing w:after="180"/>
      </w:pPr>
      <w:r>
        <w:rPr>
          <w:sz w:val="36"/>
        </w:rPr>
        <w:t>cub + e = ______</w:t>
      </w:r>
    </w:p>
    <w:p w14:paraId="1B224924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85C7C7F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D5CB370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4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4F20DF70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78F66A25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B28BA9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name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48AB96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safe</w:t>
            </w:r>
          </w:p>
        </w:tc>
      </w:tr>
      <w:tr w:rsidR="00274EA3" w14:paraId="3C90A791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052F83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time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A0929A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write</w:t>
            </w:r>
          </w:p>
        </w:tc>
      </w:tr>
      <w:tr w:rsidR="00274EA3" w14:paraId="17CCDAE3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47937B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home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95B8A1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note</w:t>
            </w:r>
          </w:p>
        </w:tc>
      </w:tr>
      <w:tr w:rsidR="00274EA3" w14:paraId="226D83F1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8F6041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phone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107C71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use</w:t>
            </w:r>
          </w:p>
        </w:tc>
      </w:tr>
    </w:tbl>
    <w:p w14:paraId="5E6B6C13" w14:textId="77777777" w:rsidR="00274EA3" w:rsidRDefault="00274EA3">
      <w:pPr>
        <w:spacing w:after="0"/>
      </w:pPr>
    </w:p>
    <w:p w14:paraId="5A1DEABB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Write your name on the line.</w:t>
      </w:r>
    </w:p>
    <w:p w14:paraId="48C2F794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I have time to ride home.</w:t>
      </w:r>
    </w:p>
    <w:p w14:paraId="7AA0B4F7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Use the phone to call.</w:t>
      </w:r>
    </w:p>
    <w:p w14:paraId="024B5D86" w14:textId="77777777" w:rsidR="00274EA3" w:rsidRDefault="00000000">
      <w:pPr>
        <w:pStyle w:val="StoryText"/>
        <w:spacing w:after="120" w:line="276" w:lineRule="auto"/>
      </w:pPr>
      <w:r>
        <w:rPr>
          <w:color w:val="000000"/>
          <w:sz w:val="36"/>
        </w:rPr>
        <w:t>Please save this note.</w:t>
      </w:r>
    </w:p>
    <w:p w14:paraId="204F7F7A" w14:textId="77777777" w:rsidR="00274EA3" w:rsidRDefault="00000000">
      <w:r>
        <w:rPr>
          <w:sz w:val="30"/>
        </w:rPr>
        <w:t>[  ]  I can read long-a words.</w:t>
      </w:r>
    </w:p>
    <w:p w14:paraId="24DA1BBA" w14:textId="77777777" w:rsidR="00274EA3" w:rsidRDefault="00000000">
      <w:r>
        <w:rPr>
          <w:sz w:val="30"/>
        </w:rPr>
        <w:t>[  ]  I can read long-i words.</w:t>
      </w:r>
    </w:p>
    <w:p w14:paraId="5E668616" w14:textId="77777777" w:rsidR="00274EA3" w:rsidRDefault="00000000">
      <w:r>
        <w:rPr>
          <w:sz w:val="30"/>
        </w:rPr>
        <w:t>[  ]  I can read long-o and long-u words.</w:t>
      </w:r>
    </w:p>
    <w:p w14:paraId="1E32D9D4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D0D375E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FDB59B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5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Word Endings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3F11D6FB" w14:textId="77777777" w:rsidR="00274EA3" w:rsidRDefault="00274EA3">
      <w:pPr>
        <w:spacing w:after="0"/>
      </w:pPr>
    </w:p>
    <w:p w14:paraId="2A71401D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55B565B6" w14:textId="77777777" w:rsidR="00274EA3" w:rsidRDefault="00000000">
      <w:r>
        <w:rPr>
          <w:sz w:val="30"/>
        </w:rPr>
        <w:t>[  ]  read words ending in s and es.</w:t>
      </w:r>
    </w:p>
    <w:p w14:paraId="2B0BD468" w14:textId="77777777" w:rsidR="00274EA3" w:rsidRDefault="00000000">
      <w:r>
        <w:rPr>
          <w:sz w:val="30"/>
        </w:rPr>
        <w:t>[  ]  read action words ending in ing.</w:t>
      </w:r>
    </w:p>
    <w:p w14:paraId="7FE052B9" w14:textId="77777777" w:rsidR="00274EA3" w:rsidRDefault="00000000">
      <w:r>
        <w:rPr>
          <w:sz w:val="30"/>
        </w:rPr>
        <w:t>[  ]  read simple past-tense words ending in ed.</w:t>
      </w:r>
    </w:p>
    <w:p w14:paraId="5BD28535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6611577A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64D21C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jobs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8160C9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boxes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0ECC36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reading</w:t>
            </w:r>
          </w:p>
        </w:tc>
      </w:tr>
      <w:tr w:rsidR="00274EA3" w14:paraId="4696399B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255D65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working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20C741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helped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2CF525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called</w:t>
            </w:r>
          </w:p>
        </w:tc>
      </w:tr>
    </w:tbl>
    <w:p w14:paraId="0C2CC807" w14:textId="77777777" w:rsidR="00274EA3" w:rsidRDefault="00274EA3">
      <w:pPr>
        <w:spacing w:after="0"/>
      </w:pPr>
    </w:p>
    <w:p w14:paraId="2D026A6B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50B9555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A26322F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10C264C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5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More Than One</w:t>
            </w:r>
            <w:r>
              <w:rPr>
                <w:color w:val="FFFFFF"/>
                <w:sz w:val="24"/>
              </w:rPr>
              <w:br/>
              <w:t>Add s or es</w:t>
            </w:r>
          </w:p>
        </w:tc>
      </w:tr>
    </w:tbl>
    <w:p w14:paraId="26602997" w14:textId="77777777" w:rsidR="00274EA3" w:rsidRDefault="00274EA3">
      <w:pPr>
        <w:spacing w:after="0"/>
      </w:pPr>
    </w:p>
    <w:p w14:paraId="52284AB7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one and more than one.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08"/>
        <w:gridCol w:w="4608"/>
      </w:tblGrid>
      <w:tr w:rsidR="00274EA3" w14:paraId="17F87161" w14:textId="77777777">
        <w:trPr>
          <w:jc w:val="center"/>
        </w:trPr>
        <w:tc>
          <w:tcPr>
            <w:tcW w:w="4608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C7258B" w14:textId="77777777" w:rsidR="00274EA3" w:rsidRDefault="00000000">
            <w:pPr>
              <w:jc w:val="center"/>
            </w:pPr>
            <w:r>
              <w:rPr>
                <w:color w:val="1F2933"/>
                <w:sz w:val="36"/>
              </w:rPr>
              <w:t>job</w:t>
            </w:r>
          </w:p>
        </w:tc>
        <w:tc>
          <w:tcPr>
            <w:tcW w:w="4608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8483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jobs</w:t>
            </w:r>
          </w:p>
        </w:tc>
      </w:tr>
      <w:tr w:rsidR="00274EA3" w14:paraId="73992595" w14:textId="77777777">
        <w:trPr>
          <w:jc w:val="center"/>
        </w:trPr>
        <w:tc>
          <w:tcPr>
            <w:tcW w:w="4608" w:type="dxa"/>
            <w:tcBorders>
              <w:bottom w:val="single" w:sz="6" w:space="0" w:color="C3D0D8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225D92" w14:textId="77777777" w:rsidR="00274EA3" w:rsidRDefault="00000000">
            <w:pPr>
              <w:jc w:val="center"/>
            </w:pPr>
            <w:r>
              <w:rPr>
                <w:color w:val="1F2933"/>
                <w:sz w:val="36"/>
              </w:rPr>
              <w:t>bag</w:t>
            </w:r>
          </w:p>
        </w:tc>
        <w:tc>
          <w:tcPr>
            <w:tcW w:w="4608" w:type="dxa"/>
            <w:tcBorders>
              <w:bottom w:val="single" w:sz="6" w:space="0" w:color="C3D0D8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C80E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bags</w:t>
            </w:r>
          </w:p>
        </w:tc>
      </w:tr>
      <w:tr w:rsidR="00274EA3" w14:paraId="0B7CB981" w14:textId="77777777">
        <w:trPr>
          <w:jc w:val="center"/>
        </w:trPr>
        <w:tc>
          <w:tcPr>
            <w:tcW w:w="4608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43A9E8" w14:textId="77777777" w:rsidR="00274EA3" w:rsidRDefault="00000000">
            <w:pPr>
              <w:jc w:val="center"/>
            </w:pPr>
            <w:r>
              <w:rPr>
                <w:color w:val="1F2933"/>
                <w:sz w:val="36"/>
              </w:rPr>
              <w:t>cup</w:t>
            </w:r>
          </w:p>
        </w:tc>
        <w:tc>
          <w:tcPr>
            <w:tcW w:w="4608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DA0EF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cups</w:t>
            </w:r>
          </w:p>
        </w:tc>
      </w:tr>
      <w:tr w:rsidR="00274EA3" w14:paraId="4B37404F" w14:textId="77777777">
        <w:trPr>
          <w:jc w:val="center"/>
        </w:trPr>
        <w:tc>
          <w:tcPr>
            <w:tcW w:w="4608" w:type="dxa"/>
            <w:tcBorders>
              <w:bottom w:val="single" w:sz="6" w:space="0" w:color="C3D0D8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E53DF0" w14:textId="77777777" w:rsidR="00274EA3" w:rsidRDefault="00000000">
            <w:pPr>
              <w:jc w:val="center"/>
            </w:pPr>
            <w:r>
              <w:rPr>
                <w:color w:val="1F2933"/>
                <w:sz w:val="36"/>
              </w:rPr>
              <w:t>box</w:t>
            </w:r>
          </w:p>
        </w:tc>
        <w:tc>
          <w:tcPr>
            <w:tcW w:w="4608" w:type="dxa"/>
            <w:tcBorders>
              <w:bottom w:val="single" w:sz="6" w:space="0" w:color="C3D0D8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86033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boxes</w:t>
            </w:r>
          </w:p>
        </w:tc>
      </w:tr>
      <w:tr w:rsidR="00274EA3" w14:paraId="17F5B9CD" w14:textId="77777777">
        <w:trPr>
          <w:jc w:val="center"/>
        </w:trPr>
        <w:tc>
          <w:tcPr>
            <w:tcW w:w="4608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AAE7EC" w14:textId="77777777" w:rsidR="00274EA3" w:rsidRDefault="00000000">
            <w:pPr>
              <w:jc w:val="center"/>
            </w:pPr>
            <w:r>
              <w:rPr>
                <w:color w:val="1F2933"/>
                <w:sz w:val="36"/>
              </w:rPr>
              <w:t>dish</w:t>
            </w:r>
          </w:p>
        </w:tc>
        <w:tc>
          <w:tcPr>
            <w:tcW w:w="4608" w:type="dxa"/>
            <w:tcBorders>
              <w:bottom w:val="single" w:sz="6" w:space="0" w:color="C3D0D8"/>
            </w:tcBorders>
            <w:shd w:val="clear" w:color="auto" w:fill="EEF5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901EA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dishes</w:t>
            </w:r>
          </w:p>
        </w:tc>
      </w:tr>
      <w:tr w:rsidR="00274EA3" w14:paraId="131DEE86" w14:textId="77777777">
        <w:trPr>
          <w:jc w:val="center"/>
        </w:trPr>
        <w:tc>
          <w:tcPr>
            <w:tcW w:w="4608" w:type="dxa"/>
            <w:tcBorders>
              <w:bottom w:val="single" w:sz="6" w:space="0" w:color="C3D0D8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E5B6FA" w14:textId="77777777" w:rsidR="00274EA3" w:rsidRDefault="00000000">
            <w:pPr>
              <w:jc w:val="center"/>
            </w:pPr>
            <w:r>
              <w:rPr>
                <w:color w:val="1F2933"/>
                <w:sz w:val="36"/>
              </w:rPr>
              <w:t>bus</w:t>
            </w:r>
          </w:p>
        </w:tc>
        <w:tc>
          <w:tcPr>
            <w:tcW w:w="4608" w:type="dxa"/>
            <w:tcBorders>
              <w:bottom w:val="single" w:sz="6" w:space="0" w:color="C3D0D8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A975E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buses</w:t>
            </w:r>
          </w:p>
        </w:tc>
      </w:tr>
    </w:tbl>
    <w:p w14:paraId="7E5453F5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the word for more than one.</w:t>
      </w:r>
    </w:p>
    <w:p w14:paraId="0425D093" w14:textId="77777777" w:rsidR="00274EA3" w:rsidRDefault="00000000">
      <w:pPr>
        <w:spacing w:after="180"/>
      </w:pPr>
      <w:r>
        <w:rPr>
          <w:sz w:val="36"/>
        </w:rPr>
        <w:t>map __________</w:t>
      </w:r>
    </w:p>
    <w:p w14:paraId="39BF408A" w14:textId="77777777" w:rsidR="00274EA3" w:rsidRDefault="00000000">
      <w:pPr>
        <w:spacing w:after="180"/>
      </w:pPr>
      <w:r>
        <w:rPr>
          <w:sz w:val="36"/>
        </w:rPr>
        <w:t>class __________</w:t>
      </w:r>
    </w:p>
    <w:p w14:paraId="791BBD41" w14:textId="77777777" w:rsidR="00274EA3" w:rsidRDefault="00000000">
      <w:pPr>
        <w:spacing w:after="180"/>
      </w:pPr>
      <w:r>
        <w:rPr>
          <w:sz w:val="36"/>
        </w:rPr>
        <w:t>chair __________</w:t>
      </w:r>
    </w:p>
    <w:p w14:paraId="38385FA0" w14:textId="77777777" w:rsidR="00274EA3" w:rsidRDefault="00000000">
      <w:pPr>
        <w:spacing w:after="180"/>
      </w:pPr>
      <w:r>
        <w:rPr>
          <w:sz w:val="36"/>
        </w:rPr>
        <w:t>lunch __________</w:t>
      </w:r>
    </w:p>
    <w:p w14:paraId="65B93E16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B85DC1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E8FBE58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5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Actions Happening Now</w:t>
            </w:r>
            <w:r>
              <w:rPr>
                <w:color w:val="FFFFFF"/>
                <w:sz w:val="24"/>
              </w:rPr>
              <w:br/>
              <w:t>Add ing</w:t>
            </w:r>
          </w:p>
        </w:tc>
      </w:tr>
    </w:tbl>
    <w:p w14:paraId="1959E31C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14FF0317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86A60D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reading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41216B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writing</w:t>
            </w:r>
          </w:p>
        </w:tc>
      </w:tr>
      <w:tr w:rsidR="00274EA3" w14:paraId="59104572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626463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working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55FD8E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helping</w:t>
            </w:r>
          </w:p>
        </w:tc>
      </w:tr>
      <w:tr w:rsidR="00274EA3" w14:paraId="3B235D80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044FD1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walking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1AED4B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calling</w:t>
            </w:r>
          </w:p>
        </w:tc>
      </w:tr>
      <w:tr w:rsidR="00274EA3" w14:paraId="75D3F31B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6C6DC5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looking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600554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waiting</w:t>
            </w:r>
          </w:p>
        </w:tc>
      </w:tr>
    </w:tbl>
    <w:p w14:paraId="5F22581B" w14:textId="77777777" w:rsidR="00274EA3" w:rsidRDefault="00274EA3">
      <w:pPr>
        <w:spacing w:after="0"/>
      </w:pPr>
    </w:p>
    <w:p w14:paraId="439AE30B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2804F1AB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am reading a note.</w:t>
      </w:r>
    </w:p>
    <w:p w14:paraId="60B7EA56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We are waiting for the bus.</w:t>
      </w:r>
    </w:p>
    <w:p w14:paraId="0AA5CE72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She is calling the shop.</w:t>
      </w:r>
    </w:p>
    <w:p w14:paraId="15ED9FCB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They are working today.</w:t>
      </w:r>
    </w:p>
    <w:p w14:paraId="5817E0F2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Finish the sentence.</w:t>
      </w:r>
    </w:p>
    <w:p w14:paraId="271D9894" w14:textId="77777777" w:rsidR="00274EA3" w:rsidRDefault="00000000">
      <w:pPr>
        <w:spacing w:after="200"/>
      </w:pPr>
      <w:r>
        <w:rPr>
          <w:sz w:val="36"/>
        </w:rPr>
        <w:t>I am __________.</w:t>
      </w:r>
    </w:p>
    <w:p w14:paraId="3573387D" w14:textId="77777777" w:rsidR="00274EA3" w:rsidRDefault="00000000">
      <w:pPr>
        <w:spacing w:after="200"/>
      </w:pPr>
      <w:r>
        <w:rPr>
          <w:sz w:val="36"/>
        </w:rPr>
        <w:t>We are __________.</w:t>
      </w:r>
    </w:p>
    <w:p w14:paraId="204ADB45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28DCE5D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2CAA0F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5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Actions That Happened</w:t>
            </w:r>
            <w:r>
              <w:rPr>
                <w:color w:val="FFFFFF"/>
                <w:sz w:val="24"/>
              </w:rPr>
              <w:br/>
              <w:t>Some words end in ed</w:t>
            </w:r>
          </w:p>
        </w:tc>
      </w:tr>
    </w:tbl>
    <w:p w14:paraId="7532AD42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16005EA2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42DB74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helped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8DC499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called</w:t>
            </w:r>
          </w:p>
        </w:tc>
      </w:tr>
      <w:tr w:rsidR="00274EA3" w14:paraId="2E573AFC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73B1D7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worked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1E6CD1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asked</w:t>
            </w:r>
          </w:p>
        </w:tc>
      </w:tr>
      <w:tr w:rsidR="00274EA3" w14:paraId="28C0A454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37E958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looked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A3B874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started</w:t>
            </w:r>
          </w:p>
        </w:tc>
      </w:tr>
      <w:tr w:rsidR="00274EA3" w14:paraId="48EADCF0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16CEA9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wanted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A70153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needed</w:t>
            </w:r>
          </w:p>
        </w:tc>
      </w:tr>
    </w:tbl>
    <w:p w14:paraId="752AAF16" w14:textId="77777777" w:rsidR="00274EA3" w:rsidRDefault="00274EA3">
      <w:pPr>
        <w:spacing w:after="0"/>
      </w:pPr>
    </w:p>
    <w:p w14:paraId="018BDF46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6E0132B4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called for help.</w:t>
      </w:r>
    </w:p>
    <w:p w14:paraId="3F031F06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We worked on the job.</w:t>
      </w:r>
    </w:p>
    <w:p w14:paraId="75CA0351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She asked a question.</w:t>
      </w:r>
    </w:p>
    <w:p w14:paraId="61EE27F8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They started at nine.</w:t>
      </w:r>
    </w:p>
    <w:p w14:paraId="0880448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Choose called, worked, asked, or started.</w:t>
      </w:r>
    </w:p>
    <w:p w14:paraId="3BD13340" w14:textId="77777777" w:rsidR="00274EA3" w:rsidRDefault="00000000">
      <w:pPr>
        <w:spacing w:after="200"/>
      </w:pPr>
      <w:r>
        <w:rPr>
          <w:sz w:val="34"/>
        </w:rPr>
        <w:t>I __________ my teacher.</w:t>
      </w:r>
    </w:p>
    <w:p w14:paraId="63A7FA09" w14:textId="77777777" w:rsidR="00274EA3" w:rsidRDefault="00000000">
      <w:pPr>
        <w:spacing w:after="200"/>
      </w:pPr>
      <w:r>
        <w:rPr>
          <w:sz w:val="34"/>
        </w:rPr>
        <w:t>We __________ at eight.</w:t>
      </w:r>
    </w:p>
    <w:p w14:paraId="3E3018AA" w14:textId="77777777" w:rsidR="00274EA3" w:rsidRDefault="00000000">
      <w:pPr>
        <w:spacing w:after="200"/>
      </w:pPr>
      <w:r>
        <w:rPr>
          <w:sz w:val="34"/>
        </w:rPr>
        <w:t>He __________ a question.</w:t>
      </w:r>
    </w:p>
    <w:p w14:paraId="562F1317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3FCFA1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6FC3152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5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Find the Base Word</w:t>
            </w:r>
            <w:r>
              <w:rPr>
                <w:color w:val="FFFFFF"/>
                <w:sz w:val="24"/>
              </w:rPr>
              <w:br/>
              <w:t>Look inside the longer word</w:t>
            </w:r>
          </w:p>
        </w:tc>
      </w:tr>
    </w:tbl>
    <w:p w14:paraId="4B1251DD" w14:textId="77777777" w:rsidR="00274EA3" w:rsidRDefault="00274EA3">
      <w:pPr>
        <w:spacing w:after="0"/>
      </w:pPr>
    </w:p>
    <w:p w14:paraId="18DB768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long word. Write the smaller word.</w:t>
      </w:r>
    </w:p>
    <w:p w14:paraId="365E304B" w14:textId="77777777" w:rsidR="00274EA3" w:rsidRDefault="00000000">
      <w:pPr>
        <w:spacing w:after="200"/>
      </w:pPr>
      <w:r>
        <w:rPr>
          <w:sz w:val="36"/>
        </w:rPr>
        <w:t>jobs  →  __________________</w:t>
      </w:r>
    </w:p>
    <w:p w14:paraId="566F89A2" w14:textId="77777777" w:rsidR="00274EA3" w:rsidRDefault="00000000">
      <w:pPr>
        <w:spacing w:after="200"/>
      </w:pPr>
      <w:r>
        <w:rPr>
          <w:sz w:val="36"/>
        </w:rPr>
        <w:t>reading  →  __________________</w:t>
      </w:r>
    </w:p>
    <w:p w14:paraId="0FFFE445" w14:textId="77777777" w:rsidR="00274EA3" w:rsidRDefault="00000000">
      <w:pPr>
        <w:spacing w:after="200"/>
      </w:pPr>
      <w:r>
        <w:rPr>
          <w:sz w:val="36"/>
        </w:rPr>
        <w:t>helped  →  __________________</w:t>
      </w:r>
    </w:p>
    <w:p w14:paraId="66E4EB6E" w14:textId="77777777" w:rsidR="00274EA3" w:rsidRDefault="00000000">
      <w:pPr>
        <w:spacing w:after="200"/>
      </w:pPr>
      <w:r>
        <w:rPr>
          <w:sz w:val="36"/>
        </w:rPr>
        <w:t>boxes  →  __________________</w:t>
      </w:r>
    </w:p>
    <w:p w14:paraId="7728B5EC" w14:textId="77777777" w:rsidR="00274EA3" w:rsidRDefault="00000000">
      <w:pPr>
        <w:spacing w:after="200"/>
      </w:pPr>
      <w:r>
        <w:rPr>
          <w:sz w:val="36"/>
        </w:rPr>
        <w:t>working  →  __________________</w:t>
      </w:r>
    </w:p>
    <w:p w14:paraId="6FD80C34" w14:textId="77777777" w:rsidR="00274EA3" w:rsidRDefault="00000000">
      <w:pPr>
        <w:spacing w:after="200"/>
      </w:pPr>
      <w:r>
        <w:rPr>
          <w:sz w:val="36"/>
        </w:rPr>
        <w:t>called  →  __________________</w:t>
      </w:r>
    </w:p>
    <w:p w14:paraId="4E590F4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TALK  </w:t>
      </w:r>
      <w:r>
        <w:rPr>
          <w:sz w:val="28"/>
        </w:rPr>
        <w:t>Tell what s, ing, or ed changes in a word.</w:t>
      </w:r>
    </w:p>
    <w:p w14:paraId="49AB7E97" w14:textId="77777777" w:rsidR="00274EA3" w:rsidRDefault="00000000">
      <w:r>
        <w:rPr>
          <w:color w:val="6F7D87"/>
        </w:rPr>
        <w:t>_______________________________________________________</w:t>
      </w:r>
    </w:p>
    <w:p w14:paraId="53244D5B" w14:textId="77777777" w:rsidR="00274EA3" w:rsidRDefault="00000000">
      <w:r>
        <w:rPr>
          <w:color w:val="6F7D87"/>
        </w:rPr>
        <w:t>_______________________________________________________</w:t>
      </w:r>
    </w:p>
    <w:p w14:paraId="32B8887B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0848159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C58AA27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5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1662EB75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4785E24A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BEF9CD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jobs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2613D9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boxes</w:t>
            </w:r>
          </w:p>
        </w:tc>
      </w:tr>
      <w:tr w:rsidR="00274EA3" w14:paraId="66E19C50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6470F7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reading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F2844B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working</w:t>
            </w:r>
          </w:p>
        </w:tc>
      </w:tr>
      <w:tr w:rsidR="00274EA3" w14:paraId="203585A9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83695D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helped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11FE8D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called</w:t>
            </w:r>
          </w:p>
        </w:tc>
      </w:tr>
      <w:tr w:rsidR="00274EA3" w14:paraId="60533864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055654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asked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71B608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waiting</w:t>
            </w:r>
          </w:p>
        </w:tc>
      </w:tr>
    </w:tbl>
    <w:p w14:paraId="73A73F3F" w14:textId="77777777" w:rsidR="00274EA3" w:rsidRDefault="00274EA3">
      <w:pPr>
        <w:spacing w:after="0"/>
      </w:pPr>
    </w:p>
    <w:p w14:paraId="72325BCE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Two buses are waiting.</w:t>
      </w:r>
    </w:p>
    <w:p w14:paraId="10F8DADC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called and asked for help.</w:t>
      </w:r>
    </w:p>
    <w:p w14:paraId="35F0E87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We worked on three jobs.</w:t>
      </w:r>
    </w:p>
    <w:p w14:paraId="7613D095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She is reading the notes.</w:t>
      </w:r>
    </w:p>
    <w:p w14:paraId="7135E7C6" w14:textId="77777777" w:rsidR="00274EA3" w:rsidRDefault="00000000">
      <w:r>
        <w:rPr>
          <w:sz w:val="30"/>
        </w:rPr>
        <w:t>[  ]  I can read words ending in s or es.</w:t>
      </w:r>
    </w:p>
    <w:p w14:paraId="3C099CAD" w14:textId="77777777" w:rsidR="00274EA3" w:rsidRDefault="00000000">
      <w:r>
        <w:rPr>
          <w:sz w:val="30"/>
        </w:rPr>
        <w:t>[  ]  I can read words ending in ing.</w:t>
      </w:r>
    </w:p>
    <w:p w14:paraId="57CC7B87" w14:textId="77777777" w:rsidR="00274EA3" w:rsidRDefault="00000000">
      <w:r>
        <w:rPr>
          <w:sz w:val="30"/>
        </w:rPr>
        <w:t>[  ]  I can read simple words ending in ed.</w:t>
      </w:r>
    </w:p>
    <w:p w14:paraId="5AABCC5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1301F0F8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BCB582A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6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Useful Words and Phrases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4C8605ED" w14:textId="77777777" w:rsidR="00274EA3" w:rsidRDefault="00274EA3">
      <w:pPr>
        <w:spacing w:after="0"/>
      </w:pPr>
    </w:p>
    <w:p w14:paraId="4C9E38E7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6CF9CDA8" w14:textId="77777777" w:rsidR="00274EA3" w:rsidRDefault="00000000">
      <w:r>
        <w:rPr>
          <w:sz w:val="30"/>
        </w:rPr>
        <w:t>[  ]  read words used in many sentences.</w:t>
      </w:r>
    </w:p>
    <w:p w14:paraId="46539AC5" w14:textId="77777777" w:rsidR="00274EA3" w:rsidRDefault="00000000">
      <w:r>
        <w:rPr>
          <w:sz w:val="30"/>
        </w:rPr>
        <w:t>[  ]  read time and place words.</w:t>
      </w:r>
    </w:p>
    <w:p w14:paraId="10655169" w14:textId="77777777" w:rsidR="00274EA3" w:rsidRDefault="00000000">
      <w:r>
        <w:rPr>
          <w:sz w:val="30"/>
        </w:rPr>
        <w:t>[  ]  read polite words and requests.</w:t>
      </w:r>
    </w:p>
    <w:p w14:paraId="19F0D475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2FA0B24A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7133F8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before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87912A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after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7CC9C9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today</w:t>
            </w:r>
          </w:p>
        </w:tc>
      </w:tr>
      <w:tr w:rsidR="00274EA3" w14:paraId="0D64D476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2E47B6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tomorrow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25EF2F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please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F9AB6D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thank</w:t>
            </w:r>
          </w:p>
        </w:tc>
      </w:tr>
    </w:tbl>
    <w:p w14:paraId="7037667D" w14:textId="77777777" w:rsidR="00274EA3" w:rsidRDefault="00274EA3">
      <w:pPr>
        <w:spacing w:after="0"/>
      </w:pPr>
    </w:p>
    <w:p w14:paraId="1863CF62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4817B3C0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BFDF347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0579BB9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6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Time Words</w:t>
            </w:r>
            <w:r>
              <w:rPr>
                <w:color w:val="FFFFFF"/>
                <w:sz w:val="24"/>
              </w:rPr>
              <w:br/>
              <w:t>When does it happen?</w:t>
            </w:r>
          </w:p>
        </w:tc>
      </w:tr>
    </w:tbl>
    <w:p w14:paraId="686ADA49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656F2698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6450725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today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130147A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tomorrow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C8E2D5D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morning</w:t>
            </w:r>
          </w:p>
        </w:tc>
      </w:tr>
      <w:tr w:rsidR="00274EA3" w14:paraId="1BB595B2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4288A71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afternoon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25404E4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night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C4C71C5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before</w:t>
            </w:r>
          </w:p>
        </w:tc>
      </w:tr>
      <w:tr w:rsidR="00274EA3" w14:paraId="09D7D454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03C7C59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after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B7B1C07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early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CEF0D23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late</w:t>
            </w:r>
          </w:p>
        </w:tc>
      </w:tr>
    </w:tbl>
    <w:p w14:paraId="37F96179" w14:textId="77777777" w:rsidR="00274EA3" w:rsidRDefault="00274EA3">
      <w:pPr>
        <w:spacing w:after="0"/>
      </w:pPr>
    </w:p>
    <w:p w14:paraId="751D395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7D2CDADF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work today.</w:t>
      </w:r>
    </w:p>
    <w:p w14:paraId="3CD5A65B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 class is tomorrow morning.</w:t>
      </w:r>
    </w:p>
    <w:p w14:paraId="6B5BC8F2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Call before six.</w:t>
      </w:r>
    </w:p>
    <w:p w14:paraId="3B38EE97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We can meet after lunch.</w:t>
      </w:r>
    </w:p>
    <w:p w14:paraId="1225E84E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Do not be late.</w:t>
      </w:r>
    </w:p>
    <w:p w14:paraId="534DBCD2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today or tomorrow.</w:t>
      </w:r>
    </w:p>
    <w:p w14:paraId="68519EE0" w14:textId="77777777" w:rsidR="00274EA3" w:rsidRDefault="00000000">
      <w:pPr>
        <w:spacing w:after="200"/>
      </w:pPr>
      <w:r>
        <w:rPr>
          <w:sz w:val="34"/>
        </w:rPr>
        <w:t>This day is __________.</w:t>
      </w:r>
    </w:p>
    <w:p w14:paraId="1E48E85F" w14:textId="77777777" w:rsidR="00274EA3" w:rsidRDefault="00000000">
      <w:pPr>
        <w:spacing w:after="200"/>
      </w:pPr>
      <w:r>
        <w:rPr>
          <w:sz w:val="34"/>
        </w:rPr>
        <w:t>The next day is __________.</w:t>
      </w:r>
    </w:p>
    <w:p w14:paraId="6E0734B0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07E187A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57D3C46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6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Place Words</w:t>
            </w:r>
            <w:r>
              <w:rPr>
                <w:color w:val="FFFFFF"/>
                <w:sz w:val="24"/>
              </w:rPr>
              <w:br/>
              <w:t>Where is it?</w:t>
            </w:r>
          </w:p>
        </w:tc>
      </w:tr>
    </w:tbl>
    <w:p w14:paraId="107DF25D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4869A55B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AC79ECB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inside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723B6BF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outside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026B7E5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above</w:t>
            </w:r>
          </w:p>
        </w:tc>
      </w:tr>
      <w:tr w:rsidR="00274EA3" w14:paraId="09BA80E9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7F973BF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below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7DA1823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near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4DCE7EE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far</w:t>
            </w:r>
          </w:p>
        </w:tc>
      </w:tr>
      <w:tr w:rsidR="00274EA3" w14:paraId="7216DB46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2F03041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front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377FDA3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back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D4A2FC2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between</w:t>
            </w:r>
          </w:p>
        </w:tc>
      </w:tr>
    </w:tbl>
    <w:p w14:paraId="71E6F64D" w14:textId="77777777" w:rsidR="00274EA3" w:rsidRDefault="00274EA3">
      <w:pPr>
        <w:spacing w:after="0"/>
      </w:pPr>
    </w:p>
    <w:p w14:paraId="4483DB2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and do what the sentence says.</w:t>
      </w:r>
    </w:p>
    <w:p w14:paraId="117AAE9A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Put a mark below this line.</w:t>
      </w:r>
    </w:p>
    <w:p w14:paraId="2A88F81A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Point to the front of the room.</w:t>
      </w:r>
    </w:p>
    <w:p w14:paraId="63A2D316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Write your name inside the box.</w:t>
      </w:r>
    </w:p>
    <w:p w14:paraId="7888E46E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Sit near a partner.</w:t>
      </w:r>
    </w:p>
    <w:p w14:paraId="36B05050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Finish with inside, outside, front, or back.</w:t>
      </w:r>
    </w:p>
    <w:p w14:paraId="2505ECBF" w14:textId="77777777" w:rsidR="00274EA3" w:rsidRDefault="00000000">
      <w:pPr>
        <w:spacing w:after="200"/>
      </w:pPr>
      <w:r>
        <w:rPr>
          <w:sz w:val="34"/>
        </w:rPr>
        <w:t>The door is at the __________.</w:t>
      </w:r>
    </w:p>
    <w:p w14:paraId="6F583380" w14:textId="77777777" w:rsidR="00274EA3" w:rsidRDefault="00000000">
      <w:pPr>
        <w:spacing w:after="200"/>
      </w:pPr>
      <w:r>
        <w:rPr>
          <w:sz w:val="34"/>
        </w:rPr>
        <w:t>Put the paper __________ the folder.</w:t>
      </w:r>
    </w:p>
    <w:p w14:paraId="25BCA6B8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77140F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154A600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6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Polite Words</w:t>
            </w:r>
            <w:r>
              <w:rPr>
                <w:color w:val="FFFFFF"/>
                <w:sz w:val="24"/>
              </w:rPr>
              <w:br/>
              <w:t>Words that show respect</w:t>
            </w:r>
          </w:p>
        </w:tc>
      </w:tr>
    </w:tbl>
    <w:p w14:paraId="0ED52975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25972AD7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2A4210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please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D94EEB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thank you</w:t>
            </w:r>
          </w:p>
        </w:tc>
      </w:tr>
      <w:tr w:rsidR="00274EA3" w14:paraId="65871448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35348B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excuse me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D190FF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may I</w:t>
            </w:r>
          </w:p>
        </w:tc>
      </w:tr>
      <w:tr w:rsidR="00274EA3" w14:paraId="27B73014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A21F0E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I am sorry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32403E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you are welcome</w:t>
            </w:r>
          </w:p>
        </w:tc>
      </w:tr>
    </w:tbl>
    <w:p w14:paraId="39BC43B6" w14:textId="77777777" w:rsidR="00274EA3" w:rsidRDefault="00274EA3">
      <w:pPr>
        <w:spacing w:after="0"/>
      </w:pPr>
    </w:p>
    <w:p w14:paraId="067E6BC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short talks.</w:t>
      </w:r>
    </w:p>
    <w:p w14:paraId="3AFA19F2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“May I use the phone?”</w:t>
      </w:r>
    </w:p>
    <w:p w14:paraId="27C23288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“Yes. Here it is.”</w:t>
      </w:r>
    </w:p>
    <w:p w14:paraId="6019482C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“Thank you.”</w:t>
      </w:r>
    </w:p>
    <w:p w14:paraId="44F2A5B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“You are welcome.”</w:t>
      </w:r>
    </w:p>
    <w:p w14:paraId="2BCD10C3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Choose a polite phrase.</w:t>
      </w:r>
    </w:p>
    <w:p w14:paraId="7508DF28" w14:textId="77777777" w:rsidR="00274EA3" w:rsidRDefault="00000000">
      <w:pPr>
        <w:spacing w:after="200"/>
      </w:pPr>
      <w:r>
        <w:t>You need to pass someone: __________________</w:t>
      </w:r>
    </w:p>
    <w:p w14:paraId="7065E4F5" w14:textId="77777777" w:rsidR="00274EA3" w:rsidRDefault="00000000">
      <w:pPr>
        <w:spacing w:after="200"/>
      </w:pPr>
      <w:r>
        <w:t>Someone helps you: __________________</w:t>
      </w:r>
    </w:p>
    <w:p w14:paraId="100D8CB5" w14:textId="77777777" w:rsidR="00274EA3" w:rsidRDefault="00000000">
      <w:pPr>
        <w:spacing w:after="200"/>
      </w:pPr>
      <w:r>
        <w:t>You made a mistake: __________________</w:t>
      </w:r>
    </w:p>
    <w:p w14:paraId="72DBBF6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41E09B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34B202B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6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Common Phrases</w:t>
            </w:r>
            <w:r>
              <w:rPr>
                <w:color w:val="FFFFFF"/>
                <w:sz w:val="24"/>
              </w:rPr>
              <w:br/>
              <w:t>Read words together</w:t>
            </w:r>
          </w:p>
        </w:tc>
      </w:tr>
    </w:tbl>
    <w:p w14:paraId="2F682B5E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595E354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A54863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on time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7AE00B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at work</w:t>
            </w:r>
          </w:p>
        </w:tc>
      </w:tr>
      <w:tr w:rsidR="00274EA3" w14:paraId="1CDF8D2D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E3006D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at home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382681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in class</w:t>
            </w:r>
          </w:p>
        </w:tc>
      </w:tr>
      <w:tr w:rsidR="00274EA3" w14:paraId="3C5E2331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737BCE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for help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055F32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right now</w:t>
            </w:r>
          </w:p>
        </w:tc>
      </w:tr>
      <w:tr w:rsidR="00274EA3" w14:paraId="04070ACE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278EA9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this week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3CC69E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next week</w:t>
            </w:r>
          </w:p>
        </w:tc>
      </w:tr>
      <w:tr w:rsidR="00274EA3" w14:paraId="4E6F8CD5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D36231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one more time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0EC907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thank you</w:t>
            </w:r>
          </w:p>
        </w:tc>
      </w:tr>
    </w:tbl>
    <w:p w14:paraId="287AB287" w14:textId="77777777" w:rsidR="00274EA3" w:rsidRDefault="00274EA3">
      <w:pPr>
        <w:spacing w:after="0"/>
      </w:pPr>
    </w:p>
    <w:p w14:paraId="061FB525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09750697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am at work right now.</w:t>
      </w:r>
    </w:p>
    <w:p w14:paraId="698A8088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Please read it one more time.</w:t>
      </w:r>
    </w:p>
    <w:p w14:paraId="0171CBA9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 class starts next week.</w:t>
      </w:r>
    </w:p>
    <w:p w14:paraId="059EB53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Thank you for your help.</w:t>
      </w:r>
    </w:p>
    <w:p w14:paraId="349BAA65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D35D216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2E4C3BC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6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04C95C6E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1FD4AE3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BEB918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today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73B7A6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tomorrow</w:t>
            </w:r>
          </w:p>
        </w:tc>
      </w:tr>
      <w:tr w:rsidR="00274EA3" w14:paraId="1E069C0B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D2D6A0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before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249386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after</w:t>
            </w:r>
          </w:p>
        </w:tc>
      </w:tr>
      <w:tr w:rsidR="00274EA3" w14:paraId="7267888C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E9D21C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inside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D2653B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outside</w:t>
            </w:r>
          </w:p>
        </w:tc>
      </w:tr>
      <w:tr w:rsidR="00274EA3" w14:paraId="2B44F66C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8EE4BB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please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8DA56E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thank you</w:t>
            </w:r>
          </w:p>
        </w:tc>
      </w:tr>
    </w:tbl>
    <w:p w14:paraId="0FAE558B" w14:textId="77777777" w:rsidR="00274EA3" w:rsidRDefault="00274EA3">
      <w:pPr>
        <w:spacing w:after="0"/>
      </w:pPr>
    </w:p>
    <w:p w14:paraId="2E1473D6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note.</w:t>
      </w:r>
    </w:p>
    <w:p w14:paraId="61ACB760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Please come inside.</w:t>
      </w:r>
    </w:p>
    <w:p w14:paraId="3A03C786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 class starts tomorrow morning.</w:t>
      </w:r>
    </w:p>
    <w:p w14:paraId="3E0A3DD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Come ten minutes before class.</w:t>
      </w:r>
    </w:p>
    <w:p w14:paraId="29F42D7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Thank you for being on time.</w:t>
      </w:r>
    </w:p>
    <w:p w14:paraId="1781E4F6" w14:textId="77777777" w:rsidR="00274EA3" w:rsidRDefault="00000000">
      <w:r>
        <w:rPr>
          <w:sz w:val="30"/>
        </w:rPr>
        <w:t>[  ]  I can read time words.</w:t>
      </w:r>
    </w:p>
    <w:p w14:paraId="6D396EF5" w14:textId="77777777" w:rsidR="00274EA3" w:rsidRDefault="00000000">
      <w:r>
        <w:rPr>
          <w:sz w:val="30"/>
        </w:rPr>
        <w:t>[  ]  I can read place words.</w:t>
      </w:r>
    </w:p>
    <w:p w14:paraId="4F6292AE" w14:textId="77777777" w:rsidR="00274EA3" w:rsidRDefault="00000000">
      <w:r>
        <w:rPr>
          <w:sz w:val="30"/>
        </w:rPr>
        <w:t>[  ]  I can read polite words and phrases.</w:t>
      </w:r>
    </w:p>
    <w:p w14:paraId="13A209C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17DA87C0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A5E1F10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7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Build Stronger Sentences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3596898C" w14:textId="77777777" w:rsidR="00274EA3" w:rsidRDefault="00274EA3">
      <w:pPr>
        <w:spacing w:after="0"/>
      </w:pPr>
    </w:p>
    <w:p w14:paraId="6B278D8F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676E8EA6" w14:textId="77777777" w:rsidR="00274EA3" w:rsidRDefault="00000000">
      <w:r>
        <w:rPr>
          <w:sz w:val="30"/>
        </w:rPr>
        <w:t>[  ]  find who or what the sentence is about.</w:t>
      </w:r>
    </w:p>
    <w:p w14:paraId="17635F22" w14:textId="77777777" w:rsidR="00274EA3" w:rsidRDefault="00000000">
      <w:r>
        <w:rPr>
          <w:sz w:val="30"/>
        </w:rPr>
        <w:t>[  ]  find the action in a sentence.</w:t>
      </w:r>
    </w:p>
    <w:p w14:paraId="5A45533F" w14:textId="77777777" w:rsidR="00274EA3" w:rsidRDefault="00000000">
      <w:r>
        <w:rPr>
          <w:sz w:val="30"/>
        </w:rPr>
        <w:t>[  ]  read details about when, where, and how.</w:t>
      </w:r>
    </w:p>
    <w:p w14:paraId="3097850F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6D130ABF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FD85CE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The woman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A6FE1B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reads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132988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at home</w:t>
            </w:r>
          </w:p>
        </w:tc>
      </w:tr>
      <w:tr w:rsidR="00274EA3" w14:paraId="6287D23D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E90441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every night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F8FEB4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carefully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F412DD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because</w:t>
            </w:r>
          </w:p>
        </w:tc>
      </w:tr>
    </w:tbl>
    <w:p w14:paraId="0F995F28" w14:textId="77777777" w:rsidR="00274EA3" w:rsidRDefault="00274EA3">
      <w:pPr>
        <w:spacing w:after="0"/>
      </w:pPr>
    </w:p>
    <w:p w14:paraId="09E431B7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1253E518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8940BB9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7887241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7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Who and What Happened?</w:t>
            </w:r>
            <w:r>
              <w:rPr>
                <w:color w:val="FFFFFF"/>
                <w:sz w:val="24"/>
              </w:rPr>
              <w:br/>
              <w:t>Every sentence tells something</w:t>
            </w:r>
          </w:p>
        </w:tc>
      </w:tr>
    </w:tbl>
    <w:p w14:paraId="32925F19" w14:textId="77777777" w:rsidR="00274EA3" w:rsidRDefault="00274EA3">
      <w:pPr>
        <w:spacing w:after="0"/>
      </w:pPr>
    </w:p>
    <w:p w14:paraId="3456FFF9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each sentence. Underline who. Circle the action.</w:t>
      </w:r>
    </w:p>
    <w:p w14:paraId="08A6CEA6" w14:textId="77777777" w:rsidR="00274EA3" w:rsidRDefault="00000000">
      <w:pPr>
        <w:spacing w:after="200"/>
      </w:pPr>
      <w:r>
        <w:rPr>
          <w:sz w:val="36"/>
        </w:rPr>
        <w:t>Maria reads the note.</w:t>
      </w:r>
    </w:p>
    <w:p w14:paraId="02526BF5" w14:textId="77777777" w:rsidR="00274EA3" w:rsidRDefault="00000000">
      <w:pPr>
        <w:spacing w:after="200"/>
      </w:pPr>
      <w:r>
        <w:rPr>
          <w:sz w:val="36"/>
        </w:rPr>
        <w:t>The driver stops the bus.</w:t>
      </w:r>
    </w:p>
    <w:p w14:paraId="2F044B94" w14:textId="77777777" w:rsidR="00274EA3" w:rsidRDefault="00000000">
      <w:pPr>
        <w:spacing w:after="200"/>
      </w:pPr>
      <w:r>
        <w:rPr>
          <w:sz w:val="36"/>
        </w:rPr>
        <w:t>James cleans the room.</w:t>
      </w:r>
    </w:p>
    <w:p w14:paraId="52D441BC" w14:textId="77777777" w:rsidR="00274EA3" w:rsidRDefault="00000000">
      <w:pPr>
        <w:spacing w:after="200"/>
      </w:pPr>
      <w:r>
        <w:rPr>
          <w:sz w:val="36"/>
        </w:rPr>
        <w:t>The class starts at nine.</w:t>
      </w:r>
    </w:p>
    <w:p w14:paraId="33EAB964" w14:textId="77777777" w:rsidR="00274EA3" w:rsidRDefault="00000000">
      <w:pPr>
        <w:spacing w:after="200"/>
      </w:pPr>
      <w:r>
        <w:rPr>
          <w:sz w:val="36"/>
        </w:rPr>
        <w:t>My friend helps me.</w:t>
      </w:r>
    </w:p>
    <w:p w14:paraId="4ED700FA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Finish the sentence with an action word.</w:t>
      </w:r>
    </w:p>
    <w:p w14:paraId="294D53E2" w14:textId="77777777" w:rsidR="00274EA3" w:rsidRDefault="00000000">
      <w:pPr>
        <w:spacing w:after="200"/>
      </w:pPr>
      <w:r>
        <w:rPr>
          <w:sz w:val="36"/>
        </w:rPr>
        <w:t>The teacher __________.</w:t>
      </w:r>
    </w:p>
    <w:p w14:paraId="1697CF82" w14:textId="77777777" w:rsidR="00274EA3" w:rsidRDefault="00000000">
      <w:pPr>
        <w:spacing w:after="200"/>
      </w:pPr>
      <w:r>
        <w:rPr>
          <w:sz w:val="36"/>
        </w:rPr>
        <w:t>My friend __________.</w:t>
      </w:r>
    </w:p>
    <w:p w14:paraId="59006FDD" w14:textId="77777777" w:rsidR="00274EA3" w:rsidRDefault="00000000">
      <w:pPr>
        <w:spacing w:after="200"/>
      </w:pPr>
      <w:r>
        <w:rPr>
          <w:sz w:val="36"/>
        </w:rPr>
        <w:t>I __________.</w:t>
      </w:r>
    </w:p>
    <w:p w14:paraId="00D04FA0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636FA7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28B5489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7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Add a Detail</w:t>
            </w:r>
            <w:r>
              <w:rPr>
                <w:color w:val="FFFFFF"/>
                <w:sz w:val="24"/>
              </w:rPr>
              <w:br/>
              <w:t>Tell when or where</w:t>
            </w:r>
          </w:p>
        </w:tc>
      </w:tr>
    </w:tbl>
    <w:p w14:paraId="46328ADB" w14:textId="77777777" w:rsidR="00274EA3" w:rsidRDefault="00274EA3">
      <w:pPr>
        <w:spacing w:after="0"/>
      </w:pPr>
    </w:p>
    <w:p w14:paraId="1C05CA2E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short sentence. Then read the sentence with a detail.</w:t>
      </w:r>
    </w:p>
    <w:p w14:paraId="2529F94A" w14:textId="77777777" w:rsidR="00274EA3" w:rsidRDefault="00000000">
      <w:pPr>
        <w:spacing w:after="40"/>
      </w:pPr>
      <w:r>
        <w:rPr>
          <w:color w:val="5B6770"/>
          <w:sz w:val="34"/>
        </w:rPr>
        <w:t>I work.</w:t>
      </w:r>
    </w:p>
    <w:p w14:paraId="564D56A9" w14:textId="77777777" w:rsidR="00274EA3" w:rsidRDefault="00000000">
      <w:pPr>
        <w:spacing w:after="200"/>
      </w:pPr>
      <w:r>
        <w:rPr>
          <w:b/>
          <w:color w:val="1F2933"/>
          <w:sz w:val="36"/>
        </w:rPr>
        <w:t>I work at the shop.</w:t>
      </w:r>
    </w:p>
    <w:p w14:paraId="700275DF" w14:textId="77777777" w:rsidR="00274EA3" w:rsidRDefault="00000000">
      <w:pPr>
        <w:spacing w:after="40"/>
      </w:pPr>
      <w:r>
        <w:rPr>
          <w:color w:val="5B6770"/>
          <w:sz w:val="34"/>
        </w:rPr>
        <w:t>We meet.</w:t>
      </w:r>
    </w:p>
    <w:p w14:paraId="2970DC1B" w14:textId="77777777" w:rsidR="00274EA3" w:rsidRDefault="00000000">
      <w:pPr>
        <w:spacing w:after="200"/>
      </w:pPr>
      <w:r>
        <w:rPr>
          <w:b/>
          <w:color w:val="1F2933"/>
          <w:sz w:val="36"/>
        </w:rPr>
        <w:t>We meet on Monday.</w:t>
      </w:r>
    </w:p>
    <w:p w14:paraId="69B8C775" w14:textId="77777777" w:rsidR="00274EA3" w:rsidRDefault="00000000">
      <w:pPr>
        <w:spacing w:after="40"/>
      </w:pPr>
      <w:r>
        <w:rPr>
          <w:color w:val="5B6770"/>
          <w:sz w:val="34"/>
        </w:rPr>
        <w:t>She reads.</w:t>
      </w:r>
    </w:p>
    <w:p w14:paraId="70C8B090" w14:textId="77777777" w:rsidR="00274EA3" w:rsidRDefault="00000000">
      <w:pPr>
        <w:spacing w:after="200"/>
      </w:pPr>
      <w:r>
        <w:rPr>
          <w:b/>
          <w:color w:val="1F2933"/>
          <w:sz w:val="36"/>
        </w:rPr>
        <w:t>She reads every night.</w:t>
      </w:r>
    </w:p>
    <w:p w14:paraId="5E2A7514" w14:textId="77777777" w:rsidR="00274EA3" w:rsidRDefault="00000000">
      <w:pPr>
        <w:spacing w:after="40"/>
      </w:pPr>
      <w:r>
        <w:rPr>
          <w:color w:val="5B6770"/>
          <w:sz w:val="34"/>
        </w:rPr>
        <w:t>He waits.</w:t>
      </w:r>
    </w:p>
    <w:p w14:paraId="1DDA6858" w14:textId="77777777" w:rsidR="00274EA3" w:rsidRDefault="00000000">
      <w:pPr>
        <w:spacing w:after="200"/>
      </w:pPr>
      <w:r>
        <w:rPr>
          <w:b/>
          <w:color w:val="1F2933"/>
          <w:sz w:val="36"/>
        </w:rPr>
        <w:t>He waits by the door.</w:t>
      </w:r>
    </w:p>
    <w:p w14:paraId="5EE1B6E8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Add a detail.</w:t>
      </w:r>
    </w:p>
    <w:p w14:paraId="1432D24D" w14:textId="77777777" w:rsidR="00274EA3" w:rsidRDefault="00000000">
      <w:pPr>
        <w:spacing w:after="240"/>
      </w:pPr>
      <w:r>
        <w:rPr>
          <w:sz w:val="36"/>
        </w:rPr>
        <w:t>I read ____________________.</w:t>
      </w:r>
    </w:p>
    <w:p w14:paraId="7CBA9CA6" w14:textId="77777777" w:rsidR="00274EA3" w:rsidRDefault="00000000">
      <w:pPr>
        <w:spacing w:after="240"/>
      </w:pPr>
      <w:r>
        <w:rPr>
          <w:sz w:val="36"/>
        </w:rPr>
        <w:t>We meet ____________________.</w:t>
      </w:r>
    </w:p>
    <w:p w14:paraId="1E1893DA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CCC421A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FECDC4D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7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And, But, Because</w:t>
            </w:r>
            <w:r>
              <w:rPr>
                <w:color w:val="FFFFFF"/>
                <w:sz w:val="24"/>
              </w:rPr>
              <w:br/>
              <w:t>Join ideas</w:t>
            </w:r>
          </w:p>
        </w:tc>
      </w:tr>
    </w:tbl>
    <w:p w14:paraId="3310A7E7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2F64C4B1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106153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and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167F58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but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C4432FD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8"/>
              </w:rPr>
              <w:t>because</w:t>
            </w:r>
          </w:p>
        </w:tc>
      </w:tr>
    </w:tbl>
    <w:p w14:paraId="47DA82CB" w14:textId="77777777" w:rsidR="00274EA3" w:rsidRDefault="00274EA3">
      <w:pPr>
        <w:spacing w:after="0"/>
      </w:pPr>
    </w:p>
    <w:p w14:paraId="24D888B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joined sentences.</w:t>
      </w:r>
    </w:p>
    <w:p w14:paraId="2200AF7E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read and write.</w:t>
      </w:r>
    </w:p>
    <w:p w14:paraId="0F59294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 job is hard, but I can learn.</w:t>
      </w:r>
    </w:p>
    <w:p w14:paraId="6A922F1C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called because I needed help.</w:t>
      </w:r>
    </w:p>
    <w:p w14:paraId="05263199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We left early because the bus was late.</w:t>
      </w:r>
    </w:p>
    <w:p w14:paraId="254967B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Choose and, but, or because.</w:t>
      </w:r>
    </w:p>
    <w:p w14:paraId="0C1BB21E" w14:textId="77777777" w:rsidR="00274EA3" w:rsidRDefault="00000000">
      <w:pPr>
        <w:spacing w:after="200"/>
      </w:pPr>
      <w:r>
        <w:rPr>
          <w:sz w:val="34"/>
        </w:rPr>
        <w:t>I can read ______ write.</w:t>
      </w:r>
    </w:p>
    <w:p w14:paraId="1D8CE0F2" w14:textId="77777777" w:rsidR="00274EA3" w:rsidRDefault="00000000">
      <w:pPr>
        <w:spacing w:after="200"/>
      </w:pPr>
      <w:r>
        <w:rPr>
          <w:sz w:val="34"/>
        </w:rPr>
        <w:t>I was late ______ the bus stopped.</w:t>
      </w:r>
    </w:p>
    <w:p w14:paraId="409E78A9" w14:textId="77777777" w:rsidR="00274EA3" w:rsidRDefault="00000000">
      <w:pPr>
        <w:spacing w:after="200"/>
      </w:pPr>
      <w:r>
        <w:rPr>
          <w:sz w:val="34"/>
        </w:rPr>
        <w:t>The work is new, ______ I will try.</w:t>
      </w:r>
    </w:p>
    <w:p w14:paraId="1A87AF95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D522A95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267A5D8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7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Questions and Answers</w:t>
            </w:r>
            <w:r>
              <w:rPr>
                <w:color w:val="FFFFFF"/>
                <w:sz w:val="24"/>
              </w:rPr>
              <w:br/>
              <w:t>Look for the question mark</w:t>
            </w:r>
          </w:p>
        </w:tc>
      </w:tr>
    </w:tbl>
    <w:p w14:paraId="14386B2D" w14:textId="77777777" w:rsidR="00274EA3" w:rsidRDefault="00274EA3">
      <w:pPr>
        <w:spacing w:after="0"/>
      </w:pPr>
    </w:p>
    <w:p w14:paraId="5374570B" w14:textId="77777777" w:rsidR="00274EA3" w:rsidRDefault="00000000">
      <w:pPr>
        <w:spacing w:after="40"/>
      </w:pPr>
      <w:r>
        <w:rPr>
          <w:b/>
          <w:color w:val="2E5D7B"/>
          <w:sz w:val="36"/>
        </w:rPr>
        <w:t>Who is your teacher?</w:t>
      </w:r>
    </w:p>
    <w:p w14:paraId="313C1597" w14:textId="77777777" w:rsidR="00274EA3" w:rsidRDefault="00000000">
      <w:pPr>
        <w:spacing w:after="200"/>
      </w:pPr>
      <w:r>
        <w:rPr>
          <w:sz w:val="34"/>
        </w:rPr>
        <w:t>My teacher is __________.</w:t>
      </w:r>
    </w:p>
    <w:p w14:paraId="69151E77" w14:textId="77777777" w:rsidR="00274EA3" w:rsidRDefault="00000000">
      <w:pPr>
        <w:spacing w:after="40"/>
      </w:pPr>
      <w:r>
        <w:rPr>
          <w:b/>
          <w:color w:val="2E5D7B"/>
          <w:sz w:val="36"/>
        </w:rPr>
        <w:t>What time is class?</w:t>
      </w:r>
    </w:p>
    <w:p w14:paraId="6A3EA88C" w14:textId="77777777" w:rsidR="00274EA3" w:rsidRDefault="00000000">
      <w:pPr>
        <w:spacing w:after="200"/>
      </w:pPr>
      <w:r>
        <w:rPr>
          <w:sz w:val="34"/>
        </w:rPr>
        <w:t>Class is at __________.</w:t>
      </w:r>
    </w:p>
    <w:p w14:paraId="00D50397" w14:textId="77777777" w:rsidR="00274EA3" w:rsidRDefault="00000000">
      <w:pPr>
        <w:spacing w:after="40"/>
      </w:pPr>
      <w:r>
        <w:rPr>
          <w:b/>
          <w:color w:val="2E5D7B"/>
          <w:sz w:val="36"/>
        </w:rPr>
        <w:t>Where do you work?</w:t>
      </w:r>
    </w:p>
    <w:p w14:paraId="06F76D95" w14:textId="77777777" w:rsidR="00274EA3" w:rsidRDefault="00000000">
      <w:pPr>
        <w:spacing w:after="200"/>
      </w:pPr>
      <w:r>
        <w:rPr>
          <w:sz w:val="34"/>
        </w:rPr>
        <w:t>I work at __________.</w:t>
      </w:r>
    </w:p>
    <w:p w14:paraId="5D33A9AC" w14:textId="77777777" w:rsidR="00274EA3" w:rsidRDefault="00000000">
      <w:pPr>
        <w:spacing w:after="40"/>
      </w:pPr>
      <w:r>
        <w:rPr>
          <w:b/>
          <w:color w:val="2E5D7B"/>
          <w:sz w:val="36"/>
        </w:rPr>
        <w:t>Why do you read?</w:t>
      </w:r>
    </w:p>
    <w:p w14:paraId="220107D6" w14:textId="77777777" w:rsidR="00274EA3" w:rsidRDefault="00000000">
      <w:pPr>
        <w:spacing w:after="200"/>
      </w:pPr>
      <w:r>
        <w:rPr>
          <w:sz w:val="34"/>
        </w:rPr>
        <w:t>I read because __________.</w:t>
      </w:r>
    </w:p>
    <w:p w14:paraId="1C965E88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one question.</w:t>
      </w:r>
    </w:p>
    <w:p w14:paraId="4FB54D50" w14:textId="77777777" w:rsidR="00274EA3" w:rsidRDefault="00000000">
      <w:r>
        <w:rPr>
          <w:color w:val="6F7D87"/>
        </w:rPr>
        <w:t>_______________________________________________________</w:t>
      </w:r>
    </w:p>
    <w:p w14:paraId="7963E1F5" w14:textId="77777777" w:rsidR="00274EA3" w:rsidRDefault="00000000">
      <w:r>
        <w:rPr>
          <w:color w:val="6F7D87"/>
        </w:rPr>
        <w:t>_______________________________________________________</w:t>
      </w:r>
    </w:p>
    <w:p w14:paraId="07E0636D" w14:textId="77777777" w:rsidR="00274EA3" w:rsidRDefault="00000000">
      <w:r>
        <w:rPr>
          <w:color w:val="6F7D87"/>
        </w:rPr>
        <w:t>_______________________________________________________</w:t>
      </w:r>
    </w:p>
    <w:p w14:paraId="465303F8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788251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9CC23D9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7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2D045E97" w14:textId="77777777" w:rsidR="00274EA3" w:rsidRDefault="00274EA3">
      <w:pPr>
        <w:spacing w:after="0"/>
      </w:pPr>
    </w:p>
    <w:p w14:paraId="1BADA245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paragraph.</w:t>
      </w:r>
    </w:p>
    <w:p w14:paraId="6F36FB9E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Rita works at a small shop.</w:t>
      </w:r>
    </w:p>
    <w:p w14:paraId="2B5FD256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She starts at eight every morning.</w:t>
      </w:r>
    </w:p>
    <w:p w14:paraId="1615037D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She reads labels and writes short notes.</w:t>
      </w:r>
    </w:p>
    <w:p w14:paraId="3F338882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The work is new, but Rita keeps learning.</w:t>
      </w:r>
    </w:p>
    <w:p w14:paraId="3708C29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ANSWER  </w:t>
      </w:r>
      <w:r>
        <w:rPr>
          <w:sz w:val="28"/>
        </w:rPr>
        <w:t>Who works at the shop?</w:t>
      </w:r>
    </w:p>
    <w:p w14:paraId="661EBD47" w14:textId="77777777" w:rsidR="00274EA3" w:rsidRDefault="00000000">
      <w:r>
        <w:rPr>
          <w:color w:val="6F7D87"/>
        </w:rPr>
        <w:t>_______________________________________________________</w:t>
      </w:r>
    </w:p>
    <w:p w14:paraId="4450282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ANSWER  </w:t>
      </w:r>
      <w:r>
        <w:rPr>
          <w:sz w:val="28"/>
        </w:rPr>
        <w:t>When does she start?</w:t>
      </w:r>
    </w:p>
    <w:p w14:paraId="522063F0" w14:textId="77777777" w:rsidR="00274EA3" w:rsidRDefault="00000000">
      <w:r>
        <w:rPr>
          <w:color w:val="6F7D87"/>
        </w:rPr>
        <w:t>_______________________________________________________</w:t>
      </w:r>
    </w:p>
    <w:p w14:paraId="3FA6C1E2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ANSWER  </w:t>
      </w:r>
      <w:r>
        <w:rPr>
          <w:sz w:val="28"/>
        </w:rPr>
        <w:t>Why does Rita keep practicing?</w:t>
      </w:r>
    </w:p>
    <w:p w14:paraId="7B68D0D1" w14:textId="77777777" w:rsidR="00274EA3" w:rsidRDefault="00000000">
      <w:r>
        <w:rPr>
          <w:color w:val="6F7D87"/>
        </w:rPr>
        <w:t>_______________________________________________________</w:t>
      </w:r>
    </w:p>
    <w:p w14:paraId="7F1FDA55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ED6511A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407EB30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8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Everyday Signs and Directions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3EF222EB" w14:textId="77777777" w:rsidR="00274EA3" w:rsidRDefault="00274EA3">
      <w:pPr>
        <w:spacing w:after="0"/>
      </w:pPr>
    </w:p>
    <w:p w14:paraId="6A326E5B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2BC082DC" w14:textId="77777777" w:rsidR="00274EA3" w:rsidRDefault="00000000">
      <w:r>
        <w:rPr>
          <w:sz w:val="30"/>
        </w:rPr>
        <w:t>[  ]  read signs that give information.</w:t>
      </w:r>
    </w:p>
    <w:p w14:paraId="1368F7AF" w14:textId="77777777" w:rsidR="00274EA3" w:rsidRDefault="00000000">
      <w:r>
        <w:rPr>
          <w:sz w:val="30"/>
        </w:rPr>
        <w:t>[  ]  read one-step and two-step directions.</w:t>
      </w:r>
    </w:p>
    <w:p w14:paraId="3CF2AC2C" w14:textId="77777777" w:rsidR="00274EA3" w:rsidRDefault="00000000">
      <w:r>
        <w:rPr>
          <w:sz w:val="30"/>
        </w:rPr>
        <w:t>[  ]  read simple labels safely.</w:t>
      </w:r>
    </w:p>
    <w:p w14:paraId="44C3E548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1139750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A3FD81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enter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E50E70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exit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0BB019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open</w:t>
            </w:r>
          </w:p>
        </w:tc>
      </w:tr>
      <w:tr w:rsidR="00274EA3" w14:paraId="6D2BB7E8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44C09C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closed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41EF40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wait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2846BE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caution</w:t>
            </w:r>
          </w:p>
        </w:tc>
      </w:tr>
    </w:tbl>
    <w:p w14:paraId="413B3452" w14:textId="77777777" w:rsidR="00274EA3" w:rsidRDefault="00274EA3">
      <w:pPr>
        <w:spacing w:after="0"/>
      </w:pPr>
    </w:p>
    <w:p w14:paraId="1752FD24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65C60F44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0B94D5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A447E97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8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Common Signs</w:t>
            </w:r>
            <w:r>
              <w:rPr>
                <w:color w:val="FFFFFF"/>
                <w:sz w:val="24"/>
              </w:rPr>
              <w:br/>
              <w:t>Stop and read</w:t>
            </w:r>
          </w:p>
        </w:tc>
      </w:tr>
    </w:tbl>
    <w:p w14:paraId="4FD9887B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7ADDBCFB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755AA2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ENTER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C6D815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EXIT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007EB6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OPEN</w:t>
            </w:r>
          </w:p>
        </w:tc>
      </w:tr>
      <w:tr w:rsidR="00274EA3" w14:paraId="03CF522E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7A7D3C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CLOSED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C7571F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PUSH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0A1A1F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PULL</w:t>
            </w:r>
          </w:p>
        </w:tc>
      </w:tr>
      <w:tr w:rsidR="00274EA3" w14:paraId="123C14C6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390734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WAIT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7A2FFA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NO SMOKING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33563A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0"/>
              </w:rPr>
              <w:t>RESTROOM</w:t>
            </w:r>
          </w:p>
        </w:tc>
      </w:tr>
    </w:tbl>
    <w:p w14:paraId="25F59805" w14:textId="77777777" w:rsidR="00274EA3" w:rsidRDefault="00274EA3">
      <w:pPr>
        <w:spacing w:after="0"/>
      </w:pPr>
    </w:p>
    <w:p w14:paraId="59D5B21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Match the sign to its meaning.</w:t>
      </w:r>
    </w:p>
    <w:p w14:paraId="761EC225" w14:textId="77777777" w:rsidR="00274EA3" w:rsidRDefault="00000000">
      <w:pPr>
        <w:spacing w:after="180"/>
      </w:pPr>
      <w:r>
        <w:rPr>
          <w:sz w:val="34"/>
        </w:rPr>
        <w:t>ENTER     go in</w:t>
      </w:r>
    </w:p>
    <w:p w14:paraId="150B0DD0" w14:textId="77777777" w:rsidR="00274EA3" w:rsidRDefault="00000000">
      <w:pPr>
        <w:spacing w:after="180"/>
      </w:pPr>
      <w:r>
        <w:rPr>
          <w:sz w:val="34"/>
        </w:rPr>
        <w:t>EXIT      go out</w:t>
      </w:r>
    </w:p>
    <w:p w14:paraId="641DAE84" w14:textId="77777777" w:rsidR="00274EA3" w:rsidRDefault="00000000">
      <w:pPr>
        <w:spacing w:after="180"/>
      </w:pPr>
      <w:r>
        <w:rPr>
          <w:sz w:val="34"/>
        </w:rPr>
        <w:t>PUSH      move the door away</w:t>
      </w:r>
    </w:p>
    <w:p w14:paraId="61BCE281" w14:textId="77777777" w:rsidR="00274EA3" w:rsidRDefault="00000000">
      <w:pPr>
        <w:spacing w:after="180"/>
      </w:pPr>
      <w:r>
        <w:rPr>
          <w:sz w:val="34"/>
        </w:rPr>
        <w:t>PULL      move the door toward you</w:t>
      </w:r>
    </w:p>
    <w:p w14:paraId="264A65E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TALK  </w:t>
      </w:r>
      <w:r>
        <w:rPr>
          <w:sz w:val="28"/>
        </w:rPr>
        <w:t>Name two places where you may see these signs.</w:t>
      </w:r>
    </w:p>
    <w:p w14:paraId="0F3500A1" w14:textId="77777777" w:rsidR="00274EA3" w:rsidRDefault="00000000">
      <w:r>
        <w:rPr>
          <w:color w:val="6F7D87"/>
        </w:rPr>
        <w:t>_______________________________________________________</w:t>
      </w:r>
    </w:p>
    <w:p w14:paraId="7F65D78F" w14:textId="77777777" w:rsidR="00274EA3" w:rsidRDefault="00000000">
      <w:r>
        <w:rPr>
          <w:color w:val="6F7D87"/>
        </w:rPr>
        <w:t>_______________________________________________________</w:t>
      </w:r>
    </w:p>
    <w:p w14:paraId="010B7633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7AD20E6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FC22FB6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8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Safety Words</w:t>
            </w:r>
            <w:r>
              <w:rPr>
                <w:color w:val="FFFFFF"/>
                <w:sz w:val="24"/>
              </w:rPr>
              <w:br/>
              <w:t>Read before you act</w:t>
            </w:r>
          </w:p>
        </w:tc>
      </w:tr>
    </w:tbl>
    <w:p w14:paraId="57D3FD58" w14:textId="77777777" w:rsidR="00274EA3" w:rsidRDefault="00274EA3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595607E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AAAFCC5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STOP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CB00FAD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CAUTION</w:t>
            </w:r>
          </w:p>
        </w:tc>
      </w:tr>
      <w:tr w:rsidR="00274EA3" w14:paraId="300DD567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47B3C7B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DANGER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6CC20AA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WET FLOOR</w:t>
            </w:r>
          </w:p>
        </w:tc>
      </w:tr>
      <w:tr w:rsidR="00274EA3" w14:paraId="6EBB43D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DC09A60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HOT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0EF1312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KEEP OUT</w:t>
            </w:r>
          </w:p>
        </w:tc>
      </w:tr>
      <w:tr w:rsidR="00274EA3" w14:paraId="6DA95006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127B3E8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CALL 911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B2D8DE5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FIRST AID</w:t>
            </w:r>
          </w:p>
        </w:tc>
      </w:tr>
    </w:tbl>
    <w:p w14:paraId="136FDB1C" w14:textId="77777777" w:rsidR="00274EA3" w:rsidRDefault="00274EA3">
      <w:pPr>
        <w:spacing w:after="0"/>
      </w:pPr>
    </w:p>
    <w:p w14:paraId="45358E6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each sign. Tell what you should do.</w:t>
      </w:r>
    </w:p>
    <w:p w14:paraId="32A5A97D" w14:textId="77777777" w:rsidR="00274EA3" w:rsidRDefault="00000000">
      <w:pPr>
        <w:spacing w:after="160"/>
        <w:jc w:val="center"/>
      </w:pPr>
      <w:r>
        <w:rPr>
          <w:b/>
          <w:color w:val="2E5D7B"/>
          <w:sz w:val="38"/>
        </w:rPr>
        <w:t>WET FLOOR</w:t>
      </w:r>
    </w:p>
    <w:p w14:paraId="1863FB9A" w14:textId="77777777" w:rsidR="00274EA3" w:rsidRDefault="00000000">
      <w:pPr>
        <w:spacing w:after="160"/>
        <w:jc w:val="center"/>
      </w:pPr>
      <w:r>
        <w:rPr>
          <w:b/>
          <w:color w:val="2E5D7B"/>
          <w:sz w:val="38"/>
        </w:rPr>
        <w:t>HOT</w:t>
      </w:r>
    </w:p>
    <w:p w14:paraId="4EB7F898" w14:textId="77777777" w:rsidR="00274EA3" w:rsidRDefault="00000000">
      <w:pPr>
        <w:spacing w:after="160"/>
        <w:jc w:val="center"/>
      </w:pPr>
      <w:r>
        <w:rPr>
          <w:b/>
          <w:color w:val="2E5D7B"/>
          <w:sz w:val="38"/>
        </w:rPr>
        <w:t>KEEP OUT</w:t>
      </w:r>
    </w:p>
    <w:p w14:paraId="02C8BB29" w14:textId="77777777" w:rsidR="00274EA3" w:rsidRDefault="00000000">
      <w:pPr>
        <w:spacing w:after="160"/>
        <w:jc w:val="center"/>
      </w:pPr>
      <w:r>
        <w:rPr>
          <w:b/>
          <w:color w:val="2E5D7B"/>
          <w:sz w:val="38"/>
        </w:rPr>
        <w:t>CALL 911</w:t>
      </w:r>
    </w:p>
    <w:p w14:paraId="69C0C27F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one safety word.</w:t>
      </w:r>
    </w:p>
    <w:p w14:paraId="22F28198" w14:textId="77777777" w:rsidR="00274EA3" w:rsidRDefault="00000000">
      <w:r>
        <w:rPr>
          <w:color w:val="6F7D87"/>
        </w:rPr>
        <w:t>_______________________________________________________</w:t>
      </w:r>
    </w:p>
    <w:p w14:paraId="4C626D93" w14:textId="77777777" w:rsidR="00274EA3" w:rsidRDefault="00000000">
      <w:r>
        <w:rPr>
          <w:color w:val="6F7D87"/>
        </w:rPr>
        <w:t>_______________________________________________________</w:t>
      </w:r>
    </w:p>
    <w:p w14:paraId="77127392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B5D7D5D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9E899B5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8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Follow Directions</w:t>
            </w:r>
            <w:r>
              <w:rPr>
                <w:color w:val="FFFFFF"/>
                <w:sz w:val="24"/>
              </w:rPr>
              <w:br/>
              <w:t>Read one step at a time</w:t>
            </w:r>
          </w:p>
        </w:tc>
      </w:tr>
    </w:tbl>
    <w:p w14:paraId="1C9F0CA3" w14:textId="77777777" w:rsidR="00274EA3" w:rsidRDefault="00274EA3">
      <w:pPr>
        <w:spacing w:after="0"/>
      </w:pPr>
    </w:p>
    <w:p w14:paraId="1CB4975E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Do each direction.</w:t>
      </w:r>
    </w:p>
    <w:p w14:paraId="571FB5EE" w14:textId="77777777" w:rsidR="00274EA3" w:rsidRDefault="00000000">
      <w:pPr>
        <w:spacing w:after="240"/>
      </w:pPr>
      <w:r>
        <w:rPr>
          <w:sz w:val="34"/>
        </w:rPr>
        <w:t>1. Circle the word bus.     car   bus   van</w:t>
      </w:r>
    </w:p>
    <w:p w14:paraId="769361EB" w14:textId="77777777" w:rsidR="00274EA3" w:rsidRDefault="00000000">
      <w:pPr>
        <w:spacing w:after="240"/>
      </w:pPr>
      <w:r>
        <w:rPr>
          <w:sz w:val="34"/>
        </w:rPr>
        <w:t>2. Underline your name.</w:t>
      </w:r>
    </w:p>
    <w:p w14:paraId="0F207B3F" w14:textId="77777777" w:rsidR="00274EA3" w:rsidRDefault="00000000">
      <w:pPr>
        <w:spacing w:after="240"/>
      </w:pPr>
      <w:r>
        <w:rPr>
          <w:sz w:val="34"/>
        </w:rPr>
        <w:t>3. Put an X in this box:  [     ]</w:t>
      </w:r>
    </w:p>
    <w:p w14:paraId="6C24D190" w14:textId="77777777" w:rsidR="00274EA3" w:rsidRDefault="00000000">
      <w:pPr>
        <w:spacing w:after="240"/>
      </w:pPr>
      <w:r>
        <w:rPr>
          <w:sz w:val="34"/>
        </w:rPr>
        <w:t>4. Write the number 5 here: ______</w:t>
      </w:r>
    </w:p>
    <w:p w14:paraId="5B886B8F" w14:textId="77777777" w:rsidR="00274EA3" w:rsidRDefault="00000000">
      <w:pPr>
        <w:spacing w:after="240"/>
      </w:pPr>
      <w:r>
        <w:rPr>
          <w:sz w:val="34"/>
        </w:rPr>
        <w:t>5. Draw a line under this sentence.</w:t>
      </w:r>
    </w:p>
    <w:p w14:paraId="1B933CAB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THINK  </w:t>
      </w:r>
      <w:r>
        <w:rPr>
          <w:sz w:val="28"/>
        </w:rPr>
        <w:t>Which word tells you what to do?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01"/>
        <w:gridCol w:w="1901"/>
        <w:gridCol w:w="1901"/>
        <w:gridCol w:w="1901"/>
        <w:gridCol w:w="1901"/>
      </w:tblGrid>
      <w:tr w:rsidR="00274EA3" w14:paraId="729F6F46" w14:textId="77777777">
        <w:trPr>
          <w:cantSplit/>
          <w:jc w:val="center"/>
        </w:trPr>
        <w:tc>
          <w:tcPr>
            <w:tcW w:w="1901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A8B3F4A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28"/>
              </w:rPr>
              <w:t>circle</w:t>
            </w:r>
          </w:p>
        </w:tc>
        <w:tc>
          <w:tcPr>
            <w:tcW w:w="1901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B07EB8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28"/>
              </w:rPr>
              <w:t>underline</w:t>
            </w:r>
          </w:p>
        </w:tc>
        <w:tc>
          <w:tcPr>
            <w:tcW w:w="1901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9E448D5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28"/>
              </w:rPr>
              <w:t>write</w:t>
            </w:r>
          </w:p>
        </w:tc>
        <w:tc>
          <w:tcPr>
            <w:tcW w:w="1901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5CAC73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28"/>
              </w:rPr>
              <w:t>draw</w:t>
            </w:r>
          </w:p>
        </w:tc>
        <w:tc>
          <w:tcPr>
            <w:tcW w:w="1901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F49F09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28"/>
              </w:rPr>
              <w:t>put</w:t>
            </w:r>
          </w:p>
        </w:tc>
      </w:tr>
    </w:tbl>
    <w:p w14:paraId="697CC6E4" w14:textId="77777777" w:rsidR="00274EA3" w:rsidRDefault="00274EA3">
      <w:pPr>
        <w:spacing w:after="0"/>
      </w:pPr>
    </w:p>
    <w:p w14:paraId="72E6F968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7A78E4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1FB1028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8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Two-Step Directions</w:t>
            </w:r>
            <w:r>
              <w:rPr>
                <w:color w:val="FFFFFF"/>
                <w:sz w:val="24"/>
              </w:rPr>
              <w:br/>
              <w:t>Finish the first step, then the next</w:t>
            </w:r>
          </w:p>
        </w:tc>
      </w:tr>
    </w:tbl>
    <w:p w14:paraId="320AC331" w14:textId="77777777" w:rsidR="00274EA3" w:rsidRDefault="00274EA3">
      <w:pPr>
        <w:spacing w:after="0"/>
      </w:pPr>
    </w:p>
    <w:p w14:paraId="61EEF083" w14:textId="77777777" w:rsidR="00274EA3" w:rsidRDefault="00000000">
      <w:pPr>
        <w:spacing w:after="240"/>
      </w:pPr>
      <w:r>
        <w:rPr>
          <w:sz w:val="34"/>
        </w:rPr>
        <w:t>1. Write your first name. Then circle the first letter.</w:t>
      </w:r>
    </w:p>
    <w:p w14:paraId="268DB6E5" w14:textId="77777777" w:rsidR="00274EA3" w:rsidRDefault="00000000">
      <w:pPr>
        <w:spacing w:after="240"/>
      </w:pPr>
      <w:r>
        <w:rPr>
          <w:sz w:val="34"/>
        </w:rPr>
        <w:t>2. Read the word HOME. Then write it one time.</w:t>
      </w:r>
    </w:p>
    <w:p w14:paraId="25AE38D9" w14:textId="77777777" w:rsidR="00274EA3" w:rsidRDefault="00000000">
      <w:pPr>
        <w:spacing w:after="240"/>
      </w:pPr>
      <w:r>
        <w:rPr>
          <w:sz w:val="34"/>
        </w:rPr>
        <w:t>3. Put a check in the box. Then write today’s date.</w:t>
      </w:r>
    </w:p>
    <w:p w14:paraId="27C7A584" w14:textId="77777777" w:rsidR="00274EA3" w:rsidRDefault="00000000">
      <w:pPr>
        <w:spacing w:after="240"/>
      </w:pPr>
      <w:r>
        <w:rPr>
          <w:sz w:val="34"/>
        </w:rPr>
        <w:t>4. Underline the word bus. Then circle the word stop.</w:t>
      </w:r>
    </w:p>
    <w:p w14:paraId="312573C6" w14:textId="77777777" w:rsidR="00274EA3" w:rsidRDefault="00000000">
      <w:pPr>
        <w:spacing w:after="40"/>
      </w:pPr>
      <w:r>
        <w:rPr>
          <w:sz w:val="28"/>
        </w:rPr>
        <w:t>Practice space:</w:t>
      </w:r>
    </w:p>
    <w:p w14:paraId="04D73CF6" w14:textId="77777777" w:rsidR="00274EA3" w:rsidRDefault="00000000">
      <w:r>
        <w:rPr>
          <w:color w:val="6F7D87"/>
        </w:rPr>
        <w:t>_______________________________________________________</w:t>
      </w:r>
    </w:p>
    <w:p w14:paraId="504A6E86" w14:textId="77777777" w:rsidR="00274EA3" w:rsidRDefault="00000000">
      <w:r>
        <w:rPr>
          <w:color w:val="6F7D87"/>
        </w:rPr>
        <w:t>_______________________________________________________</w:t>
      </w:r>
    </w:p>
    <w:p w14:paraId="527EFD9E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08BBBA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CD488A9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8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7BAB8E1F" w14:textId="77777777" w:rsidR="00274EA3" w:rsidRDefault="00274EA3">
      <w:pPr>
        <w:spacing w:after="0"/>
      </w:pPr>
    </w:p>
    <w:p w14:paraId="7F7836E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signs and directions.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6C70F435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1DEBDF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EXIT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9299CC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CLOSED</w:t>
            </w:r>
          </w:p>
        </w:tc>
      </w:tr>
      <w:tr w:rsidR="00274EA3" w14:paraId="4B32FA7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45574A3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WAIT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D6873E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CAUTION</w:t>
            </w:r>
          </w:p>
        </w:tc>
      </w:tr>
      <w:tr w:rsidR="00274EA3" w14:paraId="6C899CD1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DC0BFF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PUSH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6913AC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6"/>
              </w:rPr>
              <w:t>PULL</w:t>
            </w:r>
          </w:p>
        </w:tc>
      </w:tr>
    </w:tbl>
    <w:p w14:paraId="7651EFAA" w14:textId="77777777" w:rsidR="00274EA3" w:rsidRDefault="00274EA3">
      <w:pPr>
        <w:spacing w:after="0"/>
      </w:pPr>
    </w:p>
    <w:p w14:paraId="406442C5" w14:textId="77777777" w:rsidR="00274EA3" w:rsidRDefault="00000000">
      <w:pPr>
        <w:spacing w:after="200"/>
      </w:pPr>
      <w:r>
        <w:rPr>
          <w:sz w:val="34"/>
        </w:rPr>
        <w:t>1. Circle the word EXIT.</w:t>
      </w:r>
    </w:p>
    <w:p w14:paraId="61625CB3" w14:textId="77777777" w:rsidR="00274EA3" w:rsidRDefault="00000000">
      <w:pPr>
        <w:spacing w:after="200"/>
      </w:pPr>
      <w:r>
        <w:rPr>
          <w:sz w:val="34"/>
        </w:rPr>
        <w:t>2. Write the word WAIT.</w:t>
      </w:r>
    </w:p>
    <w:p w14:paraId="158B36C4" w14:textId="77777777" w:rsidR="00274EA3" w:rsidRDefault="00000000">
      <w:pPr>
        <w:spacing w:after="200"/>
      </w:pPr>
      <w:r>
        <w:rPr>
          <w:sz w:val="34"/>
        </w:rPr>
        <w:t>3. Read CAUTION and tell what it means.</w:t>
      </w:r>
    </w:p>
    <w:p w14:paraId="18C0BAB9" w14:textId="77777777" w:rsidR="00274EA3" w:rsidRDefault="00000000">
      <w:pPr>
        <w:spacing w:after="200"/>
      </w:pPr>
      <w:r>
        <w:rPr>
          <w:sz w:val="34"/>
        </w:rPr>
        <w:t>4. Underline PUSH. Then circle PULL.</w:t>
      </w:r>
    </w:p>
    <w:p w14:paraId="34C8038E" w14:textId="77777777" w:rsidR="00274EA3" w:rsidRDefault="00000000">
      <w:r>
        <w:rPr>
          <w:sz w:val="30"/>
        </w:rPr>
        <w:t>[  ]  I can read common signs.</w:t>
      </w:r>
    </w:p>
    <w:p w14:paraId="783D28D6" w14:textId="77777777" w:rsidR="00274EA3" w:rsidRDefault="00000000">
      <w:r>
        <w:rPr>
          <w:sz w:val="30"/>
        </w:rPr>
        <w:t>[  ]  I can read safety words.</w:t>
      </w:r>
    </w:p>
    <w:p w14:paraId="5D549A2B" w14:textId="77777777" w:rsidR="00274EA3" w:rsidRDefault="00000000">
      <w:r>
        <w:rPr>
          <w:sz w:val="30"/>
        </w:rPr>
        <w:t>[  ]  I can follow two-step directions.</w:t>
      </w:r>
    </w:p>
    <w:p w14:paraId="11AB4A5A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620111B7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350134B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9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Forms, Notes, and Schedules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5E1181DB" w14:textId="77777777" w:rsidR="00274EA3" w:rsidRDefault="00274EA3">
      <w:pPr>
        <w:spacing w:after="0"/>
      </w:pPr>
    </w:p>
    <w:p w14:paraId="60AF895F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4935E10C" w14:textId="77777777" w:rsidR="00274EA3" w:rsidRDefault="00000000">
      <w:r>
        <w:rPr>
          <w:sz w:val="30"/>
        </w:rPr>
        <w:t>[  ]  read and fill in a simple form.</w:t>
      </w:r>
    </w:p>
    <w:p w14:paraId="3307538A" w14:textId="77777777" w:rsidR="00274EA3" w:rsidRDefault="00000000">
      <w:r>
        <w:rPr>
          <w:sz w:val="30"/>
        </w:rPr>
        <w:t>[  ]  read a note or text message.</w:t>
      </w:r>
    </w:p>
    <w:p w14:paraId="3B1CA83B" w14:textId="77777777" w:rsidR="00274EA3" w:rsidRDefault="00000000">
      <w:r>
        <w:rPr>
          <w:sz w:val="30"/>
        </w:rPr>
        <w:t>[  ]  find information in a schedule.</w:t>
      </w:r>
    </w:p>
    <w:p w14:paraId="556EA3C4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59B347F1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08D893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first name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0D5FC37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last name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C399FC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phone</w:t>
            </w:r>
          </w:p>
        </w:tc>
      </w:tr>
      <w:tr w:rsidR="00274EA3" w14:paraId="2830B979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DDBE0A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date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74693C2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time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99F1D3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address</w:t>
            </w:r>
          </w:p>
        </w:tc>
      </w:tr>
    </w:tbl>
    <w:p w14:paraId="70481F69" w14:textId="77777777" w:rsidR="00274EA3" w:rsidRDefault="00274EA3">
      <w:pPr>
        <w:spacing w:after="0"/>
      </w:pPr>
    </w:p>
    <w:p w14:paraId="19E9F1CA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3EED8290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12FDF6B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8B6A049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9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A Simple Form</w:t>
            </w:r>
            <w:r>
              <w:rPr>
                <w:color w:val="FFFFFF"/>
                <w:sz w:val="24"/>
              </w:rPr>
              <w:br/>
              <w:t>Read each label</w:t>
            </w:r>
          </w:p>
        </w:tc>
      </w:tr>
    </w:tbl>
    <w:p w14:paraId="349AEFFA" w14:textId="77777777" w:rsidR="00274EA3" w:rsidRDefault="00274EA3">
      <w:pPr>
        <w:spacing w:after="0"/>
      </w:pPr>
    </w:p>
    <w:p w14:paraId="36F51712" w14:textId="77777777" w:rsidR="00274EA3" w:rsidRDefault="00000000">
      <w:pPr>
        <w:spacing w:after="20"/>
      </w:pPr>
      <w:r>
        <w:rPr>
          <w:b/>
          <w:color w:val="2E5D7B"/>
          <w:sz w:val="30"/>
        </w:rPr>
        <w:t>First Name:</w:t>
      </w:r>
    </w:p>
    <w:p w14:paraId="7382F1CA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0182D3F0" w14:textId="77777777" w:rsidR="00274EA3" w:rsidRDefault="00000000">
      <w:pPr>
        <w:spacing w:after="20"/>
      </w:pPr>
      <w:r>
        <w:rPr>
          <w:b/>
          <w:color w:val="2E5D7B"/>
          <w:sz w:val="30"/>
        </w:rPr>
        <w:t>Last Name:</w:t>
      </w:r>
    </w:p>
    <w:p w14:paraId="130953EA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67E4F48D" w14:textId="77777777" w:rsidR="00274EA3" w:rsidRDefault="00000000">
      <w:pPr>
        <w:spacing w:after="20"/>
      </w:pPr>
      <w:r>
        <w:rPr>
          <w:b/>
          <w:color w:val="2E5D7B"/>
          <w:sz w:val="30"/>
        </w:rPr>
        <w:t>Address:</w:t>
      </w:r>
    </w:p>
    <w:p w14:paraId="5586A192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28F14631" w14:textId="77777777" w:rsidR="00274EA3" w:rsidRDefault="00000000">
      <w:pPr>
        <w:spacing w:after="20"/>
      </w:pPr>
      <w:r>
        <w:rPr>
          <w:b/>
          <w:color w:val="2E5D7B"/>
          <w:sz w:val="30"/>
        </w:rPr>
        <w:t>City:</w:t>
      </w:r>
    </w:p>
    <w:p w14:paraId="4B1E8BB5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6DE28AA6" w14:textId="77777777" w:rsidR="00274EA3" w:rsidRDefault="00000000">
      <w:pPr>
        <w:spacing w:after="20"/>
      </w:pPr>
      <w:r>
        <w:rPr>
          <w:b/>
          <w:color w:val="2E5D7B"/>
          <w:sz w:val="30"/>
        </w:rPr>
        <w:t>Phone Number:</w:t>
      </w:r>
    </w:p>
    <w:p w14:paraId="26EDF1BA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115F23F2" w14:textId="77777777" w:rsidR="00274EA3" w:rsidRDefault="00000000">
      <w:pPr>
        <w:spacing w:after="20"/>
      </w:pPr>
      <w:r>
        <w:rPr>
          <w:b/>
          <w:color w:val="2E5D7B"/>
          <w:sz w:val="30"/>
        </w:rPr>
        <w:t>Date:</w:t>
      </w:r>
    </w:p>
    <w:p w14:paraId="09F2B74F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3F6F149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CHECK  </w:t>
      </w:r>
      <w:r>
        <w:rPr>
          <w:sz w:val="28"/>
        </w:rPr>
        <w:t>Look over the form. Did you write on every line?</w:t>
      </w:r>
    </w:p>
    <w:p w14:paraId="23768661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6E3073F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50E0BAF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9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Read a Short Note</w:t>
            </w:r>
            <w:r>
              <w:rPr>
                <w:color w:val="FFFFFF"/>
                <w:sz w:val="24"/>
              </w:rPr>
              <w:br/>
              <w:t>Find the important details</w:t>
            </w:r>
          </w:p>
        </w:tc>
      </w:tr>
    </w:tbl>
    <w:p w14:paraId="5E99F173" w14:textId="77777777" w:rsidR="00274EA3" w:rsidRDefault="00274EA3">
      <w:pPr>
        <w:spacing w:after="0"/>
      </w:pPr>
    </w:p>
    <w:p w14:paraId="52D0A264" w14:textId="77777777" w:rsidR="00274EA3" w:rsidRDefault="00000000">
      <w:pPr>
        <w:spacing w:after="160"/>
      </w:pPr>
      <w:r>
        <w:rPr>
          <w:b/>
          <w:color w:val="2E5D7B"/>
          <w:sz w:val="40"/>
        </w:rPr>
        <w:t>Note from the Teacher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02C1A343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28F2B976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Lee,</w:t>
            </w:r>
            <w:r>
              <w:rPr>
                <w:color w:val="1F2933"/>
                <w:sz w:val="34"/>
              </w:rPr>
              <w:br/>
              <w:t>Class will start at 9:00 on Tuesday.</w:t>
            </w:r>
            <w:r>
              <w:rPr>
                <w:color w:val="1F2933"/>
                <w:sz w:val="34"/>
              </w:rPr>
              <w:br/>
              <w:t>Please bring a pencil and your blue folder.</w:t>
            </w:r>
            <w:r>
              <w:rPr>
                <w:color w:val="1F2933"/>
                <w:sz w:val="34"/>
              </w:rPr>
              <w:br/>
              <w:t>Call me if you cannot come.</w:t>
            </w:r>
            <w:r>
              <w:rPr>
                <w:color w:val="1F2933"/>
                <w:sz w:val="34"/>
              </w:rPr>
              <w:br/>
              <w:t>Ms. Ray</w:t>
            </w:r>
          </w:p>
        </w:tc>
      </w:tr>
    </w:tbl>
    <w:p w14:paraId="59A0E814" w14:textId="77777777" w:rsidR="00274EA3" w:rsidRDefault="00274EA3">
      <w:pPr>
        <w:spacing w:after="0"/>
      </w:pPr>
    </w:p>
    <w:p w14:paraId="0CF41D97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0C1FD791" w14:textId="77777777" w:rsidR="00274EA3" w:rsidRDefault="00000000">
      <w:pPr>
        <w:spacing w:after="80"/>
      </w:pPr>
      <w:r>
        <w:rPr>
          <w:sz w:val="30"/>
        </w:rPr>
        <w:t>What day is class?</w:t>
      </w:r>
    </w:p>
    <w:p w14:paraId="3C9D8182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017E3C09" w14:textId="77777777" w:rsidR="00274EA3" w:rsidRDefault="00000000">
      <w:pPr>
        <w:spacing w:after="80"/>
      </w:pPr>
      <w:r>
        <w:rPr>
          <w:sz w:val="30"/>
        </w:rPr>
        <w:t>What time does class start?</w:t>
      </w:r>
    </w:p>
    <w:p w14:paraId="62D1D6A5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7246CAF" w14:textId="77777777" w:rsidR="00274EA3" w:rsidRDefault="00000000">
      <w:pPr>
        <w:spacing w:after="80"/>
      </w:pPr>
      <w:r>
        <w:rPr>
          <w:sz w:val="30"/>
        </w:rPr>
        <w:t>What two things should Lee bring?</w:t>
      </w:r>
    </w:p>
    <w:p w14:paraId="3B6A345D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7467B5DD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30C7F79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9B8D692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9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Read a Text Message</w:t>
            </w:r>
            <w:r>
              <w:rPr>
                <w:color w:val="FFFFFF"/>
                <w:sz w:val="24"/>
              </w:rPr>
              <w:br/>
              <w:t>Short words can carry important news</w:t>
            </w:r>
          </w:p>
        </w:tc>
      </w:tr>
    </w:tbl>
    <w:p w14:paraId="21831608" w14:textId="77777777" w:rsidR="00274EA3" w:rsidRDefault="00274EA3">
      <w:pPr>
        <w:spacing w:after="0"/>
      </w:pPr>
    </w:p>
    <w:p w14:paraId="3CF0F8EA" w14:textId="77777777" w:rsidR="00274EA3" w:rsidRDefault="00000000">
      <w:pPr>
        <w:spacing w:after="160"/>
      </w:pPr>
      <w:r>
        <w:rPr>
          <w:b/>
          <w:color w:val="2E5D7B"/>
          <w:sz w:val="40"/>
        </w:rPr>
        <w:t>Text from Ana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5E0F8DDC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0389F1D8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Hi Sam.</w:t>
            </w:r>
            <w:r>
              <w:rPr>
                <w:color w:val="1F2933"/>
                <w:sz w:val="34"/>
              </w:rPr>
              <w:br/>
              <w:t>The bus is late.</w:t>
            </w:r>
            <w:r>
              <w:rPr>
                <w:color w:val="1F2933"/>
                <w:sz w:val="34"/>
              </w:rPr>
              <w:br/>
              <w:t>I will meet you at the front door at 10:15.</w:t>
            </w:r>
            <w:r>
              <w:rPr>
                <w:color w:val="1F2933"/>
                <w:sz w:val="34"/>
              </w:rPr>
              <w:br/>
              <w:t>Please wait inside.</w:t>
            </w:r>
          </w:p>
        </w:tc>
      </w:tr>
    </w:tbl>
    <w:p w14:paraId="15C21913" w14:textId="77777777" w:rsidR="00274EA3" w:rsidRDefault="00274EA3">
      <w:pPr>
        <w:spacing w:after="0"/>
      </w:pPr>
    </w:p>
    <w:p w14:paraId="5248B3CF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4A26F818" w14:textId="77777777" w:rsidR="00274EA3" w:rsidRDefault="00000000">
      <w:pPr>
        <w:spacing w:after="80"/>
      </w:pPr>
      <w:r>
        <w:rPr>
          <w:sz w:val="30"/>
        </w:rPr>
        <w:t>Why is Ana late?</w:t>
      </w:r>
    </w:p>
    <w:p w14:paraId="5408A023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69F43C5F" w14:textId="77777777" w:rsidR="00274EA3" w:rsidRDefault="00000000">
      <w:pPr>
        <w:spacing w:after="80"/>
      </w:pPr>
      <w:r>
        <w:rPr>
          <w:sz w:val="30"/>
        </w:rPr>
        <w:t>Where will Ana meet Sam?</w:t>
      </w:r>
    </w:p>
    <w:p w14:paraId="59BD0AA9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444EE2CA" w14:textId="77777777" w:rsidR="00274EA3" w:rsidRDefault="00000000">
      <w:pPr>
        <w:spacing w:after="80"/>
      </w:pPr>
      <w:r>
        <w:rPr>
          <w:sz w:val="30"/>
        </w:rPr>
        <w:t>What time will they meet?</w:t>
      </w:r>
    </w:p>
    <w:p w14:paraId="215F40B8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5E428472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18835FF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8DFECB2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9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Read a Schedule</w:t>
            </w:r>
            <w:r>
              <w:rPr>
                <w:color w:val="FFFFFF"/>
                <w:sz w:val="24"/>
              </w:rPr>
              <w:br/>
              <w:t>Look across the row</w:t>
            </w:r>
          </w:p>
        </w:tc>
      </w:tr>
    </w:tbl>
    <w:p w14:paraId="618C1621" w14:textId="77777777" w:rsidR="00274EA3" w:rsidRDefault="00274EA3">
      <w:pPr>
        <w:spacing w:after="0"/>
      </w:pPr>
    </w:p>
    <w:p w14:paraId="5639ED6B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Find the day, time, and activity.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274EA3" w14:paraId="0F41EC13" w14:textId="77777777">
        <w:trPr>
          <w:tblHeader/>
          <w:jc w:val="center"/>
        </w:trPr>
        <w:tc>
          <w:tcPr>
            <w:tcW w:w="3360" w:type="dxa"/>
            <w:shd w:val="clear" w:color="auto" w:fill="2E5D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609BA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Day</w:t>
            </w:r>
          </w:p>
        </w:tc>
        <w:tc>
          <w:tcPr>
            <w:tcW w:w="3360" w:type="dxa"/>
            <w:shd w:val="clear" w:color="auto" w:fill="2E5D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FCE9C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Time</w:t>
            </w:r>
          </w:p>
        </w:tc>
        <w:tc>
          <w:tcPr>
            <w:tcW w:w="3360" w:type="dxa"/>
            <w:shd w:val="clear" w:color="auto" w:fill="2E5D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E653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Activity</w:t>
            </w:r>
          </w:p>
        </w:tc>
      </w:tr>
      <w:tr w:rsidR="00274EA3" w14:paraId="55705DF9" w14:textId="77777777">
        <w:trPr>
          <w:jc w:val="center"/>
        </w:trPr>
        <w:tc>
          <w:tcPr>
            <w:tcW w:w="3360" w:type="dxa"/>
            <w:tcBorders>
              <w:bottom w:val="single" w:sz="6" w:space="0" w:color="B8C4CC"/>
            </w:tcBorders>
            <w:shd w:val="clear" w:color="auto" w:fill="EEF5F9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6F0A5A5C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Monday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EEF5F9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7B3963DE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9:00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EEF5F9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63B943F1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Reading</w:t>
            </w:r>
          </w:p>
        </w:tc>
      </w:tr>
      <w:tr w:rsidR="00274EA3" w14:paraId="51BD8717" w14:textId="77777777">
        <w:trPr>
          <w:jc w:val="center"/>
        </w:trPr>
        <w:tc>
          <w:tcPr>
            <w:tcW w:w="3360" w:type="dxa"/>
            <w:tcBorders>
              <w:bottom w:val="single" w:sz="6" w:space="0" w:color="B8C4CC"/>
            </w:tcBorders>
            <w:shd w:val="clear" w:color="auto" w:fill="FFFFFF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52D20919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Tuesday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FFFFFF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5EB3F6A5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10:30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FFFFFF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390A0DBB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Job Skills</w:t>
            </w:r>
          </w:p>
        </w:tc>
      </w:tr>
      <w:tr w:rsidR="00274EA3" w14:paraId="14120723" w14:textId="77777777">
        <w:trPr>
          <w:jc w:val="center"/>
        </w:trPr>
        <w:tc>
          <w:tcPr>
            <w:tcW w:w="3360" w:type="dxa"/>
            <w:tcBorders>
              <w:bottom w:val="single" w:sz="6" w:space="0" w:color="B8C4CC"/>
            </w:tcBorders>
            <w:shd w:val="clear" w:color="auto" w:fill="EEF5F9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6EF4541F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Wednesday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EEF5F9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2E4C1024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9:00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EEF5F9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3713F7B1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Reading</w:t>
            </w:r>
          </w:p>
        </w:tc>
      </w:tr>
      <w:tr w:rsidR="00274EA3" w14:paraId="38C75391" w14:textId="77777777">
        <w:trPr>
          <w:jc w:val="center"/>
        </w:trPr>
        <w:tc>
          <w:tcPr>
            <w:tcW w:w="3360" w:type="dxa"/>
            <w:tcBorders>
              <w:bottom w:val="single" w:sz="6" w:space="0" w:color="B8C4CC"/>
            </w:tcBorders>
            <w:shd w:val="clear" w:color="auto" w:fill="FFFFFF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12A88848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Thursday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FFFFFF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6680FF55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1:00</w:t>
            </w:r>
          </w:p>
        </w:tc>
        <w:tc>
          <w:tcPr>
            <w:tcW w:w="3360" w:type="dxa"/>
            <w:tcBorders>
              <w:bottom w:val="single" w:sz="6" w:space="0" w:color="B8C4CC"/>
            </w:tcBorders>
            <w:shd w:val="clear" w:color="auto" w:fill="FFFFFF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7DD03D29" w14:textId="77777777" w:rsidR="00274EA3" w:rsidRDefault="00000000">
            <w:pPr>
              <w:jc w:val="center"/>
            </w:pPr>
            <w:r>
              <w:rPr>
                <w:color w:val="1F2933"/>
                <w:sz w:val="30"/>
              </w:rPr>
              <w:t>Computer</w:t>
            </w:r>
          </w:p>
        </w:tc>
      </w:tr>
    </w:tbl>
    <w:p w14:paraId="51DDBD50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ANSWER  </w:t>
      </w:r>
      <w:r>
        <w:rPr>
          <w:sz w:val="28"/>
        </w:rPr>
        <w:t>What happens on Tuesday?</w:t>
      </w:r>
    </w:p>
    <w:p w14:paraId="42B48585" w14:textId="77777777" w:rsidR="00274EA3" w:rsidRDefault="00000000">
      <w:r>
        <w:rPr>
          <w:color w:val="6F7D87"/>
        </w:rPr>
        <w:t>_______________________________________________________</w:t>
      </w:r>
    </w:p>
    <w:p w14:paraId="227328E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ANSWER  </w:t>
      </w:r>
      <w:r>
        <w:rPr>
          <w:sz w:val="28"/>
        </w:rPr>
        <w:t>What time is the computer class?</w:t>
      </w:r>
    </w:p>
    <w:p w14:paraId="36F48A0C" w14:textId="77777777" w:rsidR="00274EA3" w:rsidRDefault="00000000">
      <w:r>
        <w:rPr>
          <w:color w:val="6F7D87"/>
        </w:rPr>
        <w:t>_______________________________________________________</w:t>
      </w:r>
    </w:p>
    <w:p w14:paraId="5E60B251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85B9BD7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EA5C3F6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9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6D768163" w14:textId="77777777" w:rsidR="00274EA3" w:rsidRDefault="00274EA3">
      <w:pPr>
        <w:spacing w:after="0"/>
      </w:pPr>
    </w:p>
    <w:p w14:paraId="764E9D96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appointment card.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0A9062C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1006F9D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APPOINTMENT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8C6B812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Friday</w:t>
            </w:r>
          </w:p>
        </w:tc>
      </w:tr>
      <w:tr w:rsidR="00274EA3" w14:paraId="5C1B653C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02B51A0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July 31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8E74A54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2:30 p.m.</w:t>
            </w:r>
          </w:p>
        </w:tc>
      </w:tr>
      <w:tr w:rsidR="00274EA3" w14:paraId="4D734C5D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2079E38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Main Office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94D81A5" w14:textId="77777777" w:rsidR="00274EA3" w:rsidRDefault="00000000">
            <w:pPr>
              <w:jc w:val="center"/>
            </w:pPr>
            <w:r>
              <w:rPr>
                <w:b/>
                <w:color w:val="1F2933"/>
              </w:rPr>
              <w:t>Bring photo ID</w:t>
            </w:r>
          </w:p>
        </w:tc>
      </w:tr>
    </w:tbl>
    <w:p w14:paraId="5B45792E" w14:textId="77777777" w:rsidR="00274EA3" w:rsidRDefault="00274EA3">
      <w:pPr>
        <w:spacing w:after="0"/>
      </w:pPr>
    </w:p>
    <w:p w14:paraId="1346BB0C" w14:textId="77777777" w:rsidR="00274EA3" w:rsidRDefault="00000000">
      <w:pPr>
        <w:spacing w:after="40"/>
      </w:pPr>
      <w:r>
        <w:rPr>
          <w:b/>
          <w:color w:val="2E5D7B"/>
        </w:rPr>
        <w:t>What day is the appointment?</w:t>
      </w:r>
    </w:p>
    <w:p w14:paraId="1B826CF7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759AFCA5" w14:textId="77777777" w:rsidR="00274EA3" w:rsidRDefault="00000000">
      <w:pPr>
        <w:spacing w:after="40"/>
      </w:pPr>
      <w:r>
        <w:rPr>
          <w:b/>
          <w:color w:val="2E5D7B"/>
        </w:rPr>
        <w:t>What time is it?</w:t>
      </w:r>
    </w:p>
    <w:p w14:paraId="55DB39A1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563EC0B6" w14:textId="77777777" w:rsidR="00274EA3" w:rsidRDefault="00000000">
      <w:pPr>
        <w:spacing w:after="40"/>
      </w:pPr>
      <w:r>
        <w:rPr>
          <w:b/>
          <w:color w:val="2E5D7B"/>
        </w:rPr>
        <w:t>Where is it?</w:t>
      </w:r>
    </w:p>
    <w:p w14:paraId="4073DD2F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37F93076" w14:textId="77777777" w:rsidR="00274EA3" w:rsidRDefault="00000000">
      <w:pPr>
        <w:spacing w:after="40"/>
      </w:pPr>
      <w:r>
        <w:rPr>
          <w:b/>
          <w:color w:val="2E5D7B"/>
        </w:rPr>
        <w:t>What should the person bring?</w:t>
      </w:r>
    </w:p>
    <w:p w14:paraId="6DC4F748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384F6BE2" w14:textId="77777777" w:rsidR="00274EA3" w:rsidRDefault="00000000">
      <w:r>
        <w:rPr>
          <w:sz w:val="30"/>
        </w:rPr>
        <w:t>[  ]  I can read a form.</w:t>
      </w:r>
    </w:p>
    <w:p w14:paraId="59EA9823" w14:textId="77777777" w:rsidR="00274EA3" w:rsidRDefault="00000000">
      <w:r>
        <w:rPr>
          <w:sz w:val="30"/>
        </w:rPr>
        <w:t>[  ]  I can read a note or text.</w:t>
      </w:r>
    </w:p>
    <w:p w14:paraId="17DB6B28" w14:textId="77777777" w:rsidR="00274EA3" w:rsidRDefault="00000000">
      <w:r>
        <w:rPr>
          <w:sz w:val="30"/>
        </w:rPr>
        <w:t>[  ]  I can find details in a schedule.</w:t>
      </w:r>
    </w:p>
    <w:p w14:paraId="57AA9B59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441F65B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716798D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10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Reading Short Paragraphs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3194DC9F" w14:textId="77777777" w:rsidR="00274EA3" w:rsidRDefault="00274EA3">
      <w:pPr>
        <w:spacing w:after="0"/>
      </w:pPr>
    </w:p>
    <w:p w14:paraId="36E09841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613DBCF1" w14:textId="77777777" w:rsidR="00274EA3" w:rsidRDefault="00000000">
      <w:r>
        <w:rPr>
          <w:sz w:val="30"/>
        </w:rPr>
        <w:t>[  ]  read three to five sentences together.</w:t>
      </w:r>
    </w:p>
    <w:p w14:paraId="188666C2" w14:textId="77777777" w:rsidR="00274EA3" w:rsidRDefault="00000000">
      <w:r>
        <w:rPr>
          <w:sz w:val="30"/>
        </w:rPr>
        <w:t>[  ]  find the main idea.</w:t>
      </w:r>
    </w:p>
    <w:p w14:paraId="7720E7F5" w14:textId="77777777" w:rsidR="00274EA3" w:rsidRDefault="00000000">
      <w:r>
        <w:rPr>
          <w:sz w:val="30"/>
        </w:rPr>
        <w:t>[  ]  find important details and order.</w:t>
      </w:r>
    </w:p>
    <w:p w14:paraId="446F86C8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4C33761E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5928C5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first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21E856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next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47EF8E50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then</w:t>
            </w:r>
          </w:p>
        </w:tc>
      </w:tr>
      <w:tr w:rsidR="00274EA3" w14:paraId="6EC8A2AC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D473BA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last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0C979C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main idea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C525D0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detail</w:t>
            </w:r>
          </w:p>
        </w:tc>
      </w:tr>
    </w:tbl>
    <w:p w14:paraId="2215905B" w14:textId="77777777" w:rsidR="00274EA3" w:rsidRDefault="00274EA3">
      <w:pPr>
        <w:spacing w:after="0"/>
      </w:pPr>
    </w:p>
    <w:p w14:paraId="304FADE1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7BCE5AC4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3F83838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67CFCBA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10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What Is the Paragraph About?</w:t>
            </w:r>
            <w:r>
              <w:rPr>
                <w:color w:val="FFFFFF"/>
                <w:sz w:val="24"/>
              </w:rPr>
              <w:br/>
              <w:t>Find the main idea</w:t>
            </w:r>
          </w:p>
        </w:tc>
      </w:tr>
    </w:tbl>
    <w:p w14:paraId="1491B595" w14:textId="77777777" w:rsidR="00274EA3" w:rsidRDefault="00274EA3">
      <w:pPr>
        <w:spacing w:after="0"/>
      </w:pPr>
    </w:p>
    <w:p w14:paraId="34EFC4B6" w14:textId="77777777" w:rsidR="00274EA3" w:rsidRDefault="00000000">
      <w:pPr>
        <w:spacing w:after="160"/>
      </w:pPr>
      <w:r>
        <w:rPr>
          <w:b/>
          <w:color w:val="2E5D7B"/>
          <w:sz w:val="40"/>
        </w:rPr>
        <w:t>A New Class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398AFB42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D5A3AB4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Nina starts a reading class today.</w:t>
            </w:r>
            <w:r>
              <w:rPr>
                <w:color w:val="1F2933"/>
                <w:sz w:val="34"/>
              </w:rPr>
              <w:br/>
              <w:t>She brings a pencil and a folder.</w:t>
            </w:r>
            <w:r>
              <w:rPr>
                <w:color w:val="1F2933"/>
                <w:sz w:val="34"/>
              </w:rPr>
              <w:br/>
              <w:t>The teacher shows her where to sit.</w:t>
            </w:r>
            <w:r>
              <w:rPr>
                <w:color w:val="1F2933"/>
                <w:sz w:val="34"/>
              </w:rPr>
              <w:br/>
              <w:t>Nina feels nervous, but she is glad to begin.</w:t>
            </w:r>
          </w:p>
        </w:tc>
      </w:tr>
    </w:tbl>
    <w:p w14:paraId="23D5F429" w14:textId="77777777" w:rsidR="00274EA3" w:rsidRDefault="00274EA3">
      <w:pPr>
        <w:spacing w:after="0"/>
      </w:pPr>
    </w:p>
    <w:p w14:paraId="620492E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64855341" w14:textId="77777777" w:rsidR="00274EA3" w:rsidRDefault="00000000">
      <w:pPr>
        <w:spacing w:after="80"/>
      </w:pPr>
      <w:r>
        <w:rPr>
          <w:sz w:val="30"/>
        </w:rPr>
        <w:t>What is the paragraph mostly about?</w:t>
      </w:r>
    </w:p>
    <w:p w14:paraId="69D7D78D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18752E7E" w14:textId="77777777" w:rsidR="00274EA3" w:rsidRDefault="00000000">
      <w:pPr>
        <w:spacing w:after="80"/>
      </w:pPr>
      <w:r>
        <w:rPr>
          <w:sz w:val="30"/>
        </w:rPr>
        <w:t>What does Nina bring?</w:t>
      </w:r>
    </w:p>
    <w:p w14:paraId="62854B53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EA787CB" w14:textId="77777777" w:rsidR="00274EA3" w:rsidRDefault="00000000">
      <w:pPr>
        <w:spacing w:after="80"/>
      </w:pPr>
      <w:r>
        <w:rPr>
          <w:sz w:val="30"/>
        </w:rPr>
        <w:t>How does Nina feel?</w:t>
      </w:r>
    </w:p>
    <w:p w14:paraId="6C114C03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6E9E040D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23EEC21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F0E5564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10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Find the Details</w:t>
            </w:r>
            <w:r>
              <w:rPr>
                <w:color w:val="FFFFFF"/>
                <w:sz w:val="24"/>
              </w:rPr>
              <w:br/>
              <w:t>Details tell more</w:t>
            </w:r>
          </w:p>
        </w:tc>
      </w:tr>
    </w:tbl>
    <w:p w14:paraId="19996B6A" w14:textId="77777777" w:rsidR="00274EA3" w:rsidRDefault="00274EA3">
      <w:pPr>
        <w:spacing w:after="0"/>
      </w:pPr>
    </w:p>
    <w:p w14:paraId="2DBA80AC" w14:textId="77777777" w:rsidR="00274EA3" w:rsidRDefault="00000000">
      <w:pPr>
        <w:spacing w:after="160"/>
      </w:pPr>
      <w:r>
        <w:rPr>
          <w:b/>
          <w:color w:val="2E5D7B"/>
          <w:sz w:val="40"/>
        </w:rPr>
        <w:t>At the Store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4C84F9AD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6E7250B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Paul goes to the store after work.</w:t>
            </w:r>
            <w:r>
              <w:rPr>
                <w:color w:val="1F2933"/>
                <w:sz w:val="34"/>
              </w:rPr>
              <w:br/>
              <w:t>He needs milk, bread, eggs, and soap.</w:t>
            </w:r>
            <w:r>
              <w:rPr>
                <w:color w:val="1F2933"/>
                <w:sz w:val="34"/>
              </w:rPr>
              <w:br/>
              <w:t>He checks his list before he pays.</w:t>
            </w:r>
            <w:r>
              <w:rPr>
                <w:color w:val="1F2933"/>
                <w:sz w:val="34"/>
              </w:rPr>
              <w:br/>
              <w:t>Paul takes the bus home.</w:t>
            </w:r>
          </w:p>
        </w:tc>
      </w:tr>
    </w:tbl>
    <w:p w14:paraId="246B4428" w14:textId="77777777" w:rsidR="00274EA3" w:rsidRDefault="00274EA3">
      <w:pPr>
        <w:spacing w:after="0"/>
      </w:pPr>
    </w:p>
    <w:p w14:paraId="422271FF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3E7C17B5" w14:textId="77777777" w:rsidR="00274EA3" w:rsidRDefault="00000000">
      <w:pPr>
        <w:spacing w:after="80"/>
      </w:pPr>
      <w:r>
        <w:rPr>
          <w:sz w:val="30"/>
        </w:rPr>
        <w:t>When does Paul go to the store?</w:t>
      </w:r>
    </w:p>
    <w:p w14:paraId="39A64CF3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3BE2EA15" w14:textId="77777777" w:rsidR="00274EA3" w:rsidRDefault="00000000">
      <w:pPr>
        <w:spacing w:after="80"/>
      </w:pPr>
      <w:r>
        <w:rPr>
          <w:sz w:val="30"/>
        </w:rPr>
        <w:t>Name two things he buys.</w:t>
      </w:r>
    </w:p>
    <w:p w14:paraId="0B3AFF60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7163ADE2" w14:textId="77777777" w:rsidR="00274EA3" w:rsidRDefault="00000000">
      <w:pPr>
        <w:spacing w:after="80"/>
      </w:pPr>
      <w:r>
        <w:rPr>
          <w:sz w:val="30"/>
        </w:rPr>
        <w:t>What does he check?</w:t>
      </w:r>
    </w:p>
    <w:p w14:paraId="1812B728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1093D58" w14:textId="77777777" w:rsidR="00274EA3" w:rsidRDefault="00000000">
      <w:pPr>
        <w:spacing w:after="80"/>
      </w:pPr>
      <w:r>
        <w:rPr>
          <w:sz w:val="30"/>
        </w:rPr>
        <w:t>How does he get home?</w:t>
      </w:r>
    </w:p>
    <w:p w14:paraId="7A831B34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12B7899D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02821A5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626F8EB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10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Put It in Order</w:t>
            </w:r>
            <w:r>
              <w:rPr>
                <w:color w:val="FFFFFF"/>
                <w:sz w:val="24"/>
              </w:rPr>
              <w:br/>
              <w:t>First, next, then, last</w:t>
            </w:r>
          </w:p>
        </w:tc>
      </w:tr>
    </w:tbl>
    <w:p w14:paraId="5E9F7B59" w14:textId="77777777" w:rsidR="00274EA3" w:rsidRDefault="00274EA3">
      <w:pPr>
        <w:spacing w:after="0"/>
      </w:pPr>
    </w:p>
    <w:p w14:paraId="274BFF51" w14:textId="77777777" w:rsidR="00274EA3" w:rsidRDefault="00000000">
      <w:pPr>
        <w:spacing w:after="160"/>
      </w:pPr>
      <w:r>
        <w:rPr>
          <w:b/>
          <w:color w:val="2E5D7B"/>
          <w:sz w:val="40"/>
        </w:rPr>
        <w:t>Getting Ready for Work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5DFDB584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298E952D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First, Lena gets dressed.</w:t>
            </w:r>
            <w:r>
              <w:rPr>
                <w:color w:val="1F2933"/>
                <w:sz w:val="34"/>
              </w:rPr>
              <w:br/>
              <w:t>Next, she eats breakfast.</w:t>
            </w:r>
            <w:r>
              <w:rPr>
                <w:color w:val="1F2933"/>
                <w:sz w:val="34"/>
              </w:rPr>
              <w:br/>
              <w:t>Then, she checks the bus time.</w:t>
            </w:r>
            <w:r>
              <w:rPr>
                <w:color w:val="1F2933"/>
                <w:sz w:val="34"/>
              </w:rPr>
              <w:br/>
              <w:t>Last, she leaves for work.</w:t>
            </w:r>
          </w:p>
        </w:tc>
      </w:tr>
    </w:tbl>
    <w:p w14:paraId="69295E72" w14:textId="77777777" w:rsidR="00274EA3" w:rsidRDefault="00274EA3">
      <w:pPr>
        <w:spacing w:after="0"/>
      </w:pPr>
    </w:p>
    <w:p w14:paraId="73191EEB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25C3FF9B" w14:textId="77777777" w:rsidR="00274EA3" w:rsidRDefault="00000000">
      <w:pPr>
        <w:spacing w:after="80"/>
      </w:pPr>
      <w:r>
        <w:rPr>
          <w:sz w:val="30"/>
        </w:rPr>
        <w:t>What does Lena do first?</w:t>
      </w:r>
    </w:p>
    <w:p w14:paraId="6B3195E1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684FB7E5" w14:textId="77777777" w:rsidR="00274EA3" w:rsidRDefault="00000000">
      <w:pPr>
        <w:spacing w:after="80"/>
      </w:pPr>
      <w:r>
        <w:rPr>
          <w:sz w:val="30"/>
        </w:rPr>
        <w:t>What does she do after breakfast?</w:t>
      </w:r>
    </w:p>
    <w:p w14:paraId="554EC067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4938250E" w14:textId="77777777" w:rsidR="00274EA3" w:rsidRDefault="00000000">
      <w:pPr>
        <w:spacing w:after="80"/>
      </w:pPr>
      <w:r>
        <w:rPr>
          <w:sz w:val="30"/>
        </w:rPr>
        <w:t>What does she do last?</w:t>
      </w:r>
    </w:p>
    <w:p w14:paraId="09F26AAC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33F30122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Number these actions 1, 2, 3, 4.</w:t>
      </w:r>
    </w:p>
    <w:p w14:paraId="0C7F351E" w14:textId="77777777" w:rsidR="00274EA3" w:rsidRDefault="00000000">
      <w:pPr>
        <w:spacing w:after="140"/>
      </w:pPr>
      <w:r>
        <w:t>___ leaves for work</w:t>
      </w:r>
    </w:p>
    <w:p w14:paraId="0725897B" w14:textId="77777777" w:rsidR="00274EA3" w:rsidRDefault="00000000">
      <w:pPr>
        <w:spacing w:after="140"/>
      </w:pPr>
      <w:r>
        <w:t>___ eats breakfast</w:t>
      </w:r>
    </w:p>
    <w:p w14:paraId="4617F565" w14:textId="77777777" w:rsidR="00274EA3" w:rsidRDefault="00000000">
      <w:pPr>
        <w:spacing w:after="140"/>
      </w:pPr>
      <w:r>
        <w:t>___ gets dressed</w:t>
      </w:r>
    </w:p>
    <w:p w14:paraId="202E08FF" w14:textId="77777777" w:rsidR="00274EA3" w:rsidRDefault="00000000">
      <w:pPr>
        <w:spacing w:after="140"/>
      </w:pPr>
      <w:r>
        <w:t>___ checks the bus time</w:t>
      </w:r>
    </w:p>
    <w:p w14:paraId="211BE84B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4D95E48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6AB4DED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10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Read and Think</w:t>
            </w:r>
            <w:r>
              <w:rPr>
                <w:color w:val="FFFFFF"/>
                <w:sz w:val="24"/>
              </w:rPr>
              <w:br/>
              <w:t>Use clues from the paragraph</w:t>
            </w:r>
          </w:p>
        </w:tc>
      </w:tr>
    </w:tbl>
    <w:p w14:paraId="1202BA30" w14:textId="77777777" w:rsidR="00274EA3" w:rsidRDefault="00274EA3">
      <w:pPr>
        <w:spacing w:after="0"/>
      </w:pPr>
    </w:p>
    <w:p w14:paraId="0DAD889A" w14:textId="77777777" w:rsidR="00274EA3" w:rsidRDefault="00000000">
      <w:pPr>
        <w:spacing w:after="160"/>
      </w:pPr>
      <w:r>
        <w:rPr>
          <w:b/>
          <w:color w:val="2E5D7B"/>
          <w:sz w:val="40"/>
        </w:rPr>
        <w:t>The Rainy Morning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17514ACD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55E2228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It is raining hard.</w:t>
            </w:r>
            <w:r>
              <w:rPr>
                <w:color w:val="1F2933"/>
                <w:sz w:val="34"/>
              </w:rPr>
              <w:br/>
              <w:t>Luis puts on a coat and takes an umbrella.</w:t>
            </w:r>
            <w:r>
              <w:rPr>
                <w:color w:val="1F2933"/>
                <w:sz w:val="34"/>
              </w:rPr>
              <w:br/>
              <w:t>He leaves home ten minutes early.</w:t>
            </w:r>
            <w:r>
              <w:rPr>
                <w:color w:val="1F2933"/>
                <w:sz w:val="34"/>
              </w:rPr>
              <w:br/>
              <w:t>The bus moves slowly because the roads are wet.</w:t>
            </w:r>
          </w:p>
        </w:tc>
      </w:tr>
    </w:tbl>
    <w:p w14:paraId="24AF4E06" w14:textId="77777777" w:rsidR="00274EA3" w:rsidRDefault="00274EA3">
      <w:pPr>
        <w:spacing w:after="0"/>
      </w:pPr>
    </w:p>
    <w:p w14:paraId="745114D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6598918E" w14:textId="77777777" w:rsidR="00274EA3" w:rsidRDefault="00000000">
      <w:pPr>
        <w:spacing w:after="80"/>
      </w:pPr>
      <w:r>
        <w:rPr>
          <w:sz w:val="30"/>
        </w:rPr>
        <w:t>What is the weather like?</w:t>
      </w:r>
    </w:p>
    <w:p w14:paraId="2914E9B3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2564E32" w14:textId="77777777" w:rsidR="00274EA3" w:rsidRDefault="00000000">
      <w:pPr>
        <w:spacing w:after="80"/>
      </w:pPr>
      <w:r>
        <w:rPr>
          <w:sz w:val="30"/>
        </w:rPr>
        <w:t>Why does Luis take an umbrella?</w:t>
      </w:r>
    </w:p>
    <w:p w14:paraId="6402A9A8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55337589" w14:textId="77777777" w:rsidR="00274EA3" w:rsidRDefault="00000000">
      <w:pPr>
        <w:spacing w:after="80"/>
      </w:pPr>
      <w:r>
        <w:rPr>
          <w:sz w:val="30"/>
        </w:rPr>
        <w:t>Why does the bus move slowly?</w:t>
      </w:r>
    </w:p>
    <w:p w14:paraId="3230EB00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19B43DDD" w14:textId="77777777" w:rsidR="00274EA3" w:rsidRDefault="00000000">
      <w:pPr>
        <w:spacing w:after="80"/>
      </w:pPr>
      <w:r>
        <w:rPr>
          <w:sz w:val="30"/>
        </w:rPr>
        <w:t>Why may Luis leave early?</w:t>
      </w:r>
    </w:p>
    <w:p w14:paraId="32B5F91D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0A229F5C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9CD94F4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D484D62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10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2ED7FAEE" w14:textId="77777777" w:rsidR="00274EA3" w:rsidRDefault="00274EA3">
      <w:pPr>
        <w:spacing w:after="0"/>
      </w:pPr>
    </w:p>
    <w:p w14:paraId="2EC24F55" w14:textId="77777777" w:rsidR="00274EA3" w:rsidRDefault="00000000">
      <w:pPr>
        <w:spacing w:after="160"/>
      </w:pPr>
      <w:r>
        <w:rPr>
          <w:b/>
          <w:color w:val="2E5D7B"/>
          <w:sz w:val="40"/>
        </w:rPr>
        <w:t>A Good Step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5AFFB07F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F6A45AB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Mia reads for ten minutes each night.</w:t>
            </w:r>
            <w:r>
              <w:rPr>
                <w:color w:val="1F2933"/>
                <w:sz w:val="34"/>
              </w:rPr>
              <w:br/>
              <w:t>She points to every word.</w:t>
            </w:r>
            <w:r>
              <w:rPr>
                <w:color w:val="1F2933"/>
                <w:sz w:val="34"/>
              </w:rPr>
              <w:br/>
              <w:t>When a word is hard, she asks for help.</w:t>
            </w:r>
            <w:r>
              <w:rPr>
                <w:color w:val="1F2933"/>
                <w:sz w:val="34"/>
              </w:rPr>
              <w:br/>
              <w:t>Mia can now read more than she could last month.</w:t>
            </w:r>
          </w:p>
        </w:tc>
      </w:tr>
    </w:tbl>
    <w:p w14:paraId="1E22F040" w14:textId="77777777" w:rsidR="00274EA3" w:rsidRDefault="00274EA3">
      <w:pPr>
        <w:spacing w:after="0"/>
      </w:pPr>
    </w:p>
    <w:p w14:paraId="3D67813F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46D617FE" w14:textId="77777777" w:rsidR="00274EA3" w:rsidRDefault="00000000">
      <w:pPr>
        <w:spacing w:after="80"/>
      </w:pPr>
      <w:r>
        <w:rPr>
          <w:sz w:val="30"/>
        </w:rPr>
        <w:t>What does Mia do each night?</w:t>
      </w:r>
    </w:p>
    <w:p w14:paraId="1E633767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5F5132DF" w14:textId="77777777" w:rsidR="00274EA3" w:rsidRDefault="00000000">
      <w:pPr>
        <w:spacing w:after="80"/>
      </w:pPr>
      <w:r>
        <w:rPr>
          <w:sz w:val="30"/>
        </w:rPr>
        <w:t>What does she do when a word is hard?</w:t>
      </w:r>
    </w:p>
    <w:p w14:paraId="491987A7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7375E80F" w14:textId="77777777" w:rsidR="00274EA3" w:rsidRDefault="00000000">
      <w:pPr>
        <w:spacing w:after="80"/>
      </w:pPr>
      <w:r>
        <w:rPr>
          <w:sz w:val="30"/>
        </w:rPr>
        <w:t>What is the main idea?</w:t>
      </w:r>
    </w:p>
    <w:p w14:paraId="0D5471DA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7BA068F8" w14:textId="77777777" w:rsidR="00274EA3" w:rsidRDefault="00000000">
      <w:r>
        <w:rPr>
          <w:sz w:val="30"/>
        </w:rPr>
        <w:t>[  ]  I can read a short paragraph.</w:t>
      </w:r>
    </w:p>
    <w:p w14:paraId="53E7FBD0" w14:textId="77777777" w:rsidR="00274EA3" w:rsidRDefault="00000000">
      <w:r>
        <w:rPr>
          <w:sz w:val="30"/>
        </w:rPr>
        <w:t>[  ]  I can find the main idea.</w:t>
      </w:r>
    </w:p>
    <w:p w14:paraId="05B42F03" w14:textId="77777777" w:rsidR="00274EA3" w:rsidRDefault="00000000">
      <w:r>
        <w:rPr>
          <w:sz w:val="30"/>
        </w:rPr>
        <w:t>[  ]  I can find details and order.</w:t>
      </w:r>
    </w:p>
    <w:p w14:paraId="6C7C2E66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3112B16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30CF49D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Stories for Everyday Life</w:t>
            </w:r>
            <w:r>
              <w:rPr>
                <w:color w:val="FFFFFF"/>
                <w:sz w:val="24"/>
              </w:rPr>
              <w:br/>
              <w:t>Reading Skills - Level 2</w:t>
            </w:r>
          </w:p>
        </w:tc>
      </w:tr>
    </w:tbl>
    <w:p w14:paraId="54AED52A" w14:textId="77777777" w:rsidR="00274EA3" w:rsidRDefault="00274EA3">
      <w:pPr>
        <w:spacing w:after="0"/>
      </w:pPr>
    </w:p>
    <w:p w14:paraId="523494DB" w14:textId="77777777" w:rsidR="00274EA3" w:rsidRDefault="00000000">
      <w:pPr>
        <w:spacing w:after="160"/>
      </w:pPr>
      <w:r>
        <w:rPr>
          <w:b/>
          <w:color w:val="2E5D7B"/>
          <w:sz w:val="36"/>
        </w:rPr>
        <w:t>In this unit, I will:</w:t>
      </w:r>
    </w:p>
    <w:p w14:paraId="463F8547" w14:textId="77777777" w:rsidR="00274EA3" w:rsidRDefault="00000000">
      <w:r>
        <w:rPr>
          <w:sz w:val="30"/>
        </w:rPr>
        <w:t>[  ]  read a short adult story.</w:t>
      </w:r>
    </w:p>
    <w:p w14:paraId="0DE8C7F7" w14:textId="77777777" w:rsidR="00274EA3" w:rsidRDefault="00000000">
      <w:r>
        <w:rPr>
          <w:sz w:val="30"/>
        </w:rPr>
        <w:t>[  ]  answer who, what, when, where, and why.</w:t>
      </w:r>
    </w:p>
    <w:p w14:paraId="364C1A09" w14:textId="77777777" w:rsidR="00274EA3" w:rsidRDefault="00000000">
      <w:r>
        <w:rPr>
          <w:sz w:val="30"/>
        </w:rPr>
        <w:t>[  ]  connect the story to my own life.</w:t>
      </w:r>
    </w:p>
    <w:p w14:paraId="208F93CD" w14:textId="77777777" w:rsidR="00274EA3" w:rsidRDefault="00000000">
      <w:pPr>
        <w:spacing w:before="160" w:after="160"/>
      </w:pPr>
      <w:r>
        <w:rPr>
          <w:b/>
          <w:color w:val="2E5D7B"/>
          <w:sz w:val="34"/>
        </w:rPr>
        <w:t>Words I will practice: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74EA3" w14:paraId="57660851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F25F2B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problem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DDD4F1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choice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E30F64F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plan</w:t>
            </w:r>
          </w:p>
        </w:tc>
      </w:tr>
      <w:tr w:rsidR="00274EA3" w14:paraId="6A99EE1A" w14:textId="77777777">
        <w:trPr>
          <w:cantSplit/>
          <w:jc w:val="center"/>
        </w:trPr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05A008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practice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7D3844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progress</w:t>
            </w:r>
          </w:p>
        </w:tc>
        <w:tc>
          <w:tcPr>
            <w:tcW w:w="3168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2887537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success</w:t>
            </w:r>
          </w:p>
        </w:tc>
      </w:tr>
    </w:tbl>
    <w:p w14:paraId="2E5040C0" w14:textId="77777777" w:rsidR="00274EA3" w:rsidRDefault="00274EA3">
      <w:pPr>
        <w:spacing w:after="0"/>
      </w:pPr>
    </w:p>
    <w:p w14:paraId="57D0CF67" w14:textId="77777777" w:rsidR="00274EA3" w:rsidRDefault="00000000">
      <w:pPr>
        <w:spacing w:before="400" w:after="0"/>
        <w:jc w:val="center"/>
      </w:pPr>
      <w:r>
        <w:rPr>
          <w:i/>
          <w:color w:val="1F2933"/>
        </w:rPr>
        <w:t>Small steps build strong reading.</w:t>
      </w:r>
    </w:p>
    <w:p w14:paraId="00B19177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100E5C1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7263D0D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Story 1: The First Day</w:t>
            </w:r>
            <w:r>
              <w:rPr>
                <w:color w:val="FFFFFF"/>
                <w:sz w:val="24"/>
              </w:rPr>
              <w:br/>
              <w:t>Read slowly and with meaning</w:t>
            </w:r>
          </w:p>
        </w:tc>
      </w:tr>
    </w:tbl>
    <w:p w14:paraId="2A7AEDBD" w14:textId="77777777" w:rsidR="00274EA3" w:rsidRDefault="00274EA3">
      <w:pPr>
        <w:spacing w:after="0"/>
      </w:pPr>
    </w:p>
    <w:p w14:paraId="48FF3038" w14:textId="77777777" w:rsidR="00274EA3" w:rsidRDefault="00000000">
      <w:pPr>
        <w:spacing w:after="160"/>
      </w:pPr>
      <w:r>
        <w:rPr>
          <w:b/>
          <w:color w:val="2E5D7B"/>
          <w:sz w:val="40"/>
        </w:rPr>
        <w:t>The First Day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20F4256D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00E9B5E8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Tara begins a new job at a small hotel.</w:t>
            </w:r>
            <w:r>
              <w:rPr>
                <w:color w:val="1F2933"/>
                <w:sz w:val="34"/>
              </w:rPr>
              <w:br/>
              <w:t>Her manager gives her a name tag and a work list.</w:t>
            </w:r>
            <w:r>
              <w:rPr>
                <w:color w:val="1F2933"/>
                <w:sz w:val="34"/>
              </w:rPr>
              <w:br/>
              <w:t>Some words on the list are new to Tara.</w:t>
            </w:r>
            <w:r>
              <w:rPr>
                <w:color w:val="1F2933"/>
                <w:sz w:val="34"/>
              </w:rPr>
              <w:br/>
              <w:t>She asks a coworker to read them with her.</w:t>
            </w:r>
            <w:r>
              <w:rPr>
                <w:color w:val="1F2933"/>
                <w:sz w:val="34"/>
              </w:rPr>
              <w:br/>
              <w:t>By lunch, Tara can read the whole list.</w:t>
            </w:r>
          </w:p>
        </w:tc>
      </w:tr>
    </w:tbl>
    <w:p w14:paraId="514C9D84" w14:textId="77777777" w:rsidR="00274EA3" w:rsidRDefault="00274EA3">
      <w:pPr>
        <w:spacing w:after="0"/>
      </w:pPr>
    </w:p>
    <w:p w14:paraId="0343AAE9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56004F43" w14:textId="77777777" w:rsidR="00274EA3" w:rsidRDefault="00000000">
      <w:pPr>
        <w:spacing w:after="80"/>
      </w:pPr>
      <w:r>
        <w:rPr>
          <w:sz w:val="30"/>
        </w:rPr>
        <w:t>Where does Tara work?</w:t>
      </w:r>
    </w:p>
    <w:p w14:paraId="64ED9408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0954EDD2" w14:textId="77777777" w:rsidR="00274EA3" w:rsidRDefault="00000000">
      <w:pPr>
        <w:spacing w:after="80"/>
      </w:pPr>
      <w:r>
        <w:rPr>
          <w:sz w:val="30"/>
        </w:rPr>
        <w:t>What two things does the manager give her?</w:t>
      </w:r>
    </w:p>
    <w:p w14:paraId="1A344EE2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63C2F36A" w14:textId="77777777" w:rsidR="00274EA3" w:rsidRDefault="00000000">
      <w:pPr>
        <w:spacing w:after="80"/>
      </w:pPr>
      <w:r>
        <w:rPr>
          <w:sz w:val="30"/>
        </w:rPr>
        <w:t>What problem does Tara have?</w:t>
      </w:r>
    </w:p>
    <w:p w14:paraId="49011601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49B5FECD" w14:textId="77777777" w:rsidR="00274EA3" w:rsidRDefault="00000000">
      <w:pPr>
        <w:spacing w:after="80"/>
      </w:pPr>
      <w:r>
        <w:rPr>
          <w:sz w:val="30"/>
        </w:rPr>
        <w:t>What does Tara do to solve the problem?</w:t>
      </w:r>
    </w:p>
    <w:p w14:paraId="65FCE187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3164D6D4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7CB67E19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492543E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Story 2: The Missed Bus</w:t>
            </w:r>
            <w:r>
              <w:rPr>
                <w:color w:val="FFFFFF"/>
                <w:sz w:val="24"/>
              </w:rPr>
              <w:br/>
              <w:t>Think about the problem and plan</w:t>
            </w:r>
          </w:p>
        </w:tc>
      </w:tr>
    </w:tbl>
    <w:p w14:paraId="00109267" w14:textId="77777777" w:rsidR="00274EA3" w:rsidRDefault="00274EA3">
      <w:pPr>
        <w:spacing w:after="0"/>
      </w:pPr>
    </w:p>
    <w:p w14:paraId="16CD1CB6" w14:textId="77777777" w:rsidR="00274EA3" w:rsidRDefault="00000000">
      <w:pPr>
        <w:spacing w:after="160"/>
      </w:pPr>
      <w:r>
        <w:rPr>
          <w:b/>
          <w:color w:val="2E5D7B"/>
          <w:sz w:val="40"/>
        </w:rPr>
        <w:t>The Missed Bus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238392F3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5D33ACC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Andre leaves class at 3:00.</w:t>
            </w:r>
            <w:r>
              <w:rPr>
                <w:color w:val="1F2933"/>
                <w:sz w:val="34"/>
              </w:rPr>
              <w:br/>
              <w:t>He walks to the bus stop, but the bus has already left.</w:t>
            </w:r>
            <w:r>
              <w:rPr>
                <w:color w:val="1F2933"/>
                <w:sz w:val="34"/>
              </w:rPr>
              <w:br/>
              <w:t>Andre reads the sign and sees another bus will come at 3:30.</w:t>
            </w:r>
            <w:r>
              <w:rPr>
                <w:color w:val="1F2933"/>
                <w:sz w:val="34"/>
              </w:rPr>
              <w:br/>
              <w:t>He calls home and says he will be late.</w:t>
            </w:r>
            <w:r>
              <w:rPr>
                <w:color w:val="1F2933"/>
                <w:sz w:val="34"/>
              </w:rPr>
              <w:br/>
              <w:t>Then he waits inside the library.</w:t>
            </w:r>
          </w:p>
        </w:tc>
      </w:tr>
    </w:tbl>
    <w:p w14:paraId="09A938B1" w14:textId="77777777" w:rsidR="00274EA3" w:rsidRDefault="00274EA3">
      <w:pPr>
        <w:spacing w:after="0"/>
      </w:pPr>
    </w:p>
    <w:p w14:paraId="3BF08B8F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1626BBB4" w14:textId="77777777" w:rsidR="00274EA3" w:rsidRDefault="00000000">
      <w:pPr>
        <w:spacing w:after="80"/>
      </w:pPr>
      <w:r>
        <w:rPr>
          <w:sz w:val="30"/>
        </w:rPr>
        <w:t>What time does Andre leave class?</w:t>
      </w:r>
    </w:p>
    <w:p w14:paraId="66FB9831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5D0A8BA8" w14:textId="77777777" w:rsidR="00274EA3" w:rsidRDefault="00000000">
      <w:pPr>
        <w:spacing w:after="80"/>
      </w:pPr>
      <w:r>
        <w:rPr>
          <w:sz w:val="30"/>
        </w:rPr>
        <w:t>What problem does he have?</w:t>
      </w:r>
    </w:p>
    <w:p w14:paraId="789C8F88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93B5D01" w14:textId="77777777" w:rsidR="00274EA3" w:rsidRDefault="00000000">
      <w:pPr>
        <w:spacing w:after="80"/>
      </w:pPr>
      <w:r>
        <w:rPr>
          <w:sz w:val="30"/>
        </w:rPr>
        <w:t>How does the sign help him?</w:t>
      </w:r>
    </w:p>
    <w:p w14:paraId="656BA7EF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6E165AFB" w14:textId="77777777" w:rsidR="00274EA3" w:rsidRDefault="00000000">
      <w:pPr>
        <w:spacing w:after="80"/>
      </w:pPr>
      <w:r>
        <w:rPr>
          <w:sz w:val="30"/>
        </w:rPr>
        <w:t>Why does he call home?</w:t>
      </w:r>
    </w:p>
    <w:p w14:paraId="6AAD433F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13F9AFAA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C29C994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CD4D62F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Story 3: A Grocery List</w:t>
            </w:r>
            <w:r>
              <w:rPr>
                <w:color w:val="FFFFFF"/>
                <w:sz w:val="24"/>
              </w:rPr>
              <w:br/>
              <w:t>Reading helps with daily tasks</w:t>
            </w:r>
          </w:p>
        </w:tc>
      </w:tr>
    </w:tbl>
    <w:p w14:paraId="2A26FA06" w14:textId="77777777" w:rsidR="00274EA3" w:rsidRDefault="00274EA3">
      <w:pPr>
        <w:spacing w:after="0"/>
      </w:pPr>
    </w:p>
    <w:p w14:paraId="3452880E" w14:textId="77777777" w:rsidR="00274EA3" w:rsidRDefault="00000000">
      <w:pPr>
        <w:spacing w:after="160"/>
      </w:pPr>
      <w:r>
        <w:rPr>
          <w:b/>
          <w:color w:val="2E5D7B"/>
          <w:sz w:val="40"/>
        </w:rPr>
        <w:t>A Grocery List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209CE058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D3A4CB0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Keisha writes a short grocery list.</w:t>
            </w:r>
            <w:r>
              <w:rPr>
                <w:color w:val="1F2933"/>
                <w:sz w:val="34"/>
              </w:rPr>
              <w:br/>
              <w:t>She needs rice, beans, chicken, apples, and soap.</w:t>
            </w:r>
            <w:r>
              <w:rPr>
                <w:color w:val="1F2933"/>
                <w:sz w:val="34"/>
              </w:rPr>
              <w:br/>
              <w:t>At the store, she checks each word and puts the item in her cart.</w:t>
            </w:r>
            <w:r>
              <w:rPr>
                <w:color w:val="1F2933"/>
                <w:sz w:val="34"/>
              </w:rPr>
              <w:br/>
              <w:t>She marks off each item.</w:t>
            </w:r>
            <w:r>
              <w:rPr>
                <w:color w:val="1F2933"/>
                <w:sz w:val="34"/>
              </w:rPr>
              <w:br/>
              <w:t>Her list helps her remember everything.</w:t>
            </w:r>
          </w:p>
        </w:tc>
      </w:tr>
    </w:tbl>
    <w:p w14:paraId="3D5752BB" w14:textId="77777777" w:rsidR="00274EA3" w:rsidRDefault="00274EA3">
      <w:pPr>
        <w:spacing w:after="0"/>
      </w:pPr>
    </w:p>
    <w:p w14:paraId="5A0DA3B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584E0D13" w14:textId="77777777" w:rsidR="00274EA3" w:rsidRDefault="00000000">
      <w:pPr>
        <w:spacing w:after="80"/>
      </w:pPr>
      <w:r>
        <w:rPr>
          <w:sz w:val="30"/>
        </w:rPr>
        <w:t>What does Keisha write?</w:t>
      </w:r>
    </w:p>
    <w:p w14:paraId="45588631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7020DC0A" w14:textId="77777777" w:rsidR="00274EA3" w:rsidRDefault="00000000">
      <w:pPr>
        <w:spacing w:after="80"/>
      </w:pPr>
      <w:r>
        <w:rPr>
          <w:sz w:val="30"/>
        </w:rPr>
        <w:t>Name three things she needs.</w:t>
      </w:r>
    </w:p>
    <w:p w14:paraId="37A66E75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06E85E0B" w14:textId="77777777" w:rsidR="00274EA3" w:rsidRDefault="00000000">
      <w:pPr>
        <w:spacing w:after="80"/>
      </w:pPr>
      <w:r>
        <w:rPr>
          <w:sz w:val="30"/>
        </w:rPr>
        <w:t>What does she do after she puts an item in the cart?</w:t>
      </w:r>
    </w:p>
    <w:p w14:paraId="1B6C6FD0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A0A51A9" w14:textId="77777777" w:rsidR="00274EA3" w:rsidRDefault="00000000">
      <w:pPr>
        <w:spacing w:after="80"/>
      </w:pPr>
      <w:r>
        <w:rPr>
          <w:sz w:val="30"/>
        </w:rPr>
        <w:t>How does the list help her?</w:t>
      </w:r>
    </w:p>
    <w:p w14:paraId="68EB84BA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2E4FC696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302C3494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5823B5D" w14:textId="77777777" w:rsidR="00274EA3" w:rsidRDefault="00000000">
            <w:pPr>
              <w:jc w:val="center"/>
            </w:pPr>
            <w:r>
              <w:rPr>
                <w:b/>
                <w:color w:val="DCEAF3"/>
                <w:sz w:val="22"/>
              </w:rPr>
              <w:lastRenderedPageBreak/>
              <w:t>UNIT 11</w:t>
            </w:r>
            <w:r>
              <w:rPr>
                <w:b/>
                <w:color w:val="DCEAF3"/>
                <w:sz w:val="22"/>
              </w:rPr>
              <w:br/>
            </w:r>
            <w:r>
              <w:rPr>
                <w:b/>
                <w:color w:val="FFFFFF"/>
                <w:sz w:val="44"/>
              </w:rPr>
              <w:t>Story 4: Keep Practicing</w:t>
            </w:r>
            <w:r>
              <w:rPr>
                <w:color w:val="FFFFFF"/>
                <w:sz w:val="24"/>
              </w:rPr>
              <w:br/>
              <w:t>Progress comes one step at a time</w:t>
            </w:r>
          </w:p>
        </w:tc>
      </w:tr>
    </w:tbl>
    <w:p w14:paraId="2AE9EAC8" w14:textId="77777777" w:rsidR="00274EA3" w:rsidRDefault="00274EA3">
      <w:pPr>
        <w:spacing w:after="0"/>
      </w:pPr>
    </w:p>
    <w:p w14:paraId="6AE0CC67" w14:textId="77777777" w:rsidR="00274EA3" w:rsidRDefault="00000000">
      <w:pPr>
        <w:spacing w:after="160"/>
      </w:pPr>
      <w:r>
        <w:rPr>
          <w:b/>
          <w:color w:val="2E5D7B"/>
          <w:sz w:val="40"/>
        </w:rPr>
        <w:t>Keep Practicing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3D497B8C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4D0E6BC6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Ray reads slowly, and long words are hard for him.</w:t>
            </w:r>
            <w:r>
              <w:rPr>
                <w:color w:val="1F2933"/>
                <w:sz w:val="34"/>
              </w:rPr>
              <w:br/>
              <w:t>Every morning, he practices five useful words.</w:t>
            </w:r>
            <w:r>
              <w:rPr>
                <w:color w:val="1F2933"/>
                <w:sz w:val="34"/>
              </w:rPr>
              <w:br/>
              <w:t>He reads the words, writes them, and uses them in a sentence.</w:t>
            </w:r>
            <w:r>
              <w:rPr>
                <w:color w:val="1F2933"/>
                <w:sz w:val="34"/>
              </w:rPr>
              <w:br/>
              <w:t>After two weeks, Ray can read the words without help.</w:t>
            </w:r>
            <w:r>
              <w:rPr>
                <w:color w:val="1F2933"/>
                <w:sz w:val="34"/>
              </w:rPr>
              <w:br/>
              <w:t>He chooses five new words and keeps going.</w:t>
            </w:r>
          </w:p>
        </w:tc>
      </w:tr>
    </w:tbl>
    <w:p w14:paraId="471583EC" w14:textId="77777777" w:rsidR="00274EA3" w:rsidRDefault="00274EA3">
      <w:pPr>
        <w:spacing w:after="0"/>
      </w:pPr>
    </w:p>
    <w:p w14:paraId="1F72DB50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14545917" w14:textId="77777777" w:rsidR="00274EA3" w:rsidRDefault="00000000">
      <w:pPr>
        <w:spacing w:after="80"/>
      </w:pPr>
      <w:r>
        <w:rPr>
          <w:sz w:val="30"/>
        </w:rPr>
        <w:t>What is hard for Ray?</w:t>
      </w:r>
    </w:p>
    <w:p w14:paraId="02EA96B5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7CA45EF0" w14:textId="77777777" w:rsidR="00274EA3" w:rsidRDefault="00000000">
      <w:pPr>
        <w:spacing w:after="80"/>
      </w:pPr>
      <w:r>
        <w:rPr>
          <w:sz w:val="30"/>
        </w:rPr>
        <w:t>How many words does he practice?</w:t>
      </w:r>
    </w:p>
    <w:p w14:paraId="48DB1E71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192BAC32" w14:textId="77777777" w:rsidR="00274EA3" w:rsidRDefault="00000000">
      <w:pPr>
        <w:spacing w:after="80"/>
      </w:pPr>
      <w:r>
        <w:rPr>
          <w:sz w:val="30"/>
        </w:rPr>
        <w:t>What three things does he do with each word?</w:t>
      </w:r>
    </w:p>
    <w:p w14:paraId="3B79B728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47744DD3" w14:textId="77777777" w:rsidR="00274EA3" w:rsidRDefault="00000000">
      <w:pPr>
        <w:spacing w:after="80"/>
      </w:pPr>
      <w:r>
        <w:rPr>
          <w:sz w:val="30"/>
        </w:rPr>
        <w:t>What does Ray do after two weeks?</w:t>
      </w:r>
    </w:p>
    <w:p w14:paraId="53DA7EC1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003D898F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CB956F3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3D2E573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Unit 11 Review</w:t>
            </w:r>
            <w:r>
              <w:rPr>
                <w:color w:val="FFFFFF"/>
                <w:sz w:val="24"/>
              </w:rPr>
              <w:br/>
              <w:t>Show what you know</w:t>
            </w:r>
          </w:p>
        </w:tc>
      </w:tr>
    </w:tbl>
    <w:p w14:paraId="4D499F43" w14:textId="77777777" w:rsidR="00274EA3" w:rsidRDefault="00274EA3">
      <w:pPr>
        <w:spacing w:after="0"/>
      </w:pPr>
    </w:p>
    <w:p w14:paraId="1C6FB844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CHOOSE  </w:t>
      </w:r>
      <w:r>
        <w:rPr>
          <w:sz w:val="28"/>
        </w:rPr>
        <w:t>Choose one story from this unit.</w:t>
      </w:r>
    </w:p>
    <w:p w14:paraId="04FCC3E7" w14:textId="77777777" w:rsidR="00274EA3" w:rsidRDefault="00000000">
      <w:pPr>
        <w:spacing w:after="40"/>
      </w:pPr>
      <w:r>
        <w:rPr>
          <w:sz w:val="28"/>
        </w:rPr>
        <w:t>Story title:</w:t>
      </w:r>
    </w:p>
    <w:p w14:paraId="6FF4150F" w14:textId="77777777" w:rsidR="00274EA3" w:rsidRDefault="00000000">
      <w:r>
        <w:rPr>
          <w:color w:val="6F7D87"/>
        </w:rPr>
        <w:t>_______________________________________________________</w:t>
      </w:r>
    </w:p>
    <w:p w14:paraId="01D8DDBC" w14:textId="77777777" w:rsidR="00274EA3" w:rsidRDefault="00000000">
      <w:pPr>
        <w:spacing w:after="40"/>
      </w:pPr>
      <w:r>
        <w:rPr>
          <w:b/>
          <w:color w:val="2E5D7B"/>
        </w:rPr>
        <w:t>Who was in the story?</w:t>
      </w:r>
    </w:p>
    <w:p w14:paraId="77BF1D61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79D71942" w14:textId="77777777" w:rsidR="00274EA3" w:rsidRDefault="00000000">
      <w:pPr>
        <w:spacing w:after="40"/>
      </w:pPr>
      <w:r>
        <w:rPr>
          <w:b/>
          <w:color w:val="2E5D7B"/>
        </w:rPr>
        <w:t>What happened?</w:t>
      </w:r>
    </w:p>
    <w:p w14:paraId="4BF0F608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761B70E3" w14:textId="77777777" w:rsidR="00274EA3" w:rsidRDefault="00000000">
      <w:pPr>
        <w:spacing w:after="40"/>
      </w:pPr>
      <w:r>
        <w:rPr>
          <w:b/>
          <w:color w:val="2E5D7B"/>
        </w:rPr>
        <w:t>What choice or plan helped?</w:t>
      </w:r>
    </w:p>
    <w:p w14:paraId="15C6A875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01394AE1" w14:textId="77777777" w:rsidR="00274EA3" w:rsidRDefault="00000000">
      <w:pPr>
        <w:spacing w:after="40"/>
      </w:pPr>
      <w:r>
        <w:rPr>
          <w:b/>
          <w:color w:val="2E5D7B"/>
        </w:rPr>
        <w:t>What did the story teach you?</w:t>
      </w:r>
    </w:p>
    <w:p w14:paraId="0DFA39F6" w14:textId="77777777" w:rsidR="00274EA3" w:rsidRDefault="00000000">
      <w:r>
        <w:rPr>
          <w:color w:val="6F7D87"/>
          <w:sz w:val="24"/>
        </w:rPr>
        <w:t>_______________________________________________________</w:t>
      </w:r>
    </w:p>
    <w:p w14:paraId="538E49E4" w14:textId="77777777" w:rsidR="00274EA3" w:rsidRDefault="00000000">
      <w:r>
        <w:rPr>
          <w:sz w:val="30"/>
        </w:rPr>
        <w:t>[  ]  I can read a short story.</w:t>
      </w:r>
    </w:p>
    <w:p w14:paraId="14B585A9" w14:textId="77777777" w:rsidR="00274EA3" w:rsidRDefault="00000000">
      <w:r>
        <w:rPr>
          <w:sz w:val="30"/>
        </w:rPr>
        <w:t>[  ]  I can answer questions about a story.</w:t>
      </w:r>
    </w:p>
    <w:p w14:paraId="12D56DAD" w14:textId="77777777" w:rsidR="00274EA3" w:rsidRDefault="00000000">
      <w:r>
        <w:rPr>
          <w:sz w:val="30"/>
        </w:rPr>
        <w:t>[  ]  I can tell the story in my own words.</w:t>
      </w:r>
    </w:p>
    <w:p w14:paraId="20DD520D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018A55F7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5A18C25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Final Reading Review</w:t>
            </w:r>
            <w:r>
              <w:rPr>
                <w:color w:val="FFFFFF"/>
                <w:sz w:val="24"/>
              </w:rPr>
              <w:br/>
              <w:t>Look how much you can read</w:t>
            </w:r>
          </w:p>
        </w:tc>
      </w:tr>
    </w:tbl>
    <w:p w14:paraId="33109523" w14:textId="77777777" w:rsidR="00274EA3" w:rsidRDefault="00274EA3">
      <w:pPr>
        <w:spacing w:after="0"/>
      </w:pPr>
    </w:p>
    <w:p w14:paraId="1E36203B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words.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274EA3" w14:paraId="26B3E50F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D7F457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please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6990079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before</w:t>
            </w:r>
          </w:p>
        </w:tc>
      </w:tr>
      <w:tr w:rsidR="00274EA3" w14:paraId="6D703C19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E6729FE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inside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36C2E24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today</w:t>
            </w:r>
          </w:p>
        </w:tc>
      </w:tr>
      <w:tr w:rsidR="00274EA3" w14:paraId="01AE4EB6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05BE77A8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reading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7012326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helped</w:t>
            </w:r>
          </w:p>
        </w:tc>
      </w:tr>
      <w:tr w:rsidR="00274EA3" w14:paraId="3FA2F879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70E50CB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phone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B3E49D4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class</w:t>
            </w:r>
          </w:p>
        </w:tc>
      </w:tr>
      <w:tr w:rsidR="00274EA3" w14:paraId="6447A179" w14:textId="77777777">
        <w:trPr>
          <w:cantSplit/>
          <w:jc w:val="center"/>
        </w:trPr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A23051C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check</w:t>
            </w:r>
          </w:p>
        </w:tc>
        <w:tc>
          <w:tcPr>
            <w:tcW w:w="4752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5C87E421" w14:textId="77777777" w:rsidR="00274EA3" w:rsidRDefault="00000000">
            <w:pPr>
              <w:jc w:val="center"/>
            </w:pPr>
            <w:r>
              <w:rPr>
                <w:b/>
                <w:color w:val="1F2933"/>
                <w:sz w:val="34"/>
              </w:rPr>
              <w:t>work</w:t>
            </w:r>
          </w:p>
        </w:tc>
      </w:tr>
    </w:tbl>
    <w:p w14:paraId="2B0A96D8" w14:textId="77777777" w:rsidR="00274EA3" w:rsidRDefault="00274EA3">
      <w:pPr>
        <w:spacing w:after="0"/>
      </w:pPr>
    </w:p>
    <w:p w14:paraId="5049A7E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sentences.</w:t>
      </w:r>
    </w:p>
    <w:p w14:paraId="34BBDF34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Please call before class.</w:t>
      </w:r>
    </w:p>
    <w:p w14:paraId="266E98E5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I am reading the note inside.</w:t>
      </w:r>
    </w:p>
    <w:p w14:paraId="7BEC5C35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She helped me check the schedule.</w:t>
      </w:r>
    </w:p>
    <w:p w14:paraId="359A6759" w14:textId="77777777" w:rsidR="00274EA3" w:rsidRDefault="00000000">
      <w:pPr>
        <w:pStyle w:val="StoryText"/>
        <w:spacing w:after="120" w:line="276" w:lineRule="auto"/>
      </w:pPr>
      <w:r>
        <w:rPr>
          <w:color w:val="000000"/>
        </w:rPr>
        <w:t>We will work at the shop today.</w:t>
      </w:r>
    </w:p>
    <w:p w14:paraId="7F7B922D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Write one sentence about yourself.</w:t>
      </w:r>
    </w:p>
    <w:p w14:paraId="42A3C82D" w14:textId="77777777" w:rsidR="00274EA3" w:rsidRDefault="00000000">
      <w:r>
        <w:rPr>
          <w:color w:val="6F7D87"/>
        </w:rPr>
        <w:t>_______________________________________________________</w:t>
      </w:r>
    </w:p>
    <w:p w14:paraId="20433BB1" w14:textId="77777777" w:rsidR="00274EA3" w:rsidRDefault="00000000">
      <w:r>
        <w:rPr>
          <w:color w:val="6F7D87"/>
        </w:rPr>
        <w:t>_______________________________________________________</w:t>
      </w:r>
    </w:p>
    <w:p w14:paraId="4E55CADE" w14:textId="77777777" w:rsidR="00274EA3" w:rsidRDefault="00000000">
      <w:r>
        <w:rPr>
          <w:color w:val="6F7D87"/>
        </w:rPr>
        <w:t>_______________________________________________________</w:t>
      </w:r>
    </w:p>
    <w:p w14:paraId="4C54911F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165C8BC0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350305F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Final Paragraph</w:t>
            </w:r>
            <w:r>
              <w:rPr>
                <w:color w:val="FFFFFF"/>
                <w:sz w:val="24"/>
              </w:rPr>
              <w:br/>
              <w:t>Read, answer, and think</w:t>
            </w:r>
          </w:p>
        </w:tc>
      </w:tr>
    </w:tbl>
    <w:p w14:paraId="7769F30D" w14:textId="77777777" w:rsidR="00274EA3" w:rsidRDefault="00274EA3">
      <w:pPr>
        <w:spacing w:after="0"/>
      </w:pPr>
    </w:p>
    <w:p w14:paraId="369E43AB" w14:textId="77777777" w:rsidR="00274EA3" w:rsidRDefault="00000000">
      <w:pPr>
        <w:spacing w:after="160"/>
      </w:pPr>
      <w:r>
        <w:rPr>
          <w:b/>
          <w:color w:val="2E5D7B"/>
          <w:sz w:val="40"/>
        </w:rPr>
        <w:t>My Reading Progress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0"/>
      </w:tblGrid>
      <w:tr w:rsidR="00274EA3" w14:paraId="616BA69C" w14:textId="77777777">
        <w:trPr>
          <w:jc w:val="center"/>
        </w:trPr>
        <w:tc>
          <w:tcPr>
            <w:tcW w:w="10080" w:type="dxa"/>
            <w:tcBorders>
              <w:top w:val="single" w:sz="8" w:space="0" w:color="8BB4CC"/>
              <w:left w:val="single" w:sz="8" w:space="0" w:color="8BB4CC"/>
              <w:bottom w:val="single" w:sz="8" w:space="0" w:color="8BB4CC"/>
              <w:right w:val="single" w:sz="8" w:space="0" w:color="8BB4CC"/>
            </w:tcBorders>
            <w:shd w:val="clear" w:color="auto" w:fill="EEF5F9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7096BA08" w14:textId="77777777" w:rsidR="00274EA3" w:rsidRDefault="00000000">
            <w:pPr>
              <w:spacing w:line="324" w:lineRule="auto"/>
            </w:pPr>
            <w:r>
              <w:rPr>
                <w:color w:val="1F2933"/>
                <w:sz w:val="34"/>
              </w:rPr>
              <w:t>Jamal wanted to read signs, forms, and work notes by himself.</w:t>
            </w:r>
            <w:r>
              <w:rPr>
                <w:color w:val="1F2933"/>
                <w:sz w:val="34"/>
              </w:rPr>
              <w:br/>
              <w:t>He practiced a little each day.</w:t>
            </w:r>
            <w:r>
              <w:rPr>
                <w:color w:val="1F2933"/>
                <w:sz w:val="34"/>
              </w:rPr>
              <w:br/>
              <w:t>He asked for help when he needed it.</w:t>
            </w:r>
            <w:r>
              <w:rPr>
                <w:color w:val="1F2933"/>
                <w:sz w:val="34"/>
              </w:rPr>
              <w:br/>
              <w:t>Now Jamal can read many useful words and short paragraphs.</w:t>
            </w:r>
            <w:r>
              <w:rPr>
                <w:color w:val="1F2933"/>
                <w:sz w:val="34"/>
              </w:rPr>
              <w:br/>
              <w:t>He knows he still has more to learn, and he is ready for the next step.</w:t>
            </w:r>
          </w:p>
        </w:tc>
      </w:tr>
    </w:tbl>
    <w:p w14:paraId="79E3A97A" w14:textId="77777777" w:rsidR="00274EA3" w:rsidRDefault="00274EA3">
      <w:pPr>
        <w:spacing w:after="0"/>
      </w:pPr>
    </w:p>
    <w:p w14:paraId="2DE9A25C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READ  </w:t>
      </w:r>
      <w:r>
        <w:rPr>
          <w:sz w:val="28"/>
        </w:rPr>
        <w:t>Read the story again. Then answer.</w:t>
      </w:r>
    </w:p>
    <w:p w14:paraId="770672C5" w14:textId="77777777" w:rsidR="00274EA3" w:rsidRDefault="00000000">
      <w:pPr>
        <w:spacing w:after="80"/>
      </w:pPr>
      <w:r>
        <w:rPr>
          <w:sz w:val="30"/>
        </w:rPr>
        <w:t>What did Jamal want to read?</w:t>
      </w:r>
    </w:p>
    <w:p w14:paraId="4D6DD71E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09E274F1" w14:textId="77777777" w:rsidR="00274EA3" w:rsidRDefault="00000000">
      <w:pPr>
        <w:spacing w:after="80"/>
      </w:pPr>
      <w:r>
        <w:rPr>
          <w:sz w:val="30"/>
        </w:rPr>
        <w:t>What helped him improve?</w:t>
      </w:r>
    </w:p>
    <w:p w14:paraId="4FACE943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377D9385" w14:textId="77777777" w:rsidR="00274EA3" w:rsidRDefault="00000000">
      <w:pPr>
        <w:spacing w:after="80"/>
      </w:pPr>
      <w:r>
        <w:rPr>
          <w:sz w:val="30"/>
        </w:rPr>
        <w:t>What can he read now?</w:t>
      </w:r>
    </w:p>
    <w:p w14:paraId="67912989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46F34CE7" w14:textId="77777777" w:rsidR="00274EA3" w:rsidRDefault="00000000">
      <w:pPr>
        <w:spacing w:after="80"/>
      </w:pPr>
      <w:r>
        <w:rPr>
          <w:sz w:val="30"/>
        </w:rPr>
        <w:t>How does Jamal feel about learning more?</w:t>
      </w:r>
    </w:p>
    <w:p w14:paraId="7EDA157A" w14:textId="77777777" w:rsidR="00274EA3" w:rsidRDefault="00000000">
      <w:r>
        <w:rPr>
          <w:color w:val="6F7D87"/>
          <w:sz w:val="26"/>
        </w:rPr>
        <w:t>_______________________________________________________</w:t>
      </w:r>
    </w:p>
    <w:p w14:paraId="0F76E82D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5CA342EC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FB5CDC1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My Reading Progress</w:t>
            </w:r>
            <w:r>
              <w:rPr>
                <w:color w:val="FFFFFF"/>
                <w:sz w:val="24"/>
              </w:rPr>
              <w:br/>
              <w:t>Notice every small win</w:t>
            </w:r>
          </w:p>
        </w:tc>
      </w:tr>
    </w:tbl>
    <w:p w14:paraId="7E4B4174" w14:textId="77777777" w:rsidR="00274EA3" w:rsidRDefault="00274EA3">
      <w:pPr>
        <w:spacing w:after="0"/>
      </w:pPr>
    </w:p>
    <w:p w14:paraId="281B0AA9" w14:textId="77777777" w:rsidR="00274EA3" w:rsidRDefault="00000000">
      <w:r>
        <w:rPr>
          <w:sz w:val="30"/>
        </w:rPr>
        <w:t>[  ]  I can read words with blends and letter teams.</w:t>
      </w:r>
    </w:p>
    <w:p w14:paraId="3074B143" w14:textId="77777777" w:rsidR="00274EA3" w:rsidRDefault="00000000">
      <w:r>
        <w:rPr>
          <w:sz w:val="30"/>
        </w:rPr>
        <w:t>[  ]  I can read some long-vowel words.</w:t>
      </w:r>
    </w:p>
    <w:p w14:paraId="07C13634" w14:textId="77777777" w:rsidR="00274EA3" w:rsidRDefault="00000000">
      <w:r>
        <w:rPr>
          <w:sz w:val="30"/>
        </w:rPr>
        <w:t>[  ]  I can read words with s, ing, and ed.</w:t>
      </w:r>
    </w:p>
    <w:p w14:paraId="1A491AB8" w14:textId="77777777" w:rsidR="00274EA3" w:rsidRDefault="00000000">
      <w:r>
        <w:rPr>
          <w:sz w:val="30"/>
        </w:rPr>
        <w:t>[  ]  I can read signs and directions.</w:t>
      </w:r>
    </w:p>
    <w:p w14:paraId="0192D6AB" w14:textId="77777777" w:rsidR="00274EA3" w:rsidRDefault="00000000">
      <w:r>
        <w:rPr>
          <w:sz w:val="30"/>
        </w:rPr>
        <w:t>[  ]  I can read a form, note, text, or schedule.</w:t>
      </w:r>
    </w:p>
    <w:p w14:paraId="79421F15" w14:textId="77777777" w:rsidR="00274EA3" w:rsidRDefault="00000000">
      <w:r>
        <w:rPr>
          <w:sz w:val="30"/>
        </w:rPr>
        <w:t>[  ]  I can read a short paragraph or story.</w:t>
      </w:r>
    </w:p>
    <w:p w14:paraId="78AF54F9" w14:textId="77777777" w:rsidR="00274EA3" w:rsidRDefault="00000000">
      <w:r>
        <w:rPr>
          <w:sz w:val="30"/>
        </w:rPr>
        <w:t>[  ]  I ask for help when I need it.</w:t>
      </w:r>
    </w:p>
    <w:p w14:paraId="795BD2DC" w14:textId="77777777" w:rsidR="00274EA3" w:rsidRDefault="00000000">
      <w:r>
        <w:rPr>
          <w:sz w:val="30"/>
        </w:rPr>
        <w:t>[  ]  I keep trying when reading is hard.</w:t>
      </w:r>
    </w:p>
    <w:p w14:paraId="52B52C3F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One thing I can read now:</w:t>
      </w:r>
    </w:p>
    <w:p w14:paraId="0B6F3D23" w14:textId="77777777" w:rsidR="00274EA3" w:rsidRDefault="00000000">
      <w:r>
        <w:rPr>
          <w:color w:val="6F7D87"/>
        </w:rPr>
        <w:t>_______________________________________________________</w:t>
      </w:r>
    </w:p>
    <w:p w14:paraId="45892FCC" w14:textId="77777777" w:rsidR="00274EA3" w:rsidRDefault="00000000">
      <w:r>
        <w:rPr>
          <w:color w:val="6F7D87"/>
        </w:rPr>
        <w:t>_______________________________________________________</w:t>
      </w:r>
    </w:p>
    <w:p w14:paraId="3AFB74E9" w14:textId="77777777" w:rsidR="00274EA3" w:rsidRDefault="00000000">
      <w:r>
        <w:rPr>
          <w:color w:val="6F7D87"/>
        </w:rPr>
        <w:t>_______________________________________________________</w:t>
      </w:r>
    </w:p>
    <w:p w14:paraId="5BC0D347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274EA3" w14:paraId="449B932D" w14:textId="77777777">
        <w:trPr>
          <w:jc w:val="center"/>
        </w:trPr>
        <w:tc>
          <w:tcPr>
            <w:tcW w:w="9720" w:type="dxa"/>
            <w:shd w:val="clear" w:color="auto" w:fill="2E5D7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F763352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4"/>
              </w:rPr>
              <w:lastRenderedPageBreak/>
              <w:t>My Next Reading Goals</w:t>
            </w:r>
            <w:r>
              <w:rPr>
                <w:color w:val="FFFFFF"/>
                <w:sz w:val="24"/>
              </w:rPr>
              <w:br/>
              <w:t>Choose small goals</w:t>
            </w:r>
          </w:p>
        </w:tc>
      </w:tr>
    </w:tbl>
    <w:p w14:paraId="1F69FCA4" w14:textId="77777777" w:rsidR="00274EA3" w:rsidRDefault="00274EA3">
      <w:pPr>
        <w:spacing w:after="0"/>
      </w:pPr>
    </w:p>
    <w:p w14:paraId="400DEA82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CHECK  </w:t>
      </w:r>
      <w:r>
        <w:rPr>
          <w:sz w:val="28"/>
        </w:rPr>
        <w:t>Choose two or three goals.</w:t>
      </w:r>
    </w:p>
    <w:p w14:paraId="70EA4947" w14:textId="77777777" w:rsidR="00274EA3" w:rsidRDefault="00000000">
      <w:r>
        <w:rPr>
          <w:sz w:val="30"/>
        </w:rPr>
        <w:t>[  ]  Read for ten minutes each day.</w:t>
      </w:r>
    </w:p>
    <w:p w14:paraId="670A10A4" w14:textId="77777777" w:rsidR="00274EA3" w:rsidRDefault="00000000">
      <w:r>
        <w:rPr>
          <w:sz w:val="30"/>
        </w:rPr>
        <w:t>[  ]  Learn five useful words each week.</w:t>
      </w:r>
    </w:p>
    <w:p w14:paraId="082D5A7E" w14:textId="77777777" w:rsidR="00274EA3" w:rsidRDefault="00000000">
      <w:r>
        <w:rPr>
          <w:sz w:val="30"/>
        </w:rPr>
        <w:t>[  ]  Read signs when I am away from home.</w:t>
      </w:r>
    </w:p>
    <w:p w14:paraId="4EF5515D" w14:textId="77777777" w:rsidR="00274EA3" w:rsidRDefault="00000000">
      <w:r>
        <w:rPr>
          <w:sz w:val="30"/>
        </w:rPr>
        <w:t>[  ]  Read a short note without help.</w:t>
      </w:r>
    </w:p>
    <w:p w14:paraId="343F4277" w14:textId="77777777" w:rsidR="00274EA3" w:rsidRDefault="00000000">
      <w:r>
        <w:rPr>
          <w:sz w:val="30"/>
        </w:rPr>
        <w:t>[  ]  Practice filling out forms.</w:t>
      </w:r>
    </w:p>
    <w:p w14:paraId="79E5955C" w14:textId="77777777" w:rsidR="00274EA3" w:rsidRDefault="00000000">
      <w:r>
        <w:rPr>
          <w:sz w:val="30"/>
        </w:rPr>
        <w:t>[  ]  Read one short story each week.</w:t>
      </w:r>
    </w:p>
    <w:p w14:paraId="779FEB38" w14:textId="77777777" w:rsidR="00274EA3" w:rsidRDefault="00000000">
      <w:r>
        <w:rPr>
          <w:sz w:val="30"/>
        </w:rPr>
        <w:t>[  ]  Ask someone to listen while I read.</w:t>
      </w:r>
    </w:p>
    <w:p w14:paraId="4D0FCCD6" w14:textId="77777777" w:rsidR="00274EA3" w:rsidRDefault="00000000">
      <w:r>
        <w:rPr>
          <w:sz w:val="30"/>
        </w:rPr>
        <w:t>[  ]  Move to the next reading level.</w:t>
      </w:r>
    </w:p>
    <w:p w14:paraId="72321391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My first goal is:</w:t>
      </w:r>
    </w:p>
    <w:p w14:paraId="06259C1D" w14:textId="77777777" w:rsidR="00274EA3" w:rsidRDefault="00000000">
      <w:r>
        <w:rPr>
          <w:color w:val="6F7D87"/>
        </w:rPr>
        <w:t>_______________________________________________________</w:t>
      </w:r>
    </w:p>
    <w:p w14:paraId="6BE2B084" w14:textId="77777777" w:rsidR="00274EA3" w:rsidRDefault="00000000">
      <w:r>
        <w:rPr>
          <w:color w:val="6F7D87"/>
        </w:rPr>
        <w:t>_______________________________________________________</w:t>
      </w:r>
    </w:p>
    <w:p w14:paraId="729AA9B1" w14:textId="77777777" w:rsidR="00274EA3" w:rsidRDefault="00000000">
      <w:r>
        <w:rPr>
          <w:color w:val="6F7D87"/>
        </w:rPr>
        <w:t>_______________________________________________________</w:t>
      </w:r>
    </w:p>
    <w:p w14:paraId="326CE150" w14:textId="77777777" w:rsidR="00274EA3" w:rsidRDefault="00000000">
      <w:pPr>
        <w:spacing w:after="160"/>
      </w:pPr>
      <w:r>
        <w:rPr>
          <w:b/>
          <w:color w:val="2E5D7B"/>
          <w:sz w:val="28"/>
        </w:rPr>
        <w:t xml:space="preserve">WRITE  </w:t>
      </w:r>
      <w:r>
        <w:rPr>
          <w:sz w:val="28"/>
        </w:rPr>
        <w:t>Someone who can help me is:</w:t>
      </w:r>
    </w:p>
    <w:p w14:paraId="160C9734" w14:textId="77777777" w:rsidR="00274EA3" w:rsidRDefault="00000000">
      <w:r>
        <w:rPr>
          <w:color w:val="6F7D87"/>
        </w:rPr>
        <w:t>_______________________________________________________</w:t>
      </w:r>
    </w:p>
    <w:p w14:paraId="7C1150E5" w14:textId="77777777" w:rsidR="00274EA3" w:rsidRDefault="00000000">
      <w:r>
        <w:rPr>
          <w:color w:val="6F7D87"/>
        </w:rPr>
        <w:t>_______________________________________________________</w:t>
      </w:r>
    </w:p>
    <w:p w14:paraId="3F596B6F" w14:textId="77777777" w:rsidR="00274EA3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16"/>
      </w:tblGrid>
      <w:tr w:rsidR="00274EA3" w14:paraId="6C22E364" w14:textId="77777777">
        <w:trPr>
          <w:jc w:val="center"/>
        </w:trPr>
        <w:tc>
          <w:tcPr>
            <w:tcW w:w="9216" w:type="dxa"/>
            <w:tcBorders>
              <w:top w:val="single" w:sz="14" w:space="0" w:color="2E5D7B"/>
              <w:left w:val="single" w:sz="14" w:space="0" w:color="2E5D7B"/>
              <w:bottom w:val="single" w:sz="14" w:space="0" w:color="2E5D7B"/>
              <w:right w:val="single" w:sz="14" w:space="0" w:color="2E5D7B"/>
            </w:tcBorders>
            <w:shd w:val="clear" w:color="auto" w:fill="2E5D7B"/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647B601B" w14:textId="77777777" w:rsidR="00274EA3" w:rsidRDefault="00000000">
            <w:pPr>
              <w:jc w:val="center"/>
            </w:pPr>
            <w:r>
              <w:rPr>
                <w:b/>
                <w:color w:val="FFFFFF"/>
                <w:sz w:val="48"/>
              </w:rPr>
              <w:lastRenderedPageBreak/>
              <w:t>CERTIFICATE OF PROGRESS</w:t>
            </w:r>
          </w:p>
        </w:tc>
      </w:tr>
      <w:tr w:rsidR="00274EA3" w14:paraId="211980E1" w14:textId="77777777">
        <w:trPr>
          <w:jc w:val="center"/>
        </w:trPr>
        <w:tc>
          <w:tcPr>
            <w:tcW w:w="9216" w:type="dxa"/>
            <w:tcBorders>
              <w:top w:val="single" w:sz="14" w:space="0" w:color="2E5D7B"/>
              <w:left w:val="single" w:sz="14" w:space="0" w:color="2E5D7B"/>
              <w:bottom w:val="single" w:sz="14" w:space="0" w:color="2E5D7B"/>
              <w:right w:val="single" w:sz="14" w:space="0" w:color="2E5D7B"/>
            </w:tcBorders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117A6FA3" w14:textId="77777777" w:rsidR="00274EA3" w:rsidRDefault="00000000">
            <w:pPr>
              <w:jc w:val="center"/>
            </w:pPr>
            <w:r>
              <w:rPr>
                <w:b/>
                <w:color w:val="2E5D7B"/>
                <w:sz w:val="36"/>
              </w:rPr>
              <w:t>WORDS FOR LIFE</w:t>
            </w:r>
            <w:r>
              <w:rPr>
                <w:color w:val="1F2933"/>
                <w:sz w:val="34"/>
              </w:rPr>
              <w:br/>
              <w:t>Reading Skills - Level 2</w:t>
            </w:r>
          </w:p>
        </w:tc>
      </w:tr>
      <w:tr w:rsidR="00274EA3" w14:paraId="33B1DC9B" w14:textId="77777777">
        <w:trPr>
          <w:jc w:val="center"/>
        </w:trPr>
        <w:tc>
          <w:tcPr>
            <w:tcW w:w="9216" w:type="dxa"/>
            <w:tcBorders>
              <w:top w:val="single" w:sz="14" w:space="0" w:color="2E5D7B"/>
              <w:left w:val="single" w:sz="14" w:space="0" w:color="2E5D7B"/>
              <w:bottom w:val="single" w:sz="14" w:space="0" w:color="2E5D7B"/>
              <w:right w:val="single" w:sz="14" w:space="0" w:color="2E5D7B"/>
            </w:tcBorders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6A720836" w14:textId="77777777" w:rsidR="00274EA3" w:rsidRDefault="00000000">
            <w:pPr>
              <w:jc w:val="center"/>
            </w:pPr>
            <w:r>
              <w:rPr>
                <w:color w:val="1F2933"/>
              </w:rPr>
              <w:t>This certificate is presented to</w:t>
            </w:r>
            <w:r>
              <w:rPr>
                <w:b/>
                <w:sz w:val="36"/>
              </w:rPr>
              <w:br/>
            </w:r>
            <w:r>
              <w:rPr>
                <w:b/>
                <w:sz w:val="36"/>
              </w:rPr>
              <w:br/>
              <w:t>________________________________________</w:t>
            </w:r>
          </w:p>
        </w:tc>
      </w:tr>
      <w:tr w:rsidR="00274EA3" w14:paraId="58DC0A25" w14:textId="77777777">
        <w:trPr>
          <w:jc w:val="center"/>
        </w:trPr>
        <w:tc>
          <w:tcPr>
            <w:tcW w:w="9216" w:type="dxa"/>
            <w:tcBorders>
              <w:top w:val="single" w:sz="14" w:space="0" w:color="2E5D7B"/>
              <w:left w:val="single" w:sz="14" w:space="0" w:color="2E5D7B"/>
              <w:bottom w:val="single" w:sz="14" w:space="0" w:color="2E5D7B"/>
              <w:right w:val="single" w:sz="14" w:space="0" w:color="2E5D7B"/>
            </w:tcBorders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4968E9BE" w14:textId="77777777" w:rsidR="00274EA3" w:rsidRDefault="00000000">
            <w:pPr>
              <w:jc w:val="center"/>
            </w:pPr>
            <w:r>
              <w:rPr>
                <w:color w:val="1F2933"/>
                <w:sz w:val="34"/>
              </w:rPr>
              <w:t>for courage, effort, and progress in reading.</w:t>
            </w:r>
            <w:r>
              <w:rPr>
                <w:b/>
                <w:color w:val="2E5D7B"/>
                <w:sz w:val="38"/>
              </w:rPr>
              <w:br/>
            </w:r>
            <w:r>
              <w:rPr>
                <w:b/>
                <w:color w:val="2E5D7B"/>
                <w:sz w:val="38"/>
              </w:rPr>
              <w:br/>
              <w:t>You are building strong reading skills.</w:t>
            </w:r>
          </w:p>
        </w:tc>
      </w:tr>
      <w:tr w:rsidR="00274EA3" w14:paraId="5A883FB7" w14:textId="77777777">
        <w:trPr>
          <w:jc w:val="center"/>
        </w:trPr>
        <w:tc>
          <w:tcPr>
            <w:tcW w:w="9216" w:type="dxa"/>
            <w:tcBorders>
              <w:top w:val="single" w:sz="14" w:space="0" w:color="2E5D7B"/>
              <w:left w:val="single" w:sz="14" w:space="0" w:color="2E5D7B"/>
              <w:bottom w:val="single" w:sz="14" w:space="0" w:color="2E5D7B"/>
              <w:right w:val="single" w:sz="14" w:space="0" w:color="2E5D7B"/>
            </w:tcBorders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0C7E0B68" w14:textId="77777777" w:rsidR="00274EA3" w:rsidRDefault="00000000">
            <w:pPr>
              <w:jc w:val="center"/>
            </w:pPr>
            <w:r>
              <w:rPr>
                <w:sz w:val="28"/>
              </w:rPr>
              <w:t>Date: ____________________        Instructor: ____________________</w:t>
            </w:r>
          </w:p>
        </w:tc>
      </w:tr>
    </w:tbl>
    <w:p w14:paraId="38012C64" w14:textId="77777777" w:rsidR="00065F4D" w:rsidRDefault="00065F4D"/>
    <w:sectPr w:rsidR="00065F4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2" w:right="1080" w:bottom="792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47DD" w14:textId="77777777" w:rsidR="00065F4D" w:rsidRDefault="00065F4D">
      <w:pPr>
        <w:spacing w:after="0" w:line="240" w:lineRule="auto"/>
      </w:pPr>
      <w:r>
        <w:separator/>
      </w:r>
    </w:p>
  </w:endnote>
  <w:endnote w:type="continuationSeparator" w:id="0">
    <w:p w14:paraId="5BC74CED" w14:textId="77777777" w:rsidR="00065F4D" w:rsidRDefault="0006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A717" w14:textId="77777777" w:rsidR="00274EA3" w:rsidRDefault="00274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E174" w14:textId="77777777" w:rsidR="00274EA3" w:rsidRDefault="00000000">
    <w:pPr>
      <w:pStyle w:val="Footer"/>
      <w:pBdr>
        <w:top w:val="single" w:sz="6" w:space="4" w:color="8BB4CC"/>
      </w:pBdr>
      <w:spacing w:before="40"/>
      <w:jc w:val="center"/>
    </w:pPr>
    <w:r>
      <w:rPr>
        <w:b/>
        <w:color w:val="2E5D7B"/>
        <w:sz w:val="18"/>
      </w:rPr>
      <w:t xml:space="preserve">WORDS FOR LIFE  |  LEVEL 2  |  </w:t>
    </w:r>
    <w:r>
      <w:rPr>
        <w:color w:val="2E5D7B"/>
        <w:sz w:val="20"/>
      </w:rPr>
      <w:fldChar w:fldCharType="begin"/>
    </w:r>
    <w:r>
      <w:rPr>
        <w:color w:val="2E5D7B"/>
        <w:sz w:val="20"/>
      </w:rPr>
      <w:instrText>PAGE</w:instrText>
    </w:r>
    <w:r w:rsidR="0075345F">
      <w:rPr>
        <w:color w:val="2E5D7B"/>
        <w:sz w:val="20"/>
      </w:rPr>
      <w:fldChar w:fldCharType="separate"/>
    </w:r>
    <w:r w:rsidR="0075345F">
      <w:rPr>
        <w:noProof/>
        <w:color w:val="2E5D7B"/>
        <w:sz w:val="20"/>
      </w:rPr>
      <w:t>1</w:t>
    </w:r>
    <w:r>
      <w:rPr>
        <w:color w:val="2E5D7B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A69C" w14:textId="77777777" w:rsidR="00274EA3" w:rsidRDefault="00274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58C6A" w14:textId="77777777" w:rsidR="00065F4D" w:rsidRDefault="00065F4D">
      <w:pPr>
        <w:spacing w:after="0" w:line="240" w:lineRule="auto"/>
      </w:pPr>
      <w:r>
        <w:separator/>
      </w:r>
    </w:p>
  </w:footnote>
  <w:footnote w:type="continuationSeparator" w:id="0">
    <w:p w14:paraId="225BC37F" w14:textId="77777777" w:rsidR="00065F4D" w:rsidRDefault="0006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54B8" w14:textId="77777777" w:rsidR="00274EA3" w:rsidRDefault="00274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9262" w14:textId="77777777" w:rsidR="00274EA3" w:rsidRDefault="00274E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6BF6" w14:textId="77777777" w:rsidR="00274EA3" w:rsidRDefault="00274E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1369971">
    <w:abstractNumId w:val="8"/>
  </w:num>
  <w:num w:numId="2" w16cid:durableId="1475367709">
    <w:abstractNumId w:val="6"/>
  </w:num>
  <w:num w:numId="3" w16cid:durableId="1263144545">
    <w:abstractNumId w:val="5"/>
  </w:num>
  <w:num w:numId="4" w16cid:durableId="525556721">
    <w:abstractNumId w:val="4"/>
  </w:num>
  <w:num w:numId="5" w16cid:durableId="1065448582">
    <w:abstractNumId w:val="7"/>
  </w:num>
  <w:num w:numId="6" w16cid:durableId="2002812081">
    <w:abstractNumId w:val="3"/>
  </w:num>
  <w:num w:numId="7" w16cid:durableId="1360665536">
    <w:abstractNumId w:val="2"/>
  </w:num>
  <w:num w:numId="8" w16cid:durableId="1311592827">
    <w:abstractNumId w:val="1"/>
  </w:num>
  <w:num w:numId="9" w16cid:durableId="553657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F4D"/>
    <w:rsid w:val="0015074B"/>
    <w:rsid w:val="00274EA3"/>
    <w:rsid w:val="0029639D"/>
    <w:rsid w:val="00326F90"/>
    <w:rsid w:val="0073227C"/>
    <w:rsid w:val="007534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A8F39E"/>
  <w14:defaultImageDpi w14:val="300"/>
  <w15:docId w15:val="{60CC1623-855A-4EE7-894D-55A1B09A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Palatino Linotype" w:eastAsia="Palatino Linotype" w:hAnsi="Palatino Linotype"/>
      <w:color w:val="000000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5D7B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D7B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oryText">
    <w:name w:val="StoryText"/>
    <w:pPr>
      <w:spacing w:after="100" w:line="300" w:lineRule="auto"/>
    </w:pPr>
    <w:rPr>
      <w:rFonts w:ascii="Palatino Linotype" w:eastAsia="Palatino Linotype" w:hAnsi="Palatino Linotype"/>
      <w:color w:val="1F2933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4444</Words>
  <Characters>25336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Words for Life: Reading Skills - Level 2</dc:title>
  <dc:subject>Adult beginning reading participant workbook, Level 2</dc:subject>
  <dc:creator>Tonya Hancock</dc:creator>
  <cp:keywords>adult literacy, beginning reading, participant workbook, level 2</cp:keywords>
  <dc:description>generated by python-docx</dc:description>
  <cp:lastModifiedBy>Tonya Hancock</cp:lastModifiedBy>
  <cp:revision>2</cp:revision>
  <dcterms:created xsi:type="dcterms:W3CDTF">2026-07-26T02:32:00Z</dcterms:created>
  <dcterms:modified xsi:type="dcterms:W3CDTF">2026-07-26T02:32:00Z</dcterms:modified>
  <cp:category/>
</cp:coreProperties>
</file>