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9B2240" w14:textId="77777777" w:rsidR="00477058" w:rsidRDefault="00000000">
      <w:pPr>
        <w:spacing w:before="360"/>
        <w:jc w:val="center"/>
      </w:pPr>
      <w:r>
        <w:rPr>
          <w:b/>
          <w:color w:val="1F4E79"/>
          <w:sz w:val="38"/>
        </w:rPr>
        <w:t>AI-FRIENDLY AND ATS-READY</w:t>
      </w:r>
    </w:p>
    <w:p w14:paraId="187DD402" w14:textId="77777777" w:rsidR="00477058" w:rsidRDefault="00000000">
      <w:pPr>
        <w:spacing w:after="40"/>
        <w:jc w:val="center"/>
      </w:pPr>
      <w:r>
        <w:rPr>
          <w:b/>
          <w:color w:val="000000"/>
          <w:sz w:val="48"/>
        </w:rPr>
        <w:t>RESUME TEMPLATE</w:t>
      </w:r>
    </w:p>
    <w:p w14:paraId="2E3B13A4" w14:textId="77777777" w:rsidR="00477058" w:rsidRDefault="00000000">
      <w:pPr>
        <w:spacing w:after="280"/>
        <w:jc w:val="center"/>
      </w:pPr>
      <w:r>
        <w:rPr>
          <w:i/>
          <w:color w:val="4B4B4B"/>
        </w:rPr>
        <w:t>Designed for simple editing, AI-assisted writing, and applicant tracking systems</w:t>
      </w:r>
    </w:p>
    <w:tbl>
      <w:tblPr>
        <w:tblW w:w="0" w:type="auto"/>
        <w:jc w:val="center"/>
        <w:tblLayout w:type="fixed"/>
        <w:tblLook w:val="04A0" w:firstRow="1" w:lastRow="0" w:firstColumn="1" w:lastColumn="0" w:noHBand="0" w:noVBand="1"/>
      </w:tblPr>
      <w:tblGrid>
        <w:gridCol w:w="10224"/>
      </w:tblGrid>
      <w:tr w:rsidR="00477058" w14:paraId="17BA732E" w14:textId="77777777">
        <w:trPr>
          <w:jc w:val="center"/>
        </w:trPr>
        <w:tc>
          <w:tcPr>
            <w:tcW w:w="10224" w:type="dxa"/>
            <w:shd w:val="clear" w:color="auto" w:fill="EAF2F8"/>
            <w:tcMar>
              <w:top w:w="130" w:type="dxa"/>
              <w:left w:w="150" w:type="dxa"/>
              <w:bottom w:w="130" w:type="dxa"/>
              <w:right w:w="150" w:type="dxa"/>
            </w:tcMar>
          </w:tcPr>
          <w:p w14:paraId="2B6D35EC" w14:textId="77777777" w:rsidR="00477058" w:rsidRDefault="00000000">
            <w:r>
              <w:rPr>
                <w:b/>
                <w:color w:val="1F4E79"/>
              </w:rPr>
              <w:t xml:space="preserve">Important: </w:t>
            </w:r>
            <w:r>
              <w:t>No AI system officially “approves” a resume. This template is designed to be easy for AI writing tools to help with and easy for most ATS systems to read.</w:t>
            </w:r>
          </w:p>
        </w:tc>
      </w:tr>
    </w:tbl>
    <w:p w14:paraId="66E17A62" w14:textId="77777777" w:rsidR="00477058" w:rsidRDefault="00000000">
      <w:pPr>
        <w:pStyle w:val="Heading1"/>
        <w:spacing w:before="160" w:after="80"/>
      </w:pPr>
      <w:r>
        <w:rPr>
          <w:rFonts w:ascii="Arial" w:hAnsi="Arial"/>
          <w:color w:val="1F4E79"/>
        </w:rPr>
        <w:t>How to Use This Template</w:t>
      </w:r>
    </w:p>
    <w:p w14:paraId="7320F729" w14:textId="77777777" w:rsidR="00477058" w:rsidRDefault="00000000">
      <w:pPr>
        <w:pStyle w:val="ListBullet"/>
        <w:spacing w:after="60" w:line="247" w:lineRule="auto"/>
        <w:ind w:hanging="259"/>
      </w:pPr>
      <w:r>
        <w:t>Replace every word inside brackets [like this] with your own information.</w:t>
      </w:r>
    </w:p>
    <w:p w14:paraId="52B6DFDF" w14:textId="77777777" w:rsidR="00477058" w:rsidRDefault="00000000">
      <w:pPr>
        <w:pStyle w:val="ListBullet"/>
        <w:spacing w:after="60" w:line="247" w:lineRule="auto"/>
        <w:ind w:hanging="259"/>
      </w:pPr>
      <w:r>
        <w:t>Use short, clear statements. Begin work accomplishments with action words.</w:t>
      </w:r>
    </w:p>
    <w:p w14:paraId="4CB75124" w14:textId="77777777" w:rsidR="00477058" w:rsidRDefault="00000000">
      <w:pPr>
        <w:pStyle w:val="ListBullet"/>
        <w:spacing w:after="60" w:line="247" w:lineRule="auto"/>
        <w:ind w:hanging="259"/>
      </w:pPr>
      <w:r>
        <w:t>Save the finished resume as both a Word document and a PDF unless the employer gives different instructions.</w:t>
      </w:r>
    </w:p>
    <w:p w14:paraId="2FB0B7D5" w14:textId="77777777" w:rsidR="00477058" w:rsidRDefault="00000000">
      <w:pPr>
        <w:pStyle w:val="ListBullet"/>
        <w:spacing w:after="60" w:line="247" w:lineRule="auto"/>
        <w:ind w:hanging="259"/>
      </w:pPr>
      <w:r>
        <w:t>Change the resume for each job by using important words from the job posting truthfully.</w:t>
      </w:r>
    </w:p>
    <w:p w14:paraId="2989337B" w14:textId="77777777" w:rsidR="00477058" w:rsidRDefault="00000000">
      <w:pPr>
        <w:pStyle w:val="ListBullet"/>
        <w:spacing w:after="60" w:line="247" w:lineRule="auto"/>
        <w:ind w:hanging="259"/>
      </w:pPr>
      <w:r>
        <w:t>Ask a trusted instructor, mentor, or career coach to review the final resume.</w:t>
      </w:r>
    </w:p>
    <w:p w14:paraId="0F88CC01" w14:textId="77777777" w:rsidR="00477058" w:rsidRDefault="00000000">
      <w:pPr>
        <w:pStyle w:val="Heading1"/>
        <w:spacing w:before="160" w:after="80"/>
      </w:pPr>
      <w:r>
        <w:rPr>
          <w:rFonts w:ascii="Arial" w:hAnsi="Arial"/>
          <w:color w:val="1F4E79"/>
        </w:rPr>
        <w:t>What Not to Include</w:t>
      </w:r>
    </w:p>
    <w:p w14:paraId="0E06FF6F" w14:textId="77777777" w:rsidR="00477058" w:rsidRDefault="00000000">
      <w:pPr>
        <w:pStyle w:val="ListBullet"/>
        <w:spacing w:after="60" w:line="247" w:lineRule="auto"/>
        <w:ind w:hanging="259"/>
      </w:pPr>
      <w:r>
        <w:t>Do not include your Social Security number, bank information, passwords, full birth date, age, marital status, or a photograph.</w:t>
      </w:r>
    </w:p>
    <w:p w14:paraId="3D81FA39" w14:textId="77777777" w:rsidR="00477058" w:rsidRDefault="00000000">
      <w:pPr>
        <w:pStyle w:val="ListBullet"/>
        <w:spacing w:after="60" w:line="247" w:lineRule="auto"/>
        <w:ind w:hanging="259"/>
      </w:pPr>
      <w:r>
        <w:t>Do not ask AI to invent jobs, dates, education, skills, licenses, or accomplishments.</w:t>
      </w:r>
    </w:p>
    <w:p w14:paraId="3E693FB0" w14:textId="77777777" w:rsidR="00477058" w:rsidRDefault="00000000">
      <w:pPr>
        <w:pStyle w:val="ListBullet"/>
        <w:spacing w:after="60" w:line="247" w:lineRule="auto"/>
        <w:ind w:hanging="259"/>
      </w:pPr>
      <w:r>
        <w:t>Do not paste private information into an AI tool unless you have reviewed that tool’s privacy settings and policies.</w:t>
      </w:r>
    </w:p>
    <w:p w14:paraId="66BD1AC0" w14:textId="77777777" w:rsidR="00477058" w:rsidRDefault="00000000">
      <w:pPr>
        <w:pStyle w:val="Heading1"/>
        <w:spacing w:before="160" w:after="80"/>
      </w:pPr>
      <w:r>
        <w:rPr>
          <w:rFonts w:ascii="Arial" w:hAnsi="Arial"/>
          <w:color w:val="1F4E79"/>
        </w:rPr>
        <w:t>Simple Resume Checklist</w:t>
      </w:r>
    </w:p>
    <w:tbl>
      <w:tblPr>
        <w:tblW w:w="0" w:type="auto"/>
        <w:jc w:val="center"/>
        <w:tblLayout w:type="fixed"/>
        <w:tblLook w:val="04A0" w:firstRow="1" w:lastRow="0" w:firstColumn="1" w:lastColumn="0" w:noHBand="0" w:noVBand="1"/>
      </w:tblPr>
      <w:tblGrid>
        <w:gridCol w:w="5112"/>
        <w:gridCol w:w="5112"/>
      </w:tblGrid>
      <w:tr w:rsidR="00477058" w14:paraId="4952CE29" w14:textId="77777777">
        <w:trPr>
          <w:jc w:val="center"/>
        </w:trPr>
        <w:tc>
          <w:tcPr>
            <w:tcW w:w="5112" w:type="dxa"/>
            <w:tcMar>
              <w:top w:w="70" w:type="dxa"/>
              <w:left w:w="90" w:type="dxa"/>
              <w:bottom w:w="70" w:type="dxa"/>
              <w:right w:w="90" w:type="dxa"/>
            </w:tcMar>
          </w:tcPr>
          <w:p w14:paraId="7FB83374" w14:textId="77777777" w:rsidR="00477058" w:rsidRDefault="00000000">
            <w:pPr>
              <w:spacing w:after="0"/>
            </w:pPr>
            <w:r>
              <w:rPr>
                <w:sz w:val="20"/>
              </w:rPr>
              <w:t>☐ Name and contact information</w:t>
            </w:r>
          </w:p>
        </w:tc>
        <w:tc>
          <w:tcPr>
            <w:tcW w:w="5112" w:type="dxa"/>
            <w:tcMar>
              <w:top w:w="70" w:type="dxa"/>
              <w:left w:w="90" w:type="dxa"/>
              <w:bottom w:w="70" w:type="dxa"/>
              <w:right w:w="90" w:type="dxa"/>
            </w:tcMar>
          </w:tcPr>
          <w:p w14:paraId="589AE512" w14:textId="77777777" w:rsidR="00477058" w:rsidRDefault="00000000">
            <w:pPr>
              <w:spacing w:after="0"/>
            </w:pPr>
            <w:r>
              <w:rPr>
                <w:sz w:val="20"/>
              </w:rPr>
              <w:t>☐ Clear job goal or summary</w:t>
            </w:r>
          </w:p>
        </w:tc>
      </w:tr>
      <w:tr w:rsidR="00477058" w14:paraId="6E77E3E9" w14:textId="77777777">
        <w:trPr>
          <w:jc w:val="center"/>
        </w:trPr>
        <w:tc>
          <w:tcPr>
            <w:tcW w:w="4536" w:type="dxa"/>
            <w:tcMar>
              <w:top w:w="70" w:type="dxa"/>
              <w:left w:w="90" w:type="dxa"/>
              <w:bottom w:w="70" w:type="dxa"/>
              <w:right w:w="90" w:type="dxa"/>
            </w:tcMar>
          </w:tcPr>
          <w:p w14:paraId="08BBE6F2" w14:textId="77777777" w:rsidR="00477058" w:rsidRDefault="00000000">
            <w:pPr>
              <w:spacing w:after="0"/>
            </w:pPr>
            <w:r>
              <w:rPr>
                <w:sz w:val="20"/>
              </w:rPr>
              <w:t>☐ Skills that match the job</w:t>
            </w:r>
          </w:p>
        </w:tc>
        <w:tc>
          <w:tcPr>
            <w:tcW w:w="4536" w:type="dxa"/>
            <w:tcMar>
              <w:top w:w="70" w:type="dxa"/>
              <w:left w:w="90" w:type="dxa"/>
              <w:bottom w:w="70" w:type="dxa"/>
              <w:right w:w="90" w:type="dxa"/>
            </w:tcMar>
          </w:tcPr>
          <w:p w14:paraId="2B97828B" w14:textId="77777777" w:rsidR="00477058" w:rsidRDefault="00000000">
            <w:pPr>
              <w:spacing w:after="0"/>
            </w:pPr>
            <w:r>
              <w:rPr>
                <w:sz w:val="20"/>
              </w:rPr>
              <w:t>☐ Work history with correct dates</w:t>
            </w:r>
          </w:p>
        </w:tc>
      </w:tr>
      <w:tr w:rsidR="00477058" w14:paraId="7056592F" w14:textId="77777777">
        <w:trPr>
          <w:jc w:val="center"/>
        </w:trPr>
        <w:tc>
          <w:tcPr>
            <w:tcW w:w="4536" w:type="dxa"/>
            <w:tcMar>
              <w:top w:w="70" w:type="dxa"/>
              <w:left w:w="90" w:type="dxa"/>
              <w:bottom w:w="70" w:type="dxa"/>
              <w:right w:w="90" w:type="dxa"/>
            </w:tcMar>
          </w:tcPr>
          <w:p w14:paraId="086F648C" w14:textId="77777777" w:rsidR="00477058" w:rsidRDefault="00000000">
            <w:pPr>
              <w:spacing w:after="0"/>
            </w:pPr>
            <w:r>
              <w:rPr>
                <w:sz w:val="20"/>
              </w:rPr>
              <w:t>☐ Education and training</w:t>
            </w:r>
          </w:p>
        </w:tc>
        <w:tc>
          <w:tcPr>
            <w:tcW w:w="4536" w:type="dxa"/>
            <w:tcMar>
              <w:top w:w="70" w:type="dxa"/>
              <w:left w:w="90" w:type="dxa"/>
              <w:bottom w:w="70" w:type="dxa"/>
              <w:right w:w="90" w:type="dxa"/>
            </w:tcMar>
          </w:tcPr>
          <w:p w14:paraId="34710EED" w14:textId="77777777" w:rsidR="00477058" w:rsidRDefault="00000000">
            <w:pPr>
              <w:spacing w:after="0"/>
            </w:pPr>
            <w:r>
              <w:rPr>
                <w:sz w:val="20"/>
              </w:rPr>
              <w:t>☐ Correct spelling and grammar</w:t>
            </w:r>
          </w:p>
        </w:tc>
      </w:tr>
      <w:tr w:rsidR="00477058" w14:paraId="47D806C5" w14:textId="77777777">
        <w:trPr>
          <w:jc w:val="center"/>
        </w:trPr>
        <w:tc>
          <w:tcPr>
            <w:tcW w:w="4536" w:type="dxa"/>
            <w:tcMar>
              <w:top w:w="70" w:type="dxa"/>
              <w:left w:w="90" w:type="dxa"/>
              <w:bottom w:w="70" w:type="dxa"/>
              <w:right w:w="90" w:type="dxa"/>
            </w:tcMar>
          </w:tcPr>
          <w:p w14:paraId="3BA85E07" w14:textId="77777777" w:rsidR="00477058" w:rsidRDefault="00000000">
            <w:pPr>
              <w:spacing w:after="0"/>
            </w:pPr>
            <w:r>
              <w:rPr>
                <w:sz w:val="20"/>
              </w:rPr>
              <w:t>☐ Simple black text</w:t>
            </w:r>
          </w:p>
        </w:tc>
        <w:tc>
          <w:tcPr>
            <w:tcW w:w="4536" w:type="dxa"/>
            <w:tcMar>
              <w:top w:w="70" w:type="dxa"/>
              <w:left w:w="90" w:type="dxa"/>
              <w:bottom w:w="70" w:type="dxa"/>
              <w:right w:w="90" w:type="dxa"/>
            </w:tcMar>
          </w:tcPr>
          <w:p w14:paraId="452C196B" w14:textId="77777777" w:rsidR="00477058" w:rsidRDefault="00000000">
            <w:pPr>
              <w:spacing w:after="0"/>
            </w:pPr>
            <w:r>
              <w:rPr>
                <w:sz w:val="20"/>
              </w:rPr>
              <w:t>☐ No tables, columns, icons, or photos in final resume</w:t>
            </w:r>
          </w:p>
        </w:tc>
      </w:tr>
    </w:tbl>
    <w:p w14:paraId="458898CB" w14:textId="77777777" w:rsidR="00477058" w:rsidRDefault="00000000">
      <w:r>
        <w:br w:type="page"/>
      </w:r>
    </w:p>
    <w:p w14:paraId="245A8CCC" w14:textId="77777777" w:rsidR="00477058" w:rsidRDefault="00000000">
      <w:pPr>
        <w:spacing w:after="20"/>
        <w:jc w:val="center"/>
      </w:pPr>
      <w:r>
        <w:rPr>
          <w:b/>
          <w:color w:val="000000"/>
          <w:sz w:val="40"/>
        </w:rPr>
        <w:lastRenderedPageBreak/>
        <w:t>[YOUR FULL NAME]</w:t>
      </w:r>
    </w:p>
    <w:p w14:paraId="40D83AE9" w14:textId="77777777" w:rsidR="00477058" w:rsidRDefault="00000000">
      <w:pPr>
        <w:spacing w:after="20"/>
        <w:jc w:val="center"/>
      </w:pPr>
      <w:r>
        <w:rPr>
          <w:sz w:val="20"/>
        </w:rPr>
        <w:t>[City, State]  |  [Phone Number]  |  [Professional Email Address]</w:t>
      </w:r>
    </w:p>
    <w:p w14:paraId="4258DD74" w14:textId="77777777" w:rsidR="00477058" w:rsidRDefault="00000000">
      <w:pPr>
        <w:jc w:val="center"/>
      </w:pPr>
      <w:r>
        <w:rPr>
          <w:color w:val="505050"/>
          <w:sz w:val="19"/>
        </w:rPr>
        <w:t>[LinkedIn URL - optional]</w:t>
      </w:r>
    </w:p>
    <w:p w14:paraId="663478B0" w14:textId="77777777" w:rsidR="00477058" w:rsidRDefault="00000000">
      <w:pPr>
        <w:keepNext/>
        <w:pBdr>
          <w:bottom w:val="single" w:sz="6" w:space="1" w:color="7F7F7F"/>
        </w:pBdr>
        <w:spacing w:before="140" w:after="40"/>
      </w:pPr>
      <w:r>
        <w:rPr>
          <w:b/>
          <w:color w:val="1F4E79"/>
        </w:rPr>
        <w:t>PROFESSIONAL SUMMARY</w:t>
      </w:r>
    </w:p>
    <w:p w14:paraId="0606F812" w14:textId="77777777" w:rsidR="00477058" w:rsidRDefault="00000000">
      <w:pPr>
        <w:spacing w:after="40"/>
      </w:pPr>
      <w:r>
        <w:rPr>
          <w:color w:val="4B4B4B"/>
          <w:sz w:val="20"/>
        </w:rPr>
        <w:t>[Write 2-4 sentences. Name the type of work you want, your strongest skills, your experience, and the value you bring. Example: Dependable customer service professional with three years of retail experience. Skilled in helping customers, handling payments, stocking products, and working as part of a team. Known for being punctual, patient, and willing to learn.]</w:t>
      </w:r>
    </w:p>
    <w:p w14:paraId="54676EE1" w14:textId="77777777" w:rsidR="00477058" w:rsidRDefault="00000000">
      <w:pPr>
        <w:keepNext/>
        <w:pBdr>
          <w:bottom w:val="single" w:sz="6" w:space="1" w:color="7F7F7F"/>
        </w:pBdr>
        <w:spacing w:before="140" w:after="40"/>
      </w:pPr>
      <w:r>
        <w:rPr>
          <w:b/>
          <w:color w:val="1F4E79"/>
        </w:rPr>
        <w:t>KEY SKILLS</w:t>
      </w:r>
    </w:p>
    <w:p w14:paraId="1F158B40" w14:textId="77777777" w:rsidR="00477058" w:rsidRDefault="00000000">
      <w:pPr>
        <w:pStyle w:val="ListBullet"/>
        <w:spacing w:after="20" w:line="240" w:lineRule="auto"/>
        <w:ind w:hanging="230"/>
      </w:pPr>
      <w:r>
        <w:rPr>
          <w:color w:val="464646"/>
          <w:sz w:val="19"/>
        </w:rPr>
        <w:t>[Skill that matches the job]</w:t>
      </w:r>
    </w:p>
    <w:p w14:paraId="188BE41A" w14:textId="77777777" w:rsidR="00477058" w:rsidRDefault="00000000">
      <w:pPr>
        <w:pStyle w:val="ListBullet"/>
        <w:spacing w:after="20" w:line="240" w:lineRule="auto"/>
        <w:ind w:hanging="230"/>
      </w:pPr>
      <w:r>
        <w:rPr>
          <w:color w:val="464646"/>
          <w:sz w:val="19"/>
        </w:rPr>
        <w:t>[Skill that matches the job]</w:t>
      </w:r>
    </w:p>
    <w:p w14:paraId="49BA88B8" w14:textId="77777777" w:rsidR="00477058" w:rsidRDefault="00000000">
      <w:pPr>
        <w:pStyle w:val="ListBullet"/>
        <w:spacing w:after="20" w:line="240" w:lineRule="auto"/>
        <w:ind w:hanging="230"/>
      </w:pPr>
      <w:r>
        <w:rPr>
          <w:color w:val="464646"/>
          <w:sz w:val="19"/>
        </w:rPr>
        <w:t>[Computer, equipment, or technical skill]</w:t>
      </w:r>
    </w:p>
    <w:p w14:paraId="141BDB6E" w14:textId="77777777" w:rsidR="00477058" w:rsidRDefault="00000000">
      <w:pPr>
        <w:pStyle w:val="ListBullet"/>
        <w:spacing w:after="20" w:line="240" w:lineRule="auto"/>
        <w:ind w:hanging="230"/>
      </w:pPr>
      <w:r>
        <w:rPr>
          <w:color w:val="464646"/>
          <w:sz w:val="19"/>
        </w:rPr>
        <w:t>[Customer service or communication skill]</w:t>
      </w:r>
    </w:p>
    <w:p w14:paraId="0BBDC39C" w14:textId="77777777" w:rsidR="00477058" w:rsidRDefault="00000000">
      <w:pPr>
        <w:pStyle w:val="ListBullet"/>
        <w:spacing w:after="20" w:line="240" w:lineRule="auto"/>
        <w:ind w:hanging="230"/>
      </w:pPr>
      <w:r>
        <w:rPr>
          <w:color w:val="464646"/>
          <w:sz w:val="19"/>
        </w:rPr>
        <w:t>[Work habit: dependable, organized, accurate]</w:t>
      </w:r>
    </w:p>
    <w:p w14:paraId="0A05F771" w14:textId="77777777" w:rsidR="00477058" w:rsidRDefault="00000000">
      <w:pPr>
        <w:pStyle w:val="ListBullet"/>
        <w:spacing w:after="20" w:line="240" w:lineRule="auto"/>
        <w:ind w:hanging="230"/>
      </w:pPr>
      <w:r>
        <w:rPr>
          <w:color w:val="464646"/>
          <w:sz w:val="19"/>
        </w:rPr>
        <w:t>[Language, license, or certification]</w:t>
      </w:r>
    </w:p>
    <w:p w14:paraId="21F24D45" w14:textId="77777777" w:rsidR="00477058" w:rsidRDefault="00000000">
      <w:pPr>
        <w:keepNext/>
        <w:pBdr>
          <w:bottom w:val="single" w:sz="6" w:space="1" w:color="7F7F7F"/>
        </w:pBdr>
        <w:spacing w:before="140" w:after="40"/>
      </w:pPr>
      <w:r>
        <w:rPr>
          <w:b/>
          <w:color w:val="1F4E79"/>
        </w:rPr>
        <w:t>WORK EXPERIENCE</w:t>
      </w:r>
    </w:p>
    <w:p w14:paraId="678B11C7" w14:textId="77777777" w:rsidR="00477058" w:rsidRDefault="00000000">
      <w:pPr>
        <w:spacing w:after="0"/>
      </w:pPr>
      <w:r>
        <w:rPr>
          <w:b/>
        </w:rPr>
        <w:t>[JOB TITLE 1]</w:t>
      </w:r>
      <w:r>
        <w:t xml:space="preserve">  |  [Employer Name], [City, State]</w:t>
      </w:r>
      <w:r>
        <w:rPr>
          <w:color w:val="464646"/>
          <w:sz w:val="19"/>
        </w:rPr>
        <w:t xml:space="preserve">  |  [Month Year-Month Year or Present]</w:t>
      </w:r>
    </w:p>
    <w:p w14:paraId="5D35E498" w14:textId="77777777" w:rsidR="00477058" w:rsidRDefault="00000000">
      <w:pPr>
        <w:pStyle w:val="ListBullet"/>
        <w:spacing w:after="20"/>
        <w:ind w:hanging="230"/>
      </w:pPr>
      <w:r>
        <w:rPr>
          <w:color w:val="4B4B4B"/>
          <w:sz w:val="19"/>
        </w:rPr>
        <w:t>[Begin with an action verb. Explain what you did and who you helped.]</w:t>
      </w:r>
    </w:p>
    <w:p w14:paraId="778F8B3C" w14:textId="77777777" w:rsidR="00477058" w:rsidRDefault="00000000">
      <w:pPr>
        <w:pStyle w:val="ListBullet"/>
        <w:spacing w:after="20"/>
        <w:ind w:hanging="230"/>
      </w:pPr>
      <w:r>
        <w:rPr>
          <w:color w:val="4B4B4B"/>
          <w:sz w:val="19"/>
        </w:rPr>
        <w:t>[Add a result when possible: number served, time saved, sales increased, errors reduced, or praise received.]</w:t>
      </w:r>
    </w:p>
    <w:p w14:paraId="58DD6BD7" w14:textId="77777777" w:rsidR="00477058" w:rsidRDefault="00000000">
      <w:pPr>
        <w:pStyle w:val="ListBullet"/>
        <w:spacing w:after="20"/>
        <w:ind w:hanging="230"/>
      </w:pPr>
      <w:r>
        <w:rPr>
          <w:color w:val="4B4B4B"/>
          <w:sz w:val="19"/>
        </w:rPr>
        <w:t>[Include a responsibility or skill that matches the job you are applying for.]</w:t>
      </w:r>
    </w:p>
    <w:p w14:paraId="417EF870" w14:textId="77777777" w:rsidR="00477058" w:rsidRDefault="00000000">
      <w:pPr>
        <w:spacing w:after="0"/>
      </w:pPr>
      <w:r>
        <w:rPr>
          <w:b/>
        </w:rPr>
        <w:t>[JOB TITLE 2]</w:t>
      </w:r>
      <w:r>
        <w:t xml:space="preserve">  |  [Employer Name], [City, State]</w:t>
      </w:r>
      <w:r>
        <w:rPr>
          <w:color w:val="464646"/>
          <w:sz w:val="19"/>
        </w:rPr>
        <w:t xml:space="preserve">  |  [Month Year-Month Year or Present]</w:t>
      </w:r>
    </w:p>
    <w:p w14:paraId="3F0DB8A7" w14:textId="77777777" w:rsidR="00477058" w:rsidRDefault="00000000">
      <w:pPr>
        <w:pStyle w:val="ListBullet"/>
        <w:spacing w:after="20"/>
        <w:ind w:hanging="230"/>
      </w:pPr>
      <w:r>
        <w:rPr>
          <w:color w:val="4B4B4B"/>
          <w:sz w:val="19"/>
        </w:rPr>
        <w:t>[Begin with an action verb. Explain what you did and who you helped.]</w:t>
      </w:r>
    </w:p>
    <w:p w14:paraId="0C71C1F4" w14:textId="77777777" w:rsidR="00477058" w:rsidRDefault="00000000">
      <w:pPr>
        <w:pStyle w:val="ListBullet"/>
        <w:spacing w:after="20"/>
        <w:ind w:hanging="230"/>
      </w:pPr>
      <w:r>
        <w:rPr>
          <w:color w:val="4B4B4B"/>
          <w:sz w:val="19"/>
        </w:rPr>
        <w:t>[Add a result when possible: number served, time saved, sales increased, errors reduced, or praise received.]</w:t>
      </w:r>
    </w:p>
    <w:p w14:paraId="032A549B" w14:textId="77777777" w:rsidR="00477058" w:rsidRDefault="00000000">
      <w:pPr>
        <w:pStyle w:val="ListBullet"/>
        <w:spacing w:after="20"/>
        <w:ind w:hanging="230"/>
      </w:pPr>
      <w:r>
        <w:rPr>
          <w:color w:val="4B4B4B"/>
          <w:sz w:val="19"/>
        </w:rPr>
        <w:t>[Include a responsibility or skill that matches the job you are applying for.]</w:t>
      </w:r>
    </w:p>
    <w:p w14:paraId="09FC832C" w14:textId="77777777" w:rsidR="00477058" w:rsidRDefault="00000000">
      <w:pPr>
        <w:keepNext/>
        <w:pBdr>
          <w:bottom w:val="single" w:sz="6" w:space="1" w:color="7F7F7F"/>
        </w:pBdr>
        <w:spacing w:before="140" w:after="40"/>
      </w:pPr>
      <w:r>
        <w:rPr>
          <w:b/>
          <w:color w:val="1F4E79"/>
        </w:rPr>
        <w:t>EDUCATION AND TRAINING</w:t>
      </w:r>
    </w:p>
    <w:p w14:paraId="3740DFB1" w14:textId="77777777" w:rsidR="00477058" w:rsidRDefault="00000000">
      <w:pPr>
        <w:spacing w:after="40" w:line="240" w:lineRule="auto"/>
      </w:pPr>
      <w:r>
        <w:rPr>
          <w:b/>
        </w:rPr>
        <w:t xml:space="preserve">[School, College, Training Provider, or Program]  </w:t>
      </w:r>
      <w:r>
        <w:rPr>
          <w:color w:val="505050"/>
        </w:rPr>
        <w:t>[City, State]</w:t>
      </w:r>
    </w:p>
    <w:p w14:paraId="4ED25651" w14:textId="77777777" w:rsidR="00477058" w:rsidRDefault="00000000">
      <w:pPr>
        <w:spacing w:after="40" w:line="240" w:lineRule="auto"/>
      </w:pPr>
      <w:r>
        <w:rPr>
          <w:b/>
        </w:rPr>
        <w:t xml:space="preserve">[Diploma, High School Equivalency, Certificate, Course, or Degree]  </w:t>
      </w:r>
      <w:r>
        <w:rPr>
          <w:color w:val="505050"/>
        </w:rPr>
        <w:t>[Year completed or “In Progress”]</w:t>
      </w:r>
    </w:p>
    <w:p w14:paraId="764647DA" w14:textId="77777777" w:rsidR="00477058" w:rsidRDefault="00000000">
      <w:pPr>
        <w:keepNext/>
        <w:pBdr>
          <w:bottom w:val="single" w:sz="6" w:space="1" w:color="7F7F7F"/>
        </w:pBdr>
        <w:spacing w:before="140" w:after="40"/>
      </w:pPr>
      <w:r>
        <w:rPr>
          <w:b/>
          <w:color w:val="1F4E79"/>
        </w:rPr>
        <w:t>CERTIFICATIONS OR LICENSES - OPTIONAL</w:t>
      </w:r>
    </w:p>
    <w:p w14:paraId="013F5BA7" w14:textId="77777777" w:rsidR="00477058" w:rsidRDefault="00000000">
      <w:pPr>
        <w:spacing w:after="40" w:line="240" w:lineRule="auto"/>
      </w:pPr>
      <w:r>
        <w:rPr>
          <w:b/>
        </w:rPr>
        <w:t xml:space="preserve">[Certification or license name]  </w:t>
      </w:r>
      <w:r>
        <w:rPr>
          <w:color w:val="505050"/>
        </w:rPr>
        <w:t>[Issuing organization]  |  [Expiration date, if applicable]</w:t>
      </w:r>
    </w:p>
    <w:p w14:paraId="76ABC70B" w14:textId="77777777" w:rsidR="00477058" w:rsidRDefault="00000000">
      <w:pPr>
        <w:keepNext/>
        <w:pBdr>
          <w:bottom w:val="single" w:sz="6" w:space="1" w:color="7F7F7F"/>
        </w:pBdr>
        <w:spacing w:before="140" w:after="40"/>
      </w:pPr>
      <w:r>
        <w:rPr>
          <w:b/>
          <w:color w:val="1F4E79"/>
        </w:rPr>
        <w:t>VOLUNTEER SERVICE - OPTIONAL</w:t>
      </w:r>
    </w:p>
    <w:p w14:paraId="36FFE5BD" w14:textId="77777777" w:rsidR="00477058" w:rsidRDefault="00000000">
      <w:pPr>
        <w:spacing w:after="40" w:line="240" w:lineRule="auto"/>
      </w:pPr>
      <w:r>
        <w:rPr>
          <w:b/>
        </w:rPr>
        <w:t xml:space="preserve">[Role]  </w:t>
      </w:r>
      <w:r>
        <w:rPr>
          <w:color w:val="505050"/>
        </w:rPr>
        <w:t>[Organization], [City, State]  |  [Dates]</w:t>
      </w:r>
    </w:p>
    <w:p w14:paraId="121D4287" w14:textId="77777777" w:rsidR="00477058" w:rsidRDefault="00000000">
      <w:pPr>
        <w:pStyle w:val="ListBullet"/>
        <w:spacing w:after="20"/>
        <w:ind w:hanging="230"/>
      </w:pPr>
      <w:r>
        <w:rPr>
          <w:color w:val="4B4B4B"/>
          <w:sz w:val="19"/>
        </w:rPr>
        <w:t>[Describe useful skills, responsibilities, service, or accomplishments.]</w:t>
      </w:r>
    </w:p>
    <w:p w14:paraId="078DF7BC" w14:textId="77777777" w:rsidR="00477058" w:rsidRDefault="00000000">
      <w:r>
        <w:br w:type="page"/>
      </w:r>
    </w:p>
    <w:p w14:paraId="6C658DBC" w14:textId="77777777" w:rsidR="00477058" w:rsidRDefault="00000000">
      <w:pPr>
        <w:spacing w:after="40"/>
        <w:jc w:val="center"/>
      </w:pPr>
      <w:r>
        <w:rPr>
          <w:b/>
          <w:color w:val="1F4E79"/>
          <w:sz w:val="36"/>
        </w:rPr>
        <w:lastRenderedPageBreak/>
        <w:t>COPY-AND-USE AI PROMPTS</w:t>
      </w:r>
    </w:p>
    <w:p w14:paraId="0EFB461C" w14:textId="77777777" w:rsidR="00477058" w:rsidRDefault="00000000">
      <w:pPr>
        <w:spacing w:after="200"/>
        <w:jc w:val="center"/>
      </w:pPr>
      <w:r>
        <w:rPr>
          <w:i/>
          <w:color w:val="4B4B4B"/>
          <w:sz w:val="20"/>
        </w:rPr>
        <w:t>Replace bracketed words before using each prompt.</w:t>
      </w:r>
    </w:p>
    <w:tbl>
      <w:tblPr>
        <w:tblW w:w="0" w:type="auto"/>
        <w:jc w:val="center"/>
        <w:tblLayout w:type="fixed"/>
        <w:tblLook w:val="04A0" w:firstRow="1" w:lastRow="0" w:firstColumn="1" w:lastColumn="0" w:noHBand="0" w:noVBand="1"/>
      </w:tblPr>
      <w:tblGrid>
        <w:gridCol w:w="10224"/>
      </w:tblGrid>
      <w:tr w:rsidR="00477058" w14:paraId="70676E2F" w14:textId="77777777">
        <w:trPr>
          <w:jc w:val="center"/>
        </w:trPr>
        <w:tc>
          <w:tcPr>
            <w:tcW w:w="10224" w:type="dxa"/>
            <w:shd w:val="clear" w:color="auto" w:fill="D9EAF7"/>
            <w:tcMar>
              <w:top w:w="90" w:type="dxa"/>
              <w:left w:w="120" w:type="dxa"/>
              <w:bottom w:w="90" w:type="dxa"/>
              <w:right w:w="120" w:type="dxa"/>
            </w:tcMar>
          </w:tcPr>
          <w:p w14:paraId="58BD475C" w14:textId="77777777" w:rsidR="00477058" w:rsidRDefault="00000000">
            <w:pPr>
              <w:spacing w:after="0"/>
            </w:pPr>
            <w:r>
              <w:rPr>
                <w:b/>
                <w:color w:val="1F4E79"/>
              </w:rPr>
              <w:t>Prompt 1: Find My Transferable Skills</w:t>
            </w:r>
          </w:p>
        </w:tc>
      </w:tr>
      <w:tr w:rsidR="00477058" w14:paraId="18282CAB" w14:textId="77777777">
        <w:trPr>
          <w:jc w:val="center"/>
        </w:trPr>
        <w:tc>
          <w:tcPr>
            <w:tcW w:w="10224" w:type="dxa"/>
            <w:tcMar>
              <w:top w:w="120" w:type="dxa"/>
              <w:left w:w="140" w:type="dxa"/>
              <w:bottom w:w="120" w:type="dxa"/>
              <w:right w:w="140" w:type="dxa"/>
            </w:tcMar>
          </w:tcPr>
          <w:p w14:paraId="4AFAF224" w14:textId="77777777" w:rsidR="00477058" w:rsidRDefault="00000000">
            <w:pPr>
              <w:spacing w:after="0"/>
            </w:pPr>
            <w:r>
              <w:rPr>
                <w:sz w:val="20"/>
              </w:rPr>
              <w:t>I am creating a truthful resume for a [job title]. My past work, volunteer, family, school, or life responsibilities include: [list responsibilities]. Identify transferable skills I may have used. Use simple language. Do not invent experience.</w:t>
            </w:r>
          </w:p>
        </w:tc>
      </w:tr>
    </w:tbl>
    <w:p w14:paraId="58464A93" w14:textId="77777777" w:rsidR="00477058" w:rsidRDefault="00477058">
      <w:pPr>
        <w:spacing w:after="20"/>
      </w:pPr>
    </w:p>
    <w:tbl>
      <w:tblPr>
        <w:tblW w:w="0" w:type="auto"/>
        <w:jc w:val="center"/>
        <w:tblLayout w:type="fixed"/>
        <w:tblLook w:val="04A0" w:firstRow="1" w:lastRow="0" w:firstColumn="1" w:lastColumn="0" w:noHBand="0" w:noVBand="1"/>
      </w:tblPr>
      <w:tblGrid>
        <w:gridCol w:w="10224"/>
      </w:tblGrid>
      <w:tr w:rsidR="00477058" w14:paraId="11864A55" w14:textId="77777777">
        <w:trPr>
          <w:jc w:val="center"/>
        </w:trPr>
        <w:tc>
          <w:tcPr>
            <w:tcW w:w="10224" w:type="dxa"/>
            <w:shd w:val="clear" w:color="auto" w:fill="D9EAF7"/>
            <w:tcMar>
              <w:top w:w="90" w:type="dxa"/>
              <w:left w:w="120" w:type="dxa"/>
              <w:bottom w:w="90" w:type="dxa"/>
              <w:right w:w="120" w:type="dxa"/>
            </w:tcMar>
          </w:tcPr>
          <w:p w14:paraId="1BA7DAEC" w14:textId="77777777" w:rsidR="00477058" w:rsidRDefault="00000000">
            <w:pPr>
              <w:spacing w:after="0"/>
            </w:pPr>
            <w:r>
              <w:rPr>
                <w:b/>
                <w:color w:val="1F4E79"/>
              </w:rPr>
              <w:t>Prompt 2: Write a Professional Summary</w:t>
            </w:r>
          </w:p>
        </w:tc>
      </w:tr>
      <w:tr w:rsidR="00477058" w14:paraId="57497BE2" w14:textId="77777777">
        <w:trPr>
          <w:jc w:val="center"/>
        </w:trPr>
        <w:tc>
          <w:tcPr>
            <w:tcW w:w="10224" w:type="dxa"/>
            <w:tcMar>
              <w:top w:w="120" w:type="dxa"/>
              <w:left w:w="140" w:type="dxa"/>
              <w:bottom w:w="120" w:type="dxa"/>
              <w:right w:w="140" w:type="dxa"/>
            </w:tcMar>
          </w:tcPr>
          <w:p w14:paraId="67DE5400" w14:textId="77777777" w:rsidR="00477058" w:rsidRDefault="00000000">
            <w:pPr>
              <w:spacing w:after="0"/>
            </w:pPr>
            <w:r>
              <w:rPr>
                <w:sz w:val="20"/>
              </w:rPr>
              <w:t>Write a 3-sentence professional resume summary for a [job title]. Use only these facts: [years or type of experience], [3-5 skills], and [one strength or accomplishment]. Keep it truthful, specific, and easy to read. Do not use “I,” “me,” or “my.”</w:t>
            </w:r>
          </w:p>
        </w:tc>
      </w:tr>
    </w:tbl>
    <w:p w14:paraId="39227EEB" w14:textId="77777777" w:rsidR="00477058" w:rsidRDefault="00477058">
      <w:pPr>
        <w:spacing w:after="20"/>
      </w:pPr>
    </w:p>
    <w:tbl>
      <w:tblPr>
        <w:tblW w:w="0" w:type="auto"/>
        <w:jc w:val="center"/>
        <w:tblLayout w:type="fixed"/>
        <w:tblLook w:val="04A0" w:firstRow="1" w:lastRow="0" w:firstColumn="1" w:lastColumn="0" w:noHBand="0" w:noVBand="1"/>
      </w:tblPr>
      <w:tblGrid>
        <w:gridCol w:w="10224"/>
      </w:tblGrid>
      <w:tr w:rsidR="00477058" w14:paraId="72AAAA1B" w14:textId="77777777">
        <w:trPr>
          <w:jc w:val="center"/>
        </w:trPr>
        <w:tc>
          <w:tcPr>
            <w:tcW w:w="10224" w:type="dxa"/>
            <w:shd w:val="clear" w:color="auto" w:fill="D9EAF7"/>
            <w:tcMar>
              <w:top w:w="90" w:type="dxa"/>
              <w:left w:w="120" w:type="dxa"/>
              <w:bottom w:w="90" w:type="dxa"/>
              <w:right w:w="120" w:type="dxa"/>
            </w:tcMar>
          </w:tcPr>
          <w:p w14:paraId="7B6BD3D6" w14:textId="77777777" w:rsidR="00477058" w:rsidRDefault="00000000">
            <w:pPr>
              <w:spacing w:after="0"/>
            </w:pPr>
            <w:r>
              <w:rPr>
                <w:b/>
                <w:color w:val="1F4E79"/>
              </w:rPr>
              <w:t>Prompt 3: Improve a Work Bullet</w:t>
            </w:r>
          </w:p>
        </w:tc>
      </w:tr>
      <w:tr w:rsidR="00477058" w14:paraId="5485667A" w14:textId="77777777">
        <w:trPr>
          <w:jc w:val="center"/>
        </w:trPr>
        <w:tc>
          <w:tcPr>
            <w:tcW w:w="10224" w:type="dxa"/>
            <w:tcMar>
              <w:top w:w="120" w:type="dxa"/>
              <w:left w:w="140" w:type="dxa"/>
              <w:bottom w:w="120" w:type="dxa"/>
              <w:right w:w="140" w:type="dxa"/>
            </w:tcMar>
          </w:tcPr>
          <w:p w14:paraId="184CC745" w14:textId="77777777" w:rsidR="00477058" w:rsidRDefault="00000000">
            <w:pPr>
              <w:spacing w:after="0"/>
            </w:pPr>
            <w:r>
              <w:rPr>
                <w:sz w:val="20"/>
              </w:rPr>
              <w:t>Rewrite this resume statement as one strong bullet that begins with an action verb: “[paste your true statement].” Keep all facts accurate. Add no numbers or results unless I provided them. Make it clear for a [job title] position.</w:t>
            </w:r>
          </w:p>
        </w:tc>
      </w:tr>
    </w:tbl>
    <w:p w14:paraId="1CB929F1" w14:textId="77777777" w:rsidR="00477058" w:rsidRDefault="00477058">
      <w:pPr>
        <w:spacing w:after="20"/>
      </w:pPr>
    </w:p>
    <w:tbl>
      <w:tblPr>
        <w:tblW w:w="0" w:type="auto"/>
        <w:jc w:val="center"/>
        <w:tblLayout w:type="fixed"/>
        <w:tblLook w:val="04A0" w:firstRow="1" w:lastRow="0" w:firstColumn="1" w:lastColumn="0" w:noHBand="0" w:noVBand="1"/>
      </w:tblPr>
      <w:tblGrid>
        <w:gridCol w:w="10224"/>
      </w:tblGrid>
      <w:tr w:rsidR="00477058" w14:paraId="168C4D25" w14:textId="77777777">
        <w:trPr>
          <w:jc w:val="center"/>
        </w:trPr>
        <w:tc>
          <w:tcPr>
            <w:tcW w:w="10224" w:type="dxa"/>
            <w:shd w:val="clear" w:color="auto" w:fill="D9EAF7"/>
            <w:tcMar>
              <w:top w:w="90" w:type="dxa"/>
              <w:left w:w="120" w:type="dxa"/>
              <w:bottom w:w="90" w:type="dxa"/>
              <w:right w:w="120" w:type="dxa"/>
            </w:tcMar>
          </w:tcPr>
          <w:p w14:paraId="068AD14E" w14:textId="77777777" w:rsidR="00477058" w:rsidRDefault="00000000">
            <w:pPr>
              <w:spacing w:after="0"/>
            </w:pPr>
            <w:r>
              <w:rPr>
                <w:b/>
                <w:color w:val="1F4E79"/>
              </w:rPr>
              <w:t>Prompt 4: Tailor My Resume to a Job Posting</w:t>
            </w:r>
          </w:p>
        </w:tc>
      </w:tr>
      <w:tr w:rsidR="00477058" w14:paraId="615F4B8B" w14:textId="77777777">
        <w:trPr>
          <w:jc w:val="center"/>
        </w:trPr>
        <w:tc>
          <w:tcPr>
            <w:tcW w:w="10224" w:type="dxa"/>
            <w:tcMar>
              <w:top w:w="120" w:type="dxa"/>
              <w:left w:w="140" w:type="dxa"/>
              <w:bottom w:w="120" w:type="dxa"/>
              <w:right w:w="140" w:type="dxa"/>
            </w:tcMar>
          </w:tcPr>
          <w:p w14:paraId="1F783393" w14:textId="77777777" w:rsidR="00477058" w:rsidRDefault="00000000">
            <w:pPr>
              <w:spacing w:after="0"/>
            </w:pPr>
            <w:r>
              <w:rPr>
                <w:sz w:val="20"/>
              </w:rPr>
              <w:t>Compare my resume text and the job posting below. List the important skills and keywords that appear in the posting and are also honestly supported by my experience. Then suggest exact places to add those truthful words to my resume. Do not invent qualifications. Resume: [paste resume]. Job posting: [paste job posting].</w:t>
            </w:r>
          </w:p>
        </w:tc>
      </w:tr>
    </w:tbl>
    <w:p w14:paraId="1FE1F5BB" w14:textId="77777777" w:rsidR="00477058" w:rsidRDefault="00477058">
      <w:pPr>
        <w:spacing w:after="20"/>
      </w:pPr>
    </w:p>
    <w:tbl>
      <w:tblPr>
        <w:tblW w:w="0" w:type="auto"/>
        <w:jc w:val="center"/>
        <w:tblLayout w:type="fixed"/>
        <w:tblLook w:val="04A0" w:firstRow="1" w:lastRow="0" w:firstColumn="1" w:lastColumn="0" w:noHBand="0" w:noVBand="1"/>
      </w:tblPr>
      <w:tblGrid>
        <w:gridCol w:w="10224"/>
      </w:tblGrid>
      <w:tr w:rsidR="00477058" w14:paraId="2A68B727" w14:textId="77777777">
        <w:trPr>
          <w:jc w:val="center"/>
        </w:trPr>
        <w:tc>
          <w:tcPr>
            <w:tcW w:w="10224" w:type="dxa"/>
            <w:shd w:val="clear" w:color="auto" w:fill="D9EAF7"/>
            <w:tcMar>
              <w:top w:w="90" w:type="dxa"/>
              <w:left w:w="120" w:type="dxa"/>
              <w:bottom w:w="90" w:type="dxa"/>
              <w:right w:w="120" w:type="dxa"/>
            </w:tcMar>
          </w:tcPr>
          <w:p w14:paraId="3A9CBF6E" w14:textId="77777777" w:rsidR="00477058" w:rsidRDefault="00000000">
            <w:pPr>
              <w:spacing w:after="0"/>
            </w:pPr>
            <w:r>
              <w:rPr>
                <w:b/>
                <w:color w:val="1F4E79"/>
              </w:rPr>
              <w:t>Prompt 5: Check for ATS Problems</w:t>
            </w:r>
          </w:p>
        </w:tc>
      </w:tr>
      <w:tr w:rsidR="00477058" w14:paraId="5A62E53C" w14:textId="77777777">
        <w:trPr>
          <w:jc w:val="center"/>
        </w:trPr>
        <w:tc>
          <w:tcPr>
            <w:tcW w:w="10224" w:type="dxa"/>
            <w:tcMar>
              <w:top w:w="120" w:type="dxa"/>
              <w:left w:w="140" w:type="dxa"/>
              <w:bottom w:w="120" w:type="dxa"/>
              <w:right w:w="140" w:type="dxa"/>
            </w:tcMar>
          </w:tcPr>
          <w:p w14:paraId="0E4724FE" w14:textId="77777777" w:rsidR="00477058" w:rsidRDefault="00000000">
            <w:pPr>
              <w:spacing w:after="0"/>
            </w:pPr>
            <w:r>
              <w:rPr>
                <w:sz w:val="20"/>
              </w:rPr>
              <w:t>Review this resume for applicant tracking system readability. Check headings, dates, spelling, job titles, keywords, and unclear wording. Tell me what to improve. Do not change facts or invent experience. Resume: [paste resume text].</w:t>
            </w:r>
          </w:p>
        </w:tc>
      </w:tr>
    </w:tbl>
    <w:p w14:paraId="1F011B25" w14:textId="77777777" w:rsidR="00477058" w:rsidRDefault="00477058">
      <w:pPr>
        <w:spacing w:after="20"/>
      </w:pPr>
    </w:p>
    <w:tbl>
      <w:tblPr>
        <w:tblW w:w="0" w:type="auto"/>
        <w:jc w:val="center"/>
        <w:tblLayout w:type="fixed"/>
        <w:tblLook w:val="04A0" w:firstRow="1" w:lastRow="0" w:firstColumn="1" w:lastColumn="0" w:noHBand="0" w:noVBand="1"/>
      </w:tblPr>
      <w:tblGrid>
        <w:gridCol w:w="10224"/>
      </w:tblGrid>
      <w:tr w:rsidR="00477058" w14:paraId="7791D6D8" w14:textId="77777777">
        <w:trPr>
          <w:jc w:val="center"/>
        </w:trPr>
        <w:tc>
          <w:tcPr>
            <w:tcW w:w="10224" w:type="dxa"/>
            <w:shd w:val="clear" w:color="auto" w:fill="D9EAF7"/>
            <w:tcMar>
              <w:top w:w="90" w:type="dxa"/>
              <w:left w:w="120" w:type="dxa"/>
              <w:bottom w:w="90" w:type="dxa"/>
              <w:right w:w="120" w:type="dxa"/>
            </w:tcMar>
          </w:tcPr>
          <w:p w14:paraId="087B26F2" w14:textId="77777777" w:rsidR="00477058" w:rsidRDefault="00000000">
            <w:pPr>
              <w:spacing w:after="0"/>
            </w:pPr>
            <w:r>
              <w:rPr>
                <w:b/>
                <w:color w:val="1F4E79"/>
              </w:rPr>
              <w:t>Prompt 6: Final Proofreading</w:t>
            </w:r>
          </w:p>
        </w:tc>
      </w:tr>
      <w:tr w:rsidR="00477058" w14:paraId="6DB5BCFD" w14:textId="77777777">
        <w:trPr>
          <w:jc w:val="center"/>
        </w:trPr>
        <w:tc>
          <w:tcPr>
            <w:tcW w:w="10224" w:type="dxa"/>
            <w:tcMar>
              <w:top w:w="120" w:type="dxa"/>
              <w:left w:w="140" w:type="dxa"/>
              <w:bottom w:w="120" w:type="dxa"/>
              <w:right w:w="140" w:type="dxa"/>
            </w:tcMar>
          </w:tcPr>
          <w:p w14:paraId="30EC20DE" w14:textId="77777777" w:rsidR="00477058" w:rsidRDefault="00000000">
            <w:pPr>
              <w:spacing w:after="0"/>
            </w:pPr>
            <w:r>
              <w:rPr>
                <w:sz w:val="20"/>
              </w:rPr>
              <w:t>Proofread this resume for spelling, grammar, punctuation, repeated words, and inconsistent dates. Return a corrected version and a short list of changes. Keep every fact and meaning the same. Resume: [paste resume text].</w:t>
            </w:r>
          </w:p>
        </w:tc>
      </w:tr>
    </w:tbl>
    <w:p w14:paraId="702015AA" w14:textId="77777777" w:rsidR="00477058" w:rsidRDefault="00477058">
      <w:pPr>
        <w:spacing w:after="20"/>
      </w:pPr>
    </w:p>
    <w:p w14:paraId="19EC205C" w14:textId="77777777" w:rsidR="00477058" w:rsidRDefault="00000000">
      <w:pPr>
        <w:pStyle w:val="Heading1"/>
        <w:spacing w:before="160" w:after="80"/>
      </w:pPr>
      <w:r>
        <w:rPr>
          <w:rFonts w:ascii="Arial" w:hAnsi="Arial"/>
          <w:color w:val="1F4E79"/>
        </w:rPr>
        <w:t>Useful Action Verbs</w:t>
      </w:r>
    </w:p>
    <w:p w14:paraId="12A217CE" w14:textId="77777777" w:rsidR="00477058" w:rsidRDefault="00000000">
      <w:pPr>
        <w:spacing w:after="100"/>
      </w:pPr>
      <w:r>
        <w:rPr>
          <w:sz w:val="20"/>
        </w:rPr>
        <w:t>Assisted • Answered • Built • Cleaned • Completed • Created • Delivered • Helped • Improved • Learned • Managed • Organized • Prepared • Processed • Restocked • Served • Trained • Updated</w:t>
      </w:r>
    </w:p>
    <w:tbl>
      <w:tblPr>
        <w:tblW w:w="0" w:type="auto"/>
        <w:jc w:val="center"/>
        <w:tblLayout w:type="fixed"/>
        <w:tblLook w:val="04A0" w:firstRow="1" w:lastRow="0" w:firstColumn="1" w:lastColumn="0" w:noHBand="0" w:noVBand="1"/>
      </w:tblPr>
      <w:tblGrid>
        <w:gridCol w:w="10224"/>
      </w:tblGrid>
      <w:tr w:rsidR="00477058" w14:paraId="6958EAE4" w14:textId="77777777">
        <w:trPr>
          <w:jc w:val="center"/>
        </w:trPr>
        <w:tc>
          <w:tcPr>
            <w:tcW w:w="10224" w:type="dxa"/>
            <w:shd w:val="clear" w:color="auto" w:fill="FFF2CC"/>
            <w:tcMar>
              <w:top w:w="110" w:type="dxa"/>
              <w:left w:w="130" w:type="dxa"/>
              <w:bottom w:w="110" w:type="dxa"/>
              <w:right w:w="130" w:type="dxa"/>
            </w:tcMar>
          </w:tcPr>
          <w:p w14:paraId="6F77FE05" w14:textId="77777777" w:rsidR="00477058" w:rsidRDefault="00000000">
            <w:pPr>
              <w:spacing w:after="0"/>
            </w:pPr>
            <w:r>
              <w:rPr>
                <w:b/>
                <w:sz w:val="20"/>
              </w:rPr>
              <w:t xml:space="preserve">Before submitting: </w:t>
            </w:r>
            <w:r>
              <w:rPr>
                <w:sz w:val="20"/>
              </w:rPr>
              <w:t>Read every line. Make sure all information is true, dates are correct, and the resume sounds like you. Ask another person to review it.</w:t>
            </w:r>
          </w:p>
        </w:tc>
      </w:tr>
    </w:tbl>
    <w:p w14:paraId="13382E62" w14:textId="77777777" w:rsidR="00555D69" w:rsidRDefault="00555D69"/>
    <w:sectPr w:rsidR="00555D69" w:rsidSect="00034616">
      <w:footerReference w:type="default" r:id="rId8"/>
      <w:pgSz w:w="12240" w:h="15840"/>
      <w:pgMar w:top="792" w:right="1008" w:bottom="792"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5B2190" w14:textId="77777777" w:rsidR="00555D69" w:rsidRDefault="00555D69">
      <w:pPr>
        <w:spacing w:after="0" w:line="240" w:lineRule="auto"/>
      </w:pPr>
      <w:r>
        <w:separator/>
      </w:r>
    </w:p>
  </w:endnote>
  <w:endnote w:type="continuationSeparator" w:id="0">
    <w:p w14:paraId="12FB1E0D" w14:textId="77777777" w:rsidR="00555D69" w:rsidRDefault="00555D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D84A28" w14:textId="77777777" w:rsidR="00477058" w:rsidRDefault="00000000">
    <w:pPr>
      <w:pStyle w:val="Footer"/>
      <w:jc w:val="center"/>
    </w:pPr>
    <w:r>
      <w:rPr>
        <w:color w:val="6E6E6E"/>
        <w:sz w:val="16"/>
      </w:rPr>
      <w:t>AI-Friendly and ATS-Ready Resume Template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26E8D0" w14:textId="77777777" w:rsidR="00555D69" w:rsidRDefault="00555D69">
      <w:pPr>
        <w:spacing w:after="0" w:line="240" w:lineRule="auto"/>
      </w:pPr>
      <w:r>
        <w:separator/>
      </w:r>
    </w:p>
  </w:footnote>
  <w:footnote w:type="continuationSeparator" w:id="0">
    <w:p w14:paraId="1C47731C" w14:textId="77777777" w:rsidR="00555D69" w:rsidRDefault="00555D6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454009894">
    <w:abstractNumId w:val="8"/>
  </w:num>
  <w:num w:numId="2" w16cid:durableId="1268732882">
    <w:abstractNumId w:val="6"/>
  </w:num>
  <w:num w:numId="3" w16cid:durableId="2042972967">
    <w:abstractNumId w:val="5"/>
  </w:num>
  <w:num w:numId="4" w16cid:durableId="1891569988">
    <w:abstractNumId w:val="4"/>
  </w:num>
  <w:num w:numId="5" w16cid:durableId="228612850">
    <w:abstractNumId w:val="7"/>
  </w:num>
  <w:num w:numId="6" w16cid:durableId="903563636">
    <w:abstractNumId w:val="3"/>
  </w:num>
  <w:num w:numId="7" w16cid:durableId="1276988170">
    <w:abstractNumId w:val="2"/>
  </w:num>
  <w:num w:numId="8" w16cid:durableId="1865097715">
    <w:abstractNumId w:val="1"/>
  </w:num>
  <w:num w:numId="9" w16cid:durableId="20640127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51744"/>
    <w:rsid w:val="0006063C"/>
    <w:rsid w:val="0015074B"/>
    <w:rsid w:val="0029639D"/>
    <w:rsid w:val="00326F90"/>
    <w:rsid w:val="00477058"/>
    <w:rsid w:val="00555D69"/>
    <w:rsid w:val="0073227C"/>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4D7174E"/>
  <w14:defaultImageDpi w14:val="300"/>
  <w15:docId w15:val="{60CC1623-855A-4EE7-894D-55A1B09A93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80" w:line="252" w:lineRule="auto"/>
    </w:pPr>
    <w:rPr>
      <w:rFonts w:ascii="Arial" w:hAnsi="Arial"/>
      <w:sz w:val="21"/>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815</Words>
  <Characters>4647</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5452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AI-Friendly and ATS-Ready Resume Template</dc:title>
  <dc:subject>Editable resume template and AI prompts for adult learners and job seekers</dc:subject>
  <dc:creator>Tonya Hancock</dc:creator>
  <cp:keywords>resume, ATS, AI prompt, job readiness, adult education</cp:keywords>
  <dc:description>generated by python-docx</dc:description>
  <cp:lastModifiedBy>Tonya Hancock</cp:lastModifiedBy>
  <cp:revision>2</cp:revision>
  <dcterms:created xsi:type="dcterms:W3CDTF">2026-07-26T03:05:00Z</dcterms:created>
  <dcterms:modified xsi:type="dcterms:W3CDTF">2026-07-26T03:05:00Z</dcterms:modified>
  <cp:category/>
</cp:coreProperties>
</file>