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33444" w14:textId="77777777" w:rsidR="00923997" w:rsidRDefault="00000000">
      <w:pPr>
        <w:spacing w:before="1240" w:after="240"/>
        <w:jc w:val="center"/>
      </w:pPr>
      <w:r>
        <w:rPr>
          <w:b/>
          <w:color w:val="2F5597"/>
          <w:sz w:val="48"/>
        </w:rPr>
        <w:t>SMART FOOD BUDGET</w:t>
      </w:r>
      <w:r>
        <w:rPr>
          <w:b/>
          <w:color w:val="2F5597"/>
          <w:sz w:val="48"/>
        </w:rPr>
        <w:br/>
        <w:t>AND 7-DAY MEAL PLAN</w:t>
      </w:r>
    </w:p>
    <w:p w14:paraId="1B88DF42" w14:textId="77777777" w:rsidR="00923997" w:rsidRDefault="00000000">
      <w:pPr>
        <w:spacing w:after="440"/>
        <w:jc w:val="center"/>
      </w:pPr>
      <w:r>
        <w:rPr>
          <w:color w:val="1F1F1F"/>
          <w:sz w:val="32"/>
        </w:rPr>
        <w:t>A Step-by-Step AI Prompt Guide</w:t>
      </w:r>
      <w:r>
        <w:rPr>
          <w:color w:val="1F1F1F"/>
          <w:sz w:val="32"/>
        </w:rPr>
        <w:br/>
        <w:t>for One Mother and Two Children</w:t>
      </w:r>
    </w:p>
    <w:tbl>
      <w:tblPr>
        <w:tblW w:w="0" w:type="auto"/>
        <w:jc w:val="center"/>
        <w:tblLayout w:type="fixed"/>
        <w:tblLook w:val="04A0" w:firstRow="1" w:lastRow="0" w:firstColumn="1" w:lastColumn="0" w:noHBand="0" w:noVBand="1"/>
      </w:tblPr>
      <w:tblGrid>
        <w:gridCol w:w="10080"/>
      </w:tblGrid>
      <w:tr w:rsidR="00923997" w14:paraId="5D0D1550" w14:textId="77777777">
        <w:trPr>
          <w:jc w:val="center"/>
        </w:trPr>
        <w:tc>
          <w:tcPr>
            <w:tcW w:w="10080" w:type="dxa"/>
            <w:tcBorders>
              <w:top w:val="single" w:sz="12" w:space="0" w:color="2F5597"/>
              <w:left w:val="single" w:sz="12" w:space="0" w:color="2F5597"/>
              <w:bottom w:val="single" w:sz="12" w:space="0" w:color="2F5597"/>
              <w:right w:val="single" w:sz="12" w:space="0" w:color="2F5597"/>
            </w:tcBorders>
            <w:shd w:val="clear" w:color="auto" w:fill="D9EAF7"/>
            <w:tcMar>
              <w:top w:w="200" w:type="dxa"/>
              <w:left w:w="240" w:type="dxa"/>
              <w:bottom w:w="200" w:type="dxa"/>
              <w:right w:w="240" w:type="dxa"/>
            </w:tcMar>
            <w:vAlign w:val="center"/>
          </w:tcPr>
          <w:p w14:paraId="6CE9B68C" w14:textId="77777777" w:rsidR="00923997" w:rsidRDefault="00000000">
            <w:pPr>
              <w:jc w:val="center"/>
            </w:pPr>
            <w:r>
              <w:rPr>
                <w:b/>
                <w:color w:val="1F1F1F"/>
                <w:sz w:val="26"/>
              </w:rPr>
              <w:t>Use these prompts to plan meals, check what you already have, compare local stores, look for sales, and stay within your food budget.</w:t>
            </w:r>
          </w:p>
        </w:tc>
      </w:tr>
    </w:tbl>
    <w:p w14:paraId="59F79306" w14:textId="77777777" w:rsidR="00923997" w:rsidRDefault="00000000">
      <w:pPr>
        <w:spacing w:before="560" w:after="60"/>
        <w:jc w:val="center"/>
      </w:pPr>
      <w:r>
        <w:rPr>
          <w:b/>
          <w:color w:val="2F5597"/>
        </w:rPr>
        <w:t>Editable Participant Resource</w:t>
      </w:r>
    </w:p>
    <w:p w14:paraId="09D03BC7" w14:textId="77777777" w:rsidR="00923997" w:rsidRDefault="00000000">
      <w:pPr>
        <w:spacing w:after="40"/>
        <w:jc w:val="center"/>
      </w:pPr>
      <w:r>
        <w:rPr>
          <w:color w:val="666666"/>
          <w:sz w:val="21"/>
        </w:rPr>
        <w:t>Use general information only. Never enter bank account numbers, card numbers, Social Security numbers, passwords, or other private information into an AI tool.</w:t>
      </w:r>
    </w:p>
    <w:p w14:paraId="1491F8AB" w14:textId="77777777" w:rsidR="00923997" w:rsidRDefault="00923997">
      <w:pPr>
        <w:pageBreakBefore/>
        <w:spacing w:after="0"/>
      </w:pPr>
    </w:p>
    <w:p w14:paraId="3EFD7484" w14:textId="77777777" w:rsidR="00923997" w:rsidRDefault="00000000">
      <w:pPr>
        <w:keepNext/>
        <w:spacing w:before="160"/>
      </w:pPr>
      <w:r>
        <w:rPr>
          <w:b/>
          <w:color w:val="2F5597"/>
          <w:sz w:val="32"/>
        </w:rPr>
        <w:t>How to Use This Guide</w:t>
      </w:r>
    </w:p>
    <w:p w14:paraId="1C6BAEDE" w14:textId="77777777" w:rsidR="00923997" w:rsidRDefault="00000000">
      <w:r>
        <w:rPr>
          <w:color w:val="1F1F1F"/>
        </w:rPr>
        <w:t>This guide gives you one clear step at a time. Complete the worksheet for each step. Then copy the prompt into an AI tool. Read the answer carefully. Change anything that does not fit your family, budget, health needs, or local prices.</w:t>
      </w:r>
    </w:p>
    <w:tbl>
      <w:tblPr>
        <w:tblW w:w="0" w:type="auto"/>
        <w:jc w:val="center"/>
        <w:tblLayout w:type="fixed"/>
        <w:tblLook w:val="04A0" w:firstRow="1" w:lastRow="0" w:firstColumn="1" w:lastColumn="0" w:noHBand="0" w:noVBand="1"/>
      </w:tblPr>
      <w:tblGrid>
        <w:gridCol w:w="1008"/>
        <w:gridCol w:w="8424"/>
      </w:tblGrid>
      <w:tr w:rsidR="00923997" w14:paraId="2FE7D285" w14:textId="77777777">
        <w:trPr>
          <w:tblHeader/>
          <w:jc w:val="center"/>
        </w:trPr>
        <w:tc>
          <w:tcPr>
            <w:tcW w:w="1008"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6A2035FD" w14:textId="77777777" w:rsidR="00923997" w:rsidRDefault="00000000">
            <w:pPr>
              <w:spacing w:after="0"/>
              <w:jc w:val="center"/>
            </w:pPr>
            <w:r>
              <w:rPr>
                <w:b/>
                <w:color w:val="FFFFFF"/>
                <w:sz w:val="22"/>
              </w:rPr>
              <w:t>Step</w:t>
            </w:r>
          </w:p>
        </w:tc>
        <w:tc>
          <w:tcPr>
            <w:tcW w:w="8424"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70C425B7" w14:textId="77777777" w:rsidR="00923997" w:rsidRDefault="00000000">
            <w:pPr>
              <w:spacing w:after="0"/>
              <w:jc w:val="center"/>
            </w:pPr>
            <w:r>
              <w:rPr>
                <w:b/>
                <w:color w:val="FFFFFF"/>
                <w:sz w:val="22"/>
              </w:rPr>
              <w:t>What You Will Do</w:t>
            </w:r>
          </w:p>
        </w:tc>
      </w:tr>
      <w:tr w:rsidR="00923997" w14:paraId="47446DBD"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B8407AA" w14:textId="77777777" w:rsidR="00923997" w:rsidRDefault="00000000">
            <w:pPr>
              <w:spacing w:after="0" w:line="240" w:lineRule="auto"/>
            </w:pPr>
            <w:r>
              <w:rPr>
                <w:color w:val="1F1F1F"/>
                <w:sz w:val="22"/>
              </w:rPr>
              <w:t>1</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326EC4F" w14:textId="77777777" w:rsidR="00923997" w:rsidRDefault="00000000">
            <w:pPr>
              <w:spacing w:after="0" w:line="240" w:lineRule="auto"/>
            </w:pPr>
            <w:r>
              <w:rPr>
                <w:color w:val="1F1F1F"/>
                <w:sz w:val="22"/>
              </w:rPr>
              <w:t>Choose your weekly food budget.</w:t>
            </w:r>
          </w:p>
        </w:tc>
      </w:tr>
      <w:tr w:rsidR="00923997" w14:paraId="51D22D8A"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732B9BD" w14:textId="77777777" w:rsidR="00923997" w:rsidRDefault="00000000">
            <w:pPr>
              <w:spacing w:after="0" w:line="240" w:lineRule="auto"/>
            </w:pPr>
            <w:r>
              <w:rPr>
                <w:color w:val="1F1F1F"/>
                <w:sz w:val="22"/>
              </w:rPr>
              <w:t>2</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00C4579" w14:textId="77777777" w:rsidR="00923997" w:rsidRDefault="00000000">
            <w:pPr>
              <w:spacing w:after="0" w:line="240" w:lineRule="auto"/>
            </w:pPr>
            <w:r>
              <w:rPr>
                <w:color w:val="1F1F1F"/>
                <w:sz w:val="22"/>
              </w:rPr>
              <w:t>Write down what food you already have.</w:t>
            </w:r>
          </w:p>
        </w:tc>
      </w:tr>
      <w:tr w:rsidR="00923997" w14:paraId="46AFC432"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729E745" w14:textId="77777777" w:rsidR="00923997" w:rsidRDefault="00000000">
            <w:pPr>
              <w:spacing w:after="0" w:line="240" w:lineRule="auto"/>
            </w:pPr>
            <w:r>
              <w:rPr>
                <w:color w:val="1F1F1F"/>
                <w:sz w:val="22"/>
              </w:rPr>
              <w:t>3</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D99F743" w14:textId="77777777" w:rsidR="00923997" w:rsidRDefault="00000000">
            <w:pPr>
              <w:spacing w:after="0" w:line="240" w:lineRule="auto"/>
            </w:pPr>
            <w:r>
              <w:rPr>
                <w:color w:val="1F1F1F"/>
                <w:sz w:val="22"/>
              </w:rPr>
              <w:t>List your family’s needs and simple preferences.</w:t>
            </w:r>
          </w:p>
        </w:tc>
      </w:tr>
      <w:tr w:rsidR="00923997" w14:paraId="126A758F"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0067992" w14:textId="77777777" w:rsidR="00923997" w:rsidRDefault="00000000">
            <w:pPr>
              <w:spacing w:after="0" w:line="240" w:lineRule="auto"/>
            </w:pPr>
            <w:r>
              <w:rPr>
                <w:color w:val="1F1F1F"/>
                <w:sz w:val="22"/>
              </w:rPr>
              <w:t>4</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372B3D9" w14:textId="77777777" w:rsidR="00923997" w:rsidRDefault="00000000">
            <w:pPr>
              <w:spacing w:after="0" w:line="240" w:lineRule="auto"/>
            </w:pPr>
            <w:r>
              <w:rPr>
                <w:color w:val="1F1F1F"/>
                <w:sz w:val="22"/>
              </w:rPr>
              <w:t>Ask for a 7-day meal plan with three meals each day.</w:t>
            </w:r>
          </w:p>
        </w:tc>
      </w:tr>
      <w:tr w:rsidR="00923997" w14:paraId="57EC6CD6"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92CADD1" w14:textId="77777777" w:rsidR="00923997" w:rsidRDefault="00000000">
            <w:pPr>
              <w:spacing w:after="0" w:line="240" w:lineRule="auto"/>
            </w:pPr>
            <w:r>
              <w:rPr>
                <w:color w:val="1F1F1F"/>
                <w:sz w:val="22"/>
              </w:rPr>
              <w:t>5</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214ED9C" w14:textId="77777777" w:rsidR="00923997" w:rsidRDefault="00000000">
            <w:pPr>
              <w:spacing w:after="0" w:line="240" w:lineRule="auto"/>
            </w:pPr>
            <w:r>
              <w:rPr>
                <w:color w:val="1F1F1F"/>
                <w:sz w:val="22"/>
              </w:rPr>
              <w:t>Ask for recipes and one master ingredient list.</w:t>
            </w:r>
          </w:p>
        </w:tc>
      </w:tr>
      <w:tr w:rsidR="00923997" w14:paraId="02C419B3"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4182E8D" w14:textId="77777777" w:rsidR="00923997" w:rsidRDefault="00000000">
            <w:pPr>
              <w:spacing w:after="0" w:line="240" w:lineRule="auto"/>
            </w:pPr>
            <w:r>
              <w:rPr>
                <w:color w:val="1F1F1F"/>
                <w:sz w:val="22"/>
              </w:rPr>
              <w:t>6</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EBEA4C6" w14:textId="77777777" w:rsidR="00923997" w:rsidRDefault="00000000">
            <w:pPr>
              <w:spacing w:after="0" w:line="240" w:lineRule="auto"/>
            </w:pPr>
            <w:r>
              <w:rPr>
                <w:color w:val="1F1F1F"/>
                <w:sz w:val="22"/>
              </w:rPr>
              <w:t>Remove items you already have from the shopping list.</w:t>
            </w:r>
          </w:p>
        </w:tc>
      </w:tr>
      <w:tr w:rsidR="00923997" w14:paraId="0E366B40"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81A8C5E" w14:textId="77777777" w:rsidR="00923997" w:rsidRDefault="00000000">
            <w:pPr>
              <w:spacing w:after="0" w:line="240" w:lineRule="auto"/>
            </w:pPr>
            <w:r>
              <w:rPr>
                <w:color w:val="1F1F1F"/>
                <w:sz w:val="22"/>
              </w:rPr>
              <w:t>7</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D87CFA9" w14:textId="77777777" w:rsidR="00923997" w:rsidRDefault="00000000">
            <w:pPr>
              <w:spacing w:after="0" w:line="240" w:lineRule="auto"/>
            </w:pPr>
            <w:r>
              <w:rPr>
                <w:color w:val="1F1F1F"/>
                <w:sz w:val="22"/>
              </w:rPr>
              <w:t>Compare two grocery stores near you.</w:t>
            </w:r>
          </w:p>
        </w:tc>
      </w:tr>
      <w:tr w:rsidR="00923997" w14:paraId="7B3EDE5B"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8BD3C9B" w14:textId="77777777" w:rsidR="00923997" w:rsidRDefault="00000000">
            <w:pPr>
              <w:spacing w:after="0" w:line="240" w:lineRule="auto"/>
            </w:pPr>
            <w:r>
              <w:rPr>
                <w:color w:val="1F1F1F"/>
                <w:sz w:val="22"/>
              </w:rPr>
              <w:t>8</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ECAF5A6" w14:textId="77777777" w:rsidR="00923997" w:rsidRDefault="00000000">
            <w:pPr>
              <w:spacing w:after="0" w:line="240" w:lineRule="auto"/>
            </w:pPr>
            <w:r>
              <w:rPr>
                <w:color w:val="1F1F1F"/>
                <w:sz w:val="22"/>
              </w:rPr>
              <w:t>Check current sales, digital coupons, and lower-cost substitutions.</w:t>
            </w:r>
          </w:p>
        </w:tc>
      </w:tr>
      <w:tr w:rsidR="00923997" w14:paraId="387F5463"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5E54F68" w14:textId="77777777" w:rsidR="00923997" w:rsidRDefault="00000000">
            <w:pPr>
              <w:spacing w:after="0" w:line="240" w:lineRule="auto"/>
            </w:pPr>
            <w:r>
              <w:rPr>
                <w:color w:val="1F1F1F"/>
                <w:sz w:val="22"/>
              </w:rPr>
              <w:t>9</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924167C" w14:textId="77777777" w:rsidR="00923997" w:rsidRDefault="00000000">
            <w:pPr>
              <w:spacing w:after="0" w:line="240" w:lineRule="auto"/>
            </w:pPr>
            <w:r>
              <w:rPr>
                <w:color w:val="1F1F1F"/>
                <w:sz w:val="22"/>
              </w:rPr>
              <w:t>Choose where to buy each item and record what you actually spend.</w:t>
            </w:r>
          </w:p>
        </w:tc>
      </w:tr>
    </w:tbl>
    <w:p w14:paraId="07D51C6E" w14:textId="77777777" w:rsidR="00923997" w:rsidRDefault="00923997">
      <w:pPr>
        <w:spacing w:after="20"/>
      </w:pPr>
    </w:p>
    <w:tbl>
      <w:tblPr>
        <w:tblW w:w="0" w:type="auto"/>
        <w:jc w:val="center"/>
        <w:tblLayout w:type="fixed"/>
        <w:tblLook w:val="04A0" w:firstRow="1" w:lastRow="0" w:firstColumn="1" w:lastColumn="0" w:noHBand="0" w:noVBand="1"/>
      </w:tblPr>
      <w:tblGrid>
        <w:gridCol w:w="10080"/>
      </w:tblGrid>
      <w:tr w:rsidR="00923997" w14:paraId="63986F5C" w14:textId="77777777">
        <w:trPr>
          <w:jc w:val="center"/>
        </w:trPr>
        <w:tc>
          <w:tcPr>
            <w:tcW w:w="10080" w:type="dxa"/>
            <w:tcBorders>
              <w:top w:val="single" w:sz="8" w:space="0" w:color="8EA9C1"/>
              <w:left w:val="single" w:sz="8" w:space="0" w:color="8EA9C1"/>
              <w:bottom w:val="single" w:sz="8" w:space="0" w:color="8EA9C1"/>
              <w:right w:val="single" w:sz="8" w:space="0" w:color="8EA9C1"/>
            </w:tcBorders>
            <w:shd w:val="clear" w:color="auto" w:fill="D9EAF7"/>
            <w:tcMar>
              <w:top w:w="120" w:type="dxa"/>
              <w:left w:w="150" w:type="dxa"/>
              <w:bottom w:w="120" w:type="dxa"/>
              <w:right w:w="150" w:type="dxa"/>
            </w:tcMar>
            <w:vAlign w:val="center"/>
          </w:tcPr>
          <w:p w14:paraId="15B05FDC" w14:textId="77777777" w:rsidR="00923997" w:rsidRDefault="00000000">
            <w:pPr>
              <w:spacing w:after="40"/>
            </w:pPr>
            <w:r>
              <w:rPr>
                <w:b/>
                <w:color w:val="2F5597"/>
                <w:sz w:val="22"/>
              </w:rPr>
              <w:t>AI Safety and Accuracy</w:t>
            </w:r>
          </w:p>
          <w:p w14:paraId="2A5A41BB" w14:textId="77777777" w:rsidR="00923997" w:rsidRDefault="00000000">
            <w:pPr>
              <w:spacing w:after="0" w:line="252" w:lineRule="auto"/>
            </w:pPr>
            <w:r>
              <w:rPr>
                <w:color w:val="1F1F1F"/>
                <w:sz w:val="21"/>
              </w:rPr>
              <w:t>Do not share private financial information. Store prices and sales change often. Ask the AI to state the date checked and to say clearly when it cannot verify a current local price or sale. Always confirm prices in the store app, weekly ad, or store before shopping.</w:t>
            </w:r>
          </w:p>
        </w:tc>
      </w:tr>
    </w:tbl>
    <w:p w14:paraId="69F500C0" w14:textId="77777777" w:rsidR="00923997" w:rsidRDefault="00923997">
      <w:pPr>
        <w:spacing w:after="20"/>
      </w:pPr>
    </w:p>
    <w:p w14:paraId="772AA7E7" w14:textId="77777777" w:rsidR="00923997" w:rsidRDefault="00000000">
      <w:pPr>
        <w:keepNext/>
        <w:spacing w:before="100"/>
      </w:pPr>
      <w:r>
        <w:rPr>
          <w:b/>
          <w:color w:val="2F5597"/>
          <w:sz w:val="28"/>
        </w:rPr>
        <w:t>What You Need Before You Begin</w:t>
      </w:r>
    </w:p>
    <w:p w14:paraId="3A78472C" w14:textId="77777777" w:rsidR="00923997" w:rsidRDefault="00000000">
      <w:pPr>
        <w:spacing w:after="60"/>
        <w:ind w:left="360"/>
      </w:pPr>
      <w:r>
        <w:rPr>
          <w:color w:val="1F1F1F"/>
          <w:sz w:val="23"/>
        </w:rPr>
        <w:t>☐ A weekly food budget amount</w:t>
      </w:r>
    </w:p>
    <w:p w14:paraId="334F3F5F" w14:textId="77777777" w:rsidR="00923997" w:rsidRDefault="00000000">
      <w:pPr>
        <w:spacing w:after="60"/>
        <w:ind w:left="360"/>
      </w:pPr>
      <w:r>
        <w:rPr>
          <w:color w:val="1F1F1F"/>
          <w:sz w:val="23"/>
        </w:rPr>
        <w:t>☐ Your ZIP code or city</w:t>
      </w:r>
    </w:p>
    <w:p w14:paraId="023EF7EE" w14:textId="77777777" w:rsidR="00923997" w:rsidRDefault="00000000">
      <w:pPr>
        <w:spacing w:after="60"/>
        <w:ind w:left="360"/>
      </w:pPr>
      <w:r>
        <w:rPr>
          <w:color w:val="1F1F1F"/>
          <w:sz w:val="23"/>
        </w:rPr>
        <w:t>☐ Names of two nearby grocery stores</w:t>
      </w:r>
    </w:p>
    <w:p w14:paraId="44BA25D3" w14:textId="77777777" w:rsidR="00923997" w:rsidRDefault="00000000">
      <w:pPr>
        <w:spacing w:after="60"/>
        <w:ind w:left="360"/>
      </w:pPr>
      <w:r>
        <w:rPr>
          <w:color w:val="1F1F1F"/>
          <w:sz w:val="23"/>
        </w:rPr>
        <w:t>☐ A list of food already at home</w:t>
      </w:r>
    </w:p>
    <w:p w14:paraId="3449EA9E" w14:textId="77777777" w:rsidR="00923997" w:rsidRDefault="00000000">
      <w:pPr>
        <w:spacing w:after="60"/>
        <w:ind w:left="360"/>
      </w:pPr>
      <w:r>
        <w:rPr>
          <w:color w:val="1F1F1F"/>
          <w:sz w:val="23"/>
        </w:rPr>
        <w:t>☐ Any food allergies or medical food restrictions</w:t>
      </w:r>
    </w:p>
    <w:p w14:paraId="12BA8D83" w14:textId="77777777" w:rsidR="00923997" w:rsidRDefault="00000000">
      <w:pPr>
        <w:spacing w:after="60"/>
        <w:ind w:left="360"/>
      </w:pPr>
      <w:r>
        <w:rPr>
          <w:color w:val="1F1F1F"/>
          <w:sz w:val="23"/>
        </w:rPr>
        <w:t>☐ A phone, computer, or printed store ads</w:t>
      </w:r>
    </w:p>
    <w:p w14:paraId="19D39377" w14:textId="77777777" w:rsidR="00923997" w:rsidRDefault="00923997">
      <w:pPr>
        <w:pageBreakBefore/>
        <w:spacing w:after="0"/>
      </w:pPr>
    </w:p>
    <w:p w14:paraId="64CCEA89" w14:textId="77777777" w:rsidR="00923997" w:rsidRDefault="00000000">
      <w:pPr>
        <w:keepNext/>
        <w:spacing w:before="160"/>
      </w:pPr>
      <w:r>
        <w:rPr>
          <w:b/>
          <w:color w:val="2F5597"/>
          <w:sz w:val="32"/>
        </w:rPr>
        <w:t>Step 1: Set the Weekly Food Budget</w:t>
      </w:r>
    </w:p>
    <w:p w14:paraId="244E6D5A" w14:textId="77777777" w:rsidR="00923997" w:rsidRDefault="00000000">
      <w:r>
        <w:rPr>
          <w:color w:val="1F1F1F"/>
        </w:rPr>
        <w:t>Write a food budget that is realistic. Do not use money needed for rent, utilities, medicine, transportation, or other required bills.</w:t>
      </w:r>
    </w:p>
    <w:tbl>
      <w:tblPr>
        <w:tblW w:w="0" w:type="auto"/>
        <w:jc w:val="center"/>
        <w:tblLayout w:type="fixed"/>
        <w:tblLook w:val="04A0" w:firstRow="1" w:lastRow="0" w:firstColumn="1" w:lastColumn="0" w:noHBand="0" w:noVBand="1"/>
      </w:tblPr>
      <w:tblGrid>
        <w:gridCol w:w="6840"/>
        <w:gridCol w:w="2592"/>
      </w:tblGrid>
      <w:tr w:rsidR="00923997" w14:paraId="5FDBC814" w14:textId="77777777">
        <w:trPr>
          <w:tblHeader/>
          <w:jc w:val="center"/>
        </w:trPr>
        <w:tc>
          <w:tcPr>
            <w:tcW w:w="6840"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6FC5D887" w14:textId="77777777" w:rsidR="00923997" w:rsidRDefault="00000000">
            <w:pPr>
              <w:spacing w:after="0"/>
              <w:jc w:val="center"/>
            </w:pPr>
            <w:r>
              <w:rPr>
                <w:b/>
                <w:color w:val="FFFFFF"/>
                <w:sz w:val="22"/>
              </w:rPr>
              <w:t>Budget Question</w:t>
            </w:r>
          </w:p>
        </w:tc>
        <w:tc>
          <w:tcPr>
            <w:tcW w:w="2592"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1410B426" w14:textId="77777777" w:rsidR="00923997" w:rsidRDefault="00000000">
            <w:pPr>
              <w:spacing w:after="0"/>
              <w:jc w:val="center"/>
            </w:pPr>
            <w:r>
              <w:rPr>
                <w:b/>
                <w:color w:val="FFFFFF"/>
                <w:sz w:val="22"/>
              </w:rPr>
              <w:t>Amount</w:t>
            </w:r>
          </w:p>
        </w:tc>
      </w:tr>
      <w:tr w:rsidR="00923997" w14:paraId="7C4B66C2" w14:textId="77777777">
        <w:trPr>
          <w:cantSplit/>
          <w:jc w:val="center"/>
        </w:trPr>
        <w:tc>
          <w:tcPr>
            <w:tcW w:w="684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D97A2E7" w14:textId="77777777" w:rsidR="00923997" w:rsidRDefault="00000000">
            <w:pPr>
              <w:spacing w:after="0" w:line="240" w:lineRule="auto"/>
            </w:pPr>
            <w:r>
              <w:rPr>
                <w:color w:val="1F1F1F"/>
                <w:sz w:val="22"/>
              </w:rPr>
              <w:t>Money available for food this week</w:t>
            </w:r>
          </w:p>
        </w:tc>
        <w:tc>
          <w:tcPr>
            <w:tcW w:w="259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D512028" w14:textId="77777777" w:rsidR="00923997" w:rsidRDefault="00000000">
            <w:pPr>
              <w:spacing w:after="0" w:line="240" w:lineRule="auto"/>
            </w:pPr>
            <w:r>
              <w:rPr>
                <w:color w:val="1F1F1F"/>
                <w:sz w:val="22"/>
              </w:rPr>
              <w:t>$____________</w:t>
            </w:r>
          </w:p>
        </w:tc>
      </w:tr>
      <w:tr w:rsidR="00923997" w14:paraId="5CF30DC0" w14:textId="77777777">
        <w:trPr>
          <w:cantSplit/>
          <w:jc w:val="center"/>
        </w:trPr>
        <w:tc>
          <w:tcPr>
            <w:tcW w:w="684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3B22493" w14:textId="77777777" w:rsidR="00923997" w:rsidRDefault="00000000">
            <w:pPr>
              <w:spacing w:after="0" w:line="240" w:lineRule="auto"/>
            </w:pPr>
            <w:r>
              <w:rPr>
                <w:color w:val="1F1F1F"/>
                <w:sz w:val="22"/>
              </w:rPr>
              <w:t>Amount to keep for an emergency</w:t>
            </w:r>
          </w:p>
        </w:tc>
        <w:tc>
          <w:tcPr>
            <w:tcW w:w="259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431FE3C" w14:textId="77777777" w:rsidR="00923997" w:rsidRDefault="00000000">
            <w:pPr>
              <w:spacing w:after="0" w:line="240" w:lineRule="auto"/>
            </w:pPr>
            <w:r>
              <w:rPr>
                <w:color w:val="1F1F1F"/>
                <w:sz w:val="22"/>
              </w:rPr>
              <w:t>$____________</w:t>
            </w:r>
          </w:p>
        </w:tc>
      </w:tr>
      <w:tr w:rsidR="00923997" w14:paraId="6C3ABCDF" w14:textId="77777777">
        <w:trPr>
          <w:cantSplit/>
          <w:jc w:val="center"/>
        </w:trPr>
        <w:tc>
          <w:tcPr>
            <w:tcW w:w="684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363634D" w14:textId="77777777" w:rsidR="00923997" w:rsidRDefault="00000000">
            <w:pPr>
              <w:spacing w:after="0" w:line="240" w:lineRule="auto"/>
            </w:pPr>
            <w:r>
              <w:rPr>
                <w:color w:val="1F1F1F"/>
                <w:sz w:val="22"/>
              </w:rPr>
              <w:t>Final grocery budget</w:t>
            </w:r>
          </w:p>
        </w:tc>
        <w:tc>
          <w:tcPr>
            <w:tcW w:w="259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6E57809" w14:textId="77777777" w:rsidR="00923997" w:rsidRDefault="00000000">
            <w:pPr>
              <w:spacing w:after="0" w:line="240" w:lineRule="auto"/>
            </w:pPr>
            <w:r>
              <w:rPr>
                <w:color w:val="1F1F1F"/>
                <w:sz w:val="22"/>
              </w:rPr>
              <w:t>$____________</w:t>
            </w:r>
          </w:p>
        </w:tc>
      </w:tr>
      <w:tr w:rsidR="00923997" w14:paraId="27718CA0" w14:textId="77777777">
        <w:trPr>
          <w:cantSplit/>
          <w:jc w:val="center"/>
        </w:trPr>
        <w:tc>
          <w:tcPr>
            <w:tcW w:w="684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46C9B6B" w14:textId="77777777" w:rsidR="00923997" w:rsidRDefault="00000000">
            <w:pPr>
              <w:spacing w:after="0" w:line="240" w:lineRule="auto"/>
            </w:pPr>
            <w:r>
              <w:rPr>
                <w:color w:val="1F1F1F"/>
                <w:sz w:val="22"/>
              </w:rPr>
              <w:t>Expected extra food help or benefits</w:t>
            </w:r>
          </w:p>
        </w:tc>
        <w:tc>
          <w:tcPr>
            <w:tcW w:w="259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5931AA1" w14:textId="77777777" w:rsidR="00923997" w:rsidRDefault="00000000">
            <w:pPr>
              <w:spacing w:after="0" w:line="240" w:lineRule="auto"/>
            </w:pPr>
            <w:r>
              <w:rPr>
                <w:color w:val="1F1F1F"/>
                <w:sz w:val="22"/>
              </w:rPr>
              <w:t>$____________</w:t>
            </w:r>
          </w:p>
        </w:tc>
      </w:tr>
    </w:tbl>
    <w:p w14:paraId="4A2C8C99" w14:textId="77777777" w:rsidR="00923997" w:rsidRDefault="00923997">
      <w:pPr>
        <w:spacing w:after="20"/>
      </w:pPr>
    </w:p>
    <w:p w14:paraId="2A1AA572" w14:textId="77777777" w:rsidR="00923997" w:rsidRDefault="00000000">
      <w:pPr>
        <w:keepNext/>
        <w:spacing w:before="80" w:after="60"/>
      </w:pPr>
      <w:r>
        <w:rPr>
          <w:b/>
          <w:color w:val="2F5597"/>
        </w:rPr>
        <w:t>Copy-and-Use Prompt 1: Help Me Set a Food Budget</w:t>
      </w:r>
    </w:p>
    <w:tbl>
      <w:tblPr>
        <w:tblW w:w="0" w:type="auto"/>
        <w:jc w:val="center"/>
        <w:tblLayout w:type="fixed"/>
        <w:tblLook w:val="04A0" w:firstRow="1" w:lastRow="0" w:firstColumn="1" w:lastColumn="0" w:noHBand="0" w:noVBand="1"/>
      </w:tblPr>
      <w:tblGrid>
        <w:gridCol w:w="10080"/>
      </w:tblGrid>
      <w:tr w:rsidR="00923997" w14:paraId="3A66C3B8" w14:textId="77777777">
        <w:trPr>
          <w:jc w:val="center"/>
        </w:trPr>
        <w:tc>
          <w:tcPr>
            <w:tcW w:w="10080" w:type="dxa"/>
            <w:tcBorders>
              <w:top w:val="single" w:sz="8" w:space="0" w:color="2F5597"/>
              <w:left w:val="single" w:sz="8" w:space="0" w:color="2F5597"/>
              <w:bottom w:val="single" w:sz="8" w:space="0" w:color="2F5597"/>
              <w:right w:val="single" w:sz="8" w:space="0" w:color="2F5597"/>
            </w:tcBorders>
            <w:shd w:val="clear" w:color="auto" w:fill="2F5597"/>
            <w:tcMar>
              <w:top w:w="100" w:type="dxa"/>
              <w:left w:w="140" w:type="dxa"/>
              <w:bottom w:w="100" w:type="dxa"/>
              <w:right w:w="140" w:type="dxa"/>
            </w:tcMar>
            <w:vAlign w:val="center"/>
          </w:tcPr>
          <w:p w14:paraId="5B49D46A" w14:textId="77777777" w:rsidR="00923997" w:rsidRDefault="00000000">
            <w:pPr>
              <w:spacing w:after="0"/>
            </w:pPr>
            <w:r>
              <w:rPr>
                <w:b/>
                <w:color w:val="FFFFFF"/>
              </w:rPr>
              <w:t>PROMPT 1</w:t>
            </w:r>
          </w:p>
        </w:tc>
      </w:tr>
      <w:tr w:rsidR="00923997" w14:paraId="2E4AE4D5" w14:textId="77777777">
        <w:trPr>
          <w:jc w:val="center"/>
        </w:trPr>
        <w:tc>
          <w:tcPr>
            <w:tcW w:w="10080" w:type="dxa"/>
            <w:tcBorders>
              <w:top w:val="single" w:sz="8" w:space="0" w:color="8EA9C1"/>
              <w:left w:val="single" w:sz="8" w:space="0" w:color="8EA9C1"/>
              <w:bottom w:val="single" w:sz="8" w:space="0" w:color="8EA9C1"/>
              <w:right w:val="single" w:sz="8" w:space="0" w:color="8EA9C1"/>
            </w:tcBorders>
            <w:shd w:val="clear" w:color="auto" w:fill="EAF3F8"/>
            <w:tcMar>
              <w:top w:w="120" w:type="dxa"/>
              <w:left w:w="150" w:type="dxa"/>
              <w:bottom w:w="120" w:type="dxa"/>
              <w:right w:w="150" w:type="dxa"/>
            </w:tcMar>
            <w:vAlign w:val="center"/>
          </w:tcPr>
          <w:p w14:paraId="136F4230" w14:textId="77777777" w:rsidR="00923997" w:rsidRDefault="00000000">
            <w:pPr>
              <w:spacing w:after="0"/>
            </w:pPr>
            <w:r>
              <w:rPr>
                <w:color w:val="1F1F1F"/>
                <w:sz w:val="21"/>
              </w:rPr>
              <w:t>Help me make a simple weekly food budget for one mother and two children. I have $[amount] available for groceries this week. I need to keep $[amount] for an emergency. I may also receive [general type of food help, if any]. Do not ask me for bank information, account numbers, Social Security numbers, or other private information. Show me: (1) my final food budget, (2) a suggested amount for breakfast foods, lunch foods, dinner foods, snacks, and household staples, and (3) a small emergency food amount. Keep the answer simple and realistic.</w:t>
            </w:r>
          </w:p>
        </w:tc>
      </w:tr>
    </w:tbl>
    <w:p w14:paraId="0A399E77" w14:textId="77777777" w:rsidR="00923997" w:rsidRDefault="00923997">
      <w:pPr>
        <w:spacing w:after="20"/>
      </w:pPr>
    </w:p>
    <w:p w14:paraId="5F8101F6" w14:textId="77777777" w:rsidR="00923997" w:rsidRDefault="00000000">
      <w:pPr>
        <w:keepNext/>
        <w:spacing w:before="100"/>
      </w:pPr>
      <w:r>
        <w:rPr>
          <w:b/>
          <w:color w:val="2F5597"/>
          <w:sz w:val="28"/>
        </w:rPr>
        <w:t>My Budget Decision</w:t>
      </w:r>
    </w:p>
    <w:p w14:paraId="73352630" w14:textId="77777777" w:rsidR="00923997" w:rsidRDefault="00000000">
      <w:pPr>
        <w:spacing w:after="40"/>
      </w:pPr>
      <w:r>
        <w:rPr>
          <w:b/>
          <w:color w:val="2F5597"/>
          <w:sz w:val="22"/>
        </w:rPr>
        <w:t>My final grocery budget is:</w:t>
      </w:r>
    </w:p>
    <w:p w14:paraId="5906E7E3" w14:textId="77777777" w:rsidR="00923997" w:rsidRDefault="00000000">
      <w:pPr>
        <w:tabs>
          <w:tab w:val="right" w:leader="underscore" w:pos="9360"/>
        </w:tabs>
        <w:spacing w:after="80"/>
      </w:pPr>
      <w:r>
        <w:rPr>
          <w:color w:val="1F1F1F"/>
          <w:sz w:val="22"/>
        </w:rPr>
        <w:tab/>
      </w:r>
    </w:p>
    <w:p w14:paraId="78FAD165" w14:textId="77777777" w:rsidR="00923997" w:rsidRDefault="00000000">
      <w:pPr>
        <w:tabs>
          <w:tab w:val="right" w:leader="underscore" w:pos="9360"/>
        </w:tabs>
        <w:spacing w:after="80"/>
      </w:pPr>
      <w:r>
        <w:rPr>
          <w:color w:val="1F1F1F"/>
          <w:sz w:val="22"/>
        </w:rPr>
        <w:tab/>
      </w:r>
    </w:p>
    <w:p w14:paraId="493FF90A" w14:textId="77777777" w:rsidR="00923997" w:rsidRDefault="00000000">
      <w:pPr>
        <w:spacing w:after="40"/>
      </w:pPr>
      <w:r>
        <w:rPr>
          <w:b/>
          <w:color w:val="2F5597"/>
          <w:sz w:val="22"/>
        </w:rPr>
        <w:t>A concern I need to plan for:</w:t>
      </w:r>
    </w:p>
    <w:p w14:paraId="3641DD75" w14:textId="77777777" w:rsidR="00923997" w:rsidRDefault="00000000">
      <w:pPr>
        <w:tabs>
          <w:tab w:val="right" w:leader="underscore" w:pos="9360"/>
        </w:tabs>
        <w:spacing w:after="80"/>
      </w:pPr>
      <w:r>
        <w:rPr>
          <w:color w:val="1F1F1F"/>
          <w:sz w:val="22"/>
        </w:rPr>
        <w:tab/>
      </w:r>
    </w:p>
    <w:p w14:paraId="17D9AFC4" w14:textId="77777777" w:rsidR="00923997" w:rsidRDefault="00000000">
      <w:pPr>
        <w:tabs>
          <w:tab w:val="right" w:leader="underscore" w:pos="9360"/>
        </w:tabs>
        <w:spacing w:after="80"/>
      </w:pPr>
      <w:r>
        <w:rPr>
          <w:color w:val="1F1F1F"/>
          <w:sz w:val="22"/>
        </w:rPr>
        <w:tab/>
      </w:r>
    </w:p>
    <w:p w14:paraId="1538B903" w14:textId="77777777" w:rsidR="00923997" w:rsidRDefault="00923997">
      <w:pPr>
        <w:pageBreakBefore/>
        <w:spacing w:after="0"/>
      </w:pPr>
    </w:p>
    <w:p w14:paraId="3C1E7484" w14:textId="77777777" w:rsidR="00923997" w:rsidRDefault="00000000">
      <w:pPr>
        <w:keepNext/>
        <w:spacing w:before="160"/>
      </w:pPr>
      <w:r>
        <w:rPr>
          <w:b/>
          <w:color w:val="2F5597"/>
          <w:sz w:val="32"/>
        </w:rPr>
        <w:t>Step 2: Shop at Home First</w:t>
      </w:r>
    </w:p>
    <w:p w14:paraId="7768D047" w14:textId="77777777" w:rsidR="00923997" w:rsidRDefault="00000000">
      <w:r>
        <w:rPr>
          <w:color w:val="1F1F1F"/>
        </w:rPr>
        <w:t>Before planning meals, check the pantry, refrigerator, and freezer. This keeps you from buying food you already have.</w:t>
      </w:r>
    </w:p>
    <w:tbl>
      <w:tblPr>
        <w:tblW w:w="0" w:type="auto"/>
        <w:jc w:val="center"/>
        <w:tblLayout w:type="fixed"/>
        <w:tblLook w:val="04A0" w:firstRow="1" w:lastRow="0" w:firstColumn="1" w:lastColumn="0" w:noHBand="0" w:noVBand="1"/>
      </w:tblPr>
      <w:tblGrid>
        <w:gridCol w:w="4824"/>
        <w:gridCol w:w="1152"/>
        <w:gridCol w:w="3456"/>
      </w:tblGrid>
      <w:tr w:rsidR="00923997" w14:paraId="67D511DE" w14:textId="77777777">
        <w:trPr>
          <w:tblHeader/>
          <w:jc w:val="center"/>
        </w:trPr>
        <w:tc>
          <w:tcPr>
            <w:tcW w:w="4824"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0B0B3C51" w14:textId="77777777" w:rsidR="00923997" w:rsidRDefault="00000000">
            <w:pPr>
              <w:spacing w:after="0"/>
              <w:jc w:val="center"/>
            </w:pPr>
            <w:r>
              <w:rPr>
                <w:b/>
                <w:color w:val="FFFFFF"/>
                <w:sz w:val="21"/>
              </w:rPr>
              <w:t>Food Group</w:t>
            </w:r>
          </w:p>
        </w:tc>
        <w:tc>
          <w:tcPr>
            <w:tcW w:w="1152"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4915A11A" w14:textId="77777777" w:rsidR="00923997" w:rsidRDefault="00000000">
            <w:pPr>
              <w:spacing w:after="0"/>
              <w:jc w:val="center"/>
            </w:pPr>
            <w:r>
              <w:rPr>
                <w:b/>
                <w:color w:val="FFFFFF"/>
                <w:sz w:val="21"/>
              </w:rPr>
              <w:t>Have It</w:t>
            </w:r>
          </w:p>
        </w:tc>
        <w:tc>
          <w:tcPr>
            <w:tcW w:w="3456"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5DD24CB1" w14:textId="77777777" w:rsidR="00923997" w:rsidRDefault="00000000">
            <w:pPr>
              <w:spacing w:after="0"/>
              <w:jc w:val="center"/>
            </w:pPr>
            <w:r>
              <w:rPr>
                <w:b/>
                <w:color w:val="FFFFFF"/>
                <w:sz w:val="21"/>
              </w:rPr>
              <w:t>Amount or Item</w:t>
            </w:r>
          </w:p>
        </w:tc>
      </w:tr>
      <w:tr w:rsidR="00923997" w14:paraId="0F5F7CF9" w14:textId="77777777">
        <w:trPr>
          <w:cantSplit/>
          <w:jc w:val="center"/>
        </w:trPr>
        <w:tc>
          <w:tcPr>
            <w:tcW w:w="48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41B5D3E" w14:textId="77777777" w:rsidR="00923997" w:rsidRDefault="00000000">
            <w:pPr>
              <w:spacing w:after="0" w:line="240" w:lineRule="auto"/>
            </w:pPr>
            <w:r>
              <w:rPr>
                <w:color w:val="1F1F1F"/>
                <w:sz w:val="21"/>
              </w:rPr>
              <w:t>Rice, pasta, noodles, or oats</w:t>
            </w:r>
          </w:p>
        </w:tc>
        <w:tc>
          <w:tcPr>
            <w:tcW w:w="115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8D50D6E" w14:textId="77777777" w:rsidR="00923997" w:rsidRDefault="00000000">
            <w:pPr>
              <w:spacing w:after="0" w:line="240" w:lineRule="auto"/>
            </w:pPr>
            <w:r>
              <w:rPr>
                <w:color w:val="1F1F1F"/>
                <w:sz w:val="21"/>
              </w:rPr>
              <w:t>☐</w:t>
            </w:r>
          </w:p>
        </w:tc>
        <w:tc>
          <w:tcPr>
            <w:tcW w:w="34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071232F" w14:textId="77777777" w:rsidR="00923997" w:rsidRDefault="00000000">
            <w:pPr>
              <w:spacing w:after="0" w:line="240" w:lineRule="auto"/>
            </w:pPr>
            <w:r>
              <w:rPr>
                <w:color w:val="1F1F1F"/>
                <w:sz w:val="21"/>
              </w:rPr>
              <w:t>________________________</w:t>
            </w:r>
          </w:p>
        </w:tc>
      </w:tr>
      <w:tr w:rsidR="00923997" w14:paraId="751959C5" w14:textId="77777777">
        <w:trPr>
          <w:cantSplit/>
          <w:jc w:val="center"/>
        </w:trPr>
        <w:tc>
          <w:tcPr>
            <w:tcW w:w="48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D4A0717" w14:textId="77777777" w:rsidR="00923997" w:rsidRDefault="00000000">
            <w:pPr>
              <w:spacing w:after="0" w:line="240" w:lineRule="auto"/>
            </w:pPr>
            <w:r>
              <w:rPr>
                <w:color w:val="1F1F1F"/>
                <w:sz w:val="21"/>
              </w:rPr>
              <w:t>Bread, tortillas, biscuits, or cereal</w:t>
            </w:r>
          </w:p>
        </w:tc>
        <w:tc>
          <w:tcPr>
            <w:tcW w:w="115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BFEF041" w14:textId="77777777" w:rsidR="00923997" w:rsidRDefault="00000000">
            <w:pPr>
              <w:spacing w:after="0" w:line="240" w:lineRule="auto"/>
            </w:pPr>
            <w:r>
              <w:rPr>
                <w:color w:val="1F1F1F"/>
                <w:sz w:val="21"/>
              </w:rPr>
              <w:t>☐</w:t>
            </w:r>
          </w:p>
        </w:tc>
        <w:tc>
          <w:tcPr>
            <w:tcW w:w="34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E53EF89" w14:textId="77777777" w:rsidR="00923997" w:rsidRDefault="00000000">
            <w:pPr>
              <w:spacing w:after="0" w:line="240" w:lineRule="auto"/>
            </w:pPr>
            <w:r>
              <w:rPr>
                <w:color w:val="1F1F1F"/>
                <w:sz w:val="21"/>
              </w:rPr>
              <w:t>________________________</w:t>
            </w:r>
          </w:p>
        </w:tc>
      </w:tr>
      <w:tr w:rsidR="00923997" w14:paraId="28C7072D" w14:textId="77777777">
        <w:trPr>
          <w:cantSplit/>
          <w:jc w:val="center"/>
        </w:trPr>
        <w:tc>
          <w:tcPr>
            <w:tcW w:w="48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895D645" w14:textId="77777777" w:rsidR="00923997" w:rsidRDefault="00000000">
            <w:pPr>
              <w:spacing w:after="0" w:line="240" w:lineRule="auto"/>
            </w:pPr>
            <w:r>
              <w:rPr>
                <w:color w:val="1F1F1F"/>
                <w:sz w:val="21"/>
              </w:rPr>
              <w:t>Beans, canned vegetables, or soup</w:t>
            </w:r>
          </w:p>
        </w:tc>
        <w:tc>
          <w:tcPr>
            <w:tcW w:w="115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74A1112" w14:textId="77777777" w:rsidR="00923997" w:rsidRDefault="00000000">
            <w:pPr>
              <w:spacing w:after="0" w:line="240" w:lineRule="auto"/>
            </w:pPr>
            <w:r>
              <w:rPr>
                <w:color w:val="1F1F1F"/>
                <w:sz w:val="21"/>
              </w:rPr>
              <w:t>☐</w:t>
            </w:r>
          </w:p>
        </w:tc>
        <w:tc>
          <w:tcPr>
            <w:tcW w:w="34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F7DD0FB" w14:textId="77777777" w:rsidR="00923997" w:rsidRDefault="00000000">
            <w:pPr>
              <w:spacing w:after="0" w:line="240" w:lineRule="auto"/>
            </w:pPr>
            <w:r>
              <w:rPr>
                <w:color w:val="1F1F1F"/>
                <w:sz w:val="21"/>
              </w:rPr>
              <w:t>________________________</w:t>
            </w:r>
          </w:p>
        </w:tc>
      </w:tr>
      <w:tr w:rsidR="00923997" w14:paraId="7FA90334" w14:textId="77777777">
        <w:trPr>
          <w:cantSplit/>
          <w:jc w:val="center"/>
        </w:trPr>
        <w:tc>
          <w:tcPr>
            <w:tcW w:w="48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66B0297" w14:textId="77777777" w:rsidR="00923997" w:rsidRDefault="00000000">
            <w:pPr>
              <w:spacing w:after="0" w:line="240" w:lineRule="auto"/>
            </w:pPr>
            <w:r>
              <w:rPr>
                <w:color w:val="1F1F1F"/>
                <w:sz w:val="21"/>
              </w:rPr>
              <w:t>Canned meat, tuna, peanut butter, or eggs</w:t>
            </w:r>
          </w:p>
        </w:tc>
        <w:tc>
          <w:tcPr>
            <w:tcW w:w="115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24F525F" w14:textId="77777777" w:rsidR="00923997" w:rsidRDefault="00000000">
            <w:pPr>
              <w:spacing w:after="0" w:line="240" w:lineRule="auto"/>
            </w:pPr>
            <w:r>
              <w:rPr>
                <w:color w:val="1F1F1F"/>
                <w:sz w:val="21"/>
              </w:rPr>
              <w:t>☐</w:t>
            </w:r>
          </w:p>
        </w:tc>
        <w:tc>
          <w:tcPr>
            <w:tcW w:w="34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817AF33" w14:textId="77777777" w:rsidR="00923997" w:rsidRDefault="00000000">
            <w:pPr>
              <w:spacing w:after="0" w:line="240" w:lineRule="auto"/>
            </w:pPr>
            <w:r>
              <w:rPr>
                <w:color w:val="1F1F1F"/>
                <w:sz w:val="21"/>
              </w:rPr>
              <w:t>________________________</w:t>
            </w:r>
          </w:p>
        </w:tc>
      </w:tr>
      <w:tr w:rsidR="00923997" w14:paraId="19DD7BF4" w14:textId="77777777">
        <w:trPr>
          <w:cantSplit/>
          <w:jc w:val="center"/>
        </w:trPr>
        <w:tc>
          <w:tcPr>
            <w:tcW w:w="48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1ECE445" w14:textId="77777777" w:rsidR="00923997" w:rsidRDefault="00000000">
            <w:pPr>
              <w:spacing w:after="0" w:line="240" w:lineRule="auto"/>
            </w:pPr>
            <w:r>
              <w:rPr>
                <w:color w:val="1F1F1F"/>
                <w:sz w:val="21"/>
              </w:rPr>
              <w:t>Milk, cheese, yogurt, or butter</w:t>
            </w:r>
          </w:p>
        </w:tc>
        <w:tc>
          <w:tcPr>
            <w:tcW w:w="115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7FDE0A4" w14:textId="77777777" w:rsidR="00923997" w:rsidRDefault="00000000">
            <w:pPr>
              <w:spacing w:after="0" w:line="240" w:lineRule="auto"/>
            </w:pPr>
            <w:r>
              <w:rPr>
                <w:color w:val="1F1F1F"/>
                <w:sz w:val="21"/>
              </w:rPr>
              <w:t>☐</w:t>
            </w:r>
          </w:p>
        </w:tc>
        <w:tc>
          <w:tcPr>
            <w:tcW w:w="34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19FC88B" w14:textId="77777777" w:rsidR="00923997" w:rsidRDefault="00000000">
            <w:pPr>
              <w:spacing w:after="0" w:line="240" w:lineRule="auto"/>
            </w:pPr>
            <w:r>
              <w:rPr>
                <w:color w:val="1F1F1F"/>
                <w:sz w:val="21"/>
              </w:rPr>
              <w:t>________________________</w:t>
            </w:r>
          </w:p>
        </w:tc>
      </w:tr>
      <w:tr w:rsidR="00923997" w14:paraId="54370859" w14:textId="77777777">
        <w:trPr>
          <w:cantSplit/>
          <w:jc w:val="center"/>
        </w:trPr>
        <w:tc>
          <w:tcPr>
            <w:tcW w:w="48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0E8F211" w14:textId="77777777" w:rsidR="00923997" w:rsidRDefault="00000000">
            <w:pPr>
              <w:spacing w:after="0" w:line="240" w:lineRule="auto"/>
            </w:pPr>
            <w:r>
              <w:rPr>
                <w:color w:val="1F1F1F"/>
                <w:sz w:val="21"/>
              </w:rPr>
              <w:t>Fresh or frozen vegetables</w:t>
            </w:r>
          </w:p>
        </w:tc>
        <w:tc>
          <w:tcPr>
            <w:tcW w:w="115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39B5961" w14:textId="77777777" w:rsidR="00923997" w:rsidRDefault="00000000">
            <w:pPr>
              <w:spacing w:after="0" w:line="240" w:lineRule="auto"/>
            </w:pPr>
            <w:r>
              <w:rPr>
                <w:color w:val="1F1F1F"/>
                <w:sz w:val="21"/>
              </w:rPr>
              <w:t>☐</w:t>
            </w:r>
          </w:p>
        </w:tc>
        <w:tc>
          <w:tcPr>
            <w:tcW w:w="34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9C0CAF5" w14:textId="77777777" w:rsidR="00923997" w:rsidRDefault="00000000">
            <w:pPr>
              <w:spacing w:after="0" w:line="240" w:lineRule="auto"/>
            </w:pPr>
            <w:r>
              <w:rPr>
                <w:color w:val="1F1F1F"/>
                <w:sz w:val="21"/>
              </w:rPr>
              <w:t>________________________</w:t>
            </w:r>
          </w:p>
        </w:tc>
      </w:tr>
      <w:tr w:rsidR="00923997" w14:paraId="7236EBF1" w14:textId="77777777">
        <w:trPr>
          <w:cantSplit/>
          <w:jc w:val="center"/>
        </w:trPr>
        <w:tc>
          <w:tcPr>
            <w:tcW w:w="48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E481506" w14:textId="77777777" w:rsidR="00923997" w:rsidRDefault="00000000">
            <w:pPr>
              <w:spacing w:after="0" w:line="240" w:lineRule="auto"/>
            </w:pPr>
            <w:r>
              <w:rPr>
                <w:color w:val="1F1F1F"/>
                <w:sz w:val="21"/>
              </w:rPr>
              <w:t>Fresh, canned, or frozen fruit</w:t>
            </w:r>
          </w:p>
        </w:tc>
        <w:tc>
          <w:tcPr>
            <w:tcW w:w="115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E5B6717" w14:textId="77777777" w:rsidR="00923997" w:rsidRDefault="00000000">
            <w:pPr>
              <w:spacing w:after="0" w:line="240" w:lineRule="auto"/>
            </w:pPr>
            <w:r>
              <w:rPr>
                <w:color w:val="1F1F1F"/>
                <w:sz w:val="21"/>
              </w:rPr>
              <w:t>☐</w:t>
            </w:r>
          </w:p>
        </w:tc>
        <w:tc>
          <w:tcPr>
            <w:tcW w:w="34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38EA403" w14:textId="77777777" w:rsidR="00923997" w:rsidRDefault="00000000">
            <w:pPr>
              <w:spacing w:after="0" w:line="240" w:lineRule="auto"/>
            </w:pPr>
            <w:r>
              <w:rPr>
                <w:color w:val="1F1F1F"/>
                <w:sz w:val="21"/>
              </w:rPr>
              <w:t>________________________</w:t>
            </w:r>
          </w:p>
        </w:tc>
      </w:tr>
      <w:tr w:rsidR="00923997" w14:paraId="1503C823" w14:textId="77777777">
        <w:trPr>
          <w:cantSplit/>
          <w:jc w:val="center"/>
        </w:trPr>
        <w:tc>
          <w:tcPr>
            <w:tcW w:w="48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006691F" w14:textId="77777777" w:rsidR="00923997" w:rsidRDefault="00000000">
            <w:pPr>
              <w:spacing w:after="0" w:line="240" w:lineRule="auto"/>
            </w:pPr>
            <w:r>
              <w:rPr>
                <w:color w:val="1F1F1F"/>
                <w:sz w:val="21"/>
              </w:rPr>
              <w:t>Chicken, ground meat, fish, or other protein</w:t>
            </w:r>
          </w:p>
        </w:tc>
        <w:tc>
          <w:tcPr>
            <w:tcW w:w="115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0FBABBE" w14:textId="77777777" w:rsidR="00923997" w:rsidRDefault="00000000">
            <w:pPr>
              <w:spacing w:after="0" w:line="240" w:lineRule="auto"/>
            </w:pPr>
            <w:r>
              <w:rPr>
                <w:color w:val="1F1F1F"/>
                <w:sz w:val="21"/>
              </w:rPr>
              <w:t>☐</w:t>
            </w:r>
          </w:p>
        </w:tc>
        <w:tc>
          <w:tcPr>
            <w:tcW w:w="34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1F87DED" w14:textId="77777777" w:rsidR="00923997" w:rsidRDefault="00000000">
            <w:pPr>
              <w:spacing w:after="0" w:line="240" w:lineRule="auto"/>
            </w:pPr>
            <w:r>
              <w:rPr>
                <w:color w:val="1F1F1F"/>
                <w:sz w:val="21"/>
              </w:rPr>
              <w:t>________________________</w:t>
            </w:r>
          </w:p>
        </w:tc>
      </w:tr>
      <w:tr w:rsidR="00923997" w14:paraId="0D81BE8B" w14:textId="77777777">
        <w:trPr>
          <w:cantSplit/>
          <w:jc w:val="center"/>
        </w:trPr>
        <w:tc>
          <w:tcPr>
            <w:tcW w:w="48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D21B4CA" w14:textId="77777777" w:rsidR="00923997" w:rsidRDefault="00000000">
            <w:pPr>
              <w:spacing w:after="0" w:line="240" w:lineRule="auto"/>
            </w:pPr>
            <w:r>
              <w:rPr>
                <w:color w:val="1F1F1F"/>
                <w:sz w:val="21"/>
              </w:rPr>
              <w:t>Flour, cornmeal, sugar, oil, or baking items</w:t>
            </w:r>
          </w:p>
        </w:tc>
        <w:tc>
          <w:tcPr>
            <w:tcW w:w="115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1218D90" w14:textId="77777777" w:rsidR="00923997" w:rsidRDefault="00000000">
            <w:pPr>
              <w:spacing w:after="0" w:line="240" w:lineRule="auto"/>
            </w:pPr>
            <w:r>
              <w:rPr>
                <w:color w:val="1F1F1F"/>
                <w:sz w:val="21"/>
              </w:rPr>
              <w:t>☐</w:t>
            </w:r>
          </w:p>
        </w:tc>
        <w:tc>
          <w:tcPr>
            <w:tcW w:w="34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F40A189" w14:textId="77777777" w:rsidR="00923997" w:rsidRDefault="00000000">
            <w:pPr>
              <w:spacing w:after="0" w:line="240" w:lineRule="auto"/>
            </w:pPr>
            <w:r>
              <w:rPr>
                <w:color w:val="1F1F1F"/>
                <w:sz w:val="21"/>
              </w:rPr>
              <w:t>________________________</w:t>
            </w:r>
          </w:p>
        </w:tc>
      </w:tr>
      <w:tr w:rsidR="00923997" w14:paraId="1483BE21" w14:textId="77777777">
        <w:trPr>
          <w:cantSplit/>
          <w:jc w:val="center"/>
        </w:trPr>
        <w:tc>
          <w:tcPr>
            <w:tcW w:w="48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5778FB2" w14:textId="77777777" w:rsidR="00923997" w:rsidRDefault="00000000">
            <w:pPr>
              <w:spacing w:after="0" w:line="240" w:lineRule="auto"/>
            </w:pPr>
            <w:r>
              <w:rPr>
                <w:color w:val="1F1F1F"/>
                <w:sz w:val="21"/>
              </w:rPr>
              <w:t>Seasonings, sauces, or condiments</w:t>
            </w:r>
          </w:p>
        </w:tc>
        <w:tc>
          <w:tcPr>
            <w:tcW w:w="115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6D07828" w14:textId="77777777" w:rsidR="00923997" w:rsidRDefault="00000000">
            <w:pPr>
              <w:spacing w:after="0" w:line="240" w:lineRule="auto"/>
            </w:pPr>
            <w:r>
              <w:rPr>
                <w:color w:val="1F1F1F"/>
                <w:sz w:val="21"/>
              </w:rPr>
              <w:t>☐</w:t>
            </w:r>
          </w:p>
        </w:tc>
        <w:tc>
          <w:tcPr>
            <w:tcW w:w="34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69E5DDD" w14:textId="77777777" w:rsidR="00923997" w:rsidRDefault="00000000">
            <w:pPr>
              <w:spacing w:after="0" w:line="240" w:lineRule="auto"/>
            </w:pPr>
            <w:r>
              <w:rPr>
                <w:color w:val="1F1F1F"/>
                <w:sz w:val="21"/>
              </w:rPr>
              <w:t>________________________</w:t>
            </w:r>
          </w:p>
        </w:tc>
      </w:tr>
    </w:tbl>
    <w:p w14:paraId="1D21BF79" w14:textId="77777777" w:rsidR="00923997" w:rsidRDefault="00923997">
      <w:pPr>
        <w:spacing w:after="20"/>
      </w:pPr>
    </w:p>
    <w:p w14:paraId="32BB4360" w14:textId="77777777" w:rsidR="00923997" w:rsidRDefault="00000000">
      <w:pPr>
        <w:keepNext/>
        <w:spacing w:before="80" w:after="60"/>
      </w:pPr>
      <w:r>
        <w:rPr>
          <w:b/>
          <w:color w:val="2F5597"/>
        </w:rPr>
        <w:t>Copy-and-Use Prompt 2: Use What I Already Have</w:t>
      </w:r>
    </w:p>
    <w:tbl>
      <w:tblPr>
        <w:tblW w:w="0" w:type="auto"/>
        <w:jc w:val="center"/>
        <w:tblLayout w:type="fixed"/>
        <w:tblLook w:val="04A0" w:firstRow="1" w:lastRow="0" w:firstColumn="1" w:lastColumn="0" w:noHBand="0" w:noVBand="1"/>
      </w:tblPr>
      <w:tblGrid>
        <w:gridCol w:w="10080"/>
      </w:tblGrid>
      <w:tr w:rsidR="00923997" w14:paraId="0D773311" w14:textId="77777777">
        <w:trPr>
          <w:jc w:val="center"/>
        </w:trPr>
        <w:tc>
          <w:tcPr>
            <w:tcW w:w="10080" w:type="dxa"/>
            <w:tcBorders>
              <w:top w:val="single" w:sz="8" w:space="0" w:color="2F5597"/>
              <w:left w:val="single" w:sz="8" w:space="0" w:color="2F5597"/>
              <w:bottom w:val="single" w:sz="8" w:space="0" w:color="2F5597"/>
              <w:right w:val="single" w:sz="8" w:space="0" w:color="2F5597"/>
            </w:tcBorders>
            <w:shd w:val="clear" w:color="auto" w:fill="2F5597"/>
            <w:tcMar>
              <w:top w:w="100" w:type="dxa"/>
              <w:left w:w="140" w:type="dxa"/>
              <w:bottom w:w="100" w:type="dxa"/>
              <w:right w:w="140" w:type="dxa"/>
            </w:tcMar>
            <w:vAlign w:val="center"/>
          </w:tcPr>
          <w:p w14:paraId="5514791D" w14:textId="77777777" w:rsidR="00923997" w:rsidRDefault="00000000">
            <w:pPr>
              <w:spacing w:after="0"/>
            </w:pPr>
            <w:r>
              <w:rPr>
                <w:b/>
                <w:color w:val="FFFFFF"/>
              </w:rPr>
              <w:t>PROMPT 2</w:t>
            </w:r>
          </w:p>
        </w:tc>
      </w:tr>
      <w:tr w:rsidR="00923997" w14:paraId="53FCDE31" w14:textId="77777777">
        <w:trPr>
          <w:jc w:val="center"/>
        </w:trPr>
        <w:tc>
          <w:tcPr>
            <w:tcW w:w="10080" w:type="dxa"/>
            <w:tcBorders>
              <w:top w:val="single" w:sz="8" w:space="0" w:color="8EA9C1"/>
              <w:left w:val="single" w:sz="8" w:space="0" w:color="8EA9C1"/>
              <w:bottom w:val="single" w:sz="8" w:space="0" w:color="8EA9C1"/>
              <w:right w:val="single" w:sz="8" w:space="0" w:color="8EA9C1"/>
            </w:tcBorders>
            <w:shd w:val="clear" w:color="auto" w:fill="EAF3F8"/>
            <w:tcMar>
              <w:top w:w="120" w:type="dxa"/>
              <w:left w:w="150" w:type="dxa"/>
              <w:bottom w:w="120" w:type="dxa"/>
              <w:right w:w="150" w:type="dxa"/>
            </w:tcMar>
            <w:vAlign w:val="center"/>
          </w:tcPr>
          <w:p w14:paraId="30EECB60" w14:textId="77777777" w:rsidR="00923997" w:rsidRDefault="00000000">
            <w:pPr>
              <w:spacing w:after="0"/>
            </w:pPr>
            <w:r>
              <w:rPr>
                <w:color w:val="1F1F1F"/>
                <w:sz w:val="21"/>
              </w:rPr>
              <w:t>I am planning meals for one mother and two children. Here is the food I already have: [paste your pantry, refrigerator, and freezer list]. Organize the food into these groups: breakfast foods, lunch foods, dinner foods, snacks, and staples. Tell me which items should be used first because they may spoil. Then suggest at least five meals I can begin with using mostly what I already have. Use simple, low-cost meals and do not add expensive ingredients.</w:t>
            </w:r>
          </w:p>
        </w:tc>
      </w:tr>
    </w:tbl>
    <w:p w14:paraId="26E4E01C" w14:textId="77777777" w:rsidR="00923997" w:rsidRDefault="00923997">
      <w:pPr>
        <w:spacing w:after="20"/>
      </w:pPr>
    </w:p>
    <w:p w14:paraId="357651A3" w14:textId="77777777" w:rsidR="00923997" w:rsidRDefault="00000000">
      <w:pPr>
        <w:spacing w:after="40"/>
      </w:pPr>
      <w:r>
        <w:rPr>
          <w:b/>
          <w:color w:val="2F5597"/>
          <w:sz w:val="22"/>
        </w:rPr>
        <w:t>Food that should be used first:</w:t>
      </w:r>
    </w:p>
    <w:p w14:paraId="1726AE4A" w14:textId="77777777" w:rsidR="00923997" w:rsidRDefault="00000000">
      <w:pPr>
        <w:tabs>
          <w:tab w:val="right" w:leader="underscore" w:pos="9360"/>
        </w:tabs>
        <w:spacing w:after="80"/>
      </w:pPr>
      <w:r>
        <w:rPr>
          <w:color w:val="1F1F1F"/>
          <w:sz w:val="22"/>
        </w:rPr>
        <w:tab/>
      </w:r>
    </w:p>
    <w:p w14:paraId="41F8F8B7" w14:textId="77777777" w:rsidR="00923997" w:rsidRDefault="00000000">
      <w:pPr>
        <w:tabs>
          <w:tab w:val="right" w:leader="underscore" w:pos="9360"/>
        </w:tabs>
        <w:spacing w:after="80"/>
      </w:pPr>
      <w:r>
        <w:rPr>
          <w:color w:val="1F1F1F"/>
          <w:sz w:val="22"/>
        </w:rPr>
        <w:tab/>
      </w:r>
    </w:p>
    <w:p w14:paraId="076A684A" w14:textId="77777777" w:rsidR="00923997" w:rsidRDefault="00000000">
      <w:pPr>
        <w:tabs>
          <w:tab w:val="right" w:leader="underscore" w:pos="9360"/>
        </w:tabs>
        <w:spacing w:after="80"/>
      </w:pPr>
      <w:r>
        <w:rPr>
          <w:color w:val="1F1F1F"/>
          <w:sz w:val="22"/>
        </w:rPr>
        <w:tab/>
      </w:r>
    </w:p>
    <w:p w14:paraId="182F9043" w14:textId="77777777" w:rsidR="00923997" w:rsidRDefault="00000000">
      <w:pPr>
        <w:tabs>
          <w:tab w:val="right" w:leader="underscore" w:pos="9360"/>
        </w:tabs>
        <w:spacing w:after="80"/>
      </w:pPr>
      <w:r>
        <w:rPr>
          <w:color w:val="1F1F1F"/>
          <w:sz w:val="22"/>
        </w:rPr>
        <w:tab/>
      </w:r>
    </w:p>
    <w:p w14:paraId="73BE28B6" w14:textId="77777777" w:rsidR="00923997" w:rsidRDefault="00923997">
      <w:pPr>
        <w:pageBreakBefore/>
        <w:spacing w:after="0"/>
      </w:pPr>
    </w:p>
    <w:p w14:paraId="612CCE2B" w14:textId="77777777" w:rsidR="00923997" w:rsidRDefault="00000000">
      <w:pPr>
        <w:keepNext/>
        <w:spacing w:before="160"/>
      </w:pPr>
      <w:r>
        <w:rPr>
          <w:b/>
          <w:color w:val="2F5597"/>
          <w:sz w:val="32"/>
        </w:rPr>
        <w:t>Step 3: Describe the Family’s Needs</w:t>
      </w:r>
    </w:p>
    <w:p w14:paraId="0EEE31CC" w14:textId="77777777" w:rsidR="00923997" w:rsidRDefault="00000000">
      <w:r>
        <w:rPr>
          <w:color w:val="1F1F1F"/>
        </w:rPr>
        <w:t>Use only general information. Do not enter names, birthdays, school names, addresses, medical record numbers, or other identifying details.</w:t>
      </w:r>
    </w:p>
    <w:tbl>
      <w:tblPr>
        <w:tblW w:w="0" w:type="auto"/>
        <w:jc w:val="center"/>
        <w:tblLayout w:type="fixed"/>
        <w:tblLook w:val="04A0" w:firstRow="1" w:lastRow="0" w:firstColumn="1" w:lastColumn="0" w:noHBand="0" w:noVBand="1"/>
      </w:tblPr>
      <w:tblGrid>
        <w:gridCol w:w="4320"/>
        <w:gridCol w:w="5112"/>
      </w:tblGrid>
      <w:tr w:rsidR="00923997" w14:paraId="16365F1C" w14:textId="77777777">
        <w:trPr>
          <w:tblHeader/>
          <w:jc w:val="center"/>
        </w:trPr>
        <w:tc>
          <w:tcPr>
            <w:tcW w:w="4320"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62F92158" w14:textId="77777777" w:rsidR="00923997" w:rsidRDefault="00000000">
            <w:pPr>
              <w:spacing w:after="0"/>
              <w:jc w:val="center"/>
            </w:pPr>
            <w:r>
              <w:rPr>
                <w:b/>
                <w:color w:val="FFFFFF"/>
                <w:sz w:val="22"/>
              </w:rPr>
              <w:t>Information</w:t>
            </w:r>
          </w:p>
        </w:tc>
        <w:tc>
          <w:tcPr>
            <w:tcW w:w="5112"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0A811CB1" w14:textId="77777777" w:rsidR="00923997" w:rsidRDefault="00000000">
            <w:pPr>
              <w:spacing w:after="0"/>
              <w:jc w:val="center"/>
            </w:pPr>
            <w:r>
              <w:rPr>
                <w:b/>
                <w:color w:val="FFFFFF"/>
                <w:sz w:val="22"/>
              </w:rPr>
              <w:t>My Answer</w:t>
            </w:r>
          </w:p>
        </w:tc>
      </w:tr>
      <w:tr w:rsidR="00923997" w14:paraId="563DCE71" w14:textId="77777777">
        <w:trPr>
          <w:cantSplit/>
          <w:jc w:val="center"/>
        </w:trPr>
        <w:tc>
          <w:tcPr>
            <w:tcW w:w="432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EEB807A" w14:textId="77777777" w:rsidR="00923997" w:rsidRDefault="00000000">
            <w:pPr>
              <w:spacing w:after="0" w:line="240" w:lineRule="auto"/>
            </w:pPr>
            <w:r>
              <w:rPr>
                <w:color w:val="1F1F1F"/>
                <w:sz w:val="22"/>
              </w:rPr>
              <w:t>Number of adults</w:t>
            </w:r>
          </w:p>
        </w:tc>
        <w:tc>
          <w:tcPr>
            <w:tcW w:w="511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BAC90D9" w14:textId="77777777" w:rsidR="00923997" w:rsidRDefault="00000000">
            <w:pPr>
              <w:spacing w:after="0" w:line="240" w:lineRule="auto"/>
            </w:pPr>
            <w:r>
              <w:rPr>
                <w:color w:val="1F1F1F"/>
                <w:sz w:val="22"/>
              </w:rPr>
              <w:t>1</w:t>
            </w:r>
          </w:p>
        </w:tc>
      </w:tr>
      <w:tr w:rsidR="00923997" w14:paraId="224744D3" w14:textId="77777777">
        <w:trPr>
          <w:cantSplit/>
          <w:jc w:val="center"/>
        </w:trPr>
        <w:tc>
          <w:tcPr>
            <w:tcW w:w="432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C259766" w14:textId="77777777" w:rsidR="00923997" w:rsidRDefault="00000000">
            <w:pPr>
              <w:spacing w:after="0" w:line="240" w:lineRule="auto"/>
            </w:pPr>
            <w:r>
              <w:rPr>
                <w:color w:val="1F1F1F"/>
                <w:sz w:val="22"/>
              </w:rPr>
              <w:t>Number of children</w:t>
            </w:r>
          </w:p>
        </w:tc>
        <w:tc>
          <w:tcPr>
            <w:tcW w:w="511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92DEF6E" w14:textId="77777777" w:rsidR="00923997" w:rsidRDefault="00000000">
            <w:pPr>
              <w:spacing w:after="0" w:line="240" w:lineRule="auto"/>
            </w:pPr>
            <w:r>
              <w:rPr>
                <w:color w:val="1F1F1F"/>
                <w:sz w:val="22"/>
              </w:rPr>
              <w:t>2</w:t>
            </w:r>
          </w:p>
        </w:tc>
      </w:tr>
      <w:tr w:rsidR="00923997" w14:paraId="27E55B71" w14:textId="77777777">
        <w:trPr>
          <w:cantSplit/>
          <w:jc w:val="center"/>
        </w:trPr>
        <w:tc>
          <w:tcPr>
            <w:tcW w:w="432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32821C7" w14:textId="77777777" w:rsidR="00923997" w:rsidRDefault="00000000">
            <w:pPr>
              <w:spacing w:after="0" w:line="240" w:lineRule="auto"/>
            </w:pPr>
            <w:r>
              <w:rPr>
                <w:color w:val="1F1F1F"/>
                <w:sz w:val="22"/>
              </w:rPr>
              <w:t>Children’s general age group</w:t>
            </w:r>
          </w:p>
        </w:tc>
        <w:tc>
          <w:tcPr>
            <w:tcW w:w="511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5A4A1F0" w14:textId="77777777" w:rsidR="00923997" w:rsidRDefault="00000000">
            <w:pPr>
              <w:spacing w:after="0" w:line="240" w:lineRule="auto"/>
            </w:pPr>
            <w:r>
              <w:rPr>
                <w:color w:val="1F1F1F"/>
                <w:sz w:val="22"/>
              </w:rPr>
              <w:t>____________________________</w:t>
            </w:r>
          </w:p>
        </w:tc>
      </w:tr>
      <w:tr w:rsidR="00923997" w14:paraId="34BE4E08" w14:textId="77777777">
        <w:trPr>
          <w:cantSplit/>
          <w:jc w:val="center"/>
        </w:trPr>
        <w:tc>
          <w:tcPr>
            <w:tcW w:w="432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4F1BD11" w14:textId="77777777" w:rsidR="00923997" w:rsidRDefault="00000000">
            <w:pPr>
              <w:spacing w:after="0" w:line="240" w:lineRule="auto"/>
            </w:pPr>
            <w:r>
              <w:rPr>
                <w:color w:val="1F1F1F"/>
                <w:sz w:val="22"/>
              </w:rPr>
              <w:t>Foods the family will not eat</w:t>
            </w:r>
          </w:p>
        </w:tc>
        <w:tc>
          <w:tcPr>
            <w:tcW w:w="511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8EF05CC" w14:textId="77777777" w:rsidR="00923997" w:rsidRDefault="00000000">
            <w:pPr>
              <w:spacing w:after="0" w:line="240" w:lineRule="auto"/>
            </w:pPr>
            <w:r>
              <w:rPr>
                <w:color w:val="1F1F1F"/>
                <w:sz w:val="22"/>
              </w:rPr>
              <w:t>____________________________</w:t>
            </w:r>
          </w:p>
        </w:tc>
      </w:tr>
      <w:tr w:rsidR="00923997" w14:paraId="0DC2B295" w14:textId="77777777">
        <w:trPr>
          <w:cantSplit/>
          <w:jc w:val="center"/>
        </w:trPr>
        <w:tc>
          <w:tcPr>
            <w:tcW w:w="432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3C46A78" w14:textId="77777777" w:rsidR="00923997" w:rsidRDefault="00000000">
            <w:pPr>
              <w:spacing w:after="0" w:line="240" w:lineRule="auto"/>
            </w:pPr>
            <w:r>
              <w:rPr>
                <w:color w:val="1F1F1F"/>
                <w:sz w:val="22"/>
              </w:rPr>
              <w:t>Food allergies or restrictions</w:t>
            </w:r>
          </w:p>
        </w:tc>
        <w:tc>
          <w:tcPr>
            <w:tcW w:w="511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1351DBD" w14:textId="77777777" w:rsidR="00923997" w:rsidRDefault="00000000">
            <w:pPr>
              <w:spacing w:after="0" w:line="240" w:lineRule="auto"/>
            </w:pPr>
            <w:r>
              <w:rPr>
                <w:color w:val="1F1F1F"/>
                <w:sz w:val="22"/>
              </w:rPr>
              <w:t>____________________________</w:t>
            </w:r>
          </w:p>
        </w:tc>
      </w:tr>
      <w:tr w:rsidR="00923997" w14:paraId="50A68F31" w14:textId="77777777">
        <w:trPr>
          <w:cantSplit/>
          <w:jc w:val="center"/>
        </w:trPr>
        <w:tc>
          <w:tcPr>
            <w:tcW w:w="432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149A638" w14:textId="77777777" w:rsidR="00923997" w:rsidRDefault="00000000">
            <w:pPr>
              <w:spacing w:after="0" w:line="240" w:lineRule="auto"/>
            </w:pPr>
            <w:r>
              <w:rPr>
                <w:color w:val="1F1F1F"/>
                <w:sz w:val="22"/>
              </w:rPr>
              <w:t>Cooking equipment available</w:t>
            </w:r>
          </w:p>
        </w:tc>
        <w:tc>
          <w:tcPr>
            <w:tcW w:w="511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17A6CA4" w14:textId="77777777" w:rsidR="00923997" w:rsidRDefault="00000000">
            <w:pPr>
              <w:spacing w:after="0" w:line="240" w:lineRule="auto"/>
            </w:pPr>
            <w:r>
              <w:rPr>
                <w:color w:val="1F1F1F"/>
                <w:sz w:val="22"/>
              </w:rPr>
              <w:t>____________________________</w:t>
            </w:r>
          </w:p>
        </w:tc>
      </w:tr>
      <w:tr w:rsidR="00923997" w14:paraId="5E6CF193" w14:textId="77777777">
        <w:trPr>
          <w:cantSplit/>
          <w:jc w:val="center"/>
        </w:trPr>
        <w:tc>
          <w:tcPr>
            <w:tcW w:w="432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0D0384F" w14:textId="77777777" w:rsidR="00923997" w:rsidRDefault="00000000">
            <w:pPr>
              <w:spacing w:after="0" w:line="240" w:lineRule="auto"/>
            </w:pPr>
            <w:r>
              <w:rPr>
                <w:color w:val="1F1F1F"/>
                <w:sz w:val="22"/>
              </w:rPr>
              <w:t>Time available to cook</w:t>
            </w:r>
          </w:p>
        </w:tc>
        <w:tc>
          <w:tcPr>
            <w:tcW w:w="511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F0CF055" w14:textId="77777777" w:rsidR="00923997" w:rsidRDefault="00000000">
            <w:pPr>
              <w:spacing w:after="0" w:line="240" w:lineRule="auto"/>
            </w:pPr>
            <w:r>
              <w:rPr>
                <w:color w:val="1F1F1F"/>
                <w:sz w:val="22"/>
              </w:rPr>
              <w:t>____________________________</w:t>
            </w:r>
          </w:p>
        </w:tc>
      </w:tr>
      <w:tr w:rsidR="00923997" w14:paraId="5FFE7B11" w14:textId="77777777">
        <w:trPr>
          <w:cantSplit/>
          <w:jc w:val="center"/>
        </w:trPr>
        <w:tc>
          <w:tcPr>
            <w:tcW w:w="432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47C889E" w14:textId="77777777" w:rsidR="00923997" w:rsidRDefault="00000000">
            <w:pPr>
              <w:spacing w:after="0" w:line="240" w:lineRule="auto"/>
            </w:pPr>
            <w:r>
              <w:rPr>
                <w:color w:val="1F1F1F"/>
                <w:sz w:val="22"/>
              </w:rPr>
              <w:t>Meals that must be packed or carried</w:t>
            </w:r>
          </w:p>
        </w:tc>
        <w:tc>
          <w:tcPr>
            <w:tcW w:w="511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891E4AD" w14:textId="77777777" w:rsidR="00923997" w:rsidRDefault="00000000">
            <w:pPr>
              <w:spacing w:after="0" w:line="240" w:lineRule="auto"/>
            </w:pPr>
            <w:r>
              <w:rPr>
                <w:color w:val="1F1F1F"/>
                <w:sz w:val="22"/>
              </w:rPr>
              <w:t>____________________________</w:t>
            </w:r>
          </w:p>
        </w:tc>
      </w:tr>
    </w:tbl>
    <w:p w14:paraId="40C41A2F" w14:textId="77777777" w:rsidR="00923997" w:rsidRDefault="00923997">
      <w:pPr>
        <w:spacing w:after="20"/>
      </w:pPr>
    </w:p>
    <w:p w14:paraId="3E2D6334" w14:textId="77777777" w:rsidR="00923997" w:rsidRDefault="00000000">
      <w:pPr>
        <w:keepNext/>
        <w:spacing w:before="80" w:after="60"/>
      </w:pPr>
      <w:r>
        <w:rPr>
          <w:b/>
          <w:color w:val="2F5597"/>
        </w:rPr>
        <w:t>Copy-and-Use Prompt 3: Prepare for Meal Planning</w:t>
      </w:r>
    </w:p>
    <w:tbl>
      <w:tblPr>
        <w:tblW w:w="0" w:type="auto"/>
        <w:jc w:val="center"/>
        <w:tblLayout w:type="fixed"/>
        <w:tblLook w:val="04A0" w:firstRow="1" w:lastRow="0" w:firstColumn="1" w:lastColumn="0" w:noHBand="0" w:noVBand="1"/>
      </w:tblPr>
      <w:tblGrid>
        <w:gridCol w:w="10080"/>
      </w:tblGrid>
      <w:tr w:rsidR="00923997" w14:paraId="304A62AC" w14:textId="77777777">
        <w:trPr>
          <w:jc w:val="center"/>
        </w:trPr>
        <w:tc>
          <w:tcPr>
            <w:tcW w:w="10080" w:type="dxa"/>
            <w:tcBorders>
              <w:top w:val="single" w:sz="8" w:space="0" w:color="2F5597"/>
              <w:left w:val="single" w:sz="8" w:space="0" w:color="2F5597"/>
              <w:bottom w:val="single" w:sz="8" w:space="0" w:color="2F5597"/>
              <w:right w:val="single" w:sz="8" w:space="0" w:color="2F5597"/>
            </w:tcBorders>
            <w:shd w:val="clear" w:color="auto" w:fill="2F5597"/>
            <w:tcMar>
              <w:top w:w="100" w:type="dxa"/>
              <w:left w:w="140" w:type="dxa"/>
              <w:bottom w:w="100" w:type="dxa"/>
              <w:right w:w="140" w:type="dxa"/>
            </w:tcMar>
            <w:vAlign w:val="center"/>
          </w:tcPr>
          <w:p w14:paraId="6E438B78" w14:textId="77777777" w:rsidR="00923997" w:rsidRDefault="00000000">
            <w:pPr>
              <w:spacing w:after="0"/>
            </w:pPr>
            <w:r>
              <w:rPr>
                <w:b/>
                <w:color w:val="FFFFFF"/>
              </w:rPr>
              <w:t>PROMPT 3</w:t>
            </w:r>
          </w:p>
        </w:tc>
      </w:tr>
      <w:tr w:rsidR="00923997" w14:paraId="229D4220" w14:textId="77777777">
        <w:trPr>
          <w:jc w:val="center"/>
        </w:trPr>
        <w:tc>
          <w:tcPr>
            <w:tcW w:w="10080" w:type="dxa"/>
            <w:tcBorders>
              <w:top w:val="single" w:sz="8" w:space="0" w:color="8EA9C1"/>
              <w:left w:val="single" w:sz="8" w:space="0" w:color="8EA9C1"/>
              <w:bottom w:val="single" w:sz="8" w:space="0" w:color="8EA9C1"/>
              <w:right w:val="single" w:sz="8" w:space="0" w:color="8EA9C1"/>
            </w:tcBorders>
            <w:shd w:val="clear" w:color="auto" w:fill="EAF3F8"/>
            <w:tcMar>
              <w:top w:w="120" w:type="dxa"/>
              <w:left w:w="150" w:type="dxa"/>
              <w:bottom w:w="120" w:type="dxa"/>
              <w:right w:w="150" w:type="dxa"/>
            </w:tcMar>
            <w:vAlign w:val="center"/>
          </w:tcPr>
          <w:p w14:paraId="30B81F80" w14:textId="77777777" w:rsidR="00923997" w:rsidRDefault="00000000">
            <w:pPr>
              <w:spacing w:after="0"/>
            </w:pPr>
            <w:r>
              <w:rPr>
                <w:color w:val="1F1F1F"/>
                <w:sz w:val="21"/>
              </w:rPr>
              <w:t>I need a low-cost meal plan for one mother and two children. The children are in these general age groups: [ages or age groups]. Foods we do not eat are: [list]. Food allergies or medical food restrictions are: [list or none]. I can cook with: [stove, oven, microwave, slow cooker, air fryer, or other equipment]. I have about [number] minutes to prepare most meals. We need [number] packed lunches or meals away from home. Summarize these needs in a short meal-planning checklist. Do not ask for private or identifying information.</w:t>
            </w:r>
          </w:p>
        </w:tc>
      </w:tr>
    </w:tbl>
    <w:p w14:paraId="05FE8A30" w14:textId="77777777" w:rsidR="00923997" w:rsidRDefault="00923997">
      <w:pPr>
        <w:spacing w:after="20"/>
      </w:pPr>
    </w:p>
    <w:p w14:paraId="11080EA2" w14:textId="77777777" w:rsidR="00923997" w:rsidRDefault="00923997">
      <w:pPr>
        <w:pageBreakBefore/>
        <w:spacing w:after="0"/>
      </w:pPr>
    </w:p>
    <w:p w14:paraId="7D26235B" w14:textId="77777777" w:rsidR="00923997" w:rsidRDefault="00000000">
      <w:pPr>
        <w:keepNext/>
        <w:spacing w:before="160"/>
      </w:pPr>
      <w:r>
        <w:rPr>
          <w:b/>
          <w:color w:val="2F5597"/>
          <w:sz w:val="32"/>
        </w:rPr>
        <w:t>Step 4: Create the 7-Day Meal Plan</w:t>
      </w:r>
    </w:p>
    <w:p w14:paraId="3B275757" w14:textId="77777777" w:rsidR="00923997" w:rsidRDefault="00000000">
      <w:r>
        <w:rPr>
          <w:color w:val="1F1F1F"/>
        </w:rPr>
        <w:t>The plan should include breakfast, lunch, and dinner every day. It should reuse ingredients, plan leftovers safely, and stay within the weekly budget.</w:t>
      </w:r>
    </w:p>
    <w:p w14:paraId="6F4E730E" w14:textId="77777777" w:rsidR="00923997" w:rsidRDefault="00000000">
      <w:pPr>
        <w:keepNext/>
        <w:spacing w:before="80" w:after="60"/>
      </w:pPr>
      <w:r>
        <w:rPr>
          <w:b/>
          <w:color w:val="2F5597"/>
        </w:rPr>
        <w:t>Copy-and-Use Prompt 4: Seven Days and Three Meals Each Day</w:t>
      </w:r>
    </w:p>
    <w:tbl>
      <w:tblPr>
        <w:tblW w:w="0" w:type="auto"/>
        <w:jc w:val="center"/>
        <w:tblLayout w:type="fixed"/>
        <w:tblLook w:val="04A0" w:firstRow="1" w:lastRow="0" w:firstColumn="1" w:lastColumn="0" w:noHBand="0" w:noVBand="1"/>
      </w:tblPr>
      <w:tblGrid>
        <w:gridCol w:w="10080"/>
      </w:tblGrid>
      <w:tr w:rsidR="00923997" w14:paraId="450F1F27" w14:textId="77777777">
        <w:trPr>
          <w:jc w:val="center"/>
        </w:trPr>
        <w:tc>
          <w:tcPr>
            <w:tcW w:w="10080" w:type="dxa"/>
            <w:tcBorders>
              <w:top w:val="single" w:sz="8" w:space="0" w:color="2F5597"/>
              <w:left w:val="single" w:sz="8" w:space="0" w:color="2F5597"/>
              <w:bottom w:val="single" w:sz="8" w:space="0" w:color="2F5597"/>
              <w:right w:val="single" w:sz="8" w:space="0" w:color="2F5597"/>
            </w:tcBorders>
            <w:shd w:val="clear" w:color="auto" w:fill="2F5597"/>
            <w:tcMar>
              <w:top w:w="100" w:type="dxa"/>
              <w:left w:w="140" w:type="dxa"/>
              <w:bottom w:w="100" w:type="dxa"/>
              <w:right w:w="140" w:type="dxa"/>
            </w:tcMar>
            <w:vAlign w:val="center"/>
          </w:tcPr>
          <w:p w14:paraId="2FA0C0BF" w14:textId="77777777" w:rsidR="00923997" w:rsidRDefault="00000000">
            <w:pPr>
              <w:spacing w:after="0"/>
            </w:pPr>
            <w:r>
              <w:rPr>
                <w:b/>
                <w:color w:val="FFFFFF"/>
              </w:rPr>
              <w:t>PROMPT 4</w:t>
            </w:r>
          </w:p>
        </w:tc>
      </w:tr>
      <w:tr w:rsidR="00923997" w14:paraId="38965B77" w14:textId="77777777">
        <w:trPr>
          <w:jc w:val="center"/>
        </w:trPr>
        <w:tc>
          <w:tcPr>
            <w:tcW w:w="10080" w:type="dxa"/>
            <w:tcBorders>
              <w:top w:val="single" w:sz="8" w:space="0" w:color="8EA9C1"/>
              <w:left w:val="single" w:sz="8" w:space="0" w:color="8EA9C1"/>
              <w:bottom w:val="single" w:sz="8" w:space="0" w:color="8EA9C1"/>
              <w:right w:val="single" w:sz="8" w:space="0" w:color="8EA9C1"/>
            </w:tcBorders>
            <w:shd w:val="clear" w:color="auto" w:fill="EAF3F8"/>
            <w:tcMar>
              <w:top w:w="120" w:type="dxa"/>
              <w:left w:w="150" w:type="dxa"/>
              <w:bottom w:w="120" w:type="dxa"/>
              <w:right w:w="150" w:type="dxa"/>
            </w:tcMar>
            <w:vAlign w:val="center"/>
          </w:tcPr>
          <w:p w14:paraId="702AE4BF" w14:textId="77777777" w:rsidR="00923997" w:rsidRDefault="00000000">
            <w:pPr>
              <w:spacing w:after="0"/>
            </w:pPr>
            <w:r>
              <w:rPr>
                <w:color w:val="1F1F1F"/>
                <w:sz w:val="21"/>
              </w:rPr>
              <w:t>Create a complete 7-day meal plan for one mother and two children. My total grocery budget is $[amount]. Food I already have is: [list]. Family needs are: [age groups, allergies, foods avoided, cooking equipment, and time limits]. Include breakfast, lunch, and dinner for each of the seven days. Use simple, affordable ingredients. Reuse ingredients in several meals so little food is wasted. Plan safe leftovers when helpful. Keep the meals realistic for a busy mother. Under each meal, list the main ingredients needed. At the end, estimate the total cost. If you cannot verify current local prices, say that clearly and label the prices as estimates.</w:t>
            </w:r>
          </w:p>
        </w:tc>
      </w:tr>
    </w:tbl>
    <w:p w14:paraId="7B3FA33E" w14:textId="77777777" w:rsidR="00923997" w:rsidRDefault="00923997">
      <w:pPr>
        <w:spacing w:after="20"/>
      </w:pPr>
    </w:p>
    <w:tbl>
      <w:tblPr>
        <w:tblW w:w="0" w:type="auto"/>
        <w:jc w:val="center"/>
        <w:tblLayout w:type="fixed"/>
        <w:tblLook w:val="04A0" w:firstRow="1" w:lastRow="0" w:firstColumn="1" w:lastColumn="0" w:noHBand="0" w:noVBand="1"/>
      </w:tblPr>
      <w:tblGrid>
        <w:gridCol w:w="1296"/>
        <w:gridCol w:w="1656"/>
        <w:gridCol w:w="6480"/>
      </w:tblGrid>
      <w:tr w:rsidR="00923997" w14:paraId="1B2A8B4C" w14:textId="77777777">
        <w:trPr>
          <w:tblHeader/>
          <w:jc w:val="center"/>
        </w:trPr>
        <w:tc>
          <w:tcPr>
            <w:tcW w:w="1296"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53667882" w14:textId="77777777" w:rsidR="00923997" w:rsidRDefault="00000000">
            <w:pPr>
              <w:spacing w:after="0"/>
              <w:jc w:val="center"/>
            </w:pPr>
            <w:r>
              <w:rPr>
                <w:b/>
                <w:color w:val="FFFFFF"/>
                <w:sz w:val="19"/>
              </w:rPr>
              <w:t>Day</w:t>
            </w:r>
          </w:p>
        </w:tc>
        <w:tc>
          <w:tcPr>
            <w:tcW w:w="1656"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1D29FE27" w14:textId="77777777" w:rsidR="00923997" w:rsidRDefault="00000000">
            <w:pPr>
              <w:spacing w:after="0"/>
              <w:jc w:val="center"/>
            </w:pPr>
            <w:r>
              <w:rPr>
                <w:b/>
                <w:color w:val="FFFFFF"/>
                <w:sz w:val="19"/>
              </w:rPr>
              <w:t>Meal</w:t>
            </w:r>
          </w:p>
        </w:tc>
        <w:tc>
          <w:tcPr>
            <w:tcW w:w="6480"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6F07D95C" w14:textId="77777777" w:rsidR="00923997" w:rsidRDefault="00000000">
            <w:pPr>
              <w:spacing w:after="0"/>
              <w:jc w:val="center"/>
            </w:pPr>
            <w:r>
              <w:rPr>
                <w:b/>
                <w:color w:val="FFFFFF"/>
                <w:sz w:val="19"/>
              </w:rPr>
              <w:t>Planned Food</w:t>
            </w:r>
          </w:p>
        </w:tc>
      </w:tr>
      <w:tr w:rsidR="00923997" w14:paraId="6D257266" w14:textId="77777777">
        <w:trPr>
          <w:cantSplit/>
          <w:jc w:val="center"/>
        </w:trPr>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A2E933D" w14:textId="77777777" w:rsidR="00923997" w:rsidRDefault="00000000">
            <w:pPr>
              <w:spacing w:after="0" w:line="240" w:lineRule="auto"/>
            </w:pPr>
            <w:r>
              <w:rPr>
                <w:color w:val="1F1F1F"/>
                <w:sz w:val="19"/>
              </w:rPr>
              <w:t>Day 1</w:t>
            </w:r>
          </w:p>
        </w:tc>
        <w:tc>
          <w:tcPr>
            <w:tcW w:w="16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7D36093" w14:textId="77777777" w:rsidR="00923997" w:rsidRDefault="00000000">
            <w:pPr>
              <w:spacing w:after="0" w:line="240" w:lineRule="auto"/>
            </w:pPr>
            <w:r>
              <w:rPr>
                <w:color w:val="1F1F1F"/>
                <w:sz w:val="19"/>
              </w:rPr>
              <w:t>Breakfast</w:t>
            </w:r>
          </w:p>
        </w:tc>
        <w:tc>
          <w:tcPr>
            <w:tcW w:w="648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32CEA4E" w14:textId="77777777" w:rsidR="00923997" w:rsidRDefault="00000000">
            <w:pPr>
              <w:spacing w:after="0" w:line="240" w:lineRule="auto"/>
            </w:pPr>
            <w:r>
              <w:rPr>
                <w:color w:val="1F1F1F"/>
                <w:sz w:val="19"/>
              </w:rPr>
              <w:t>________________________________</w:t>
            </w:r>
          </w:p>
        </w:tc>
      </w:tr>
      <w:tr w:rsidR="00923997" w14:paraId="7017D9D3" w14:textId="77777777">
        <w:trPr>
          <w:cantSplit/>
          <w:jc w:val="center"/>
        </w:trPr>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0A29882" w14:textId="77777777" w:rsidR="00923997" w:rsidRDefault="00000000">
            <w:pPr>
              <w:spacing w:after="0" w:line="240" w:lineRule="auto"/>
            </w:pPr>
            <w:r>
              <w:rPr>
                <w:color w:val="1F1F1F"/>
                <w:sz w:val="19"/>
              </w:rPr>
              <w:t>Day 1</w:t>
            </w:r>
          </w:p>
        </w:tc>
        <w:tc>
          <w:tcPr>
            <w:tcW w:w="16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8C1A1E6" w14:textId="77777777" w:rsidR="00923997" w:rsidRDefault="00000000">
            <w:pPr>
              <w:spacing w:after="0" w:line="240" w:lineRule="auto"/>
            </w:pPr>
            <w:r>
              <w:rPr>
                <w:color w:val="1F1F1F"/>
                <w:sz w:val="19"/>
              </w:rPr>
              <w:t>Lunch</w:t>
            </w:r>
          </w:p>
        </w:tc>
        <w:tc>
          <w:tcPr>
            <w:tcW w:w="648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76CB2E6" w14:textId="77777777" w:rsidR="00923997" w:rsidRDefault="00000000">
            <w:pPr>
              <w:spacing w:after="0" w:line="240" w:lineRule="auto"/>
            </w:pPr>
            <w:r>
              <w:rPr>
                <w:color w:val="1F1F1F"/>
                <w:sz w:val="19"/>
              </w:rPr>
              <w:t>________________________________</w:t>
            </w:r>
          </w:p>
        </w:tc>
      </w:tr>
      <w:tr w:rsidR="00923997" w14:paraId="24421DA1" w14:textId="77777777">
        <w:trPr>
          <w:cantSplit/>
          <w:jc w:val="center"/>
        </w:trPr>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E0C5D4D" w14:textId="77777777" w:rsidR="00923997" w:rsidRDefault="00000000">
            <w:pPr>
              <w:spacing w:after="0" w:line="240" w:lineRule="auto"/>
            </w:pPr>
            <w:r>
              <w:rPr>
                <w:color w:val="1F1F1F"/>
                <w:sz w:val="19"/>
              </w:rPr>
              <w:t>Day 1</w:t>
            </w:r>
          </w:p>
        </w:tc>
        <w:tc>
          <w:tcPr>
            <w:tcW w:w="16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B64314F" w14:textId="77777777" w:rsidR="00923997" w:rsidRDefault="00000000">
            <w:pPr>
              <w:spacing w:after="0" w:line="240" w:lineRule="auto"/>
            </w:pPr>
            <w:r>
              <w:rPr>
                <w:color w:val="1F1F1F"/>
                <w:sz w:val="19"/>
              </w:rPr>
              <w:t>Dinner</w:t>
            </w:r>
          </w:p>
        </w:tc>
        <w:tc>
          <w:tcPr>
            <w:tcW w:w="648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DC47179" w14:textId="77777777" w:rsidR="00923997" w:rsidRDefault="00000000">
            <w:pPr>
              <w:spacing w:after="0" w:line="240" w:lineRule="auto"/>
            </w:pPr>
            <w:r>
              <w:rPr>
                <w:color w:val="1F1F1F"/>
                <w:sz w:val="19"/>
              </w:rPr>
              <w:t>________________________________</w:t>
            </w:r>
          </w:p>
        </w:tc>
      </w:tr>
      <w:tr w:rsidR="00923997" w14:paraId="213DC208" w14:textId="77777777">
        <w:trPr>
          <w:cantSplit/>
          <w:jc w:val="center"/>
        </w:trPr>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77767E8" w14:textId="77777777" w:rsidR="00923997" w:rsidRDefault="00000000">
            <w:pPr>
              <w:spacing w:after="0" w:line="240" w:lineRule="auto"/>
            </w:pPr>
            <w:r>
              <w:rPr>
                <w:color w:val="1F1F1F"/>
                <w:sz w:val="19"/>
              </w:rPr>
              <w:t>Day 2</w:t>
            </w:r>
          </w:p>
        </w:tc>
        <w:tc>
          <w:tcPr>
            <w:tcW w:w="16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AD9EE85" w14:textId="77777777" w:rsidR="00923997" w:rsidRDefault="00000000">
            <w:pPr>
              <w:spacing w:after="0" w:line="240" w:lineRule="auto"/>
            </w:pPr>
            <w:r>
              <w:rPr>
                <w:color w:val="1F1F1F"/>
                <w:sz w:val="19"/>
              </w:rPr>
              <w:t>Breakfast</w:t>
            </w:r>
          </w:p>
        </w:tc>
        <w:tc>
          <w:tcPr>
            <w:tcW w:w="648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5A049D7" w14:textId="77777777" w:rsidR="00923997" w:rsidRDefault="00000000">
            <w:pPr>
              <w:spacing w:after="0" w:line="240" w:lineRule="auto"/>
            </w:pPr>
            <w:r>
              <w:rPr>
                <w:color w:val="1F1F1F"/>
                <w:sz w:val="19"/>
              </w:rPr>
              <w:t>________________________________</w:t>
            </w:r>
          </w:p>
        </w:tc>
      </w:tr>
      <w:tr w:rsidR="00923997" w14:paraId="7C7445EB" w14:textId="77777777">
        <w:trPr>
          <w:cantSplit/>
          <w:jc w:val="center"/>
        </w:trPr>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949695F" w14:textId="77777777" w:rsidR="00923997" w:rsidRDefault="00000000">
            <w:pPr>
              <w:spacing w:after="0" w:line="240" w:lineRule="auto"/>
            </w:pPr>
            <w:r>
              <w:rPr>
                <w:color w:val="1F1F1F"/>
                <w:sz w:val="19"/>
              </w:rPr>
              <w:t>Day 2</w:t>
            </w:r>
          </w:p>
        </w:tc>
        <w:tc>
          <w:tcPr>
            <w:tcW w:w="16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05C51C0" w14:textId="77777777" w:rsidR="00923997" w:rsidRDefault="00000000">
            <w:pPr>
              <w:spacing w:after="0" w:line="240" w:lineRule="auto"/>
            </w:pPr>
            <w:r>
              <w:rPr>
                <w:color w:val="1F1F1F"/>
                <w:sz w:val="19"/>
              </w:rPr>
              <w:t>Lunch</w:t>
            </w:r>
          </w:p>
        </w:tc>
        <w:tc>
          <w:tcPr>
            <w:tcW w:w="648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0B936B3" w14:textId="77777777" w:rsidR="00923997" w:rsidRDefault="00000000">
            <w:pPr>
              <w:spacing w:after="0" w:line="240" w:lineRule="auto"/>
            </w:pPr>
            <w:r>
              <w:rPr>
                <w:color w:val="1F1F1F"/>
                <w:sz w:val="19"/>
              </w:rPr>
              <w:t>________________________________</w:t>
            </w:r>
          </w:p>
        </w:tc>
      </w:tr>
      <w:tr w:rsidR="00923997" w14:paraId="6AAD3996" w14:textId="77777777">
        <w:trPr>
          <w:cantSplit/>
          <w:jc w:val="center"/>
        </w:trPr>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3AB40DC" w14:textId="77777777" w:rsidR="00923997" w:rsidRDefault="00000000">
            <w:pPr>
              <w:spacing w:after="0" w:line="240" w:lineRule="auto"/>
            </w:pPr>
            <w:r>
              <w:rPr>
                <w:color w:val="1F1F1F"/>
                <w:sz w:val="19"/>
              </w:rPr>
              <w:t>Day 2</w:t>
            </w:r>
          </w:p>
        </w:tc>
        <w:tc>
          <w:tcPr>
            <w:tcW w:w="16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BE3EE65" w14:textId="77777777" w:rsidR="00923997" w:rsidRDefault="00000000">
            <w:pPr>
              <w:spacing w:after="0" w:line="240" w:lineRule="auto"/>
            </w:pPr>
            <w:r>
              <w:rPr>
                <w:color w:val="1F1F1F"/>
                <w:sz w:val="19"/>
              </w:rPr>
              <w:t>Dinner</w:t>
            </w:r>
          </w:p>
        </w:tc>
        <w:tc>
          <w:tcPr>
            <w:tcW w:w="648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23D748D" w14:textId="77777777" w:rsidR="00923997" w:rsidRDefault="00000000">
            <w:pPr>
              <w:spacing w:after="0" w:line="240" w:lineRule="auto"/>
            </w:pPr>
            <w:r>
              <w:rPr>
                <w:color w:val="1F1F1F"/>
                <w:sz w:val="19"/>
              </w:rPr>
              <w:t>________________________________</w:t>
            </w:r>
          </w:p>
        </w:tc>
      </w:tr>
      <w:tr w:rsidR="00923997" w14:paraId="7393EB62" w14:textId="77777777">
        <w:trPr>
          <w:cantSplit/>
          <w:jc w:val="center"/>
        </w:trPr>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2870CB5" w14:textId="77777777" w:rsidR="00923997" w:rsidRDefault="00000000">
            <w:pPr>
              <w:spacing w:after="0" w:line="240" w:lineRule="auto"/>
            </w:pPr>
            <w:r>
              <w:rPr>
                <w:color w:val="1F1F1F"/>
                <w:sz w:val="19"/>
              </w:rPr>
              <w:t>Day 3</w:t>
            </w:r>
          </w:p>
        </w:tc>
        <w:tc>
          <w:tcPr>
            <w:tcW w:w="16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1FF2DBB" w14:textId="77777777" w:rsidR="00923997" w:rsidRDefault="00000000">
            <w:pPr>
              <w:spacing w:after="0" w:line="240" w:lineRule="auto"/>
            </w:pPr>
            <w:r>
              <w:rPr>
                <w:color w:val="1F1F1F"/>
                <w:sz w:val="19"/>
              </w:rPr>
              <w:t>Breakfast</w:t>
            </w:r>
          </w:p>
        </w:tc>
        <w:tc>
          <w:tcPr>
            <w:tcW w:w="648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58A3EB2" w14:textId="77777777" w:rsidR="00923997" w:rsidRDefault="00000000">
            <w:pPr>
              <w:spacing w:after="0" w:line="240" w:lineRule="auto"/>
            </w:pPr>
            <w:r>
              <w:rPr>
                <w:color w:val="1F1F1F"/>
                <w:sz w:val="19"/>
              </w:rPr>
              <w:t>________________________________</w:t>
            </w:r>
          </w:p>
        </w:tc>
      </w:tr>
      <w:tr w:rsidR="00923997" w14:paraId="042691EC" w14:textId="77777777">
        <w:trPr>
          <w:cantSplit/>
          <w:jc w:val="center"/>
        </w:trPr>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CB9FBB3" w14:textId="77777777" w:rsidR="00923997" w:rsidRDefault="00000000">
            <w:pPr>
              <w:spacing w:after="0" w:line="240" w:lineRule="auto"/>
            </w:pPr>
            <w:r>
              <w:rPr>
                <w:color w:val="1F1F1F"/>
                <w:sz w:val="19"/>
              </w:rPr>
              <w:t>Day 3</w:t>
            </w:r>
          </w:p>
        </w:tc>
        <w:tc>
          <w:tcPr>
            <w:tcW w:w="16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5F9C77C" w14:textId="77777777" w:rsidR="00923997" w:rsidRDefault="00000000">
            <w:pPr>
              <w:spacing w:after="0" w:line="240" w:lineRule="auto"/>
            </w:pPr>
            <w:r>
              <w:rPr>
                <w:color w:val="1F1F1F"/>
                <w:sz w:val="19"/>
              </w:rPr>
              <w:t>Lunch</w:t>
            </w:r>
          </w:p>
        </w:tc>
        <w:tc>
          <w:tcPr>
            <w:tcW w:w="648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A66C87F" w14:textId="77777777" w:rsidR="00923997" w:rsidRDefault="00000000">
            <w:pPr>
              <w:spacing w:after="0" w:line="240" w:lineRule="auto"/>
            </w:pPr>
            <w:r>
              <w:rPr>
                <w:color w:val="1F1F1F"/>
                <w:sz w:val="19"/>
              </w:rPr>
              <w:t>________________________________</w:t>
            </w:r>
          </w:p>
        </w:tc>
      </w:tr>
      <w:tr w:rsidR="00923997" w14:paraId="7027B6E9" w14:textId="77777777">
        <w:trPr>
          <w:cantSplit/>
          <w:jc w:val="center"/>
        </w:trPr>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6B8BFC8" w14:textId="77777777" w:rsidR="00923997" w:rsidRDefault="00000000">
            <w:pPr>
              <w:spacing w:after="0" w:line="240" w:lineRule="auto"/>
            </w:pPr>
            <w:r>
              <w:rPr>
                <w:color w:val="1F1F1F"/>
                <w:sz w:val="19"/>
              </w:rPr>
              <w:t>Day 3</w:t>
            </w:r>
          </w:p>
        </w:tc>
        <w:tc>
          <w:tcPr>
            <w:tcW w:w="16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8A24C94" w14:textId="77777777" w:rsidR="00923997" w:rsidRDefault="00000000">
            <w:pPr>
              <w:spacing w:after="0" w:line="240" w:lineRule="auto"/>
            </w:pPr>
            <w:r>
              <w:rPr>
                <w:color w:val="1F1F1F"/>
                <w:sz w:val="19"/>
              </w:rPr>
              <w:t>Dinner</w:t>
            </w:r>
          </w:p>
        </w:tc>
        <w:tc>
          <w:tcPr>
            <w:tcW w:w="648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56072FA" w14:textId="77777777" w:rsidR="00923997" w:rsidRDefault="00000000">
            <w:pPr>
              <w:spacing w:after="0" w:line="240" w:lineRule="auto"/>
            </w:pPr>
            <w:r>
              <w:rPr>
                <w:color w:val="1F1F1F"/>
                <w:sz w:val="19"/>
              </w:rPr>
              <w:t>________________________________</w:t>
            </w:r>
          </w:p>
        </w:tc>
      </w:tr>
      <w:tr w:rsidR="00923997" w14:paraId="6313A138" w14:textId="77777777">
        <w:trPr>
          <w:cantSplit/>
          <w:jc w:val="center"/>
        </w:trPr>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EA0FD88" w14:textId="77777777" w:rsidR="00923997" w:rsidRDefault="00000000">
            <w:pPr>
              <w:spacing w:after="0" w:line="240" w:lineRule="auto"/>
            </w:pPr>
            <w:r>
              <w:rPr>
                <w:color w:val="1F1F1F"/>
                <w:sz w:val="19"/>
              </w:rPr>
              <w:t>Day 4</w:t>
            </w:r>
          </w:p>
        </w:tc>
        <w:tc>
          <w:tcPr>
            <w:tcW w:w="16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12B3208" w14:textId="77777777" w:rsidR="00923997" w:rsidRDefault="00000000">
            <w:pPr>
              <w:spacing w:after="0" w:line="240" w:lineRule="auto"/>
            </w:pPr>
            <w:r>
              <w:rPr>
                <w:color w:val="1F1F1F"/>
                <w:sz w:val="19"/>
              </w:rPr>
              <w:t>Breakfast</w:t>
            </w:r>
          </w:p>
        </w:tc>
        <w:tc>
          <w:tcPr>
            <w:tcW w:w="648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12B3EC4" w14:textId="77777777" w:rsidR="00923997" w:rsidRDefault="00000000">
            <w:pPr>
              <w:spacing w:after="0" w:line="240" w:lineRule="auto"/>
            </w:pPr>
            <w:r>
              <w:rPr>
                <w:color w:val="1F1F1F"/>
                <w:sz w:val="19"/>
              </w:rPr>
              <w:t>________________________________</w:t>
            </w:r>
          </w:p>
        </w:tc>
      </w:tr>
      <w:tr w:rsidR="00923997" w14:paraId="1621F5D2" w14:textId="77777777">
        <w:trPr>
          <w:cantSplit/>
          <w:jc w:val="center"/>
        </w:trPr>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31CCE25" w14:textId="77777777" w:rsidR="00923997" w:rsidRDefault="00000000">
            <w:pPr>
              <w:spacing w:after="0" w:line="240" w:lineRule="auto"/>
            </w:pPr>
            <w:r>
              <w:rPr>
                <w:color w:val="1F1F1F"/>
                <w:sz w:val="19"/>
              </w:rPr>
              <w:t>Day 4</w:t>
            </w:r>
          </w:p>
        </w:tc>
        <w:tc>
          <w:tcPr>
            <w:tcW w:w="16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31D0B08" w14:textId="77777777" w:rsidR="00923997" w:rsidRDefault="00000000">
            <w:pPr>
              <w:spacing w:after="0" w:line="240" w:lineRule="auto"/>
            </w:pPr>
            <w:r>
              <w:rPr>
                <w:color w:val="1F1F1F"/>
                <w:sz w:val="19"/>
              </w:rPr>
              <w:t>Lunch</w:t>
            </w:r>
          </w:p>
        </w:tc>
        <w:tc>
          <w:tcPr>
            <w:tcW w:w="648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C3CDE1F" w14:textId="77777777" w:rsidR="00923997" w:rsidRDefault="00000000">
            <w:pPr>
              <w:spacing w:after="0" w:line="240" w:lineRule="auto"/>
            </w:pPr>
            <w:r>
              <w:rPr>
                <w:color w:val="1F1F1F"/>
                <w:sz w:val="19"/>
              </w:rPr>
              <w:t>________________________________</w:t>
            </w:r>
          </w:p>
        </w:tc>
      </w:tr>
      <w:tr w:rsidR="00923997" w14:paraId="70B934AB" w14:textId="77777777">
        <w:trPr>
          <w:cantSplit/>
          <w:jc w:val="center"/>
        </w:trPr>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FE02BBC" w14:textId="77777777" w:rsidR="00923997" w:rsidRDefault="00000000">
            <w:pPr>
              <w:spacing w:after="0" w:line="240" w:lineRule="auto"/>
            </w:pPr>
            <w:r>
              <w:rPr>
                <w:color w:val="1F1F1F"/>
                <w:sz w:val="19"/>
              </w:rPr>
              <w:t>Day 4</w:t>
            </w:r>
          </w:p>
        </w:tc>
        <w:tc>
          <w:tcPr>
            <w:tcW w:w="16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5FAA6A7" w14:textId="77777777" w:rsidR="00923997" w:rsidRDefault="00000000">
            <w:pPr>
              <w:spacing w:after="0" w:line="240" w:lineRule="auto"/>
            </w:pPr>
            <w:r>
              <w:rPr>
                <w:color w:val="1F1F1F"/>
                <w:sz w:val="19"/>
              </w:rPr>
              <w:t>Dinner</w:t>
            </w:r>
          </w:p>
        </w:tc>
        <w:tc>
          <w:tcPr>
            <w:tcW w:w="648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BD836C0" w14:textId="77777777" w:rsidR="00923997" w:rsidRDefault="00000000">
            <w:pPr>
              <w:spacing w:after="0" w:line="240" w:lineRule="auto"/>
            </w:pPr>
            <w:r>
              <w:rPr>
                <w:color w:val="1F1F1F"/>
                <w:sz w:val="19"/>
              </w:rPr>
              <w:t>________________________________</w:t>
            </w:r>
          </w:p>
        </w:tc>
      </w:tr>
      <w:tr w:rsidR="00923997" w14:paraId="2F39A4F5" w14:textId="77777777">
        <w:trPr>
          <w:cantSplit/>
          <w:jc w:val="center"/>
        </w:trPr>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C268AEC" w14:textId="77777777" w:rsidR="00923997" w:rsidRDefault="00000000">
            <w:pPr>
              <w:spacing w:after="0" w:line="240" w:lineRule="auto"/>
            </w:pPr>
            <w:r>
              <w:rPr>
                <w:color w:val="1F1F1F"/>
                <w:sz w:val="19"/>
              </w:rPr>
              <w:t>Day 5</w:t>
            </w:r>
          </w:p>
        </w:tc>
        <w:tc>
          <w:tcPr>
            <w:tcW w:w="16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DAC2A85" w14:textId="77777777" w:rsidR="00923997" w:rsidRDefault="00000000">
            <w:pPr>
              <w:spacing w:after="0" w:line="240" w:lineRule="auto"/>
            </w:pPr>
            <w:r>
              <w:rPr>
                <w:color w:val="1F1F1F"/>
                <w:sz w:val="19"/>
              </w:rPr>
              <w:t>Breakfast</w:t>
            </w:r>
          </w:p>
        </w:tc>
        <w:tc>
          <w:tcPr>
            <w:tcW w:w="648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0E7FF4B" w14:textId="77777777" w:rsidR="00923997" w:rsidRDefault="00000000">
            <w:pPr>
              <w:spacing w:after="0" w:line="240" w:lineRule="auto"/>
            </w:pPr>
            <w:r>
              <w:rPr>
                <w:color w:val="1F1F1F"/>
                <w:sz w:val="19"/>
              </w:rPr>
              <w:t>________________________________</w:t>
            </w:r>
          </w:p>
        </w:tc>
      </w:tr>
      <w:tr w:rsidR="00923997" w14:paraId="78E6D699" w14:textId="77777777">
        <w:trPr>
          <w:cantSplit/>
          <w:jc w:val="center"/>
        </w:trPr>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17A1422" w14:textId="77777777" w:rsidR="00923997" w:rsidRDefault="00000000">
            <w:pPr>
              <w:spacing w:after="0" w:line="240" w:lineRule="auto"/>
            </w:pPr>
            <w:r>
              <w:rPr>
                <w:color w:val="1F1F1F"/>
                <w:sz w:val="19"/>
              </w:rPr>
              <w:t>Day 5</w:t>
            </w:r>
          </w:p>
        </w:tc>
        <w:tc>
          <w:tcPr>
            <w:tcW w:w="16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36340FB" w14:textId="77777777" w:rsidR="00923997" w:rsidRDefault="00000000">
            <w:pPr>
              <w:spacing w:after="0" w:line="240" w:lineRule="auto"/>
            </w:pPr>
            <w:r>
              <w:rPr>
                <w:color w:val="1F1F1F"/>
                <w:sz w:val="19"/>
              </w:rPr>
              <w:t>Lunch</w:t>
            </w:r>
          </w:p>
        </w:tc>
        <w:tc>
          <w:tcPr>
            <w:tcW w:w="648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1C0B4DA" w14:textId="77777777" w:rsidR="00923997" w:rsidRDefault="00000000">
            <w:pPr>
              <w:spacing w:after="0" w:line="240" w:lineRule="auto"/>
            </w:pPr>
            <w:r>
              <w:rPr>
                <w:color w:val="1F1F1F"/>
                <w:sz w:val="19"/>
              </w:rPr>
              <w:t>________________________________</w:t>
            </w:r>
          </w:p>
        </w:tc>
      </w:tr>
      <w:tr w:rsidR="00923997" w14:paraId="5BAC3945" w14:textId="77777777">
        <w:trPr>
          <w:cantSplit/>
          <w:jc w:val="center"/>
        </w:trPr>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AC3AFC1" w14:textId="77777777" w:rsidR="00923997" w:rsidRDefault="00000000">
            <w:pPr>
              <w:spacing w:after="0" w:line="240" w:lineRule="auto"/>
            </w:pPr>
            <w:r>
              <w:rPr>
                <w:color w:val="1F1F1F"/>
                <w:sz w:val="19"/>
              </w:rPr>
              <w:t>Day 5</w:t>
            </w:r>
          </w:p>
        </w:tc>
        <w:tc>
          <w:tcPr>
            <w:tcW w:w="16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03A68D6" w14:textId="77777777" w:rsidR="00923997" w:rsidRDefault="00000000">
            <w:pPr>
              <w:spacing w:after="0" w:line="240" w:lineRule="auto"/>
            </w:pPr>
            <w:r>
              <w:rPr>
                <w:color w:val="1F1F1F"/>
                <w:sz w:val="19"/>
              </w:rPr>
              <w:t>Dinner</w:t>
            </w:r>
          </w:p>
        </w:tc>
        <w:tc>
          <w:tcPr>
            <w:tcW w:w="648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BD4BEE5" w14:textId="77777777" w:rsidR="00923997" w:rsidRDefault="00000000">
            <w:pPr>
              <w:spacing w:after="0" w:line="240" w:lineRule="auto"/>
            </w:pPr>
            <w:r>
              <w:rPr>
                <w:color w:val="1F1F1F"/>
                <w:sz w:val="19"/>
              </w:rPr>
              <w:t>________________________________</w:t>
            </w:r>
          </w:p>
        </w:tc>
      </w:tr>
      <w:tr w:rsidR="00923997" w14:paraId="010B6907" w14:textId="77777777">
        <w:trPr>
          <w:cantSplit/>
          <w:jc w:val="center"/>
        </w:trPr>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91E036D" w14:textId="77777777" w:rsidR="00923997" w:rsidRDefault="00000000">
            <w:pPr>
              <w:spacing w:after="0" w:line="240" w:lineRule="auto"/>
            </w:pPr>
            <w:r>
              <w:rPr>
                <w:color w:val="1F1F1F"/>
                <w:sz w:val="19"/>
              </w:rPr>
              <w:t>Day 6</w:t>
            </w:r>
          </w:p>
        </w:tc>
        <w:tc>
          <w:tcPr>
            <w:tcW w:w="16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F765401" w14:textId="77777777" w:rsidR="00923997" w:rsidRDefault="00000000">
            <w:pPr>
              <w:spacing w:after="0" w:line="240" w:lineRule="auto"/>
            </w:pPr>
            <w:r>
              <w:rPr>
                <w:color w:val="1F1F1F"/>
                <w:sz w:val="19"/>
              </w:rPr>
              <w:t>Breakfast</w:t>
            </w:r>
          </w:p>
        </w:tc>
        <w:tc>
          <w:tcPr>
            <w:tcW w:w="648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98150F3" w14:textId="77777777" w:rsidR="00923997" w:rsidRDefault="00000000">
            <w:pPr>
              <w:spacing w:after="0" w:line="240" w:lineRule="auto"/>
            </w:pPr>
            <w:r>
              <w:rPr>
                <w:color w:val="1F1F1F"/>
                <w:sz w:val="19"/>
              </w:rPr>
              <w:t>________________________________</w:t>
            </w:r>
          </w:p>
        </w:tc>
      </w:tr>
      <w:tr w:rsidR="00923997" w14:paraId="2730014A" w14:textId="77777777">
        <w:trPr>
          <w:cantSplit/>
          <w:jc w:val="center"/>
        </w:trPr>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DC8D07D" w14:textId="77777777" w:rsidR="00923997" w:rsidRDefault="00000000">
            <w:pPr>
              <w:spacing w:after="0" w:line="240" w:lineRule="auto"/>
            </w:pPr>
            <w:r>
              <w:rPr>
                <w:color w:val="1F1F1F"/>
                <w:sz w:val="19"/>
              </w:rPr>
              <w:t>Day 6</w:t>
            </w:r>
          </w:p>
        </w:tc>
        <w:tc>
          <w:tcPr>
            <w:tcW w:w="16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BF325EE" w14:textId="77777777" w:rsidR="00923997" w:rsidRDefault="00000000">
            <w:pPr>
              <w:spacing w:after="0" w:line="240" w:lineRule="auto"/>
            </w:pPr>
            <w:r>
              <w:rPr>
                <w:color w:val="1F1F1F"/>
                <w:sz w:val="19"/>
              </w:rPr>
              <w:t>Lunch</w:t>
            </w:r>
          </w:p>
        </w:tc>
        <w:tc>
          <w:tcPr>
            <w:tcW w:w="648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A02C443" w14:textId="77777777" w:rsidR="00923997" w:rsidRDefault="00000000">
            <w:pPr>
              <w:spacing w:after="0" w:line="240" w:lineRule="auto"/>
            </w:pPr>
            <w:r>
              <w:rPr>
                <w:color w:val="1F1F1F"/>
                <w:sz w:val="19"/>
              </w:rPr>
              <w:t>________________________________</w:t>
            </w:r>
          </w:p>
        </w:tc>
      </w:tr>
      <w:tr w:rsidR="00923997" w14:paraId="7C22FB08" w14:textId="77777777">
        <w:trPr>
          <w:cantSplit/>
          <w:jc w:val="center"/>
        </w:trPr>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7AE45E4" w14:textId="77777777" w:rsidR="00923997" w:rsidRDefault="00000000">
            <w:pPr>
              <w:spacing w:after="0" w:line="240" w:lineRule="auto"/>
            </w:pPr>
            <w:r>
              <w:rPr>
                <w:color w:val="1F1F1F"/>
                <w:sz w:val="19"/>
              </w:rPr>
              <w:t>Day 6</w:t>
            </w:r>
          </w:p>
        </w:tc>
        <w:tc>
          <w:tcPr>
            <w:tcW w:w="16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3BC2164" w14:textId="77777777" w:rsidR="00923997" w:rsidRDefault="00000000">
            <w:pPr>
              <w:spacing w:after="0" w:line="240" w:lineRule="auto"/>
            </w:pPr>
            <w:r>
              <w:rPr>
                <w:color w:val="1F1F1F"/>
                <w:sz w:val="19"/>
              </w:rPr>
              <w:t>Dinner</w:t>
            </w:r>
          </w:p>
        </w:tc>
        <w:tc>
          <w:tcPr>
            <w:tcW w:w="648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359EE98" w14:textId="77777777" w:rsidR="00923997" w:rsidRDefault="00000000">
            <w:pPr>
              <w:spacing w:after="0" w:line="240" w:lineRule="auto"/>
            </w:pPr>
            <w:r>
              <w:rPr>
                <w:color w:val="1F1F1F"/>
                <w:sz w:val="19"/>
              </w:rPr>
              <w:t>________________________________</w:t>
            </w:r>
          </w:p>
        </w:tc>
      </w:tr>
      <w:tr w:rsidR="00923997" w14:paraId="39A686F1" w14:textId="77777777">
        <w:trPr>
          <w:cantSplit/>
          <w:jc w:val="center"/>
        </w:trPr>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5055C7D" w14:textId="77777777" w:rsidR="00923997" w:rsidRDefault="00000000">
            <w:pPr>
              <w:spacing w:after="0" w:line="240" w:lineRule="auto"/>
            </w:pPr>
            <w:r>
              <w:rPr>
                <w:color w:val="1F1F1F"/>
                <w:sz w:val="19"/>
              </w:rPr>
              <w:t>Day 7</w:t>
            </w:r>
          </w:p>
        </w:tc>
        <w:tc>
          <w:tcPr>
            <w:tcW w:w="16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9BA078C" w14:textId="77777777" w:rsidR="00923997" w:rsidRDefault="00000000">
            <w:pPr>
              <w:spacing w:after="0" w:line="240" w:lineRule="auto"/>
            </w:pPr>
            <w:r>
              <w:rPr>
                <w:color w:val="1F1F1F"/>
                <w:sz w:val="19"/>
              </w:rPr>
              <w:t>Breakfast</w:t>
            </w:r>
          </w:p>
        </w:tc>
        <w:tc>
          <w:tcPr>
            <w:tcW w:w="648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0C03B10" w14:textId="77777777" w:rsidR="00923997" w:rsidRDefault="00000000">
            <w:pPr>
              <w:spacing w:after="0" w:line="240" w:lineRule="auto"/>
            </w:pPr>
            <w:r>
              <w:rPr>
                <w:color w:val="1F1F1F"/>
                <w:sz w:val="19"/>
              </w:rPr>
              <w:t>________________________________</w:t>
            </w:r>
          </w:p>
        </w:tc>
      </w:tr>
      <w:tr w:rsidR="00923997" w14:paraId="5910349E" w14:textId="77777777">
        <w:trPr>
          <w:cantSplit/>
          <w:jc w:val="center"/>
        </w:trPr>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49392E2" w14:textId="77777777" w:rsidR="00923997" w:rsidRDefault="00000000">
            <w:pPr>
              <w:spacing w:after="0" w:line="240" w:lineRule="auto"/>
            </w:pPr>
            <w:r>
              <w:rPr>
                <w:color w:val="1F1F1F"/>
                <w:sz w:val="19"/>
              </w:rPr>
              <w:lastRenderedPageBreak/>
              <w:t>Day 7</w:t>
            </w:r>
          </w:p>
        </w:tc>
        <w:tc>
          <w:tcPr>
            <w:tcW w:w="16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C76BEF1" w14:textId="77777777" w:rsidR="00923997" w:rsidRDefault="00000000">
            <w:pPr>
              <w:spacing w:after="0" w:line="240" w:lineRule="auto"/>
            </w:pPr>
            <w:r>
              <w:rPr>
                <w:color w:val="1F1F1F"/>
                <w:sz w:val="19"/>
              </w:rPr>
              <w:t>Lunch</w:t>
            </w:r>
          </w:p>
        </w:tc>
        <w:tc>
          <w:tcPr>
            <w:tcW w:w="648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2881166" w14:textId="77777777" w:rsidR="00923997" w:rsidRDefault="00000000">
            <w:pPr>
              <w:spacing w:after="0" w:line="240" w:lineRule="auto"/>
            </w:pPr>
            <w:r>
              <w:rPr>
                <w:color w:val="1F1F1F"/>
                <w:sz w:val="19"/>
              </w:rPr>
              <w:t>________________________________</w:t>
            </w:r>
          </w:p>
        </w:tc>
      </w:tr>
      <w:tr w:rsidR="00923997" w14:paraId="61387157" w14:textId="77777777">
        <w:trPr>
          <w:cantSplit/>
          <w:jc w:val="center"/>
        </w:trPr>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DBF84F0" w14:textId="77777777" w:rsidR="00923997" w:rsidRDefault="00000000">
            <w:pPr>
              <w:spacing w:after="0" w:line="240" w:lineRule="auto"/>
            </w:pPr>
            <w:r>
              <w:rPr>
                <w:color w:val="1F1F1F"/>
                <w:sz w:val="19"/>
              </w:rPr>
              <w:t>Day 7</w:t>
            </w:r>
          </w:p>
        </w:tc>
        <w:tc>
          <w:tcPr>
            <w:tcW w:w="165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75BC87A" w14:textId="77777777" w:rsidR="00923997" w:rsidRDefault="00000000">
            <w:pPr>
              <w:spacing w:after="0" w:line="240" w:lineRule="auto"/>
            </w:pPr>
            <w:r>
              <w:rPr>
                <w:color w:val="1F1F1F"/>
                <w:sz w:val="19"/>
              </w:rPr>
              <w:t>Dinner</w:t>
            </w:r>
          </w:p>
        </w:tc>
        <w:tc>
          <w:tcPr>
            <w:tcW w:w="648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726A944" w14:textId="77777777" w:rsidR="00923997" w:rsidRDefault="00000000">
            <w:pPr>
              <w:spacing w:after="0" w:line="240" w:lineRule="auto"/>
            </w:pPr>
            <w:r>
              <w:rPr>
                <w:color w:val="1F1F1F"/>
                <w:sz w:val="19"/>
              </w:rPr>
              <w:t>________________________________</w:t>
            </w:r>
          </w:p>
        </w:tc>
      </w:tr>
    </w:tbl>
    <w:p w14:paraId="4D60F610" w14:textId="77777777" w:rsidR="00923997" w:rsidRDefault="00923997">
      <w:pPr>
        <w:spacing w:after="20"/>
      </w:pPr>
    </w:p>
    <w:p w14:paraId="1BCCAD64" w14:textId="77777777" w:rsidR="00923997" w:rsidRDefault="00923997">
      <w:pPr>
        <w:pageBreakBefore/>
        <w:spacing w:after="0"/>
      </w:pPr>
    </w:p>
    <w:p w14:paraId="1624862F" w14:textId="77777777" w:rsidR="00923997" w:rsidRDefault="00000000">
      <w:pPr>
        <w:keepNext/>
        <w:spacing w:before="160"/>
      </w:pPr>
      <w:r>
        <w:rPr>
          <w:b/>
          <w:color w:val="2F5597"/>
          <w:sz w:val="32"/>
        </w:rPr>
        <w:t>Step 5: Ask for Simple Recipes</w:t>
      </w:r>
    </w:p>
    <w:p w14:paraId="123C7D0A" w14:textId="77777777" w:rsidR="00923997" w:rsidRDefault="00000000">
      <w:r>
        <w:rPr>
          <w:color w:val="1F1F1F"/>
        </w:rPr>
        <w:t>Every recipe should use plain directions, ordinary measurements, and common kitchen equipment. Ask for substitutions when an ingredient costs too much.</w:t>
      </w:r>
    </w:p>
    <w:p w14:paraId="35959272" w14:textId="77777777" w:rsidR="00923997" w:rsidRDefault="00000000">
      <w:pPr>
        <w:keepNext/>
        <w:spacing w:before="80" w:after="60"/>
      </w:pPr>
      <w:r>
        <w:rPr>
          <w:b/>
          <w:color w:val="2F5597"/>
        </w:rPr>
        <w:t>Copy-and-Use Prompt 5: Recipes for Every Meal</w:t>
      </w:r>
    </w:p>
    <w:tbl>
      <w:tblPr>
        <w:tblW w:w="0" w:type="auto"/>
        <w:jc w:val="center"/>
        <w:tblLayout w:type="fixed"/>
        <w:tblLook w:val="04A0" w:firstRow="1" w:lastRow="0" w:firstColumn="1" w:lastColumn="0" w:noHBand="0" w:noVBand="1"/>
      </w:tblPr>
      <w:tblGrid>
        <w:gridCol w:w="10080"/>
      </w:tblGrid>
      <w:tr w:rsidR="00923997" w14:paraId="4FF56EF6" w14:textId="77777777">
        <w:trPr>
          <w:jc w:val="center"/>
        </w:trPr>
        <w:tc>
          <w:tcPr>
            <w:tcW w:w="10080" w:type="dxa"/>
            <w:tcBorders>
              <w:top w:val="single" w:sz="8" w:space="0" w:color="2F5597"/>
              <w:left w:val="single" w:sz="8" w:space="0" w:color="2F5597"/>
              <w:bottom w:val="single" w:sz="8" w:space="0" w:color="2F5597"/>
              <w:right w:val="single" w:sz="8" w:space="0" w:color="2F5597"/>
            </w:tcBorders>
            <w:shd w:val="clear" w:color="auto" w:fill="2F5597"/>
            <w:tcMar>
              <w:top w:w="100" w:type="dxa"/>
              <w:left w:w="140" w:type="dxa"/>
              <w:bottom w:w="100" w:type="dxa"/>
              <w:right w:w="140" w:type="dxa"/>
            </w:tcMar>
            <w:vAlign w:val="center"/>
          </w:tcPr>
          <w:p w14:paraId="461FE087" w14:textId="77777777" w:rsidR="00923997" w:rsidRDefault="00000000">
            <w:pPr>
              <w:spacing w:after="0"/>
            </w:pPr>
            <w:r>
              <w:rPr>
                <w:b/>
                <w:color w:val="FFFFFF"/>
              </w:rPr>
              <w:t>PROMPT 5</w:t>
            </w:r>
          </w:p>
        </w:tc>
      </w:tr>
      <w:tr w:rsidR="00923997" w14:paraId="6BBB7EF4" w14:textId="77777777">
        <w:trPr>
          <w:jc w:val="center"/>
        </w:trPr>
        <w:tc>
          <w:tcPr>
            <w:tcW w:w="10080" w:type="dxa"/>
            <w:tcBorders>
              <w:top w:val="single" w:sz="8" w:space="0" w:color="8EA9C1"/>
              <w:left w:val="single" w:sz="8" w:space="0" w:color="8EA9C1"/>
              <w:bottom w:val="single" w:sz="8" w:space="0" w:color="8EA9C1"/>
              <w:right w:val="single" w:sz="8" w:space="0" w:color="8EA9C1"/>
            </w:tcBorders>
            <w:shd w:val="clear" w:color="auto" w:fill="EAF3F8"/>
            <w:tcMar>
              <w:top w:w="120" w:type="dxa"/>
              <w:left w:w="150" w:type="dxa"/>
              <w:bottom w:w="120" w:type="dxa"/>
              <w:right w:w="150" w:type="dxa"/>
            </w:tcMar>
            <w:vAlign w:val="center"/>
          </w:tcPr>
          <w:p w14:paraId="15AEBDFE" w14:textId="77777777" w:rsidR="00923997" w:rsidRDefault="00000000">
            <w:pPr>
              <w:spacing w:after="0"/>
            </w:pPr>
            <w:r>
              <w:rPr>
                <w:color w:val="1F1F1F"/>
                <w:sz w:val="21"/>
              </w:rPr>
              <w:t>Using the 7-day meal plan below, write a simple recipe for every meal that needs cooking or assembly. [Paste the meal plan.] For each recipe, include: (1) recipe name, (2) number of servings for one adult and two children, (3) exact ingredients and amounts, (4) short numbered directions, (5) cooking time, (6) safe storage instructions for leftovers, and (7) one lower-cost substitution. Use easy words and no more than six steps per recipe whenever possible. For meals such as cereal, sandwiches, or fruit and yogurt, give simple assembly directions instead of treating them as complicated recipes.</w:t>
            </w:r>
          </w:p>
        </w:tc>
      </w:tr>
    </w:tbl>
    <w:p w14:paraId="13025400" w14:textId="77777777" w:rsidR="00923997" w:rsidRDefault="00923997">
      <w:pPr>
        <w:spacing w:after="20"/>
      </w:pPr>
    </w:p>
    <w:tbl>
      <w:tblPr>
        <w:tblW w:w="0" w:type="auto"/>
        <w:jc w:val="center"/>
        <w:tblLayout w:type="fixed"/>
        <w:tblLook w:val="04A0" w:firstRow="1" w:lastRow="0" w:firstColumn="1" w:lastColumn="0" w:noHBand="0" w:noVBand="1"/>
      </w:tblPr>
      <w:tblGrid>
        <w:gridCol w:w="10080"/>
      </w:tblGrid>
      <w:tr w:rsidR="00923997" w14:paraId="2E0C3001" w14:textId="77777777">
        <w:trPr>
          <w:jc w:val="center"/>
        </w:trPr>
        <w:tc>
          <w:tcPr>
            <w:tcW w:w="10080" w:type="dxa"/>
            <w:tcBorders>
              <w:top w:val="single" w:sz="8" w:space="0" w:color="8EA9C1"/>
              <w:left w:val="single" w:sz="8" w:space="0" w:color="8EA9C1"/>
              <w:bottom w:val="single" w:sz="8" w:space="0" w:color="8EA9C1"/>
              <w:right w:val="single" w:sz="8" w:space="0" w:color="8EA9C1"/>
            </w:tcBorders>
            <w:shd w:val="clear" w:color="auto" w:fill="D9EAF7"/>
            <w:tcMar>
              <w:top w:w="120" w:type="dxa"/>
              <w:left w:w="150" w:type="dxa"/>
              <w:bottom w:w="120" w:type="dxa"/>
              <w:right w:w="150" w:type="dxa"/>
            </w:tcMar>
            <w:vAlign w:val="center"/>
          </w:tcPr>
          <w:p w14:paraId="5B5D3321" w14:textId="77777777" w:rsidR="00923997" w:rsidRDefault="00000000">
            <w:pPr>
              <w:spacing w:after="40"/>
            </w:pPr>
            <w:r>
              <w:rPr>
                <w:b/>
                <w:color w:val="2F5597"/>
                <w:sz w:val="22"/>
              </w:rPr>
              <w:t>Food Safety Reminder</w:t>
            </w:r>
          </w:p>
          <w:p w14:paraId="217F5C7F" w14:textId="77777777" w:rsidR="00923997" w:rsidRDefault="00000000">
            <w:pPr>
              <w:spacing w:after="0" w:line="252" w:lineRule="auto"/>
            </w:pPr>
            <w:r>
              <w:rPr>
                <w:color w:val="1F1F1F"/>
                <w:sz w:val="21"/>
              </w:rPr>
              <w:t>Check that meat, eggs, leftovers, and refrigerated foods are handled safely. When uncertain, follow current USDA food-safety guidance or instructions from a trusted health professional.</w:t>
            </w:r>
          </w:p>
        </w:tc>
      </w:tr>
    </w:tbl>
    <w:p w14:paraId="249A7539" w14:textId="77777777" w:rsidR="00923997" w:rsidRDefault="00923997">
      <w:pPr>
        <w:spacing w:after="20"/>
      </w:pPr>
    </w:p>
    <w:tbl>
      <w:tblPr>
        <w:tblW w:w="0" w:type="auto"/>
        <w:jc w:val="center"/>
        <w:tblLayout w:type="fixed"/>
        <w:tblLook w:val="04A0" w:firstRow="1" w:lastRow="0" w:firstColumn="1" w:lastColumn="0" w:noHBand="0" w:noVBand="1"/>
      </w:tblPr>
      <w:tblGrid>
        <w:gridCol w:w="1440"/>
        <w:gridCol w:w="6696"/>
        <w:gridCol w:w="1296"/>
      </w:tblGrid>
      <w:tr w:rsidR="00923997" w14:paraId="622732DF" w14:textId="77777777">
        <w:trPr>
          <w:tblHeader/>
          <w:jc w:val="center"/>
        </w:trPr>
        <w:tc>
          <w:tcPr>
            <w:tcW w:w="1440"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548FE3E6" w14:textId="77777777" w:rsidR="00923997" w:rsidRDefault="00000000">
            <w:pPr>
              <w:spacing w:after="0"/>
              <w:jc w:val="center"/>
            </w:pPr>
            <w:r>
              <w:rPr>
                <w:b/>
                <w:color w:val="FFFFFF"/>
                <w:sz w:val="21"/>
              </w:rPr>
              <w:t>Recipe</w:t>
            </w:r>
          </w:p>
        </w:tc>
        <w:tc>
          <w:tcPr>
            <w:tcW w:w="6696"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2F26C061" w14:textId="77777777" w:rsidR="00923997" w:rsidRDefault="00000000">
            <w:pPr>
              <w:spacing w:after="0"/>
              <w:jc w:val="center"/>
            </w:pPr>
            <w:r>
              <w:rPr>
                <w:b/>
                <w:color w:val="FFFFFF"/>
                <w:sz w:val="21"/>
              </w:rPr>
              <w:t>Name</w:t>
            </w:r>
          </w:p>
        </w:tc>
        <w:tc>
          <w:tcPr>
            <w:tcW w:w="1296"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7CAF0A33" w14:textId="77777777" w:rsidR="00923997" w:rsidRDefault="00000000">
            <w:pPr>
              <w:spacing w:after="0"/>
              <w:jc w:val="center"/>
            </w:pPr>
            <w:r>
              <w:rPr>
                <w:b/>
                <w:color w:val="FFFFFF"/>
                <w:sz w:val="21"/>
              </w:rPr>
              <w:t>Reviewed</w:t>
            </w:r>
          </w:p>
        </w:tc>
      </w:tr>
      <w:tr w:rsidR="00923997" w14:paraId="76D3F9FC" w14:textId="77777777">
        <w:trPr>
          <w:cantSplit/>
          <w:jc w:val="center"/>
        </w:trPr>
        <w:tc>
          <w:tcPr>
            <w:tcW w:w="144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4D78808" w14:textId="77777777" w:rsidR="00923997" w:rsidRDefault="00000000">
            <w:pPr>
              <w:spacing w:after="0" w:line="240" w:lineRule="auto"/>
            </w:pPr>
            <w:r>
              <w:rPr>
                <w:color w:val="1F1F1F"/>
                <w:sz w:val="21"/>
              </w:rPr>
              <w:t>Recipe 1</w:t>
            </w:r>
          </w:p>
        </w:tc>
        <w:tc>
          <w:tcPr>
            <w:tcW w:w="66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B8A476A" w14:textId="77777777" w:rsidR="00923997" w:rsidRDefault="00000000">
            <w:pPr>
              <w:spacing w:after="0" w:line="240" w:lineRule="auto"/>
            </w:pPr>
            <w:r>
              <w:rPr>
                <w:color w:val="1F1F1F"/>
                <w:sz w:val="21"/>
              </w:rPr>
              <w:t>____________________________</w:t>
            </w:r>
          </w:p>
        </w:tc>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2E2834C" w14:textId="77777777" w:rsidR="00923997" w:rsidRDefault="00000000">
            <w:pPr>
              <w:spacing w:after="0" w:line="240" w:lineRule="auto"/>
            </w:pPr>
            <w:r>
              <w:rPr>
                <w:color w:val="1F1F1F"/>
                <w:sz w:val="21"/>
              </w:rPr>
              <w:t>☐</w:t>
            </w:r>
          </w:p>
        </w:tc>
      </w:tr>
      <w:tr w:rsidR="00923997" w14:paraId="54AAEB57" w14:textId="77777777">
        <w:trPr>
          <w:cantSplit/>
          <w:jc w:val="center"/>
        </w:trPr>
        <w:tc>
          <w:tcPr>
            <w:tcW w:w="144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D2A30A8" w14:textId="77777777" w:rsidR="00923997" w:rsidRDefault="00000000">
            <w:pPr>
              <w:spacing w:after="0" w:line="240" w:lineRule="auto"/>
            </w:pPr>
            <w:r>
              <w:rPr>
                <w:color w:val="1F1F1F"/>
                <w:sz w:val="21"/>
              </w:rPr>
              <w:t>Recipe 2</w:t>
            </w:r>
          </w:p>
        </w:tc>
        <w:tc>
          <w:tcPr>
            <w:tcW w:w="66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6997D78" w14:textId="77777777" w:rsidR="00923997" w:rsidRDefault="00000000">
            <w:pPr>
              <w:spacing w:after="0" w:line="240" w:lineRule="auto"/>
            </w:pPr>
            <w:r>
              <w:rPr>
                <w:color w:val="1F1F1F"/>
                <w:sz w:val="21"/>
              </w:rPr>
              <w:t>____________________________</w:t>
            </w:r>
          </w:p>
        </w:tc>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96F0F4E" w14:textId="77777777" w:rsidR="00923997" w:rsidRDefault="00000000">
            <w:pPr>
              <w:spacing w:after="0" w:line="240" w:lineRule="auto"/>
            </w:pPr>
            <w:r>
              <w:rPr>
                <w:color w:val="1F1F1F"/>
                <w:sz w:val="21"/>
              </w:rPr>
              <w:t>☐</w:t>
            </w:r>
          </w:p>
        </w:tc>
      </w:tr>
      <w:tr w:rsidR="00923997" w14:paraId="5661E19D" w14:textId="77777777">
        <w:trPr>
          <w:cantSplit/>
          <w:jc w:val="center"/>
        </w:trPr>
        <w:tc>
          <w:tcPr>
            <w:tcW w:w="144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C1357CD" w14:textId="77777777" w:rsidR="00923997" w:rsidRDefault="00000000">
            <w:pPr>
              <w:spacing w:after="0" w:line="240" w:lineRule="auto"/>
            </w:pPr>
            <w:r>
              <w:rPr>
                <w:color w:val="1F1F1F"/>
                <w:sz w:val="21"/>
              </w:rPr>
              <w:t>Recipe 3</w:t>
            </w:r>
          </w:p>
        </w:tc>
        <w:tc>
          <w:tcPr>
            <w:tcW w:w="66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D1C1C3A" w14:textId="77777777" w:rsidR="00923997" w:rsidRDefault="00000000">
            <w:pPr>
              <w:spacing w:after="0" w:line="240" w:lineRule="auto"/>
            </w:pPr>
            <w:r>
              <w:rPr>
                <w:color w:val="1F1F1F"/>
                <w:sz w:val="21"/>
              </w:rPr>
              <w:t>____________________________</w:t>
            </w:r>
          </w:p>
        </w:tc>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A73C538" w14:textId="77777777" w:rsidR="00923997" w:rsidRDefault="00000000">
            <w:pPr>
              <w:spacing w:after="0" w:line="240" w:lineRule="auto"/>
            </w:pPr>
            <w:r>
              <w:rPr>
                <w:color w:val="1F1F1F"/>
                <w:sz w:val="21"/>
              </w:rPr>
              <w:t>☐</w:t>
            </w:r>
          </w:p>
        </w:tc>
      </w:tr>
      <w:tr w:rsidR="00923997" w14:paraId="447951D8" w14:textId="77777777">
        <w:trPr>
          <w:cantSplit/>
          <w:jc w:val="center"/>
        </w:trPr>
        <w:tc>
          <w:tcPr>
            <w:tcW w:w="144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4192FF0" w14:textId="77777777" w:rsidR="00923997" w:rsidRDefault="00000000">
            <w:pPr>
              <w:spacing w:after="0" w:line="240" w:lineRule="auto"/>
            </w:pPr>
            <w:r>
              <w:rPr>
                <w:color w:val="1F1F1F"/>
                <w:sz w:val="21"/>
              </w:rPr>
              <w:t>Recipe 4</w:t>
            </w:r>
          </w:p>
        </w:tc>
        <w:tc>
          <w:tcPr>
            <w:tcW w:w="66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550ACE1" w14:textId="77777777" w:rsidR="00923997" w:rsidRDefault="00000000">
            <w:pPr>
              <w:spacing w:after="0" w:line="240" w:lineRule="auto"/>
            </w:pPr>
            <w:r>
              <w:rPr>
                <w:color w:val="1F1F1F"/>
                <w:sz w:val="21"/>
              </w:rPr>
              <w:t>____________________________</w:t>
            </w:r>
          </w:p>
        </w:tc>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3051167" w14:textId="77777777" w:rsidR="00923997" w:rsidRDefault="00000000">
            <w:pPr>
              <w:spacing w:after="0" w:line="240" w:lineRule="auto"/>
            </w:pPr>
            <w:r>
              <w:rPr>
                <w:color w:val="1F1F1F"/>
                <w:sz w:val="21"/>
              </w:rPr>
              <w:t>☐</w:t>
            </w:r>
          </w:p>
        </w:tc>
      </w:tr>
      <w:tr w:rsidR="00923997" w14:paraId="69FC6B31" w14:textId="77777777">
        <w:trPr>
          <w:cantSplit/>
          <w:jc w:val="center"/>
        </w:trPr>
        <w:tc>
          <w:tcPr>
            <w:tcW w:w="144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D45927F" w14:textId="77777777" w:rsidR="00923997" w:rsidRDefault="00000000">
            <w:pPr>
              <w:spacing w:after="0" w:line="240" w:lineRule="auto"/>
            </w:pPr>
            <w:r>
              <w:rPr>
                <w:color w:val="1F1F1F"/>
                <w:sz w:val="21"/>
              </w:rPr>
              <w:t>Recipe 5</w:t>
            </w:r>
          </w:p>
        </w:tc>
        <w:tc>
          <w:tcPr>
            <w:tcW w:w="66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11219D4" w14:textId="77777777" w:rsidR="00923997" w:rsidRDefault="00000000">
            <w:pPr>
              <w:spacing w:after="0" w:line="240" w:lineRule="auto"/>
            </w:pPr>
            <w:r>
              <w:rPr>
                <w:color w:val="1F1F1F"/>
                <w:sz w:val="21"/>
              </w:rPr>
              <w:t>____________________________</w:t>
            </w:r>
          </w:p>
        </w:tc>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E75D86B" w14:textId="77777777" w:rsidR="00923997" w:rsidRDefault="00000000">
            <w:pPr>
              <w:spacing w:after="0" w:line="240" w:lineRule="auto"/>
            </w:pPr>
            <w:r>
              <w:rPr>
                <w:color w:val="1F1F1F"/>
                <w:sz w:val="21"/>
              </w:rPr>
              <w:t>☐</w:t>
            </w:r>
          </w:p>
        </w:tc>
      </w:tr>
      <w:tr w:rsidR="00923997" w14:paraId="23D2AC77" w14:textId="77777777">
        <w:trPr>
          <w:cantSplit/>
          <w:jc w:val="center"/>
        </w:trPr>
        <w:tc>
          <w:tcPr>
            <w:tcW w:w="144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3A92D57" w14:textId="77777777" w:rsidR="00923997" w:rsidRDefault="00000000">
            <w:pPr>
              <w:spacing w:after="0" w:line="240" w:lineRule="auto"/>
            </w:pPr>
            <w:r>
              <w:rPr>
                <w:color w:val="1F1F1F"/>
                <w:sz w:val="21"/>
              </w:rPr>
              <w:t>Recipe 6</w:t>
            </w:r>
          </w:p>
        </w:tc>
        <w:tc>
          <w:tcPr>
            <w:tcW w:w="66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C3D23B7" w14:textId="77777777" w:rsidR="00923997" w:rsidRDefault="00000000">
            <w:pPr>
              <w:spacing w:after="0" w:line="240" w:lineRule="auto"/>
            </w:pPr>
            <w:r>
              <w:rPr>
                <w:color w:val="1F1F1F"/>
                <w:sz w:val="21"/>
              </w:rPr>
              <w:t>____________________________</w:t>
            </w:r>
          </w:p>
        </w:tc>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0901DC4" w14:textId="77777777" w:rsidR="00923997" w:rsidRDefault="00000000">
            <w:pPr>
              <w:spacing w:after="0" w:line="240" w:lineRule="auto"/>
            </w:pPr>
            <w:r>
              <w:rPr>
                <w:color w:val="1F1F1F"/>
                <w:sz w:val="21"/>
              </w:rPr>
              <w:t>☐</w:t>
            </w:r>
          </w:p>
        </w:tc>
      </w:tr>
      <w:tr w:rsidR="00923997" w14:paraId="0564DC69" w14:textId="77777777">
        <w:trPr>
          <w:cantSplit/>
          <w:jc w:val="center"/>
        </w:trPr>
        <w:tc>
          <w:tcPr>
            <w:tcW w:w="144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42F16E9" w14:textId="77777777" w:rsidR="00923997" w:rsidRDefault="00000000">
            <w:pPr>
              <w:spacing w:after="0" w:line="240" w:lineRule="auto"/>
            </w:pPr>
            <w:r>
              <w:rPr>
                <w:color w:val="1F1F1F"/>
                <w:sz w:val="21"/>
              </w:rPr>
              <w:t>Recipe 7</w:t>
            </w:r>
          </w:p>
        </w:tc>
        <w:tc>
          <w:tcPr>
            <w:tcW w:w="66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D8EE5FF" w14:textId="77777777" w:rsidR="00923997" w:rsidRDefault="00000000">
            <w:pPr>
              <w:spacing w:after="0" w:line="240" w:lineRule="auto"/>
            </w:pPr>
            <w:r>
              <w:rPr>
                <w:color w:val="1F1F1F"/>
                <w:sz w:val="21"/>
              </w:rPr>
              <w:t>____________________________</w:t>
            </w:r>
          </w:p>
        </w:tc>
        <w:tc>
          <w:tcPr>
            <w:tcW w:w="12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E1A636A" w14:textId="77777777" w:rsidR="00923997" w:rsidRDefault="00000000">
            <w:pPr>
              <w:spacing w:after="0" w:line="240" w:lineRule="auto"/>
            </w:pPr>
            <w:r>
              <w:rPr>
                <w:color w:val="1F1F1F"/>
                <w:sz w:val="21"/>
              </w:rPr>
              <w:t>☐</w:t>
            </w:r>
          </w:p>
        </w:tc>
      </w:tr>
    </w:tbl>
    <w:p w14:paraId="09686836" w14:textId="77777777" w:rsidR="00923997" w:rsidRDefault="00923997">
      <w:pPr>
        <w:spacing w:after="20"/>
      </w:pPr>
    </w:p>
    <w:p w14:paraId="05729EB6" w14:textId="77777777" w:rsidR="00923997" w:rsidRDefault="00923997">
      <w:pPr>
        <w:pageBreakBefore/>
        <w:spacing w:after="0"/>
      </w:pPr>
    </w:p>
    <w:p w14:paraId="193F5D59" w14:textId="77777777" w:rsidR="00923997" w:rsidRDefault="00000000">
      <w:pPr>
        <w:keepNext/>
        <w:spacing w:before="160"/>
      </w:pPr>
      <w:r>
        <w:rPr>
          <w:b/>
          <w:color w:val="2F5597"/>
          <w:sz w:val="32"/>
        </w:rPr>
        <w:t>Step 6: Make One Master Ingredient List</w:t>
      </w:r>
    </w:p>
    <w:p w14:paraId="2EECDFC6" w14:textId="77777777" w:rsidR="00923997" w:rsidRDefault="00000000">
      <w:r>
        <w:rPr>
          <w:color w:val="1F1F1F"/>
        </w:rPr>
        <w:t>A master list combines repeated ingredients and shows the total amount needed for the full week.</w:t>
      </w:r>
    </w:p>
    <w:p w14:paraId="50516A7F" w14:textId="77777777" w:rsidR="00923997" w:rsidRDefault="00000000">
      <w:pPr>
        <w:keepNext/>
        <w:spacing w:before="80" w:after="60"/>
      </w:pPr>
      <w:r>
        <w:rPr>
          <w:b/>
          <w:color w:val="2F5597"/>
        </w:rPr>
        <w:t>Copy-and-Use Prompt 6: Combine All Ingredients</w:t>
      </w:r>
    </w:p>
    <w:tbl>
      <w:tblPr>
        <w:tblW w:w="0" w:type="auto"/>
        <w:jc w:val="center"/>
        <w:tblLayout w:type="fixed"/>
        <w:tblLook w:val="04A0" w:firstRow="1" w:lastRow="0" w:firstColumn="1" w:lastColumn="0" w:noHBand="0" w:noVBand="1"/>
      </w:tblPr>
      <w:tblGrid>
        <w:gridCol w:w="10080"/>
      </w:tblGrid>
      <w:tr w:rsidR="00923997" w14:paraId="74AE44B8" w14:textId="77777777">
        <w:trPr>
          <w:jc w:val="center"/>
        </w:trPr>
        <w:tc>
          <w:tcPr>
            <w:tcW w:w="10080" w:type="dxa"/>
            <w:tcBorders>
              <w:top w:val="single" w:sz="8" w:space="0" w:color="2F5597"/>
              <w:left w:val="single" w:sz="8" w:space="0" w:color="2F5597"/>
              <w:bottom w:val="single" w:sz="8" w:space="0" w:color="2F5597"/>
              <w:right w:val="single" w:sz="8" w:space="0" w:color="2F5597"/>
            </w:tcBorders>
            <w:shd w:val="clear" w:color="auto" w:fill="2F5597"/>
            <w:tcMar>
              <w:top w:w="100" w:type="dxa"/>
              <w:left w:w="140" w:type="dxa"/>
              <w:bottom w:w="100" w:type="dxa"/>
              <w:right w:w="140" w:type="dxa"/>
            </w:tcMar>
            <w:vAlign w:val="center"/>
          </w:tcPr>
          <w:p w14:paraId="5E6F737C" w14:textId="77777777" w:rsidR="00923997" w:rsidRDefault="00000000">
            <w:pPr>
              <w:spacing w:after="0"/>
            </w:pPr>
            <w:r>
              <w:rPr>
                <w:b/>
                <w:color w:val="FFFFFF"/>
              </w:rPr>
              <w:t>PROMPT 6</w:t>
            </w:r>
          </w:p>
        </w:tc>
      </w:tr>
      <w:tr w:rsidR="00923997" w14:paraId="7E385974" w14:textId="77777777">
        <w:trPr>
          <w:jc w:val="center"/>
        </w:trPr>
        <w:tc>
          <w:tcPr>
            <w:tcW w:w="10080" w:type="dxa"/>
            <w:tcBorders>
              <w:top w:val="single" w:sz="8" w:space="0" w:color="8EA9C1"/>
              <w:left w:val="single" w:sz="8" w:space="0" w:color="8EA9C1"/>
              <w:bottom w:val="single" w:sz="8" w:space="0" w:color="8EA9C1"/>
              <w:right w:val="single" w:sz="8" w:space="0" w:color="8EA9C1"/>
            </w:tcBorders>
            <w:shd w:val="clear" w:color="auto" w:fill="EAF3F8"/>
            <w:tcMar>
              <w:top w:w="120" w:type="dxa"/>
              <w:left w:w="150" w:type="dxa"/>
              <w:bottom w:w="120" w:type="dxa"/>
              <w:right w:w="150" w:type="dxa"/>
            </w:tcMar>
            <w:vAlign w:val="center"/>
          </w:tcPr>
          <w:p w14:paraId="5C8F3D87" w14:textId="77777777" w:rsidR="00923997" w:rsidRDefault="00000000">
            <w:pPr>
              <w:spacing w:after="0"/>
            </w:pPr>
            <w:r>
              <w:rPr>
                <w:color w:val="1F1F1F"/>
                <w:sz w:val="21"/>
              </w:rPr>
              <w:t>Using the meal plan and recipes below, make one master ingredient list for the full seven days. [Paste the meal plan and recipes.] Combine repeated items into one total amount. Organize the list by grocery-store section: produce, meat or protein, dairy and eggs, bread and grains, canned goods, frozen foods, pantry staples, and other. Beside each item, show the amount needed for the week and which meals use it. Do not include an item more than once unless different forms are required.</w:t>
            </w:r>
          </w:p>
        </w:tc>
      </w:tr>
    </w:tbl>
    <w:p w14:paraId="52CCA92E" w14:textId="77777777" w:rsidR="00923997" w:rsidRDefault="00923997">
      <w:pPr>
        <w:spacing w:after="20"/>
      </w:pPr>
    </w:p>
    <w:p w14:paraId="1083353C" w14:textId="77777777" w:rsidR="00923997" w:rsidRDefault="00000000">
      <w:pPr>
        <w:keepNext/>
        <w:spacing w:before="80" w:after="60"/>
      </w:pPr>
      <w:r>
        <w:rPr>
          <w:b/>
          <w:color w:val="2F5597"/>
        </w:rPr>
        <w:t>Copy-and-Use Prompt 7: Remove What I Already Have</w:t>
      </w:r>
    </w:p>
    <w:tbl>
      <w:tblPr>
        <w:tblW w:w="0" w:type="auto"/>
        <w:jc w:val="center"/>
        <w:tblLayout w:type="fixed"/>
        <w:tblLook w:val="04A0" w:firstRow="1" w:lastRow="0" w:firstColumn="1" w:lastColumn="0" w:noHBand="0" w:noVBand="1"/>
      </w:tblPr>
      <w:tblGrid>
        <w:gridCol w:w="10080"/>
      </w:tblGrid>
      <w:tr w:rsidR="00923997" w14:paraId="0E272DC8" w14:textId="77777777">
        <w:trPr>
          <w:jc w:val="center"/>
        </w:trPr>
        <w:tc>
          <w:tcPr>
            <w:tcW w:w="10080" w:type="dxa"/>
            <w:tcBorders>
              <w:top w:val="single" w:sz="8" w:space="0" w:color="2F5597"/>
              <w:left w:val="single" w:sz="8" w:space="0" w:color="2F5597"/>
              <w:bottom w:val="single" w:sz="8" w:space="0" w:color="2F5597"/>
              <w:right w:val="single" w:sz="8" w:space="0" w:color="2F5597"/>
            </w:tcBorders>
            <w:shd w:val="clear" w:color="auto" w:fill="2F5597"/>
            <w:tcMar>
              <w:top w:w="100" w:type="dxa"/>
              <w:left w:w="140" w:type="dxa"/>
              <w:bottom w:w="100" w:type="dxa"/>
              <w:right w:w="140" w:type="dxa"/>
            </w:tcMar>
            <w:vAlign w:val="center"/>
          </w:tcPr>
          <w:p w14:paraId="149E0B60" w14:textId="77777777" w:rsidR="00923997" w:rsidRDefault="00000000">
            <w:pPr>
              <w:spacing w:after="0"/>
            </w:pPr>
            <w:r>
              <w:rPr>
                <w:b/>
                <w:color w:val="FFFFFF"/>
              </w:rPr>
              <w:t>PROMPT 7</w:t>
            </w:r>
          </w:p>
        </w:tc>
      </w:tr>
      <w:tr w:rsidR="00923997" w14:paraId="6B189AE4" w14:textId="77777777">
        <w:trPr>
          <w:jc w:val="center"/>
        </w:trPr>
        <w:tc>
          <w:tcPr>
            <w:tcW w:w="10080" w:type="dxa"/>
            <w:tcBorders>
              <w:top w:val="single" w:sz="8" w:space="0" w:color="8EA9C1"/>
              <w:left w:val="single" w:sz="8" w:space="0" w:color="8EA9C1"/>
              <w:bottom w:val="single" w:sz="8" w:space="0" w:color="8EA9C1"/>
              <w:right w:val="single" w:sz="8" w:space="0" w:color="8EA9C1"/>
            </w:tcBorders>
            <w:shd w:val="clear" w:color="auto" w:fill="EAF3F8"/>
            <w:tcMar>
              <w:top w:w="120" w:type="dxa"/>
              <w:left w:w="150" w:type="dxa"/>
              <w:bottom w:w="120" w:type="dxa"/>
              <w:right w:w="150" w:type="dxa"/>
            </w:tcMar>
            <w:vAlign w:val="center"/>
          </w:tcPr>
          <w:p w14:paraId="10140536" w14:textId="77777777" w:rsidR="00923997" w:rsidRDefault="00000000">
            <w:pPr>
              <w:spacing w:after="0"/>
            </w:pPr>
            <w:r>
              <w:rPr>
                <w:color w:val="1F1F1F"/>
                <w:sz w:val="21"/>
              </w:rPr>
              <w:t>Compare this master ingredient list: [paste list] with the food I already have: [paste inventory]. Create three lists: (1) enough at home—do not buy, (2) partly available—buy only the missing amount, and (3) not available—buy the full amount. Then create a final shopping list that includes only what I need to purchase.</w:t>
            </w:r>
          </w:p>
        </w:tc>
      </w:tr>
    </w:tbl>
    <w:p w14:paraId="29FB1876" w14:textId="77777777" w:rsidR="00923997" w:rsidRDefault="00923997">
      <w:pPr>
        <w:spacing w:after="20"/>
      </w:pPr>
    </w:p>
    <w:tbl>
      <w:tblPr>
        <w:tblW w:w="0" w:type="auto"/>
        <w:jc w:val="center"/>
        <w:tblLayout w:type="fixed"/>
        <w:tblLook w:val="04A0" w:firstRow="1" w:lastRow="0" w:firstColumn="1" w:lastColumn="0" w:noHBand="0" w:noVBand="1"/>
      </w:tblPr>
      <w:tblGrid>
        <w:gridCol w:w="2232"/>
        <w:gridCol w:w="5760"/>
        <w:gridCol w:w="1440"/>
      </w:tblGrid>
      <w:tr w:rsidR="00923997" w14:paraId="464A8920" w14:textId="77777777">
        <w:trPr>
          <w:tblHeader/>
          <w:jc w:val="center"/>
        </w:trPr>
        <w:tc>
          <w:tcPr>
            <w:tcW w:w="2232"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20E6359E" w14:textId="77777777" w:rsidR="00923997" w:rsidRDefault="00000000">
            <w:pPr>
              <w:spacing w:after="0"/>
              <w:jc w:val="center"/>
            </w:pPr>
            <w:r>
              <w:rPr>
                <w:b/>
                <w:color w:val="FFFFFF"/>
                <w:sz w:val="20"/>
              </w:rPr>
              <w:t>Store Section</w:t>
            </w:r>
          </w:p>
        </w:tc>
        <w:tc>
          <w:tcPr>
            <w:tcW w:w="5760"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3AA3C491" w14:textId="77777777" w:rsidR="00923997" w:rsidRDefault="00000000">
            <w:pPr>
              <w:spacing w:after="0"/>
              <w:jc w:val="center"/>
            </w:pPr>
            <w:r>
              <w:rPr>
                <w:b/>
                <w:color w:val="FFFFFF"/>
                <w:sz w:val="20"/>
              </w:rPr>
              <w:t>What I Need</w:t>
            </w:r>
          </w:p>
        </w:tc>
        <w:tc>
          <w:tcPr>
            <w:tcW w:w="1440"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37B8C42B" w14:textId="77777777" w:rsidR="00923997" w:rsidRDefault="00000000">
            <w:pPr>
              <w:spacing w:after="0"/>
              <w:jc w:val="center"/>
            </w:pPr>
            <w:r>
              <w:rPr>
                <w:b/>
                <w:color w:val="FFFFFF"/>
                <w:sz w:val="20"/>
              </w:rPr>
              <w:t>Amount</w:t>
            </w:r>
          </w:p>
        </w:tc>
      </w:tr>
      <w:tr w:rsidR="00923997" w14:paraId="0D3B5EB6" w14:textId="77777777">
        <w:trPr>
          <w:cantSplit/>
          <w:jc w:val="center"/>
        </w:trPr>
        <w:tc>
          <w:tcPr>
            <w:tcW w:w="223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47B72DB" w14:textId="77777777" w:rsidR="00923997" w:rsidRDefault="00000000">
            <w:pPr>
              <w:spacing w:after="0" w:line="240" w:lineRule="auto"/>
            </w:pPr>
            <w:r>
              <w:rPr>
                <w:color w:val="1F1F1F"/>
                <w:sz w:val="20"/>
              </w:rPr>
              <w:t>Produce</w:t>
            </w:r>
          </w:p>
        </w:tc>
        <w:tc>
          <w:tcPr>
            <w:tcW w:w="57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EF21A6A" w14:textId="77777777" w:rsidR="00923997" w:rsidRDefault="00000000">
            <w:pPr>
              <w:spacing w:after="0" w:line="240" w:lineRule="auto"/>
            </w:pPr>
            <w:r>
              <w:rPr>
                <w:color w:val="1F1F1F"/>
                <w:sz w:val="20"/>
              </w:rPr>
              <w:t>________________________________</w:t>
            </w:r>
          </w:p>
        </w:tc>
        <w:tc>
          <w:tcPr>
            <w:tcW w:w="144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8EC5310" w14:textId="77777777" w:rsidR="00923997" w:rsidRDefault="00000000">
            <w:pPr>
              <w:spacing w:after="0" w:line="240" w:lineRule="auto"/>
            </w:pPr>
            <w:r>
              <w:rPr>
                <w:color w:val="1F1F1F"/>
                <w:sz w:val="20"/>
              </w:rPr>
              <w:t>________</w:t>
            </w:r>
          </w:p>
        </w:tc>
      </w:tr>
      <w:tr w:rsidR="00923997" w14:paraId="65E720EC" w14:textId="77777777">
        <w:trPr>
          <w:cantSplit/>
          <w:jc w:val="center"/>
        </w:trPr>
        <w:tc>
          <w:tcPr>
            <w:tcW w:w="223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9AD340D" w14:textId="77777777" w:rsidR="00923997" w:rsidRDefault="00000000">
            <w:pPr>
              <w:spacing w:after="0" w:line="240" w:lineRule="auto"/>
            </w:pPr>
            <w:r>
              <w:rPr>
                <w:color w:val="1F1F1F"/>
                <w:sz w:val="20"/>
              </w:rPr>
              <w:t>Meat or protein</w:t>
            </w:r>
          </w:p>
        </w:tc>
        <w:tc>
          <w:tcPr>
            <w:tcW w:w="57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4B29896" w14:textId="77777777" w:rsidR="00923997" w:rsidRDefault="00000000">
            <w:pPr>
              <w:spacing w:after="0" w:line="240" w:lineRule="auto"/>
            </w:pPr>
            <w:r>
              <w:rPr>
                <w:color w:val="1F1F1F"/>
                <w:sz w:val="20"/>
              </w:rPr>
              <w:t>________________________________</w:t>
            </w:r>
          </w:p>
        </w:tc>
        <w:tc>
          <w:tcPr>
            <w:tcW w:w="144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2947F5F" w14:textId="77777777" w:rsidR="00923997" w:rsidRDefault="00000000">
            <w:pPr>
              <w:spacing w:after="0" w:line="240" w:lineRule="auto"/>
            </w:pPr>
            <w:r>
              <w:rPr>
                <w:color w:val="1F1F1F"/>
                <w:sz w:val="20"/>
              </w:rPr>
              <w:t>________</w:t>
            </w:r>
          </w:p>
        </w:tc>
      </w:tr>
      <w:tr w:rsidR="00923997" w14:paraId="319DF4C1" w14:textId="77777777">
        <w:trPr>
          <w:cantSplit/>
          <w:jc w:val="center"/>
        </w:trPr>
        <w:tc>
          <w:tcPr>
            <w:tcW w:w="223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EE6ED86" w14:textId="77777777" w:rsidR="00923997" w:rsidRDefault="00000000">
            <w:pPr>
              <w:spacing w:after="0" w:line="240" w:lineRule="auto"/>
            </w:pPr>
            <w:r>
              <w:rPr>
                <w:color w:val="1F1F1F"/>
                <w:sz w:val="20"/>
              </w:rPr>
              <w:t>Dairy and eggs</w:t>
            </w:r>
          </w:p>
        </w:tc>
        <w:tc>
          <w:tcPr>
            <w:tcW w:w="57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C332E2F" w14:textId="77777777" w:rsidR="00923997" w:rsidRDefault="00000000">
            <w:pPr>
              <w:spacing w:after="0" w:line="240" w:lineRule="auto"/>
            </w:pPr>
            <w:r>
              <w:rPr>
                <w:color w:val="1F1F1F"/>
                <w:sz w:val="20"/>
              </w:rPr>
              <w:t>________________________________</w:t>
            </w:r>
          </w:p>
        </w:tc>
        <w:tc>
          <w:tcPr>
            <w:tcW w:w="144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27F8855" w14:textId="77777777" w:rsidR="00923997" w:rsidRDefault="00000000">
            <w:pPr>
              <w:spacing w:after="0" w:line="240" w:lineRule="auto"/>
            </w:pPr>
            <w:r>
              <w:rPr>
                <w:color w:val="1F1F1F"/>
                <w:sz w:val="20"/>
              </w:rPr>
              <w:t>________</w:t>
            </w:r>
          </w:p>
        </w:tc>
      </w:tr>
      <w:tr w:rsidR="00923997" w14:paraId="353D66D7" w14:textId="77777777">
        <w:trPr>
          <w:cantSplit/>
          <w:jc w:val="center"/>
        </w:trPr>
        <w:tc>
          <w:tcPr>
            <w:tcW w:w="223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3C35BB8" w14:textId="77777777" w:rsidR="00923997" w:rsidRDefault="00000000">
            <w:pPr>
              <w:spacing w:after="0" w:line="240" w:lineRule="auto"/>
            </w:pPr>
            <w:r>
              <w:rPr>
                <w:color w:val="1F1F1F"/>
                <w:sz w:val="20"/>
              </w:rPr>
              <w:t>Bread and grains</w:t>
            </w:r>
          </w:p>
        </w:tc>
        <w:tc>
          <w:tcPr>
            <w:tcW w:w="57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8A25FE2" w14:textId="77777777" w:rsidR="00923997" w:rsidRDefault="00000000">
            <w:pPr>
              <w:spacing w:after="0" w:line="240" w:lineRule="auto"/>
            </w:pPr>
            <w:r>
              <w:rPr>
                <w:color w:val="1F1F1F"/>
                <w:sz w:val="20"/>
              </w:rPr>
              <w:t>________________________________</w:t>
            </w:r>
          </w:p>
        </w:tc>
        <w:tc>
          <w:tcPr>
            <w:tcW w:w="144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8454A3B" w14:textId="77777777" w:rsidR="00923997" w:rsidRDefault="00000000">
            <w:pPr>
              <w:spacing w:after="0" w:line="240" w:lineRule="auto"/>
            </w:pPr>
            <w:r>
              <w:rPr>
                <w:color w:val="1F1F1F"/>
                <w:sz w:val="20"/>
              </w:rPr>
              <w:t>________</w:t>
            </w:r>
          </w:p>
        </w:tc>
      </w:tr>
      <w:tr w:rsidR="00923997" w14:paraId="1F07D309" w14:textId="77777777">
        <w:trPr>
          <w:cantSplit/>
          <w:jc w:val="center"/>
        </w:trPr>
        <w:tc>
          <w:tcPr>
            <w:tcW w:w="223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F9F22CC" w14:textId="77777777" w:rsidR="00923997" w:rsidRDefault="00000000">
            <w:pPr>
              <w:spacing w:after="0" w:line="240" w:lineRule="auto"/>
            </w:pPr>
            <w:r>
              <w:rPr>
                <w:color w:val="1F1F1F"/>
                <w:sz w:val="20"/>
              </w:rPr>
              <w:t>Canned goods</w:t>
            </w:r>
          </w:p>
        </w:tc>
        <w:tc>
          <w:tcPr>
            <w:tcW w:w="57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70693AB" w14:textId="77777777" w:rsidR="00923997" w:rsidRDefault="00000000">
            <w:pPr>
              <w:spacing w:after="0" w:line="240" w:lineRule="auto"/>
            </w:pPr>
            <w:r>
              <w:rPr>
                <w:color w:val="1F1F1F"/>
                <w:sz w:val="20"/>
              </w:rPr>
              <w:t>________________________________</w:t>
            </w:r>
          </w:p>
        </w:tc>
        <w:tc>
          <w:tcPr>
            <w:tcW w:w="144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25C03BB" w14:textId="77777777" w:rsidR="00923997" w:rsidRDefault="00000000">
            <w:pPr>
              <w:spacing w:after="0" w:line="240" w:lineRule="auto"/>
            </w:pPr>
            <w:r>
              <w:rPr>
                <w:color w:val="1F1F1F"/>
                <w:sz w:val="20"/>
              </w:rPr>
              <w:t>________</w:t>
            </w:r>
          </w:p>
        </w:tc>
      </w:tr>
      <w:tr w:rsidR="00923997" w14:paraId="5A9E21C5" w14:textId="77777777">
        <w:trPr>
          <w:cantSplit/>
          <w:jc w:val="center"/>
        </w:trPr>
        <w:tc>
          <w:tcPr>
            <w:tcW w:w="223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A37B94C" w14:textId="77777777" w:rsidR="00923997" w:rsidRDefault="00000000">
            <w:pPr>
              <w:spacing w:after="0" w:line="240" w:lineRule="auto"/>
            </w:pPr>
            <w:r>
              <w:rPr>
                <w:color w:val="1F1F1F"/>
                <w:sz w:val="20"/>
              </w:rPr>
              <w:t>Frozen foods</w:t>
            </w:r>
          </w:p>
        </w:tc>
        <w:tc>
          <w:tcPr>
            <w:tcW w:w="57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6CC457F" w14:textId="77777777" w:rsidR="00923997" w:rsidRDefault="00000000">
            <w:pPr>
              <w:spacing w:after="0" w:line="240" w:lineRule="auto"/>
            </w:pPr>
            <w:r>
              <w:rPr>
                <w:color w:val="1F1F1F"/>
                <w:sz w:val="20"/>
              </w:rPr>
              <w:t>________________________________</w:t>
            </w:r>
          </w:p>
        </w:tc>
        <w:tc>
          <w:tcPr>
            <w:tcW w:w="144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592C50C" w14:textId="77777777" w:rsidR="00923997" w:rsidRDefault="00000000">
            <w:pPr>
              <w:spacing w:after="0" w:line="240" w:lineRule="auto"/>
            </w:pPr>
            <w:r>
              <w:rPr>
                <w:color w:val="1F1F1F"/>
                <w:sz w:val="20"/>
              </w:rPr>
              <w:t>________</w:t>
            </w:r>
          </w:p>
        </w:tc>
      </w:tr>
      <w:tr w:rsidR="00923997" w14:paraId="23E728AD" w14:textId="77777777">
        <w:trPr>
          <w:cantSplit/>
          <w:jc w:val="center"/>
        </w:trPr>
        <w:tc>
          <w:tcPr>
            <w:tcW w:w="223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F82562F" w14:textId="77777777" w:rsidR="00923997" w:rsidRDefault="00000000">
            <w:pPr>
              <w:spacing w:after="0" w:line="240" w:lineRule="auto"/>
            </w:pPr>
            <w:r>
              <w:rPr>
                <w:color w:val="1F1F1F"/>
                <w:sz w:val="20"/>
              </w:rPr>
              <w:t>Pantry staples</w:t>
            </w:r>
          </w:p>
        </w:tc>
        <w:tc>
          <w:tcPr>
            <w:tcW w:w="57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6313E30" w14:textId="77777777" w:rsidR="00923997" w:rsidRDefault="00000000">
            <w:pPr>
              <w:spacing w:after="0" w:line="240" w:lineRule="auto"/>
            </w:pPr>
            <w:r>
              <w:rPr>
                <w:color w:val="1F1F1F"/>
                <w:sz w:val="20"/>
              </w:rPr>
              <w:t>________________________________</w:t>
            </w:r>
          </w:p>
        </w:tc>
        <w:tc>
          <w:tcPr>
            <w:tcW w:w="144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A2B8DAD" w14:textId="77777777" w:rsidR="00923997" w:rsidRDefault="00000000">
            <w:pPr>
              <w:spacing w:after="0" w:line="240" w:lineRule="auto"/>
            </w:pPr>
            <w:r>
              <w:rPr>
                <w:color w:val="1F1F1F"/>
                <w:sz w:val="20"/>
              </w:rPr>
              <w:t>________</w:t>
            </w:r>
          </w:p>
        </w:tc>
      </w:tr>
      <w:tr w:rsidR="00923997" w14:paraId="58770C3A" w14:textId="77777777">
        <w:trPr>
          <w:cantSplit/>
          <w:jc w:val="center"/>
        </w:trPr>
        <w:tc>
          <w:tcPr>
            <w:tcW w:w="223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6102DDD" w14:textId="77777777" w:rsidR="00923997" w:rsidRDefault="00000000">
            <w:pPr>
              <w:spacing w:after="0" w:line="240" w:lineRule="auto"/>
            </w:pPr>
            <w:r>
              <w:rPr>
                <w:color w:val="1F1F1F"/>
                <w:sz w:val="20"/>
              </w:rPr>
              <w:t>Other</w:t>
            </w:r>
          </w:p>
        </w:tc>
        <w:tc>
          <w:tcPr>
            <w:tcW w:w="57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5BC8041" w14:textId="77777777" w:rsidR="00923997" w:rsidRDefault="00000000">
            <w:pPr>
              <w:spacing w:after="0" w:line="240" w:lineRule="auto"/>
            </w:pPr>
            <w:r>
              <w:rPr>
                <w:color w:val="1F1F1F"/>
                <w:sz w:val="20"/>
              </w:rPr>
              <w:t>________________________________</w:t>
            </w:r>
          </w:p>
        </w:tc>
        <w:tc>
          <w:tcPr>
            <w:tcW w:w="144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B9118F4" w14:textId="77777777" w:rsidR="00923997" w:rsidRDefault="00000000">
            <w:pPr>
              <w:spacing w:after="0" w:line="240" w:lineRule="auto"/>
            </w:pPr>
            <w:r>
              <w:rPr>
                <w:color w:val="1F1F1F"/>
                <w:sz w:val="20"/>
              </w:rPr>
              <w:t>________</w:t>
            </w:r>
          </w:p>
        </w:tc>
      </w:tr>
    </w:tbl>
    <w:p w14:paraId="6A1CE0C3" w14:textId="77777777" w:rsidR="00923997" w:rsidRDefault="00923997">
      <w:pPr>
        <w:spacing w:after="20"/>
      </w:pPr>
    </w:p>
    <w:p w14:paraId="70E794EB" w14:textId="77777777" w:rsidR="00923997" w:rsidRDefault="00923997">
      <w:pPr>
        <w:pageBreakBefore/>
        <w:spacing w:after="0"/>
      </w:pPr>
    </w:p>
    <w:p w14:paraId="7F48F3C7" w14:textId="77777777" w:rsidR="00923997" w:rsidRDefault="00000000">
      <w:pPr>
        <w:keepNext/>
        <w:spacing w:before="160"/>
      </w:pPr>
      <w:r>
        <w:rPr>
          <w:b/>
          <w:color w:val="2F5597"/>
          <w:sz w:val="32"/>
        </w:rPr>
        <w:t>Step 7: Compare Two Grocery Stores</w:t>
      </w:r>
    </w:p>
    <w:p w14:paraId="2CBD159A" w14:textId="77777777" w:rsidR="00923997" w:rsidRDefault="00000000">
      <w:r>
        <w:rPr>
          <w:color w:val="1F1F1F"/>
        </w:rPr>
        <w:t>Use the two stores you can realistically reach. Include transportation cost and time—not only shelf prices.</w:t>
      </w:r>
    </w:p>
    <w:tbl>
      <w:tblPr>
        <w:tblW w:w="0" w:type="auto"/>
        <w:jc w:val="center"/>
        <w:tblLayout w:type="fixed"/>
        <w:tblLook w:val="04A0" w:firstRow="1" w:lastRow="0" w:firstColumn="1" w:lastColumn="0" w:noHBand="0" w:noVBand="1"/>
      </w:tblPr>
      <w:tblGrid>
        <w:gridCol w:w="4536"/>
        <w:gridCol w:w="4896"/>
      </w:tblGrid>
      <w:tr w:rsidR="00923997" w14:paraId="2C3D1294" w14:textId="77777777">
        <w:trPr>
          <w:tblHeader/>
          <w:jc w:val="center"/>
        </w:trPr>
        <w:tc>
          <w:tcPr>
            <w:tcW w:w="4536"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6CF2759B" w14:textId="77777777" w:rsidR="00923997" w:rsidRDefault="00000000">
            <w:pPr>
              <w:spacing w:after="0"/>
              <w:jc w:val="center"/>
            </w:pPr>
            <w:r>
              <w:rPr>
                <w:b/>
                <w:color w:val="FFFFFF"/>
                <w:sz w:val="22"/>
              </w:rPr>
              <w:t>Information</w:t>
            </w:r>
          </w:p>
        </w:tc>
        <w:tc>
          <w:tcPr>
            <w:tcW w:w="4896"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2C96B225" w14:textId="77777777" w:rsidR="00923997" w:rsidRDefault="00000000">
            <w:pPr>
              <w:spacing w:after="0"/>
              <w:jc w:val="center"/>
            </w:pPr>
            <w:r>
              <w:rPr>
                <w:b/>
                <w:color w:val="FFFFFF"/>
                <w:sz w:val="22"/>
              </w:rPr>
              <w:t>My Answer</w:t>
            </w:r>
          </w:p>
        </w:tc>
      </w:tr>
      <w:tr w:rsidR="00923997" w14:paraId="70C490ED" w14:textId="77777777">
        <w:trPr>
          <w:cantSplit/>
          <w:jc w:val="center"/>
        </w:trPr>
        <w:tc>
          <w:tcPr>
            <w:tcW w:w="453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DFE8923" w14:textId="77777777" w:rsidR="00923997" w:rsidRDefault="00000000">
            <w:pPr>
              <w:spacing w:after="0" w:line="240" w:lineRule="auto"/>
            </w:pPr>
            <w:r>
              <w:rPr>
                <w:color w:val="1F1F1F"/>
                <w:sz w:val="22"/>
              </w:rPr>
              <w:t>My ZIP code or city</w:t>
            </w:r>
          </w:p>
        </w:tc>
        <w:tc>
          <w:tcPr>
            <w:tcW w:w="48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8DFE798" w14:textId="77777777" w:rsidR="00923997" w:rsidRDefault="00000000">
            <w:pPr>
              <w:spacing w:after="0" w:line="240" w:lineRule="auto"/>
            </w:pPr>
            <w:r>
              <w:rPr>
                <w:color w:val="1F1F1F"/>
                <w:sz w:val="22"/>
              </w:rPr>
              <w:t>____________________________</w:t>
            </w:r>
          </w:p>
        </w:tc>
      </w:tr>
      <w:tr w:rsidR="00923997" w14:paraId="122FECF2" w14:textId="77777777">
        <w:trPr>
          <w:cantSplit/>
          <w:jc w:val="center"/>
        </w:trPr>
        <w:tc>
          <w:tcPr>
            <w:tcW w:w="453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FF8C4B7" w14:textId="77777777" w:rsidR="00923997" w:rsidRDefault="00000000">
            <w:pPr>
              <w:spacing w:after="0" w:line="240" w:lineRule="auto"/>
            </w:pPr>
            <w:r>
              <w:rPr>
                <w:color w:val="1F1F1F"/>
                <w:sz w:val="22"/>
              </w:rPr>
              <w:t>Store 1</w:t>
            </w:r>
          </w:p>
        </w:tc>
        <w:tc>
          <w:tcPr>
            <w:tcW w:w="48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59F7A9F" w14:textId="77777777" w:rsidR="00923997" w:rsidRDefault="00000000">
            <w:pPr>
              <w:spacing w:after="0" w:line="240" w:lineRule="auto"/>
            </w:pPr>
            <w:r>
              <w:rPr>
                <w:color w:val="1F1F1F"/>
                <w:sz w:val="22"/>
              </w:rPr>
              <w:t>____________________________</w:t>
            </w:r>
          </w:p>
        </w:tc>
      </w:tr>
      <w:tr w:rsidR="00923997" w14:paraId="5F81871E" w14:textId="77777777">
        <w:trPr>
          <w:cantSplit/>
          <w:jc w:val="center"/>
        </w:trPr>
        <w:tc>
          <w:tcPr>
            <w:tcW w:w="453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3A1C8D2" w14:textId="77777777" w:rsidR="00923997" w:rsidRDefault="00000000">
            <w:pPr>
              <w:spacing w:after="0" w:line="240" w:lineRule="auto"/>
            </w:pPr>
            <w:r>
              <w:rPr>
                <w:color w:val="1F1F1F"/>
                <w:sz w:val="22"/>
              </w:rPr>
              <w:t>Store 2</w:t>
            </w:r>
          </w:p>
        </w:tc>
        <w:tc>
          <w:tcPr>
            <w:tcW w:w="48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0A1F004" w14:textId="77777777" w:rsidR="00923997" w:rsidRDefault="00000000">
            <w:pPr>
              <w:spacing w:after="0" w:line="240" w:lineRule="auto"/>
            </w:pPr>
            <w:r>
              <w:rPr>
                <w:color w:val="1F1F1F"/>
                <w:sz w:val="22"/>
              </w:rPr>
              <w:t>____________________________</w:t>
            </w:r>
          </w:p>
        </w:tc>
      </w:tr>
      <w:tr w:rsidR="00923997" w14:paraId="3FBB040A" w14:textId="77777777">
        <w:trPr>
          <w:cantSplit/>
          <w:jc w:val="center"/>
        </w:trPr>
        <w:tc>
          <w:tcPr>
            <w:tcW w:w="453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729768D" w14:textId="77777777" w:rsidR="00923997" w:rsidRDefault="00000000">
            <w:pPr>
              <w:spacing w:after="0" w:line="240" w:lineRule="auto"/>
            </w:pPr>
            <w:r>
              <w:rPr>
                <w:color w:val="1F1F1F"/>
                <w:sz w:val="22"/>
              </w:rPr>
              <w:t>Date prices were checked</w:t>
            </w:r>
          </w:p>
        </w:tc>
        <w:tc>
          <w:tcPr>
            <w:tcW w:w="48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CB5A655" w14:textId="77777777" w:rsidR="00923997" w:rsidRDefault="00000000">
            <w:pPr>
              <w:spacing w:after="0" w:line="240" w:lineRule="auto"/>
            </w:pPr>
            <w:r>
              <w:rPr>
                <w:color w:val="1F1F1F"/>
                <w:sz w:val="22"/>
              </w:rPr>
              <w:t>____________________________</w:t>
            </w:r>
          </w:p>
        </w:tc>
      </w:tr>
      <w:tr w:rsidR="00923997" w14:paraId="1DC667F4" w14:textId="77777777">
        <w:trPr>
          <w:cantSplit/>
          <w:jc w:val="center"/>
        </w:trPr>
        <w:tc>
          <w:tcPr>
            <w:tcW w:w="453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496C276" w14:textId="77777777" w:rsidR="00923997" w:rsidRDefault="00000000">
            <w:pPr>
              <w:spacing w:after="0" w:line="240" w:lineRule="auto"/>
            </w:pPr>
            <w:r>
              <w:rPr>
                <w:color w:val="1F1F1F"/>
                <w:sz w:val="22"/>
              </w:rPr>
              <w:t>Transportation cost to Store 1</w:t>
            </w:r>
          </w:p>
        </w:tc>
        <w:tc>
          <w:tcPr>
            <w:tcW w:w="48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6AEDFA4" w14:textId="77777777" w:rsidR="00923997" w:rsidRDefault="00000000">
            <w:pPr>
              <w:spacing w:after="0" w:line="240" w:lineRule="auto"/>
            </w:pPr>
            <w:r>
              <w:rPr>
                <w:color w:val="1F1F1F"/>
                <w:sz w:val="22"/>
              </w:rPr>
              <w:t>$____________</w:t>
            </w:r>
          </w:p>
        </w:tc>
      </w:tr>
      <w:tr w:rsidR="00923997" w14:paraId="2A629EC7" w14:textId="77777777">
        <w:trPr>
          <w:cantSplit/>
          <w:jc w:val="center"/>
        </w:trPr>
        <w:tc>
          <w:tcPr>
            <w:tcW w:w="453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F8EB928" w14:textId="77777777" w:rsidR="00923997" w:rsidRDefault="00000000">
            <w:pPr>
              <w:spacing w:after="0" w:line="240" w:lineRule="auto"/>
            </w:pPr>
            <w:r>
              <w:rPr>
                <w:color w:val="1F1F1F"/>
                <w:sz w:val="22"/>
              </w:rPr>
              <w:t>Transportation cost to Store 2</w:t>
            </w:r>
          </w:p>
        </w:tc>
        <w:tc>
          <w:tcPr>
            <w:tcW w:w="489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162123F" w14:textId="77777777" w:rsidR="00923997" w:rsidRDefault="00000000">
            <w:pPr>
              <w:spacing w:after="0" w:line="240" w:lineRule="auto"/>
            </w:pPr>
            <w:r>
              <w:rPr>
                <w:color w:val="1F1F1F"/>
                <w:sz w:val="22"/>
              </w:rPr>
              <w:t>$____________</w:t>
            </w:r>
          </w:p>
        </w:tc>
      </w:tr>
    </w:tbl>
    <w:p w14:paraId="2472125C" w14:textId="77777777" w:rsidR="00923997" w:rsidRDefault="00923997">
      <w:pPr>
        <w:spacing w:after="20"/>
      </w:pPr>
    </w:p>
    <w:p w14:paraId="47371F23" w14:textId="77777777" w:rsidR="00923997" w:rsidRDefault="00000000">
      <w:pPr>
        <w:keepNext/>
        <w:spacing w:before="80" w:after="60"/>
      </w:pPr>
      <w:r>
        <w:rPr>
          <w:b/>
          <w:color w:val="2F5597"/>
        </w:rPr>
        <w:t>Copy-and-Use Prompt 8: Compare Two Local Stores</w:t>
      </w:r>
    </w:p>
    <w:tbl>
      <w:tblPr>
        <w:tblW w:w="0" w:type="auto"/>
        <w:jc w:val="center"/>
        <w:tblLayout w:type="fixed"/>
        <w:tblLook w:val="04A0" w:firstRow="1" w:lastRow="0" w:firstColumn="1" w:lastColumn="0" w:noHBand="0" w:noVBand="1"/>
      </w:tblPr>
      <w:tblGrid>
        <w:gridCol w:w="10080"/>
      </w:tblGrid>
      <w:tr w:rsidR="00923997" w14:paraId="5DB5950D" w14:textId="77777777">
        <w:trPr>
          <w:jc w:val="center"/>
        </w:trPr>
        <w:tc>
          <w:tcPr>
            <w:tcW w:w="10080" w:type="dxa"/>
            <w:tcBorders>
              <w:top w:val="single" w:sz="8" w:space="0" w:color="2F5597"/>
              <w:left w:val="single" w:sz="8" w:space="0" w:color="2F5597"/>
              <w:bottom w:val="single" w:sz="8" w:space="0" w:color="2F5597"/>
              <w:right w:val="single" w:sz="8" w:space="0" w:color="2F5597"/>
            </w:tcBorders>
            <w:shd w:val="clear" w:color="auto" w:fill="2F5597"/>
            <w:tcMar>
              <w:top w:w="100" w:type="dxa"/>
              <w:left w:w="140" w:type="dxa"/>
              <w:bottom w:w="100" w:type="dxa"/>
              <w:right w:w="140" w:type="dxa"/>
            </w:tcMar>
            <w:vAlign w:val="center"/>
          </w:tcPr>
          <w:p w14:paraId="28B25D64" w14:textId="77777777" w:rsidR="00923997" w:rsidRDefault="00000000">
            <w:pPr>
              <w:spacing w:after="0"/>
            </w:pPr>
            <w:r>
              <w:rPr>
                <w:b/>
                <w:color w:val="FFFFFF"/>
              </w:rPr>
              <w:t>PROMPT 8</w:t>
            </w:r>
          </w:p>
        </w:tc>
      </w:tr>
      <w:tr w:rsidR="00923997" w14:paraId="70E46D65" w14:textId="77777777">
        <w:trPr>
          <w:jc w:val="center"/>
        </w:trPr>
        <w:tc>
          <w:tcPr>
            <w:tcW w:w="10080" w:type="dxa"/>
            <w:tcBorders>
              <w:top w:val="single" w:sz="8" w:space="0" w:color="8EA9C1"/>
              <w:left w:val="single" w:sz="8" w:space="0" w:color="8EA9C1"/>
              <w:bottom w:val="single" w:sz="8" w:space="0" w:color="8EA9C1"/>
              <w:right w:val="single" w:sz="8" w:space="0" w:color="8EA9C1"/>
            </w:tcBorders>
            <w:shd w:val="clear" w:color="auto" w:fill="EAF3F8"/>
            <w:tcMar>
              <w:top w:w="120" w:type="dxa"/>
              <w:left w:w="150" w:type="dxa"/>
              <w:bottom w:w="120" w:type="dxa"/>
              <w:right w:w="150" w:type="dxa"/>
            </w:tcMar>
            <w:vAlign w:val="center"/>
          </w:tcPr>
          <w:p w14:paraId="1A23F7C1" w14:textId="77777777" w:rsidR="00923997" w:rsidRDefault="00000000">
            <w:pPr>
              <w:spacing w:after="0"/>
            </w:pPr>
            <w:r>
              <w:rPr>
                <w:color w:val="1F1F1F"/>
                <w:sz w:val="21"/>
              </w:rPr>
              <w:t>Compare grocery prices for the shopping list below at [Store 1] and [Store 2] near ZIP code [ZIP code]. [Paste final shopping list.] Use current prices only when you can verify them. State the exact date checked and identify whether each price is a regular price, advertised sale, digital coupon price, loyalty-card price, or estimate. For each item, show Store 1 price, Store 2 price, the lower price, and the amount saved. Then show the estimated total at each store. If a price or sale cannot be verified, write 'not verified' instead of making up a price. Consider package size and unit price so the comparison is fair.</w:t>
            </w:r>
          </w:p>
        </w:tc>
      </w:tr>
      <w:tr w:rsidR="00923997" w14:paraId="38B3FB11" w14:textId="77777777">
        <w:trPr>
          <w:jc w:val="center"/>
        </w:trPr>
        <w:tc>
          <w:tcPr>
            <w:tcW w:w="10080" w:type="dxa"/>
            <w:tcBorders>
              <w:top w:val="single" w:sz="8" w:space="0" w:color="8EA9C1"/>
              <w:left w:val="single" w:sz="8" w:space="0" w:color="8EA9C1"/>
              <w:bottom w:val="single" w:sz="8" w:space="0" w:color="8EA9C1"/>
              <w:right w:val="single" w:sz="8" w:space="0" w:color="8EA9C1"/>
            </w:tcBorders>
            <w:shd w:val="clear" w:color="auto" w:fill="F5F5F5"/>
            <w:tcMar>
              <w:top w:w="90" w:type="dxa"/>
              <w:left w:w="150" w:type="dxa"/>
              <w:bottom w:w="90" w:type="dxa"/>
              <w:right w:w="150" w:type="dxa"/>
            </w:tcMar>
            <w:vAlign w:val="center"/>
          </w:tcPr>
          <w:p w14:paraId="0645A412" w14:textId="77777777" w:rsidR="00923997" w:rsidRDefault="00000000">
            <w:pPr>
              <w:spacing w:after="0"/>
            </w:pPr>
            <w:r>
              <w:rPr>
                <w:b/>
                <w:color w:val="666666"/>
                <w:sz w:val="20"/>
              </w:rPr>
              <w:t>Important: Confirm every price and sale in the store app, weekly ad, or store before shopping.</w:t>
            </w:r>
          </w:p>
        </w:tc>
      </w:tr>
    </w:tbl>
    <w:p w14:paraId="6BB37B50" w14:textId="77777777" w:rsidR="00923997" w:rsidRDefault="00923997">
      <w:pPr>
        <w:spacing w:after="20"/>
      </w:pPr>
    </w:p>
    <w:tbl>
      <w:tblPr>
        <w:tblW w:w="0" w:type="auto"/>
        <w:jc w:val="center"/>
        <w:tblLayout w:type="fixed"/>
        <w:tblLook w:val="04A0" w:firstRow="1" w:lastRow="0" w:firstColumn="1" w:lastColumn="0" w:noHBand="0" w:noVBand="1"/>
      </w:tblPr>
      <w:tblGrid>
        <w:gridCol w:w="3672"/>
        <w:gridCol w:w="1728"/>
        <w:gridCol w:w="1728"/>
        <w:gridCol w:w="2304"/>
      </w:tblGrid>
      <w:tr w:rsidR="00923997" w14:paraId="431244BE" w14:textId="77777777">
        <w:trPr>
          <w:tblHeader/>
          <w:jc w:val="center"/>
        </w:trPr>
        <w:tc>
          <w:tcPr>
            <w:tcW w:w="3672"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5F8E987B" w14:textId="77777777" w:rsidR="00923997" w:rsidRDefault="00000000">
            <w:pPr>
              <w:spacing w:after="0"/>
              <w:jc w:val="center"/>
            </w:pPr>
            <w:r>
              <w:rPr>
                <w:b/>
                <w:color w:val="FFFFFF"/>
                <w:sz w:val="19"/>
              </w:rPr>
              <w:t>Item</w:t>
            </w:r>
          </w:p>
        </w:tc>
        <w:tc>
          <w:tcPr>
            <w:tcW w:w="1728"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7C7CA097" w14:textId="77777777" w:rsidR="00923997" w:rsidRDefault="00000000">
            <w:pPr>
              <w:spacing w:after="0"/>
              <w:jc w:val="center"/>
            </w:pPr>
            <w:r>
              <w:rPr>
                <w:b/>
                <w:color w:val="FFFFFF"/>
                <w:sz w:val="19"/>
              </w:rPr>
              <w:t>Store 1</w:t>
            </w:r>
          </w:p>
        </w:tc>
        <w:tc>
          <w:tcPr>
            <w:tcW w:w="1728"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5429AF00" w14:textId="77777777" w:rsidR="00923997" w:rsidRDefault="00000000">
            <w:pPr>
              <w:spacing w:after="0"/>
              <w:jc w:val="center"/>
            </w:pPr>
            <w:r>
              <w:rPr>
                <w:b/>
                <w:color w:val="FFFFFF"/>
                <w:sz w:val="19"/>
              </w:rPr>
              <w:t>Store 2</w:t>
            </w:r>
          </w:p>
        </w:tc>
        <w:tc>
          <w:tcPr>
            <w:tcW w:w="2304"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5E2B6D70" w14:textId="77777777" w:rsidR="00923997" w:rsidRDefault="00000000">
            <w:pPr>
              <w:spacing w:after="0"/>
              <w:jc w:val="center"/>
            </w:pPr>
            <w:r>
              <w:rPr>
                <w:b/>
                <w:color w:val="FFFFFF"/>
                <w:sz w:val="19"/>
              </w:rPr>
              <w:t>Best Choice</w:t>
            </w:r>
          </w:p>
        </w:tc>
      </w:tr>
      <w:tr w:rsidR="00923997" w14:paraId="5EDB3A59" w14:textId="77777777">
        <w:trPr>
          <w:cantSplit/>
          <w:jc w:val="center"/>
        </w:trPr>
        <w:tc>
          <w:tcPr>
            <w:tcW w:w="367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EE40BCF" w14:textId="77777777" w:rsidR="00923997" w:rsidRDefault="00000000">
            <w:pPr>
              <w:spacing w:after="0" w:line="240" w:lineRule="auto"/>
            </w:pPr>
            <w:r>
              <w:rPr>
                <w:color w:val="1F1F1F"/>
                <w:sz w:val="19"/>
              </w:rPr>
              <w:t>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DA5D56B"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DF9662D" w14:textId="77777777" w:rsidR="00923997" w:rsidRDefault="00000000">
            <w:pPr>
              <w:spacing w:after="0" w:line="240" w:lineRule="auto"/>
            </w:pPr>
            <w:r>
              <w:rPr>
                <w:color w:val="1F1F1F"/>
                <w:sz w:val="19"/>
              </w:rPr>
              <w:t>$_______</w:t>
            </w:r>
          </w:p>
        </w:tc>
        <w:tc>
          <w:tcPr>
            <w:tcW w:w="230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3D1B360" w14:textId="77777777" w:rsidR="00923997" w:rsidRDefault="00000000">
            <w:pPr>
              <w:spacing w:after="0" w:line="240" w:lineRule="auto"/>
            </w:pPr>
            <w:r>
              <w:rPr>
                <w:color w:val="1F1F1F"/>
                <w:sz w:val="19"/>
              </w:rPr>
              <w:t>________</w:t>
            </w:r>
          </w:p>
        </w:tc>
      </w:tr>
      <w:tr w:rsidR="00923997" w14:paraId="578A3DFD" w14:textId="77777777">
        <w:trPr>
          <w:cantSplit/>
          <w:jc w:val="center"/>
        </w:trPr>
        <w:tc>
          <w:tcPr>
            <w:tcW w:w="367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B5A4552" w14:textId="77777777" w:rsidR="00923997" w:rsidRDefault="00000000">
            <w:pPr>
              <w:spacing w:after="0" w:line="240" w:lineRule="auto"/>
            </w:pPr>
            <w:r>
              <w:rPr>
                <w:color w:val="1F1F1F"/>
                <w:sz w:val="19"/>
              </w:rPr>
              <w:t>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1221E39"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4EE5CD4" w14:textId="77777777" w:rsidR="00923997" w:rsidRDefault="00000000">
            <w:pPr>
              <w:spacing w:after="0" w:line="240" w:lineRule="auto"/>
            </w:pPr>
            <w:r>
              <w:rPr>
                <w:color w:val="1F1F1F"/>
                <w:sz w:val="19"/>
              </w:rPr>
              <w:t>$_______</w:t>
            </w:r>
          </w:p>
        </w:tc>
        <w:tc>
          <w:tcPr>
            <w:tcW w:w="230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76C0F0E" w14:textId="77777777" w:rsidR="00923997" w:rsidRDefault="00000000">
            <w:pPr>
              <w:spacing w:after="0" w:line="240" w:lineRule="auto"/>
            </w:pPr>
            <w:r>
              <w:rPr>
                <w:color w:val="1F1F1F"/>
                <w:sz w:val="19"/>
              </w:rPr>
              <w:t>________</w:t>
            </w:r>
          </w:p>
        </w:tc>
      </w:tr>
      <w:tr w:rsidR="00923997" w14:paraId="4283106F" w14:textId="77777777">
        <w:trPr>
          <w:cantSplit/>
          <w:jc w:val="center"/>
        </w:trPr>
        <w:tc>
          <w:tcPr>
            <w:tcW w:w="367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D78EBB3" w14:textId="77777777" w:rsidR="00923997" w:rsidRDefault="00000000">
            <w:pPr>
              <w:spacing w:after="0" w:line="240" w:lineRule="auto"/>
            </w:pPr>
            <w:r>
              <w:rPr>
                <w:color w:val="1F1F1F"/>
                <w:sz w:val="19"/>
              </w:rPr>
              <w:t>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2F7153B"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BF66527" w14:textId="77777777" w:rsidR="00923997" w:rsidRDefault="00000000">
            <w:pPr>
              <w:spacing w:after="0" w:line="240" w:lineRule="auto"/>
            </w:pPr>
            <w:r>
              <w:rPr>
                <w:color w:val="1F1F1F"/>
                <w:sz w:val="19"/>
              </w:rPr>
              <w:t>$_______</w:t>
            </w:r>
          </w:p>
        </w:tc>
        <w:tc>
          <w:tcPr>
            <w:tcW w:w="230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6937882" w14:textId="77777777" w:rsidR="00923997" w:rsidRDefault="00000000">
            <w:pPr>
              <w:spacing w:after="0" w:line="240" w:lineRule="auto"/>
            </w:pPr>
            <w:r>
              <w:rPr>
                <w:color w:val="1F1F1F"/>
                <w:sz w:val="19"/>
              </w:rPr>
              <w:t>________</w:t>
            </w:r>
          </w:p>
        </w:tc>
      </w:tr>
      <w:tr w:rsidR="00923997" w14:paraId="05C34596" w14:textId="77777777">
        <w:trPr>
          <w:cantSplit/>
          <w:jc w:val="center"/>
        </w:trPr>
        <w:tc>
          <w:tcPr>
            <w:tcW w:w="367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91A39CE" w14:textId="77777777" w:rsidR="00923997" w:rsidRDefault="00000000">
            <w:pPr>
              <w:spacing w:after="0" w:line="240" w:lineRule="auto"/>
            </w:pPr>
            <w:r>
              <w:rPr>
                <w:color w:val="1F1F1F"/>
                <w:sz w:val="19"/>
              </w:rPr>
              <w:t>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E28789D"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1A804A4" w14:textId="77777777" w:rsidR="00923997" w:rsidRDefault="00000000">
            <w:pPr>
              <w:spacing w:after="0" w:line="240" w:lineRule="auto"/>
            </w:pPr>
            <w:r>
              <w:rPr>
                <w:color w:val="1F1F1F"/>
                <w:sz w:val="19"/>
              </w:rPr>
              <w:t>$_______</w:t>
            </w:r>
          </w:p>
        </w:tc>
        <w:tc>
          <w:tcPr>
            <w:tcW w:w="230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5C6C6BF" w14:textId="77777777" w:rsidR="00923997" w:rsidRDefault="00000000">
            <w:pPr>
              <w:spacing w:after="0" w:line="240" w:lineRule="auto"/>
            </w:pPr>
            <w:r>
              <w:rPr>
                <w:color w:val="1F1F1F"/>
                <w:sz w:val="19"/>
              </w:rPr>
              <w:t>________</w:t>
            </w:r>
          </w:p>
        </w:tc>
      </w:tr>
      <w:tr w:rsidR="00923997" w14:paraId="1B21C4B6" w14:textId="77777777">
        <w:trPr>
          <w:cantSplit/>
          <w:jc w:val="center"/>
        </w:trPr>
        <w:tc>
          <w:tcPr>
            <w:tcW w:w="367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F5147D0" w14:textId="77777777" w:rsidR="00923997" w:rsidRDefault="00000000">
            <w:pPr>
              <w:spacing w:after="0" w:line="240" w:lineRule="auto"/>
            </w:pPr>
            <w:r>
              <w:rPr>
                <w:color w:val="1F1F1F"/>
                <w:sz w:val="19"/>
              </w:rPr>
              <w:t>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C3CB281"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F98E4B1" w14:textId="77777777" w:rsidR="00923997" w:rsidRDefault="00000000">
            <w:pPr>
              <w:spacing w:after="0" w:line="240" w:lineRule="auto"/>
            </w:pPr>
            <w:r>
              <w:rPr>
                <w:color w:val="1F1F1F"/>
                <w:sz w:val="19"/>
              </w:rPr>
              <w:t>$_______</w:t>
            </w:r>
          </w:p>
        </w:tc>
        <w:tc>
          <w:tcPr>
            <w:tcW w:w="230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78A2E5F" w14:textId="77777777" w:rsidR="00923997" w:rsidRDefault="00000000">
            <w:pPr>
              <w:spacing w:after="0" w:line="240" w:lineRule="auto"/>
            </w:pPr>
            <w:r>
              <w:rPr>
                <w:color w:val="1F1F1F"/>
                <w:sz w:val="19"/>
              </w:rPr>
              <w:t>________</w:t>
            </w:r>
          </w:p>
        </w:tc>
      </w:tr>
      <w:tr w:rsidR="00923997" w14:paraId="226BFDC3" w14:textId="77777777">
        <w:trPr>
          <w:cantSplit/>
          <w:jc w:val="center"/>
        </w:trPr>
        <w:tc>
          <w:tcPr>
            <w:tcW w:w="367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984378E" w14:textId="77777777" w:rsidR="00923997" w:rsidRDefault="00000000">
            <w:pPr>
              <w:spacing w:after="0" w:line="240" w:lineRule="auto"/>
            </w:pPr>
            <w:r>
              <w:rPr>
                <w:color w:val="1F1F1F"/>
                <w:sz w:val="19"/>
              </w:rPr>
              <w:t>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05440B0"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B4294C1" w14:textId="77777777" w:rsidR="00923997" w:rsidRDefault="00000000">
            <w:pPr>
              <w:spacing w:after="0" w:line="240" w:lineRule="auto"/>
            </w:pPr>
            <w:r>
              <w:rPr>
                <w:color w:val="1F1F1F"/>
                <w:sz w:val="19"/>
              </w:rPr>
              <w:t>$_______</w:t>
            </w:r>
          </w:p>
        </w:tc>
        <w:tc>
          <w:tcPr>
            <w:tcW w:w="230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4516A68" w14:textId="77777777" w:rsidR="00923997" w:rsidRDefault="00000000">
            <w:pPr>
              <w:spacing w:after="0" w:line="240" w:lineRule="auto"/>
            </w:pPr>
            <w:r>
              <w:rPr>
                <w:color w:val="1F1F1F"/>
                <w:sz w:val="19"/>
              </w:rPr>
              <w:t>________</w:t>
            </w:r>
          </w:p>
        </w:tc>
      </w:tr>
      <w:tr w:rsidR="00923997" w14:paraId="6A83C00C" w14:textId="77777777">
        <w:trPr>
          <w:cantSplit/>
          <w:jc w:val="center"/>
        </w:trPr>
        <w:tc>
          <w:tcPr>
            <w:tcW w:w="367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3F2DD7C" w14:textId="77777777" w:rsidR="00923997" w:rsidRDefault="00000000">
            <w:pPr>
              <w:spacing w:after="0" w:line="240" w:lineRule="auto"/>
            </w:pPr>
            <w:r>
              <w:rPr>
                <w:color w:val="1F1F1F"/>
                <w:sz w:val="19"/>
              </w:rPr>
              <w:t>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727A801"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764EC8F" w14:textId="77777777" w:rsidR="00923997" w:rsidRDefault="00000000">
            <w:pPr>
              <w:spacing w:after="0" w:line="240" w:lineRule="auto"/>
            </w:pPr>
            <w:r>
              <w:rPr>
                <w:color w:val="1F1F1F"/>
                <w:sz w:val="19"/>
              </w:rPr>
              <w:t>$_______</w:t>
            </w:r>
          </w:p>
        </w:tc>
        <w:tc>
          <w:tcPr>
            <w:tcW w:w="230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5D3D449" w14:textId="77777777" w:rsidR="00923997" w:rsidRDefault="00000000">
            <w:pPr>
              <w:spacing w:after="0" w:line="240" w:lineRule="auto"/>
            </w:pPr>
            <w:r>
              <w:rPr>
                <w:color w:val="1F1F1F"/>
                <w:sz w:val="19"/>
              </w:rPr>
              <w:t>________</w:t>
            </w:r>
          </w:p>
        </w:tc>
      </w:tr>
      <w:tr w:rsidR="00923997" w14:paraId="5F29A50B" w14:textId="77777777">
        <w:trPr>
          <w:cantSplit/>
          <w:jc w:val="center"/>
        </w:trPr>
        <w:tc>
          <w:tcPr>
            <w:tcW w:w="367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B6B69CB" w14:textId="77777777" w:rsidR="00923997" w:rsidRDefault="00000000">
            <w:pPr>
              <w:spacing w:after="0" w:line="240" w:lineRule="auto"/>
            </w:pPr>
            <w:r>
              <w:rPr>
                <w:color w:val="1F1F1F"/>
                <w:sz w:val="19"/>
              </w:rPr>
              <w:t>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2C67DFE"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3DC4CAB" w14:textId="77777777" w:rsidR="00923997" w:rsidRDefault="00000000">
            <w:pPr>
              <w:spacing w:after="0" w:line="240" w:lineRule="auto"/>
            </w:pPr>
            <w:r>
              <w:rPr>
                <w:color w:val="1F1F1F"/>
                <w:sz w:val="19"/>
              </w:rPr>
              <w:t>$_______</w:t>
            </w:r>
          </w:p>
        </w:tc>
        <w:tc>
          <w:tcPr>
            <w:tcW w:w="230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5761C54" w14:textId="77777777" w:rsidR="00923997" w:rsidRDefault="00000000">
            <w:pPr>
              <w:spacing w:after="0" w:line="240" w:lineRule="auto"/>
            </w:pPr>
            <w:r>
              <w:rPr>
                <w:color w:val="1F1F1F"/>
                <w:sz w:val="19"/>
              </w:rPr>
              <w:t>________</w:t>
            </w:r>
          </w:p>
        </w:tc>
      </w:tr>
      <w:tr w:rsidR="00923997" w14:paraId="34E4DA66" w14:textId="77777777">
        <w:trPr>
          <w:cantSplit/>
          <w:jc w:val="center"/>
        </w:trPr>
        <w:tc>
          <w:tcPr>
            <w:tcW w:w="367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BAD91BA" w14:textId="77777777" w:rsidR="00923997" w:rsidRDefault="00000000">
            <w:pPr>
              <w:spacing w:after="0" w:line="240" w:lineRule="auto"/>
            </w:pPr>
            <w:r>
              <w:rPr>
                <w:color w:val="1F1F1F"/>
                <w:sz w:val="19"/>
              </w:rPr>
              <w:t>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CBC7AA4"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5B9B8E6" w14:textId="77777777" w:rsidR="00923997" w:rsidRDefault="00000000">
            <w:pPr>
              <w:spacing w:after="0" w:line="240" w:lineRule="auto"/>
            </w:pPr>
            <w:r>
              <w:rPr>
                <w:color w:val="1F1F1F"/>
                <w:sz w:val="19"/>
              </w:rPr>
              <w:t>$_______</w:t>
            </w:r>
          </w:p>
        </w:tc>
        <w:tc>
          <w:tcPr>
            <w:tcW w:w="230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0F728CB" w14:textId="77777777" w:rsidR="00923997" w:rsidRDefault="00000000">
            <w:pPr>
              <w:spacing w:after="0" w:line="240" w:lineRule="auto"/>
            </w:pPr>
            <w:r>
              <w:rPr>
                <w:color w:val="1F1F1F"/>
                <w:sz w:val="19"/>
              </w:rPr>
              <w:t>________</w:t>
            </w:r>
          </w:p>
        </w:tc>
      </w:tr>
      <w:tr w:rsidR="00923997" w14:paraId="0A6B21E0" w14:textId="77777777">
        <w:trPr>
          <w:cantSplit/>
          <w:jc w:val="center"/>
        </w:trPr>
        <w:tc>
          <w:tcPr>
            <w:tcW w:w="367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A9B4F0D" w14:textId="77777777" w:rsidR="00923997" w:rsidRDefault="00000000">
            <w:pPr>
              <w:spacing w:after="0" w:line="240" w:lineRule="auto"/>
            </w:pPr>
            <w:r>
              <w:rPr>
                <w:color w:val="1F1F1F"/>
                <w:sz w:val="19"/>
              </w:rPr>
              <w:t>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33470F3"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DDE0234" w14:textId="77777777" w:rsidR="00923997" w:rsidRDefault="00000000">
            <w:pPr>
              <w:spacing w:after="0" w:line="240" w:lineRule="auto"/>
            </w:pPr>
            <w:r>
              <w:rPr>
                <w:color w:val="1F1F1F"/>
                <w:sz w:val="19"/>
              </w:rPr>
              <w:t>$_______</w:t>
            </w:r>
          </w:p>
        </w:tc>
        <w:tc>
          <w:tcPr>
            <w:tcW w:w="230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9075C41" w14:textId="77777777" w:rsidR="00923997" w:rsidRDefault="00000000">
            <w:pPr>
              <w:spacing w:after="0" w:line="240" w:lineRule="auto"/>
            </w:pPr>
            <w:r>
              <w:rPr>
                <w:color w:val="1F1F1F"/>
                <w:sz w:val="19"/>
              </w:rPr>
              <w:t>________</w:t>
            </w:r>
          </w:p>
        </w:tc>
      </w:tr>
    </w:tbl>
    <w:p w14:paraId="4AFF564E" w14:textId="77777777" w:rsidR="00923997" w:rsidRDefault="00923997">
      <w:pPr>
        <w:spacing w:after="20"/>
      </w:pPr>
    </w:p>
    <w:p w14:paraId="409ED690" w14:textId="77777777" w:rsidR="00923997" w:rsidRDefault="00923997">
      <w:pPr>
        <w:pageBreakBefore/>
        <w:spacing w:after="0"/>
      </w:pPr>
    </w:p>
    <w:p w14:paraId="289A1F31" w14:textId="77777777" w:rsidR="00923997" w:rsidRDefault="00000000">
      <w:pPr>
        <w:keepNext/>
        <w:spacing w:before="160"/>
      </w:pPr>
      <w:r>
        <w:rPr>
          <w:b/>
          <w:color w:val="2F5597"/>
          <w:sz w:val="32"/>
        </w:rPr>
        <w:t>Step 8: Check Sales and Other Ways to Save</w:t>
      </w:r>
    </w:p>
    <w:p w14:paraId="3BAB5C37" w14:textId="77777777" w:rsidR="00923997" w:rsidRDefault="00000000">
      <w:r>
        <w:rPr>
          <w:color w:val="1F1F1F"/>
        </w:rPr>
        <w:t>A sale is helpful only when the item is needed, the size is useful, and the final price fits the budget.</w:t>
      </w:r>
    </w:p>
    <w:p w14:paraId="37FD7369" w14:textId="77777777" w:rsidR="00923997" w:rsidRDefault="00000000">
      <w:pPr>
        <w:keepNext/>
        <w:spacing w:before="80" w:after="60"/>
      </w:pPr>
      <w:r>
        <w:rPr>
          <w:b/>
          <w:color w:val="2F5597"/>
        </w:rPr>
        <w:t>Copy-and-Use Prompt 9: Find Sales on Needed Ingredients</w:t>
      </w:r>
    </w:p>
    <w:tbl>
      <w:tblPr>
        <w:tblW w:w="0" w:type="auto"/>
        <w:jc w:val="center"/>
        <w:tblLayout w:type="fixed"/>
        <w:tblLook w:val="04A0" w:firstRow="1" w:lastRow="0" w:firstColumn="1" w:lastColumn="0" w:noHBand="0" w:noVBand="1"/>
      </w:tblPr>
      <w:tblGrid>
        <w:gridCol w:w="10080"/>
      </w:tblGrid>
      <w:tr w:rsidR="00923997" w14:paraId="13A480B4" w14:textId="77777777">
        <w:trPr>
          <w:jc w:val="center"/>
        </w:trPr>
        <w:tc>
          <w:tcPr>
            <w:tcW w:w="10080" w:type="dxa"/>
            <w:tcBorders>
              <w:top w:val="single" w:sz="8" w:space="0" w:color="2F5597"/>
              <w:left w:val="single" w:sz="8" w:space="0" w:color="2F5597"/>
              <w:bottom w:val="single" w:sz="8" w:space="0" w:color="2F5597"/>
              <w:right w:val="single" w:sz="8" w:space="0" w:color="2F5597"/>
            </w:tcBorders>
            <w:shd w:val="clear" w:color="auto" w:fill="2F5597"/>
            <w:tcMar>
              <w:top w:w="100" w:type="dxa"/>
              <w:left w:w="140" w:type="dxa"/>
              <w:bottom w:w="100" w:type="dxa"/>
              <w:right w:w="140" w:type="dxa"/>
            </w:tcMar>
            <w:vAlign w:val="center"/>
          </w:tcPr>
          <w:p w14:paraId="11415D49" w14:textId="77777777" w:rsidR="00923997" w:rsidRDefault="00000000">
            <w:pPr>
              <w:spacing w:after="0"/>
            </w:pPr>
            <w:r>
              <w:rPr>
                <w:b/>
                <w:color w:val="FFFFFF"/>
              </w:rPr>
              <w:t>PROMPT 9</w:t>
            </w:r>
          </w:p>
        </w:tc>
      </w:tr>
      <w:tr w:rsidR="00923997" w14:paraId="3DFE2D55" w14:textId="77777777">
        <w:trPr>
          <w:jc w:val="center"/>
        </w:trPr>
        <w:tc>
          <w:tcPr>
            <w:tcW w:w="10080" w:type="dxa"/>
            <w:tcBorders>
              <w:top w:val="single" w:sz="8" w:space="0" w:color="8EA9C1"/>
              <w:left w:val="single" w:sz="8" w:space="0" w:color="8EA9C1"/>
              <w:bottom w:val="single" w:sz="8" w:space="0" w:color="8EA9C1"/>
              <w:right w:val="single" w:sz="8" w:space="0" w:color="8EA9C1"/>
            </w:tcBorders>
            <w:shd w:val="clear" w:color="auto" w:fill="EAF3F8"/>
            <w:tcMar>
              <w:top w:w="120" w:type="dxa"/>
              <w:left w:w="150" w:type="dxa"/>
              <w:bottom w:w="120" w:type="dxa"/>
              <w:right w:w="150" w:type="dxa"/>
            </w:tcMar>
            <w:vAlign w:val="center"/>
          </w:tcPr>
          <w:p w14:paraId="28EA424C" w14:textId="77777777" w:rsidR="00923997" w:rsidRDefault="00000000">
            <w:pPr>
              <w:spacing w:after="0"/>
            </w:pPr>
            <w:r>
              <w:rPr>
                <w:color w:val="1F1F1F"/>
                <w:sz w:val="21"/>
              </w:rPr>
              <w:t>Using this shopping list: [paste list], find current advertised sales, digital coupons, loyalty offers, or store-brand alternatives at [Store 1] and [Store 2] near ZIP code [ZIP code]. Show only offers that apply to ingredients I need. State the exact date checked, offer requirements, package size, expiration date, and final price. Do not include a deal that requires buying more than my family can reasonably use unless the item can be safely stored or frozen. If you cannot verify a sale, say so clearly.</w:t>
            </w:r>
          </w:p>
        </w:tc>
      </w:tr>
    </w:tbl>
    <w:p w14:paraId="5B1DF9E8" w14:textId="77777777" w:rsidR="00923997" w:rsidRDefault="00923997">
      <w:pPr>
        <w:spacing w:after="20"/>
      </w:pPr>
    </w:p>
    <w:p w14:paraId="280925EE" w14:textId="77777777" w:rsidR="00923997" w:rsidRDefault="00000000">
      <w:pPr>
        <w:keepNext/>
        <w:spacing w:before="80" w:after="60"/>
      </w:pPr>
      <w:r>
        <w:rPr>
          <w:b/>
          <w:color w:val="2F5597"/>
        </w:rPr>
        <w:t>Copy-and-Use Prompt 10: Lower the Total Without Losing Meals</w:t>
      </w:r>
    </w:p>
    <w:tbl>
      <w:tblPr>
        <w:tblW w:w="0" w:type="auto"/>
        <w:jc w:val="center"/>
        <w:tblLayout w:type="fixed"/>
        <w:tblLook w:val="04A0" w:firstRow="1" w:lastRow="0" w:firstColumn="1" w:lastColumn="0" w:noHBand="0" w:noVBand="1"/>
      </w:tblPr>
      <w:tblGrid>
        <w:gridCol w:w="10080"/>
      </w:tblGrid>
      <w:tr w:rsidR="00923997" w14:paraId="763D45C4" w14:textId="77777777">
        <w:trPr>
          <w:jc w:val="center"/>
        </w:trPr>
        <w:tc>
          <w:tcPr>
            <w:tcW w:w="10080" w:type="dxa"/>
            <w:tcBorders>
              <w:top w:val="single" w:sz="8" w:space="0" w:color="2F5597"/>
              <w:left w:val="single" w:sz="8" w:space="0" w:color="2F5597"/>
              <w:bottom w:val="single" w:sz="8" w:space="0" w:color="2F5597"/>
              <w:right w:val="single" w:sz="8" w:space="0" w:color="2F5597"/>
            </w:tcBorders>
            <w:shd w:val="clear" w:color="auto" w:fill="2F5597"/>
            <w:tcMar>
              <w:top w:w="100" w:type="dxa"/>
              <w:left w:w="140" w:type="dxa"/>
              <w:bottom w:w="100" w:type="dxa"/>
              <w:right w:w="140" w:type="dxa"/>
            </w:tcMar>
            <w:vAlign w:val="center"/>
          </w:tcPr>
          <w:p w14:paraId="0200DD7A" w14:textId="77777777" w:rsidR="00923997" w:rsidRDefault="00000000">
            <w:pPr>
              <w:spacing w:after="0"/>
            </w:pPr>
            <w:r>
              <w:rPr>
                <w:b/>
                <w:color w:val="FFFFFF"/>
              </w:rPr>
              <w:t>PROMPT 10</w:t>
            </w:r>
          </w:p>
        </w:tc>
      </w:tr>
      <w:tr w:rsidR="00923997" w14:paraId="5181A4A0" w14:textId="77777777">
        <w:trPr>
          <w:jc w:val="center"/>
        </w:trPr>
        <w:tc>
          <w:tcPr>
            <w:tcW w:w="10080" w:type="dxa"/>
            <w:tcBorders>
              <w:top w:val="single" w:sz="8" w:space="0" w:color="8EA9C1"/>
              <w:left w:val="single" w:sz="8" w:space="0" w:color="8EA9C1"/>
              <w:bottom w:val="single" w:sz="8" w:space="0" w:color="8EA9C1"/>
              <w:right w:val="single" w:sz="8" w:space="0" w:color="8EA9C1"/>
            </w:tcBorders>
            <w:shd w:val="clear" w:color="auto" w:fill="EAF3F8"/>
            <w:tcMar>
              <w:top w:w="120" w:type="dxa"/>
              <w:left w:w="150" w:type="dxa"/>
              <w:bottom w:w="120" w:type="dxa"/>
              <w:right w:w="150" w:type="dxa"/>
            </w:tcMar>
            <w:vAlign w:val="center"/>
          </w:tcPr>
          <w:p w14:paraId="27AA761B" w14:textId="77777777" w:rsidR="00923997" w:rsidRDefault="00000000">
            <w:pPr>
              <w:spacing w:after="0"/>
            </w:pPr>
            <w:r>
              <w:rPr>
                <w:color w:val="1F1F1F"/>
                <w:sz w:val="21"/>
              </w:rPr>
              <w:t>My grocery list is estimated to cost $[amount], but my budget is $[amount]. Help me lower the total without removing any full day of meals. Suggest lower-cost store brands, less expensive proteins, seasonal produce, safe substitutions, planned leftovers, and ingredients that can be used in more than one meal. Show each change, the estimated savings, and the new total. Do not suggest unsafe food practices or unrealistic serving sizes.</w:t>
            </w:r>
          </w:p>
        </w:tc>
      </w:tr>
    </w:tbl>
    <w:p w14:paraId="75957E84" w14:textId="77777777" w:rsidR="00923997" w:rsidRDefault="00923997">
      <w:pPr>
        <w:spacing w:after="20"/>
      </w:pPr>
    </w:p>
    <w:tbl>
      <w:tblPr>
        <w:tblW w:w="0" w:type="auto"/>
        <w:jc w:val="center"/>
        <w:tblLayout w:type="fixed"/>
        <w:tblLook w:val="04A0" w:firstRow="1" w:lastRow="0" w:firstColumn="1" w:lastColumn="0" w:noHBand="0" w:noVBand="1"/>
      </w:tblPr>
      <w:tblGrid>
        <w:gridCol w:w="1008"/>
        <w:gridCol w:w="8424"/>
      </w:tblGrid>
      <w:tr w:rsidR="00923997" w14:paraId="00A36856" w14:textId="77777777">
        <w:trPr>
          <w:tblHeader/>
          <w:jc w:val="center"/>
        </w:trPr>
        <w:tc>
          <w:tcPr>
            <w:tcW w:w="1008"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0323797B" w14:textId="77777777" w:rsidR="00923997" w:rsidRDefault="00000000">
            <w:pPr>
              <w:spacing w:after="0"/>
              <w:jc w:val="center"/>
            </w:pPr>
            <w:r>
              <w:rPr>
                <w:b/>
                <w:color w:val="FFFFFF"/>
                <w:sz w:val="21"/>
              </w:rPr>
              <w:t>Done</w:t>
            </w:r>
          </w:p>
        </w:tc>
        <w:tc>
          <w:tcPr>
            <w:tcW w:w="8424"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02F809FA" w14:textId="77777777" w:rsidR="00923997" w:rsidRDefault="00000000">
            <w:pPr>
              <w:spacing w:after="0"/>
              <w:jc w:val="center"/>
            </w:pPr>
            <w:r>
              <w:rPr>
                <w:b/>
                <w:color w:val="FFFFFF"/>
                <w:sz w:val="21"/>
              </w:rPr>
              <w:t>Money-Saving Action</w:t>
            </w:r>
          </w:p>
        </w:tc>
      </w:tr>
      <w:tr w:rsidR="00923997" w14:paraId="58C9468C"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7E64B4F"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8E3DE04" w14:textId="77777777" w:rsidR="00923997" w:rsidRDefault="00000000">
            <w:pPr>
              <w:spacing w:after="0" w:line="240" w:lineRule="auto"/>
            </w:pPr>
            <w:r>
              <w:rPr>
                <w:color w:val="1F1F1F"/>
                <w:sz w:val="21"/>
              </w:rPr>
              <w:t>Use store brands when quality and size are similar.</w:t>
            </w:r>
          </w:p>
        </w:tc>
      </w:tr>
      <w:tr w:rsidR="00923997" w14:paraId="4101F66D"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CA455E1"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77F7D98" w14:textId="77777777" w:rsidR="00923997" w:rsidRDefault="00000000">
            <w:pPr>
              <w:spacing w:after="0" w:line="240" w:lineRule="auto"/>
            </w:pPr>
            <w:r>
              <w:rPr>
                <w:color w:val="1F1F1F"/>
                <w:sz w:val="21"/>
              </w:rPr>
              <w:t>Compare unit price, not only package price.</w:t>
            </w:r>
          </w:p>
        </w:tc>
      </w:tr>
      <w:tr w:rsidR="00923997" w14:paraId="515610C4"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3579502"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1FC264C" w14:textId="77777777" w:rsidR="00923997" w:rsidRDefault="00000000">
            <w:pPr>
              <w:spacing w:after="0" w:line="240" w:lineRule="auto"/>
            </w:pPr>
            <w:r>
              <w:rPr>
                <w:color w:val="1F1F1F"/>
                <w:sz w:val="21"/>
              </w:rPr>
              <w:t>Use beans, eggs, tuna, or peanut butter for some lower-cost protein.</w:t>
            </w:r>
          </w:p>
        </w:tc>
      </w:tr>
      <w:tr w:rsidR="00923997" w14:paraId="63C08B3E"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DCE2344"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82BCF68" w14:textId="77777777" w:rsidR="00923997" w:rsidRDefault="00000000">
            <w:pPr>
              <w:spacing w:after="0" w:line="240" w:lineRule="auto"/>
            </w:pPr>
            <w:r>
              <w:rPr>
                <w:color w:val="1F1F1F"/>
                <w:sz w:val="21"/>
              </w:rPr>
              <w:t>Choose seasonal or frozen produce when less expensive.</w:t>
            </w:r>
          </w:p>
        </w:tc>
      </w:tr>
      <w:tr w:rsidR="00923997" w14:paraId="4007E185"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CAAA7C8"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9F390D3" w14:textId="77777777" w:rsidR="00923997" w:rsidRDefault="00000000">
            <w:pPr>
              <w:spacing w:after="0" w:line="240" w:lineRule="auto"/>
            </w:pPr>
            <w:r>
              <w:rPr>
                <w:color w:val="1F1F1F"/>
                <w:sz w:val="21"/>
              </w:rPr>
              <w:t>Plan one or two safe leftover meals.</w:t>
            </w:r>
          </w:p>
        </w:tc>
      </w:tr>
      <w:tr w:rsidR="00923997" w14:paraId="206139CA"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9637041"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6D62549" w14:textId="77777777" w:rsidR="00923997" w:rsidRDefault="00000000">
            <w:pPr>
              <w:spacing w:after="0" w:line="240" w:lineRule="auto"/>
            </w:pPr>
            <w:r>
              <w:rPr>
                <w:color w:val="1F1F1F"/>
                <w:sz w:val="21"/>
              </w:rPr>
              <w:t>Use one ingredient in several meals.</w:t>
            </w:r>
          </w:p>
        </w:tc>
      </w:tr>
      <w:tr w:rsidR="00923997" w14:paraId="6604B023"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CF2ACCF"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4DC6468" w14:textId="77777777" w:rsidR="00923997" w:rsidRDefault="00000000">
            <w:pPr>
              <w:spacing w:after="0" w:line="240" w:lineRule="auto"/>
            </w:pPr>
            <w:r>
              <w:rPr>
                <w:color w:val="1F1F1F"/>
                <w:sz w:val="21"/>
              </w:rPr>
              <w:t>Buy only the amount the family can use or safely store.</w:t>
            </w:r>
          </w:p>
        </w:tc>
      </w:tr>
      <w:tr w:rsidR="00923997" w14:paraId="63A4D0FC"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CE61E0F"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31BFC25" w14:textId="77777777" w:rsidR="00923997" w:rsidRDefault="00000000">
            <w:pPr>
              <w:spacing w:after="0" w:line="240" w:lineRule="auto"/>
            </w:pPr>
            <w:r>
              <w:rPr>
                <w:color w:val="1F1F1F"/>
                <w:sz w:val="21"/>
              </w:rPr>
              <w:t>Check digital coupons before entering the store.</w:t>
            </w:r>
          </w:p>
        </w:tc>
      </w:tr>
      <w:tr w:rsidR="00923997" w14:paraId="5935A2E9"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4F24092"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CA3F689" w14:textId="77777777" w:rsidR="00923997" w:rsidRDefault="00000000">
            <w:pPr>
              <w:spacing w:after="0" w:line="240" w:lineRule="auto"/>
            </w:pPr>
            <w:r>
              <w:rPr>
                <w:color w:val="1F1F1F"/>
                <w:sz w:val="21"/>
              </w:rPr>
              <w:t>Avoid shopping while hungry and follow the list.</w:t>
            </w:r>
          </w:p>
        </w:tc>
      </w:tr>
      <w:tr w:rsidR="00923997" w14:paraId="6053DC23"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9B7A6DF"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589BE3D" w14:textId="77777777" w:rsidR="00923997" w:rsidRDefault="00000000">
            <w:pPr>
              <w:spacing w:after="0" w:line="240" w:lineRule="auto"/>
            </w:pPr>
            <w:r>
              <w:rPr>
                <w:color w:val="1F1F1F"/>
                <w:sz w:val="21"/>
              </w:rPr>
              <w:t>Keep a calculator open and track the cart total.</w:t>
            </w:r>
          </w:p>
        </w:tc>
      </w:tr>
    </w:tbl>
    <w:p w14:paraId="0C310A7A" w14:textId="77777777" w:rsidR="00923997" w:rsidRDefault="00923997">
      <w:pPr>
        <w:spacing w:after="20"/>
      </w:pPr>
    </w:p>
    <w:p w14:paraId="506BA30A" w14:textId="77777777" w:rsidR="00923997" w:rsidRDefault="00923997">
      <w:pPr>
        <w:pageBreakBefore/>
        <w:spacing w:after="0"/>
      </w:pPr>
    </w:p>
    <w:p w14:paraId="4C5AA3BA" w14:textId="77777777" w:rsidR="00923997" w:rsidRDefault="00000000">
      <w:pPr>
        <w:keepNext/>
        <w:spacing w:before="160"/>
      </w:pPr>
      <w:r>
        <w:rPr>
          <w:b/>
          <w:color w:val="2F5597"/>
          <w:sz w:val="32"/>
        </w:rPr>
        <w:t>Step 9: Make the Final Shopping Plan</w:t>
      </w:r>
    </w:p>
    <w:p w14:paraId="4C480264" w14:textId="77777777" w:rsidR="00923997" w:rsidRDefault="00000000">
      <w:r>
        <w:rPr>
          <w:color w:val="1F1F1F"/>
        </w:rPr>
        <w:t>It may be cheaper to use one store after transportation, time, and coupon requirements are considered. Use two stores only when the savings are worth the extra trip.</w:t>
      </w:r>
    </w:p>
    <w:p w14:paraId="01909EC8" w14:textId="77777777" w:rsidR="00923997" w:rsidRDefault="00000000">
      <w:pPr>
        <w:keepNext/>
        <w:spacing w:before="80" w:after="60"/>
      </w:pPr>
      <w:r>
        <w:rPr>
          <w:b/>
          <w:color w:val="2F5597"/>
        </w:rPr>
        <w:t>Copy-and-Use Prompt 11: Choose the Best Shopping Plan</w:t>
      </w:r>
    </w:p>
    <w:tbl>
      <w:tblPr>
        <w:tblW w:w="0" w:type="auto"/>
        <w:jc w:val="center"/>
        <w:tblLayout w:type="fixed"/>
        <w:tblLook w:val="04A0" w:firstRow="1" w:lastRow="0" w:firstColumn="1" w:lastColumn="0" w:noHBand="0" w:noVBand="1"/>
      </w:tblPr>
      <w:tblGrid>
        <w:gridCol w:w="10080"/>
      </w:tblGrid>
      <w:tr w:rsidR="00923997" w14:paraId="317D2651" w14:textId="77777777">
        <w:trPr>
          <w:jc w:val="center"/>
        </w:trPr>
        <w:tc>
          <w:tcPr>
            <w:tcW w:w="10080" w:type="dxa"/>
            <w:tcBorders>
              <w:top w:val="single" w:sz="8" w:space="0" w:color="2F5597"/>
              <w:left w:val="single" w:sz="8" w:space="0" w:color="2F5597"/>
              <w:bottom w:val="single" w:sz="8" w:space="0" w:color="2F5597"/>
              <w:right w:val="single" w:sz="8" w:space="0" w:color="2F5597"/>
            </w:tcBorders>
            <w:shd w:val="clear" w:color="auto" w:fill="2F5597"/>
            <w:tcMar>
              <w:top w:w="100" w:type="dxa"/>
              <w:left w:w="140" w:type="dxa"/>
              <w:bottom w:w="100" w:type="dxa"/>
              <w:right w:w="140" w:type="dxa"/>
            </w:tcMar>
            <w:vAlign w:val="center"/>
          </w:tcPr>
          <w:p w14:paraId="24281A14" w14:textId="77777777" w:rsidR="00923997" w:rsidRDefault="00000000">
            <w:pPr>
              <w:spacing w:after="0"/>
            </w:pPr>
            <w:r>
              <w:rPr>
                <w:b/>
                <w:color w:val="FFFFFF"/>
              </w:rPr>
              <w:t>PROMPT 11</w:t>
            </w:r>
          </w:p>
        </w:tc>
      </w:tr>
      <w:tr w:rsidR="00923997" w14:paraId="427897E8" w14:textId="77777777">
        <w:trPr>
          <w:jc w:val="center"/>
        </w:trPr>
        <w:tc>
          <w:tcPr>
            <w:tcW w:w="10080" w:type="dxa"/>
            <w:tcBorders>
              <w:top w:val="single" w:sz="8" w:space="0" w:color="8EA9C1"/>
              <w:left w:val="single" w:sz="8" w:space="0" w:color="8EA9C1"/>
              <w:bottom w:val="single" w:sz="8" w:space="0" w:color="8EA9C1"/>
              <w:right w:val="single" w:sz="8" w:space="0" w:color="8EA9C1"/>
            </w:tcBorders>
            <w:shd w:val="clear" w:color="auto" w:fill="EAF3F8"/>
            <w:tcMar>
              <w:top w:w="120" w:type="dxa"/>
              <w:left w:w="150" w:type="dxa"/>
              <w:bottom w:w="120" w:type="dxa"/>
              <w:right w:w="150" w:type="dxa"/>
            </w:tcMar>
            <w:vAlign w:val="center"/>
          </w:tcPr>
          <w:p w14:paraId="2933C77C" w14:textId="77777777" w:rsidR="00923997" w:rsidRDefault="00000000">
            <w:pPr>
              <w:spacing w:after="0"/>
            </w:pPr>
            <w:r>
              <w:rPr>
                <w:color w:val="1F1F1F"/>
                <w:sz w:val="21"/>
              </w:rPr>
              <w:t>Review this store comparison: [paste comparison]. Transportation to Store 1 costs about $[amount], and transportation to Store 2 costs about $[amount]. Tell me whether I should shop at Store 1 only, Store 2 only, or split the list between both stores. Include grocery cost, transportation cost, estimated total cost, and estimated savings. Keep the plan simple. Do not recommend an extra trip unless the savings are greater than the added transportation cost and time.</w:t>
            </w:r>
          </w:p>
        </w:tc>
      </w:tr>
    </w:tbl>
    <w:p w14:paraId="276875CA" w14:textId="77777777" w:rsidR="00923997" w:rsidRDefault="00923997">
      <w:pPr>
        <w:spacing w:after="20"/>
      </w:pPr>
    </w:p>
    <w:tbl>
      <w:tblPr>
        <w:tblW w:w="0" w:type="auto"/>
        <w:jc w:val="center"/>
        <w:tblLayout w:type="fixed"/>
        <w:tblLook w:val="04A0" w:firstRow="1" w:lastRow="0" w:firstColumn="1" w:lastColumn="0" w:noHBand="0" w:noVBand="1"/>
      </w:tblPr>
      <w:tblGrid>
        <w:gridCol w:w="3672"/>
        <w:gridCol w:w="5760"/>
      </w:tblGrid>
      <w:tr w:rsidR="00923997" w14:paraId="66C41533" w14:textId="77777777">
        <w:trPr>
          <w:tblHeader/>
          <w:jc w:val="center"/>
        </w:trPr>
        <w:tc>
          <w:tcPr>
            <w:tcW w:w="3672"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6D7B81B9" w14:textId="77777777" w:rsidR="00923997" w:rsidRDefault="00000000">
            <w:pPr>
              <w:spacing w:after="0"/>
              <w:jc w:val="center"/>
            </w:pPr>
            <w:r>
              <w:rPr>
                <w:b/>
                <w:color w:val="FFFFFF"/>
                <w:sz w:val="22"/>
              </w:rPr>
              <w:t>Final Decision</w:t>
            </w:r>
          </w:p>
        </w:tc>
        <w:tc>
          <w:tcPr>
            <w:tcW w:w="5760"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362C9104" w14:textId="77777777" w:rsidR="00923997" w:rsidRDefault="00000000">
            <w:pPr>
              <w:spacing w:after="0"/>
              <w:jc w:val="center"/>
            </w:pPr>
            <w:r>
              <w:rPr>
                <w:b/>
                <w:color w:val="FFFFFF"/>
                <w:sz w:val="22"/>
              </w:rPr>
              <w:t>My Plan</w:t>
            </w:r>
          </w:p>
        </w:tc>
      </w:tr>
      <w:tr w:rsidR="00923997" w14:paraId="4AEF170E" w14:textId="77777777">
        <w:trPr>
          <w:cantSplit/>
          <w:jc w:val="center"/>
        </w:trPr>
        <w:tc>
          <w:tcPr>
            <w:tcW w:w="367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B6E4210" w14:textId="77777777" w:rsidR="00923997" w:rsidRDefault="00000000">
            <w:pPr>
              <w:spacing w:after="0" w:line="240" w:lineRule="auto"/>
            </w:pPr>
            <w:r>
              <w:rPr>
                <w:color w:val="1F1F1F"/>
                <w:sz w:val="22"/>
              </w:rPr>
              <w:t>Store 1 items</w:t>
            </w:r>
          </w:p>
        </w:tc>
        <w:tc>
          <w:tcPr>
            <w:tcW w:w="57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FE90EF2" w14:textId="77777777" w:rsidR="00923997" w:rsidRDefault="00000000">
            <w:pPr>
              <w:spacing w:after="0" w:line="240" w:lineRule="auto"/>
            </w:pPr>
            <w:r>
              <w:rPr>
                <w:color w:val="1F1F1F"/>
                <w:sz w:val="22"/>
              </w:rPr>
              <w:t>________________________________________</w:t>
            </w:r>
          </w:p>
        </w:tc>
      </w:tr>
      <w:tr w:rsidR="00923997" w14:paraId="722F08B5" w14:textId="77777777">
        <w:trPr>
          <w:cantSplit/>
          <w:jc w:val="center"/>
        </w:trPr>
        <w:tc>
          <w:tcPr>
            <w:tcW w:w="367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1545651" w14:textId="77777777" w:rsidR="00923997" w:rsidRDefault="00000000">
            <w:pPr>
              <w:spacing w:after="0" w:line="240" w:lineRule="auto"/>
            </w:pPr>
            <w:r>
              <w:rPr>
                <w:color w:val="1F1F1F"/>
                <w:sz w:val="22"/>
              </w:rPr>
              <w:t>Store 2 items</w:t>
            </w:r>
          </w:p>
        </w:tc>
        <w:tc>
          <w:tcPr>
            <w:tcW w:w="57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B804049" w14:textId="77777777" w:rsidR="00923997" w:rsidRDefault="00000000">
            <w:pPr>
              <w:spacing w:after="0" w:line="240" w:lineRule="auto"/>
            </w:pPr>
            <w:r>
              <w:rPr>
                <w:color w:val="1F1F1F"/>
                <w:sz w:val="22"/>
              </w:rPr>
              <w:t>________________________________________</w:t>
            </w:r>
          </w:p>
        </w:tc>
      </w:tr>
      <w:tr w:rsidR="00923997" w14:paraId="62756AEF" w14:textId="77777777">
        <w:trPr>
          <w:cantSplit/>
          <w:jc w:val="center"/>
        </w:trPr>
        <w:tc>
          <w:tcPr>
            <w:tcW w:w="367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16DFFF1" w14:textId="77777777" w:rsidR="00923997" w:rsidRDefault="00000000">
            <w:pPr>
              <w:spacing w:after="0" w:line="240" w:lineRule="auto"/>
            </w:pPr>
            <w:r>
              <w:rPr>
                <w:color w:val="1F1F1F"/>
                <w:sz w:val="22"/>
              </w:rPr>
              <w:t>Estimated groceries</w:t>
            </w:r>
          </w:p>
        </w:tc>
        <w:tc>
          <w:tcPr>
            <w:tcW w:w="57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4008184" w14:textId="77777777" w:rsidR="00923997" w:rsidRDefault="00000000">
            <w:pPr>
              <w:spacing w:after="0" w:line="240" w:lineRule="auto"/>
            </w:pPr>
            <w:r>
              <w:rPr>
                <w:color w:val="1F1F1F"/>
                <w:sz w:val="22"/>
              </w:rPr>
              <w:t>$____________</w:t>
            </w:r>
          </w:p>
        </w:tc>
      </w:tr>
      <w:tr w:rsidR="00923997" w14:paraId="28D947D5" w14:textId="77777777">
        <w:trPr>
          <w:cantSplit/>
          <w:jc w:val="center"/>
        </w:trPr>
        <w:tc>
          <w:tcPr>
            <w:tcW w:w="367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D9445B0" w14:textId="77777777" w:rsidR="00923997" w:rsidRDefault="00000000">
            <w:pPr>
              <w:spacing w:after="0" w:line="240" w:lineRule="auto"/>
            </w:pPr>
            <w:r>
              <w:rPr>
                <w:color w:val="1F1F1F"/>
                <w:sz w:val="22"/>
              </w:rPr>
              <w:t>Estimated transportation</w:t>
            </w:r>
          </w:p>
        </w:tc>
        <w:tc>
          <w:tcPr>
            <w:tcW w:w="57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C425C3C" w14:textId="77777777" w:rsidR="00923997" w:rsidRDefault="00000000">
            <w:pPr>
              <w:spacing w:after="0" w:line="240" w:lineRule="auto"/>
            </w:pPr>
            <w:r>
              <w:rPr>
                <w:color w:val="1F1F1F"/>
                <w:sz w:val="22"/>
              </w:rPr>
              <w:t>$____________</w:t>
            </w:r>
          </w:p>
        </w:tc>
      </w:tr>
      <w:tr w:rsidR="00923997" w14:paraId="7B4D7123" w14:textId="77777777">
        <w:trPr>
          <w:cantSplit/>
          <w:jc w:val="center"/>
        </w:trPr>
        <w:tc>
          <w:tcPr>
            <w:tcW w:w="367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2A58EA5" w14:textId="77777777" w:rsidR="00923997" w:rsidRDefault="00000000">
            <w:pPr>
              <w:spacing w:after="0" w:line="240" w:lineRule="auto"/>
            </w:pPr>
            <w:r>
              <w:rPr>
                <w:color w:val="1F1F1F"/>
                <w:sz w:val="22"/>
              </w:rPr>
              <w:t>Estimated total</w:t>
            </w:r>
          </w:p>
        </w:tc>
        <w:tc>
          <w:tcPr>
            <w:tcW w:w="57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45E28BC" w14:textId="77777777" w:rsidR="00923997" w:rsidRDefault="00000000">
            <w:pPr>
              <w:spacing w:after="0" w:line="240" w:lineRule="auto"/>
            </w:pPr>
            <w:r>
              <w:rPr>
                <w:color w:val="1F1F1F"/>
                <w:sz w:val="22"/>
              </w:rPr>
              <w:t>$____________</w:t>
            </w:r>
          </w:p>
        </w:tc>
      </w:tr>
      <w:tr w:rsidR="00923997" w14:paraId="243AFBB0" w14:textId="77777777">
        <w:trPr>
          <w:cantSplit/>
          <w:jc w:val="center"/>
        </w:trPr>
        <w:tc>
          <w:tcPr>
            <w:tcW w:w="367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4FA386F" w14:textId="77777777" w:rsidR="00923997" w:rsidRDefault="00000000">
            <w:pPr>
              <w:spacing w:after="0" w:line="240" w:lineRule="auto"/>
            </w:pPr>
            <w:r>
              <w:rPr>
                <w:color w:val="1F1F1F"/>
                <w:sz w:val="22"/>
              </w:rPr>
              <w:t>Weekly grocery budget</w:t>
            </w:r>
          </w:p>
        </w:tc>
        <w:tc>
          <w:tcPr>
            <w:tcW w:w="57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E53E9BD" w14:textId="77777777" w:rsidR="00923997" w:rsidRDefault="00000000">
            <w:pPr>
              <w:spacing w:after="0" w:line="240" w:lineRule="auto"/>
            </w:pPr>
            <w:r>
              <w:rPr>
                <w:color w:val="1F1F1F"/>
                <w:sz w:val="22"/>
              </w:rPr>
              <w:t>$____________</w:t>
            </w:r>
          </w:p>
        </w:tc>
      </w:tr>
      <w:tr w:rsidR="00923997" w14:paraId="48E0890A" w14:textId="77777777">
        <w:trPr>
          <w:cantSplit/>
          <w:jc w:val="center"/>
        </w:trPr>
        <w:tc>
          <w:tcPr>
            <w:tcW w:w="3672"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5D64484" w14:textId="77777777" w:rsidR="00923997" w:rsidRDefault="00000000">
            <w:pPr>
              <w:spacing w:after="0" w:line="240" w:lineRule="auto"/>
            </w:pPr>
            <w:r>
              <w:rPr>
                <w:color w:val="1F1F1F"/>
                <w:sz w:val="22"/>
              </w:rPr>
              <w:t>Amount left or amount over</w:t>
            </w:r>
          </w:p>
        </w:tc>
        <w:tc>
          <w:tcPr>
            <w:tcW w:w="57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80F2A90" w14:textId="77777777" w:rsidR="00923997" w:rsidRDefault="00000000">
            <w:pPr>
              <w:spacing w:after="0" w:line="240" w:lineRule="auto"/>
            </w:pPr>
            <w:r>
              <w:rPr>
                <w:color w:val="1F1F1F"/>
                <w:sz w:val="22"/>
              </w:rPr>
              <w:t>$____________</w:t>
            </w:r>
          </w:p>
        </w:tc>
      </w:tr>
    </w:tbl>
    <w:p w14:paraId="68F61D59" w14:textId="77777777" w:rsidR="00923997" w:rsidRDefault="00923997">
      <w:pPr>
        <w:spacing w:after="20"/>
      </w:pPr>
    </w:p>
    <w:p w14:paraId="44D0BB92" w14:textId="77777777" w:rsidR="00923997" w:rsidRDefault="00000000">
      <w:pPr>
        <w:keepNext/>
        <w:spacing w:before="100"/>
      </w:pPr>
      <w:r>
        <w:rPr>
          <w:b/>
          <w:color w:val="2F5597"/>
          <w:sz w:val="28"/>
        </w:rPr>
        <w:t>Actual Spending Record</w:t>
      </w:r>
    </w:p>
    <w:tbl>
      <w:tblPr>
        <w:tblW w:w="0" w:type="auto"/>
        <w:jc w:val="center"/>
        <w:tblLayout w:type="fixed"/>
        <w:tblLook w:val="04A0" w:firstRow="1" w:lastRow="0" w:firstColumn="1" w:lastColumn="0" w:noHBand="0" w:noVBand="1"/>
      </w:tblPr>
      <w:tblGrid>
        <w:gridCol w:w="3960"/>
        <w:gridCol w:w="1728"/>
        <w:gridCol w:w="1728"/>
        <w:gridCol w:w="2016"/>
      </w:tblGrid>
      <w:tr w:rsidR="00923997" w14:paraId="6F440FBE" w14:textId="77777777">
        <w:trPr>
          <w:tblHeader/>
          <w:jc w:val="center"/>
        </w:trPr>
        <w:tc>
          <w:tcPr>
            <w:tcW w:w="3960"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16B89A85" w14:textId="77777777" w:rsidR="00923997" w:rsidRDefault="00000000">
            <w:pPr>
              <w:spacing w:after="0"/>
              <w:jc w:val="center"/>
            </w:pPr>
            <w:r>
              <w:rPr>
                <w:b/>
                <w:color w:val="FFFFFF"/>
                <w:sz w:val="19"/>
              </w:rPr>
              <w:t>Item</w:t>
            </w:r>
          </w:p>
        </w:tc>
        <w:tc>
          <w:tcPr>
            <w:tcW w:w="1728"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430CA8EC" w14:textId="77777777" w:rsidR="00923997" w:rsidRDefault="00000000">
            <w:pPr>
              <w:spacing w:after="0"/>
              <w:jc w:val="center"/>
            </w:pPr>
            <w:r>
              <w:rPr>
                <w:b/>
                <w:color w:val="FFFFFF"/>
                <w:sz w:val="19"/>
              </w:rPr>
              <w:t>Planned</w:t>
            </w:r>
          </w:p>
        </w:tc>
        <w:tc>
          <w:tcPr>
            <w:tcW w:w="1728"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57B93FF2" w14:textId="77777777" w:rsidR="00923997" w:rsidRDefault="00000000">
            <w:pPr>
              <w:spacing w:after="0"/>
              <w:jc w:val="center"/>
            </w:pPr>
            <w:r>
              <w:rPr>
                <w:b/>
                <w:color w:val="FFFFFF"/>
                <w:sz w:val="19"/>
              </w:rPr>
              <w:t>Actual</w:t>
            </w:r>
          </w:p>
        </w:tc>
        <w:tc>
          <w:tcPr>
            <w:tcW w:w="2016"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78D71B6D" w14:textId="77777777" w:rsidR="00923997" w:rsidRDefault="00000000">
            <w:pPr>
              <w:spacing w:after="0"/>
              <w:jc w:val="center"/>
            </w:pPr>
            <w:r>
              <w:rPr>
                <w:b/>
                <w:color w:val="FFFFFF"/>
                <w:sz w:val="19"/>
              </w:rPr>
              <w:t>Difference</w:t>
            </w:r>
          </w:p>
        </w:tc>
      </w:tr>
      <w:tr w:rsidR="00923997" w14:paraId="1322E0D7" w14:textId="77777777">
        <w:trPr>
          <w:cantSplit/>
          <w:jc w:val="center"/>
        </w:trPr>
        <w:tc>
          <w:tcPr>
            <w:tcW w:w="39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11CE2A3" w14:textId="77777777" w:rsidR="00923997" w:rsidRDefault="00000000">
            <w:pPr>
              <w:spacing w:after="0" w:line="240" w:lineRule="auto"/>
            </w:pPr>
            <w:r>
              <w:rPr>
                <w:color w:val="1F1F1F"/>
                <w:sz w:val="19"/>
              </w:rPr>
              <w:t>____________________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C2F4F5E"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E04C647" w14:textId="77777777" w:rsidR="00923997" w:rsidRDefault="00000000">
            <w:pPr>
              <w:spacing w:after="0" w:line="240" w:lineRule="auto"/>
            </w:pPr>
            <w:r>
              <w:rPr>
                <w:color w:val="1F1F1F"/>
                <w:sz w:val="19"/>
              </w:rPr>
              <w:t>$_______</w:t>
            </w:r>
          </w:p>
        </w:tc>
        <w:tc>
          <w:tcPr>
            <w:tcW w:w="201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83778D2" w14:textId="77777777" w:rsidR="00923997" w:rsidRDefault="00000000">
            <w:pPr>
              <w:spacing w:after="0" w:line="240" w:lineRule="auto"/>
            </w:pPr>
            <w:r>
              <w:rPr>
                <w:color w:val="1F1F1F"/>
                <w:sz w:val="19"/>
              </w:rPr>
              <w:t>________</w:t>
            </w:r>
          </w:p>
        </w:tc>
      </w:tr>
      <w:tr w:rsidR="00923997" w14:paraId="2A848929" w14:textId="77777777">
        <w:trPr>
          <w:cantSplit/>
          <w:jc w:val="center"/>
        </w:trPr>
        <w:tc>
          <w:tcPr>
            <w:tcW w:w="39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C1855B2" w14:textId="77777777" w:rsidR="00923997" w:rsidRDefault="00000000">
            <w:pPr>
              <w:spacing w:after="0" w:line="240" w:lineRule="auto"/>
            </w:pPr>
            <w:r>
              <w:rPr>
                <w:color w:val="1F1F1F"/>
                <w:sz w:val="19"/>
              </w:rPr>
              <w:t>____________________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C9C7358"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901BD19" w14:textId="77777777" w:rsidR="00923997" w:rsidRDefault="00000000">
            <w:pPr>
              <w:spacing w:after="0" w:line="240" w:lineRule="auto"/>
            </w:pPr>
            <w:r>
              <w:rPr>
                <w:color w:val="1F1F1F"/>
                <w:sz w:val="19"/>
              </w:rPr>
              <w:t>$_______</w:t>
            </w:r>
          </w:p>
        </w:tc>
        <w:tc>
          <w:tcPr>
            <w:tcW w:w="201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2C068E3" w14:textId="77777777" w:rsidR="00923997" w:rsidRDefault="00000000">
            <w:pPr>
              <w:spacing w:after="0" w:line="240" w:lineRule="auto"/>
            </w:pPr>
            <w:r>
              <w:rPr>
                <w:color w:val="1F1F1F"/>
                <w:sz w:val="19"/>
              </w:rPr>
              <w:t>________</w:t>
            </w:r>
          </w:p>
        </w:tc>
      </w:tr>
      <w:tr w:rsidR="00923997" w14:paraId="6C6FB6DB" w14:textId="77777777">
        <w:trPr>
          <w:cantSplit/>
          <w:jc w:val="center"/>
        </w:trPr>
        <w:tc>
          <w:tcPr>
            <w:tcW w:w="39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98EA252" w14:textId="77777777" w:rsidR="00923997" w:rsidRDefault="00000000">
            <w:pPr>
              <w:spacing w:after="0" w:line="240" w:lineRule="auto"/>
            </w:pPr>
            <w:r>
              <w:rPr>
                <w:color w:val="1F1F1F"/>
                <w:sz w:val="19"/>
              </w:rPr>
              <w:t>____________________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FF5E5A7"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778048C" w14:textId="77777777" w:rsidR="00923997" w:rsidRDefault="00000000">
            <w:pPr>
              <w:spacing w:after="0" w:line="240" w:lineRule="auto"/>
            </w:pPr>
            <w:r>
              <w:rPr>
                <w:color w:val="1F1F1F"/>
                <w:sz w:val="19"/>
              </w:rPr>
              <w:t>$_______</w:t>
            </w:r>
          </w:p>
        </w:tc>
        <w:tc>
          <w:tcPr>
            <w:tcW w:w="201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2533046" w14:textId="77777777" w:rsidR="00923997" w:rsidRDefault="00000000">
            <w:pPr>
              <w:spacing w:after="0" w:line="240" w:lineRule="auto"/>
            </w:pPr>
            <w:r>
              <w:rPr>
                <w:color w:val="1F1F1F"/>
                <w:sz w:val="19"/>
              </w:rPr>
              <w:t>________</w:t>
            </w:r>
          </w:p>
        </w:tc>
      </w:tr>
      <w:tr w:rsidR="00923997" w14:paraId="60E52FA6" w14:textId="77777777">
        <w:trPr>
          <w:cantSplit/>
          <w:jc w:val="center"/>
        </w:trPr>
        <w:tc>
          <w:tcPr>
            <w:tcW w:w="39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4C6F010" w14:textId="77777777" w:rsidR="00923997" w:rsidRDefault="00000000">
            <w:pPr>
              <w:spacing w:after="0" w:line="240" w:lineRule="auto"/>
            </w:pPr>
            <w:r>
              <w:rPr>
                <w:color w:val="1F1F1F"/>
                <w:sz w:val="19"/>
              </w:rPr>
              <w:t>____________________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EF45D12"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FA34B69" w14:textId="77777777" w:rsidR="00923997" w:rsidRDefault="00000000">
            <w:pPr>
              <w:spacing w:after="0" w:line="240" w:lineRule="auto"/>
            </w:pPr>
            <w:r>
              <w:rPr>
                <w:color w:val="1F1F1F"/>
                <w:sz w:val="19"/>
              </w:rPr>
              <w:t>$_______</w:t>
            </w:r>
          </w:p>
        </w:tc>
        <w:tc>
          <w:tcPr>
            <w:tcW w:w="201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690ED1C" w14:textId="77777777" w:rsidR="00923997" w:rsidRDefault="00000000">
            <w:pPr>
              <w:spacing w:after="0" w:line="240" w:lineRule="auto"/>
            </w:pPr>
            <w:r>
              <w:rPr>
                <w:color w:val="1F1F1F"/>
                <w:sz w:val="19"/>
              </w:rPr>
              <w:t>________</w:t>
            </w:r>
          </w:p>
        </w:tc>
      </w:tr>
      <w:tr w:rsidR="00923997" w14:paraId="6C76493C" w14:textId="77777777">
        <w:trPr>
          <w:cantSplit/>
          <w:jc w:val="center"/>
        </w:trPr>
        <w:tc>
          <w:tcPr>
            <w:tcW w:w="39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361E366" w14:textId="77777777" w:rsidR="00923997" w:rsidRDefault="00000000">
            <w:pPr>
              <w:spacing w:after="0" w:line="240" w:lineRule="auto"/>
            </w:pPr>
            <w:r>
              <w:rPr>
                <w:color w:val="1F1F1F"/>
                <w:sz w:val="19"/>
              </w:rPr>
              <w:t>____________________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D5D8FB3"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95EC974" w14:textId="77777777" w:rsidR="00923997" w:rsidRDefault="00000000">
            <w:pPr>
              <w:spacing w:after="0" w:line="240" w:lineRule="auto"/>
            </w:pPr>
            <w:r>
              <w:rPr>
                <w:color w:val="1F1F1F"/>
                <w:sz w:val="19"/>
              </w:rPr>
              <w:t>$_______</w:t>
            </w:r>
          </w:p>
        </w:tc>
        <w:tc>
          <w:tcPr>
            <w:tcW w:w="201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46331B3" w14:textId="77777777" w:rsidR="00923997" w:rsidRDefault="00000000">
            <w:pPr>
              <w:spacing w:after="0" w:line="240" w:lineRule="auto"/>
            </w:pPr>
            <w:r>
              <w:rPr>
                <w:color w:val="1F1F1F"/>
                <w:sz w:val="19"/>
              </w:rPr>
              <w:t>________</w:t>
            </w:r>
          </w:p>
        </w:tc>
      </w:tr>
      <w:tr w:rsidR="00923997" w14:paraId="737A8173" w14:textId="77777777">
        <w:trPr>
          <w:cantSplit/>
          <w:jc w:val="center"/>
        </w:trPr>
        <w:tc>
          <w:tcPr>
            <w:tcW w:w="39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0E47F42" w14:textId="77777777" w:rsidR="00923997" w:rsidRDefault="00000000">
            <w:pPr>
              <w:spacing w:after="0" w:line="240" w:lineRule="auto"/>
            </w:pPr>
            <w:r>
              <w:rPr>
                <w:color w:val="1F1F1F"/>
                <w:sz w:val="19"/>
              </w:rPr>
              <w:t>____________________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8F2AF37"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1389937" w14:textId="77777777" w:rsidR="00923997" w:rsidRDefault="00000000">
            <w:pPr>
              <w:spacing w:after="0" w:line="240" w:lineRule="auto"/>
            </w:pPr>
            <w:r>
              <w:rPr>
                <w:color w:val="1F1F1F"/>
                <w:sz w:val="19"/>
              </w:rPr>
              <w:t>$_______</w:t>
            </w:r>
          </w:p>
        </w:tc>
        <w:tc>
          <w:tcPr>
            <w:tcW w:w="201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35A8A5A" w14:textId="77777777" w:rsidR="00923997" w:rsidRDefault="00000000">
            <w:pPr>
              <w:spacing w:after="0" w:line="240" w:lineRule="auto"/>
            </w:pPr>
            <w:r>
              <w:rPr>
                <w:color w:val="1F1F1F"/>
                <w:sz w:val="19"/>
              </w:rPr>
              <w:t>________</w:t>
            </w:r>
          </w:p>
        </w:tc>
      </w:tr>
      <w:tr w:rsidR="00923997" w14:paraId="13F720BC" w14:textId="77777777">
        <w:trPr>
          <w:cantSplit/>
          <w:jc w:val="center"/>
        </w:trPr>
        <w:tc>
          <w:tcPr>
            <w:tcW w:w="39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DC50D97" w14:textId="77777777" w:rsidR="00923997" w:rsidRDefault="00000000">
            <w:pPr>
              <w:spacing w:after="0" w:line="240" w:lineRule="auto"/>
            </w:pPr>
            <w:r>
              <w:rPr>
                <w:color w:val="1F1F1F"/>
                <w:sz w:val="19"/>
              </w:rPr>
              <w:t>____________________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BA73A96"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97F7970" w14:textId="77777777" w:rsidR="00923997" w:rsidRDefault="00000000">
            <w:pPr>
              <w:spacing w:after="0" w:line="240" w:lineRule="auto"/>
            </w:pPr>
            <w:r>
              <w:rPr>
                <w:color w:val="1F1F1F"/>
                <w:sz w:val="19"/>
              </w:rPr>
              <w:t>$_______</w:t>
            </w:r>
          </w:p>
        </w:tc>
        <w:tc>
          <w:tcPr>
            <w:tcW w:w="201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A629B92" w14:textId="77777777" w:rsidR="00923997" w:rsidRDefault="00000000">
            <w:pPr>
              <w:spacing w:after="0" w:line="240" w:lineRule="auto"/>
            </w:pPr>
            <w:r>
              <w:rPr>
                <w:color w:val="1F1F1F"/>
                <w:sz w:val="19"/>
              </w:rPr>
              <w:t>________</w:t>
            </w:r>
          </w:p>
        </w:tc>
      </w:tr>
      <w:tr w:rsidR="00923997" w14:paraId="5E150CC5" w14:textId="77777777">
        <w:trPr>
          <w:cantSplit/>
          <w:jc w:val="center"/>
        </w:trPr>
        <w:tc>
          <w:tcPr>
            <w:tcW w:w="39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AAF86F8" w14:textId="77777777" w:rsidR="00923997" w:rsidRDefault="00000000">
            <w:pPr>
              <w:spacing w:after="0" w:line="240" w:lineRule="auto"/>
            </w:pPr>
            <w:r>
              <w:rPr>
                <w:color w:val="1F1F1F"/>
                <w:sz w:val="19"/>
              </w:rPr>
              <w:t>____________________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AD99431"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816C2D6" w14:textId="77777777" w:rsidR="00923997" w:rsidRDefault="00000000">
            <w:pPr>
              <w:spacing w:after="0" w:line="240" w:lineRule="auto"/>
            </w:pPr>
            <w:r>
              <w:rPr>
                <w:color w:val="1F1F1F"/>
                <w:sz w:val="19"/>
              </w:rPr>
              <w:t>$_______</w:t>
            </w:r>
          </w:p>
        </w:tc>
        <w:tc>
          <w:tcPr>
            <w:tcW w:w="201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C3D7DEE" w14:textId="77777777" w:rsidR="00923997" w:rsidRDefault="00000000">
            <w:pPr>
              <w:spacing w:after="0" w:line="240" w:lineRule="auto"/>
            </w:pPr>
            <w:r>
              <w:rPr>
                <w:color w:val="1F1F1F"/>
                <w:sz w:val="19"/>
              </w:rPr>
              <w:t>________</w:t>
            </w:r>
          </w:p>
        </w:tc>
      </w:tr>
      <w:tr w:rsidR="00923997" w14:paraId="7ABCCD5C" w14:textId="77777777">
        <w:trPr>
          <w:cantSplit/>
          <w:jc w:val="center"/>
        </w:trPr>
        <w:tc>
          <w:tcPr>
            <w:tcW w:w="39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897BE67" w14:textId="77777777" w:rsidR="00923997" w:rsidRDefault="00000000">
            <w:pPr>
              <w:spacing w:after="0" w:line="240" w:lineRule="auto"/>
            </w:pPr>
            <w:r>
              <w:rPr>
                <w:color w:val="1F1F1F"/>
                <w:sz w:val="19"/>
              </w:rPr>
              <w:t>____________________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0705148"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FEB0529" w14:textId="77777777" w:rsidR="00923997" w:rsidRDefault="00000000">
            <w:pPr>
              <w:spacing w:after="0" w:line="240" w:lineRule="auto"/>
            </w:pPr>
            <w:r>
              <w:rPr>
                <w:color w:val="1F1F1F"/>
                <w:sz w:val="19"/>
              </w:rPr>
              <w:t>$_______</w:t>
            </w:r>
          </w:p>
        </w:tc>
        <w:tc>
          <w:tcPr>
            <w:tcW w:w="201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631ACBE" w14:textId="77777777" w:rsidR="00923997" w:rsidRDefault="00000000">
            <w:pPr>
              <w:spacing w:after="0" w:line="240" w:lineRule="auto"/>
            </w:pPr>
            <w:r>
              <w:rPr>
                <w:color w:val="1F1F1F"/>
                <w:sz w:val="19"/>
              </w:rPr>
              <w:t>________</w:t>
            </w:r>
          </w:p>
        </w:tc>
      </w:tr>
      <w:tr w:rsidR="00923997" w14:paraId="3BE329E1" w14:textId="77777777">
        <w:trPr>
          <w:cantSplit/>
          <w:jc w:val="center"/>
        </w:trPr>
        <w:tc>
          <w:tcPr>
            <w:tcW w:w="39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81F488B" w14:textId="77777777" w:rsidR="00923997" w:rsidRDefault="00000000">
            <w:pPr>
              <w:spacing w:after="0" w:line="240" w:lineRule="auto"/>
            </w:pPr>
            <w:r>
              <w:rPr>
                <w:color w:val="1F1F1F"/>
                <w:sz w:val="19"/>
              </w:rPr>
              <w:lastRenderedPageBreak/>
              <w:t>____________________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32EDBBB"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7B0699A" w14:textId="77777777" w:rsidR="00923997" w:rsidRDefault="00000000">
            <w:pPr>
              <w:spacing w:after="0" w:line="240" w:lineRule="auto"/>
            </w:pPr>
            <w:r>
              <w:rPr>
                <w:color w:val="1F1F1F"/>
                <w:sz w:val="19"/>
              </w:rPr>
              <w:t>$_______</w:t>
            </w:r>
          </w:p>
        </w:tc>
        <w:tc>
          <w:tcPr>
            <w:tcW w:w="201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5D01C87" w14:textId="77777777" w:rsidR="00923997" w:rsidRDefault="00000000">
            <w:pPr>
              <w:spacing w:after="0" w:line="240" w:lineRule="auto"/>
            </w:pPr>
            <w:r>
              <w:rPr>
                <w:color w:val="1F1F1F"/>
                <w:sz w:val="19"/>
              </w:rPr>
              <w:t>________</w:t>
            </w:r>
          </w:p>
        </w:tc>
      </w:tr>
      <w:tr w:rsidR="00923997" w14:paraId="5B5EC1F4" w14:textId="77777777">
        <w:trPr>
          <w:cantSplit/>
          <w:jc w:val="center"/>
        </w:trPr>
        <w:tc>
          <w:tcPr>
            <w:tcW w:w="39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4CA777B" w14:textId="77777777" w:rsidR="00923997" w:rsidRDefault="00000000">
            <w:pPr>
              <w:spacing w:after="0" w:line="240" w:lineRule="auto"/>
            </w:pPr>
            <w:r>
              <w:rPr>
                <w:color w:val="1F1F1F"/>
                <w:sz w:val="19"/>
              </w:rPr>
              <w:t>____________________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6565BE3"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A0FE1C4" w14:textId="77777777" w:rsidR="00923997" w:rsidRDefault="00000000">
            <w:pPr>
              <w:spacing w:after="0" w:line="240" w:lineRule="auto"/>
            </w:pPr>
            <w:r>
              <w:rPr>
                <w:color w:val="1F1F1F"/>
                <w:sz w:val="19"/>
              </w:rPr>
              <w:t>$_______</w:t>
            </w:r>
          </w:p>
        </w:tc>
        <w:tc>
          <w:tcPr>
            <w:tcW w:w="201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E54EEED" w14:textId="77777777" w:rsidR="00923997" w:rsidRDefault="00000000">
            <w:pPr>
              <w:spacing w:after="0" w:line="240" w:lineRule="auto"/>
            </w:pPr>
            <w:r>
              <w:rPr>
                <w:color w:val="1F1F1F"/>
                <w:sz w:val="19"/>
              </w:rPr>
              <w:t>________</w:t>
            </w:r>
          </w:p>
        </w:tc>
      </w:tr>
      <w:tr w:rsidR="00923997" w14:paraId="350BB0A6" w14:textId="77777777">
        <w:trPr>
          <w:cantSplit/>
          <w:jc w:val="center"/>
        </w:trPr>
        <w:tc>
          <w:tcPr>
            <w:tcW w:w="3960"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D438EE5" w14:textId="77777777" w:rsidR="00923997" w:rsidRDefault="00000000">
            <w:pPr>
              <w:spacing w:after="0" w:line="240" w:lineRule="auto"/>
            </w:pPr>
            <w:r>
              <w:rPr>
                <w:color w:val="1F1F1F"/>
                <w:sz w:val="19"/>
              </w:rPr>
              <w:t>____________________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3CDDE8E" w14:textId="77777777" w:rsidR="00923997" w:rsidRDefault="00000000">
            <w:pPr>
              <w:spacing w:after="0" w:line="240" w:lineRule="auto"/>
            </w:pPr>
            <w:r>
              <w:rPr>
                <w:color w:val="1F1F1F"/>
                <w:sz w:val="19"/>
              </w:rPr>
              <w:t>$_______</w:t>
            </w:r>
          </w:p>
        </w:tc>
        <w:tc>
          <w:tcPr>
            <w:tcW w:w="172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BDFAEA1" w14:textId="77777777" w:rsidR="00923997" w:rsidRDefault="00000000">
            <w:pPr>
              <w:spacing w:after="0" w:line="240" w:lineRule="auto"/>
            </w:pPr>
            <w:r>
              <w:rPr>
                <w:color w:val="1F1F1F"/>
                <w:sz w:val="19"/>
              </w:rPr>
              <w:t>$_______</w:t>
            </w:r>
          </w:p>
        </w:tc>
        <w:tc>
          <w:tcPr>
            <w:tcW w:w="2016"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F3AFD14" w14:textId="77777777" w:rsidR="00923997" w:rsidRDefault="00000000">
            <w:pPr>
              <w:spacing w:after="0" w:line="240" w:lineRule="auto"/>
            </w:pPr>
            <w:r>
              <w:rPr>
                <w:color w:val="1F1F1F"/>
                <w:sz w:val="19"/>
              </w:rPr>
              <w:t>________</w:t>
            </w:r>
          </w:p>
        </w:tc>
      </w:tr>
    </w:tbl>
    <w:p w14:paraId="1C84959E" w14:textId="77777777" w:rsidR="00923997" w:rsidRDefault="00923997">
      <w:pPr>
        <w:spacing w:after="20"/>
      </w:pPr>
    </w:p>
    <w:p w14:paraId="256C828D" w14:textId="77777777" w:rsidR="00923997" w:rsidRDefault="00923997">
      <w:pPr>
        <w:pageBreakBefore/>
        <w:spacing w:after="0"/>
      </w:pPr>
    </w:p>
    <w:p w14:paraId="4ED91EE2" w14:textId="77777777" w:rsidR="00923997" w:rsidRDefault="00000000">
      <w:pPr>
        <w:keepNext/>
        <w:spacing w:before="160"/>
      </w:pPr>
      <w:r>
        <w:rPr>
          <w:b/>
          <w:color w:val="2F5597"/>
          <w:sz w:val="32"/>
        </w:rPr>
        <w:t>Complete All-in-One Prompt</w:t>
      </w:r>
    </w:p>
    <w:p w14:paraId="7A829EC3" w14:textId="77777777" w:rsidR="00923997" w:rsidRDefault="00000000">
      <w:r>
        <w:rPr>
          <w:color w:val="1F1F1F"/>
        </w:rPr>
        <w:t>Use this prompt after you have gathered your budget, food inventory, family needs, ZIP code, and store names.</w:t>
      </w:r>
    </w:p>
    <w:tbl>
      <w:tblPr>
        <w:tblW w:w="0" w:type="auto"/>
        <w:jc w:val="center"/>
        <w:tblLayout w:type="fixed"/>
        <w:tblLook w:val="04A0" w:firstRow="1" w:lastRow="0" w:firstColumn="1" w:lastColumn="0" w:noHBand="0" w:noVBand="1"/>
      </w:tblPr>
      <w:tblGrid>
        <w:gridCol w:w="10080"/>
      </w:tblGrid>
      <w:tr w:rsidR="00923997" w14:paraId="3DD308F8" w14:textId="77777777">
        <w:trPr>
          <w:jc w:val="center"/>
        </w:trPr>
        <w:tc>
          <w:tcPr>
            <w:tcW w:w="10080" w:type="dxa"/>
            <w:tcBorders>
              <w:top w:val="single" w:sz="8" w:space="0" w:color="2F5597"/>
              <w:left w:val="single" w:sz="8" w:space="0" w:color="2F5597"/>
              <w:bottom w:val="single" w:sz="8" w:space="0" w:color="2F5597"/>
              <w:right w:val="single" w:sz="8" w:space="0" w:color="2F5597"/>
            </w:tcBorders>
            <w:shd w:val="clear" w:color="auto" w:fill="2F5597"/>
            <w:tcMar>
              <w:top w:w="100" w:type="dxa"/>
              <w:left w:w="140" w:type="dxa"/>
              <w:bottom w:w="100" w:type="dxa"/>
              <w:right w:w="140" w:type="dxa"/>
            </w:tcMar>
            <w:vAlign w:val="center"/>
          </w:tcPr>
          <w:p w14:paraId="001196CE" w14:textId="77777777" w:rsidR="00923997" w:rsidRDefault="00000000">
            <w:pPr>
              <w:spacing w:after="0"/>
            </w:pPr>
            <w:r>
              <w:rPr>
                <w:b/>
                <w:color w:val="FFFFFF"/>
              </w:rPr>
              <w:t>ALL-IN-ONE PROMPT</w:t>
            </w:r>
          </w:p>
        </w:tc>
      </w:tr>
      <w:tr w:rsidR="00923997" w14:paraId="3852F00A" w14:textId="77777777">
        <w:trPr>
          <w:jc w:val="center"/>
        </w:trPr>
        <w:tc>
          <w:tcPr>
            <w:tcW w:w="10080" w:type="dxa"/>
            <w:tcBorders>
              <w:top w:val="single" w:sz="8" w:space="0" w:color="8EA9C1"/>
              <w:left w:val="single" w:sz="8" w:space="0" w:color="8EA9C1"/>
              <w:bottom w:val="single" w:sz="8" w:space="0" w:color="8EA9C1"/>
              <w:right w:val="single" w:sz="8" w:space="0" w:color="8EA9C1"/>
            </w:tcBorders>
            <w:shd w:val="clear" w:color="auto" w:fill="EAF3F8"/>
            <w:tcMar>
              <w:top w:w="120" w:type="dxa"/>
              <w:left w:w="150" w:type="dxa"/>
              <w:bottom w:w="120" w:type="dxa"/>
              <w:right w:w="150" w:type="dxa"/>
            </w:tcMar>
            <w:vAlign w:val="center"/>
          </w:tcPr>
          <w:p w14:paraId="640BEB68" w14:textId="77777777" w:rsidR="00923997" w:rsidRDefault="00000000">
            <w:pPr>
              <w:spacing w:after="0"/>
            </w:pPr>
            <w:r>
              <w:rPr>
                <w:color w:val="1F1F1F"/>
                <w:sz w:val="19"/>
              </w:rPr>
              <w:t>Help me create a complete weekly food plan for one mother and two children.</w:t>
            </w:r>
            <w:r>
              <w:rPr>
                <w:color w:val="1F1F1F"/>
                <w:sz w:val="19"/>
              </w:rPr>
              <w:br/>
            </w:r>
            <w:r>
              <w:rPr>
                <w:color w:val="1F1F1F"/>
                <w:sz w:val="19"/>
              </w:rPr>
              <w:br/>
              <w:t>MY INFORMATION</w:t>
            </w:r>
            <w:r>
              <w:rPr>
                <w:color w:val="1F1F1F"/>
                <w:sz w:val="19"/>
              </w:rPr>
              <w:br/>
              <w:t>• Weekly grocery budget: $[amount]</w:t>
            </w:r>
            <w:r>
              <w:rPr>
                <w:color w:val="1F1F1F"/>
                <w:sz w:val="19"/>
              </w:rPr>
              <w:br/>
              <w:t>• ZIP code or city: [location]</w:t>
            </w:r>
            <w:r>
              <w:rPr>
                <w:color w:val="1F1F1F"/>
                <w:sz w:val="19"/>
              </w:rPr>
              <w:br/>
              <w:t>• Store 1: [store name]</w:t>
            </w:r>
            <w:r>
              <w:rPr>
                <w:color w:val="1F1F1F"/>
                <w:sz w:val="19"/>
              </w:rPr>
              <w:br/>
              <w:t>• Store 2: [store name]</w:t>
            </w:r>
            <w:r>
              <w:rPr>
                <w:color w:val="1F1F1F"/>
                <w:sz w:val="19"/>
              </w:rPr>
              <w:br/>
              <w:t>• Food already at home: [inventory]</w:t>
            </w:r>
            <w:r>
              <w:rPr>
                <w:color w:val="1F1F1F"/>
                <w:sz w:val="19"/>
              </w:rPr>
              <w:br/>
              <w:t>• Children’s general age groups: [age groups]</w:t>
            </w:r>
            <w:r>
              <w:rPr>
                <w:color w:val="1F1F1F"/>
                <w:sz w:val="19"/>
              </w:rPr>
              <w:br/>
              <w:t>• Foods avoided: [list]</w:t>
            </w:r>
            <w:r>
              <w:rPr>
                <w:color w:val="1F1F1F"/>
                <w:sz w:val="19"/>
              </w:rPr>
              <w:br/>
              <w:t>• Allergies or medical food restrictions: [list or none]</w:t>
            </w:r>
            <w:r>
              <w:rPr>
                <w:color w:val="1F1F1F"/>
                <w:sz w:val="19"/>
              </w:rPr>
              <w:br/>
              <w:t>• Cooking equipment: [list]</w:t>
            </w:r>
            <w:r>
              <w:rPr>
                <w:color w:val="1F1F1F"/>
                <w:sz w:val="19"/>
              </w:rPr>
              <w:br/>
              <w:t>• Time available for most meals: [minutes]</w:t>
            </w:r>
            <w:r>
              <w:rPr>
                <w:color w:val="1F1F1F"/>
                <w:sz w:val="19"/>
              </w:rPr>
              <w:br/>
              <w:t>• Meals that must be packed: [number]</w:t>
            </w:r>
            <w:r>
              <w:rPr>
                <w:color w:val="1F1F1F"/>
                <w:sz w:val="19"/>
              </w:rPr>
              <w:br/>
            </w:r>
            <w:r>
              <w:rPr>
                <w:color w:val="1F1F1F"/>
                <w:sz w:val="19"/>
              </w:rPr>
              <w:br/>
              <w:t>COMPLETE THESE STEPS IN ORDER</w:t>
            </w:r>
            <w:r>
              <w:rPr>
                <w:color w:val="1F1F1F"/>
                <w:sz w:val="19"/>
              </w:rPr>
              <w:br/>
              <w:t>1. Organize the food I already have and identify what should be used first.</w:t>
            </w:r>
            <w:r>
              <w:rPr>
                <w:color w:val="1F1F1F"/>
                <w:sz w:val="19"/>
              </w:rPr>
              <w:br/>
              <w:t>2. Create a 7-day meal plan with breakfast, lunch, and dinner every day.</w:t>
            </w:r>
            <w:r>
              <w:rPr>
                <w:color w:val="1F1F1F"/>
                <w:sz w:val="19"/>
              </w:rPr>
              <w:br/>
              <w:t>3. Use simple, affordable meals and reuse ingredients to reduce waste.</w:t>
            </w:r>
            <w:r>
              <w:rPr>
                <w:color w:val="1F1F1F"/>
                <w:sz w:val="19"/>
              </w:rPr>
              <w:br/>
              <w:t>4. Provide a simple recipe for every meal that needs cooking or assembly. Include servings, exact ingredients, short numbered directions, cooking time, safe leftover storage, and one lower-cost substitution.</w:t>
            </w:r>
            <w:r>
              <w:rPr>
                <w:color w:val="1F1F1F"/>
                <w:sz w:val="19"/>
              </w:rPr>
              <w:br/>
              <w:t>5. Combine all ingredients into one master list by store section.</w:t>
            </w:r>
            <w:r>
              <w:rPr>
                <w:color w:val="1F1F1F"/>
                <w:sz w:val="19"/>
              </w:rPr>
              <w:br/>
              <w:t>6. Remove items I already have and create a final shopping list.</w:t>
            </w:r>
            <w:r>
              <w:rPr>
                <w:color w:val="1F1F1F"/>
                <w:sz w:val="19"/>
              </w:rPr>
              <w:br/>
              <w:t>7. Compare the final list at Store 1 and Store 2 using current prices only when they can be verified. State the exact date checked. Label regular prices, advertised sales, digital coupon prices, loyalty prices, and estimates.</w:t>
            </w:r>
            <w:r>
              <w:rPr>
                <w:color w:val="1F1F1F"/>
                <w:sz w:val="19"/>
              </w:rPr>
              <w:br/>
              <w:t>8. Show current sales only for ingredients I need. Include package size, requirements, expiration date, and final price.</w:t>
            </w:r>
            <w:r>
              <w:rPr>
                <w:color w:val="1F1F1F"/>
                <w:sz w:val="19"/>
              </w:rPr>
              <w:br/>
              <w:t>9. Suggest additional ways to lower the total without removing a full day of meals or using unsafe or unrealistic serving sizes.</w:t>
            </w:r>
            <w:r>
              <w:rPr>
                <w:color w:val="1F1F1F"/>
                <w:sz w:val="19"/>
              </w:rPr>
              <w:br/>
              <w:t>10. Recommend whether to use one store or both stores after transportation costs are considered.</w:t>
            </w:r>
            <w:r>
              <w:rPr>
                <w:color w:val="1F1F1F"/>
                <w:sz w:val="19"/>
              </w:rPr>
              <w:br/>
              <w:t>11. Show the estimated total and whether it fits my budget.</w:t>
            </w:r>
            <w:r>
              <w:rPr>
                <w:color w:val="1F1F1F"/>
                <w:sz w:val="19"/>
              </w:rPr>
              <w:br/>
            </w:r>
            <w:r>
              <w:rPr>
                <w:color w:val="1F1F1F"/>
                <w:sz w:val="19"/>
              </w:rPr>
              <w:br/>
              <w:t>IMPORTANT RULES</w:t>
            </w:r>
            <w:r>
              <w:rPr>
                <w:color w:val="1F1F1F"/>
                <w:sz w:val="19"/>
              </w:rPr>
              <w:br/>
              <w:t>• Do not ask for private information such as account numbers, card numbers, Social Security numbers, passwords, or exact home address.</w:t>
            </w:r>
            <w:r>
              <w:rPr>
                <w:color w:val="1F1F1F"/>
                <w:sz w:val="19"/>
              </w:rPr>
              <w:br/>
              <w:t>• If you cannot access or verify a current price, sale, coupon, or local inventory, write “not verified” instead of making it up.</w:t>
            </w:r>
            <w:r>
              <w:rPr>
                <w:color w:val="1F1F1F"/>
                <w:sz w:val="19"/>
              </w:rPr>
              <w:br/>
              <w:t>• Keep the answer clear, practical, and organized with tables and short sections.</w:t>
            </w:r>
          </w:p>
        </w:tc>
      </w:tr>
      <w:tr w:rsidR="00923997" w14:paraId="13B1A5F4" w14:textId="77777777">
        <w:trPr>
          <w:jc w:val="center"/>
        </w:trPr>
        <w:tc>
          <w:tcPr>
            <w:tcW w:w="10080" w:type="dxa"/>
            <w:tcBorders>
              <w:top w:val="single" w:sz="8" w:space="0" w:color="8EA9C1"/>
              <w:left w:val="single" w:sz="8" w:space="0" w:color="8EA9C1"/>
              <w:bottom w:val="single" w:sz="8" w:space="0" w:color="8EA9C1"/>
              <w:right w:val="single" w:sz="8" w:space="0" w:color="8EA9C1"/>
            </w:tcBorders>
            <w:shd w:val="clear" w:color="auto" w:fill="F5F5F5"/>
            <w:tcMar>
              <w:top w:w="90" w:type="dxa"/>
              <w:left w:w="150" w:type="dxa"/>
              <w:bottom w:w="90" w:type="dxa"/>
              <w:right w:w="150" w:type="dxa"/>
            </w:tcMar>
            <w:vAlign w:val="center"/>
          </w:tcPr>
          <w:p w14:paraId="60CF81C1" w14:textId="77777777" w:rsidR="00923997" w:rsidRDefault="00000000">
            <w:pPr>
              <w:spacing w:after="0"/>
            </w:pPr>
            <w:r>
              <w:rPr>
                <w:b/>
                <w:color w:val="666666"/>
                <w:sz w:val="20"/>
              </w:rPr>
              <w:t>Important: Review the plan and confirm local prices, food safety, allergy needs, and serving sizes before using it.</w:t>
            </w:r>
          </w:p>
        </w:tc>
      </w:tr>
    </w:tbl>
    <w:p w14:paraId="21383724" w14:textId="77777777" w:rsidR="00923997" w:rsidRDefault="00923997">
      <w:pPr>
        <w:spacing w:after="20"/>
      </w:pPr>
    </w:p>
    <w:p w14:paraId="04A82E15" w14:textId="77777777" w:rsidR="00923997" w:rsidRDefault="00923997">
      <w:pPr>
        <w:pageBreakBefore/>
        <w:spacing w:after="0"/>
      </w:pPr>
    </w:p>
    <w:p w14:paraId="42FC927A" w14:textId="77777777" w:rsidR="00923997" w:rsidRDefault="00000000">
      <w:pPr>
        <w:keepNext/>
        <w:spacing w:before="160"/>
      </w:pPr>
      <w:r>
        <w:rPr>
          <w:b/>
          <w:color w:val="2F5597"/>
          <w:sz w:val="32"/>
        </w:rPr>
        <w:t>Filled-In Example Prompt</w:t>
      </w:r>
    </w:p>
    <w:p w14:paraId="6E8C2AA9" w14:textId="77777777" w:rsidR="00923997" w:rsidRDefault="00000000">
      <w:r>
        <w:rPr>
          <w:color w:val="1F1F1F"/>
        </w:rPr>
        <w:t>This example uses a $75 weekly budget, ZIP code 71203, Walmart, and Brookshire’s. Replace these details when needed.</w:t>
      </w:r>
    </w:p>
    <w:tbl>
      <w:tblPr>
        <w:tblW w:w="0" w:type="auto"/>
        <w:jc w:val="center"/>
        <w:tblLayout w:type="fixed"/>
        <w:tblLook w:val="04A0" w:firstRow="1" w:lastRow="0" w:firstColumn="1" w:lastColumn="0" w:noHBand="0" w:noVBand="1"/>
      </w:tblPr>
      <w:tblGrid>
        <w:gridCol w:w="10080"/>
      </w:tblGrid>
      <w:tr w:rsidR="00923997" w14:paraId="40943867" w14:textId="77777777">
        <w:trPr>
          <w:jc w:val="center"/>
        </w:trPr>
        <w:tc>
          <w:tcPr>
            <w:tcW w:w="10080" w:type="dxa"/>
            <w:tcBorders>
              <w:top w:val="single" w:sz="8" w:space="0" w:color="2F5597"/>
              <w:left w:val="single" w:sz="8" w:space="0" w:color="2F5597"/>
              <w:bottom w:val="single" w:sz="8" w:space="0" w:color="2F5597"/>
              <w:right w:val="single" w:sz="8" w:space="0" w:color="2F5597"/>
            </w:tcBorders>
            <w:shd w:val="clear" w:color="auto" w:fill="2F5597"/>
            <w:tcMar>
              <w:top w:w="100" w:type="dxa"/>
              <w:left w:w="140" w:type="dxa"/>
              <w:bottom w:w="100" w:type="dxa"/>
              <w:right w:w="140" w:type="dxa"/>
            </w:tcMar>
            <w:vAlign w:val="center"/>
          </w:tcPr>
          <w:p w14:paraId="124D7528" w14:textId="77777777" w:rsidR="00923997" w:rsidRDefault="00000000">
            <w:pPr>
              <w:spacing w:after="0"/>
            </w:pPr>
            <w:r>
              <w:rPr>
                <w:b/>
                <w:color w:val="FFFFFF"/>
              </w:rPr>
              <w:t>FILLED-IN EXAMPLE</w:t>
            </w:r>
          </w:p>
        </w:tc>
      </w:tr>
      <w:tr w:rsidR="00923997" w14:paraId="1024DB93" w14:textId="77777777">
        <w:trPr>
          <w:jc w:val="center"/>
        </w:trPr>
        <w:tc>
          <w:tcPr>
            <w:tcW w:w="10080" w:type="dxa"/>
            <w:tcBorders>
              <w:top w:val="single" w:sz="8" w:space="0" w:color="8EA9C1"/>
              <w:left w:val="single" w:sz="8" w:space="0" w:color="8EA9C1"/>
              <w:bottom w:val="single" w:sz="8" w:space="0" w:color="8EA9C1"/>
              <w:right w:val="single" w:sz="8" w:space="0" w:color="8EA9C1"/>
            </w:tcBorders>
            <w:shd w:val="clear" w:color="auto" w:fill="EAF3F8"/>
            <w:tcMar>
              <w:top w:w="120" w:type="dxa"/>
              <w:left w:w="150" w:type="dxa"/>
              <w:bottom w:w="120" w:type="dxa"/>
              <w:right w:w="150" w:type="dxa"/>
            </w:tcMar>
            <w:vAlign w:val="center"/>
          </w:tcPr>
          <w:p w14:paraId="11449C17" w14:textId="77777777" w:rsidR="00923997" w:rsidRDefault="00000000">
            <w:pPr>
              <w:spacing w:after="0"/>
            </w:pPr>
            <w:r>
              <w:rPr>
                <w:color w:val="1F1F1F"/>
                <w:sz w:val="19"/>
              </w:rPr>
              <w:t>Help me create a complete weekly food plan for one mother and two children.</w:t>
            </w:r>
            <w:r>
              <w:rPr>
                <w:color w:val="1F1F1F"/>
                <w:sz w:val="19"/>
              </w:rPr>
              <w:br/>
            </w:r>
            <w:r>
              <w:rPr>
                <w:color w:val="1F1F1F"/>
                <w:sz w:val="19"/>
              </w:rPr>
              <w:br/>
              <w:t>MY INFORMATION</w:t>
            </w:r>
            <w:r>
              <w:rPr>
                <w:color w:val="1F1F1F"/>
                <w:sz w:val="19"/>
              </w:rPr>
              <w:br/>
              <w:t>• Weekly grocery budget: $75</w:t>
            </w:r>
            <w:r>
              <w:rPr>
                <w:color w:val="1F1F1F"/>
                <w:sz w:val="19"/>
              </w:rPr>
              <w:br/>
              <w:t>• ZIP code: 71203</w:t>
            </w:r>
            <w:r>
              <w:rPr>
                <w:color w:val="1F1F1F"/>
                <w:sz w:val="19"/>
              </w:rPr>
              <w:br/>
              <w:t>• Store 1: Walmart</w:t>
            </w:r>
            <w:r>
              <w:rPr>
                <w:color w:val="1F1F1F"/>
                <w:sz w:val="19"/>
              </w:rPr>
              <w:br/>
              <w:t>• Store 2: Brookshire’s</w:t>
            </w:r>
            <w:r>
              <w:rPr>
                <w:color w:val="1F1F1F"/>
                <w:sz w:val="19"/>
              </w:rPr>
              <w:br/>
              <w:t>• Food already at home: 2 pounds of rice, 1 jar of peanut butter, 6 eggs, 4 cans of green beans, oatmeal, flour, cooking oil, salt, pepper, and one bag of frozen mixed vegetables</w:t>
            </w:r>
            <w:r>
              <w:rPr>
                <w:color w:val="1F1F1F"/>
                <w:sz w:val="19"/>
              </w:rPr>
              <w:br/>
              <w:t>• Children’s general age groups: one elementary-age child and one middle-school-age child</w:t>
            </w:r>
            <w:r>
              <w:rPr>
                <w:color w:val="1F1F1F"/>
                <w:sz w:val="19"/>
              </w:rPr>
              <w:br/>
              <w:t>• Foods avoided: very spicy foods</w:t>
            </w:r>
            <w:r>
              <w:rPr>
                <w:color w:val="1F1F1F"/>
                <w:sz w:val="19"/>
              </w:rPr>
              <w:br/>
              <w:t>• Allergies or medical food restrictions: none</w:t>
            </w:r>
            <w:r>
              <w:rPr>
                <w:color w:val="1F1F1F"/>
                <w:sz w:val="19"/>
              </w:rPr>
              <w:br/>
              <w:t>• Cooking equipment: stove, oven, microwave, slow cooker</w:t>
            </w:r>
            <w:r>
              <w:rPr>
                <w:color w:val="1F1F1F"/>
                <w:sz w:val="19"/>
              </w:rPr>
              <w:br/>
              <w:t>• Time available for most meals: 30 minutes</w:t>
            </w:r>
            <w:r>
              <w:rPr>
                <w:color w:val="1F1F1F"/>
                <w:sz w:val="19"/>
              </w:rPr>
              <w:br/>
              <w:t>• Meals that must be packed: five school lunches</w:t>
            </w:r>
            <w:r>
              <w:rPr>
                <w:color w:val="1F1F1F"/>
                <w:sz w:val="19"/>
              </w:rPr>
              <w:br/>
            </w:r>
            <w:r>
              <w:rPr>
                <w:color w:val="1F1F1F"/>
                <w:sz w:val="19"/>
              </w:rPr>
              <w:br/>
              <w:t>COMPLETE THESE STEPS IN ORDER</w:t>
            </w:r>
            <w:r>
              <w:rPr>
                <w:color w:val="1F1F1F"/>
                <w:sz w:val="19"/>
              </w:rPr>
              <w:br/>
              <w:t>1. Organize the food I already have and identify what should be used first.</w:t>
            </w:r>
            <w:r>
              <w:rPr>
                <w:color w:val="1F1F1F"/>
                <w:sz w:val="19"/>
              </w:rPr>
              <w:br/>
              <w:t>2. Create a 7-day meal plan with breakfast, lunch, and dinner every day.</w:t>
            </w:r>
            <w:r>
              <w:rPr>
                <w:color w:val="1F1F1F"/>
                <w:sz w:val="19"/>
              </w:rPr>
              <w:br/>
              <w:t>3. Use simple, affordable meals and reuse ingredients to reduce waste.</w:t>
            </w:r>
            <w:r>
              <w:rPr>
                <w:color w:val="1F1F1F"/>
                <w:sz w:val="19"/>
              </w:rPr>
              <w:br/>
              <w:t>4. Provide simple recipes with servings, exact ingredients, short directions, cooking time, leftover storage, and a lower-cost substitution.</w:t>
            </w:r>
            <w:r>
              <w:rPr>
                <w:color w:val="1F1F1F"/>
                <w:sz w:val="19"/>
              </w:rPr>
              <w:br/>
              <w:t>5. Create one master ingredient list, remove what I already have, and make the final shopping list.</w:t>
            </w:r>
            <w:r>
              <w:rPr>
                <w:color w:val="1F1F1F"/>
                <w:sz w:val="19"/>
              </w:rPr>
              <w:br/>
              <w:t>6. Compare Walmart and Brookshire’s near ZIP code 71203. Use current prices only when verified, state the date checked, and label unverified prices.</w:t>
            </w:r>
            <w:r>
              <w:rPr>
                <w:color w:val="1F1F1F"/>
                <w:sz w:val="19"/>
              </w:rPr>
              <w:br/>
              <w:t>7. Check current sales, digital coupons, loyalty offers, and store-brand substitutions only for ingredients I need.</w:t>
            </w:r>
            <w:r>
              <w:rPr>
                <w:color w:val="1F1F1F"/>
                <w:sz w:val="19"/>
              </w:rPr>
              <w:br/>
              <w:t>8. Suggest ways to stay within $75 without removing a full day of meals or using unrealistic serving sizes.</w:t>
            </w:r>
            <w:r>
              <w:rPr>
                <w:color w:val="1F1F1F"/>
                <w:sz w:val="19"/>
              </w:rPr>
              <w:br/>
              <w:t>9. Recommend one store or a split shopping plan after transportation and time are considered.</w:t>
            </w:r>
            <w:r>
              <w:rPr>
                <w:color w:val="1F1F1F"/>
                <w:sz w:val="19"/>
              </w:rPr>
              <w:br/>
              <w:t>10. Show the estimated total and amount left in the budget.</w:t>
            </w:r>
            <w:r>
              <w:rPr>
                <w:color w:val="1F1F1F"/>
                <w:sz w:val="19"/>
              </w:rPr>
              <w:br/>
            </w:r>
            <w:r>
              <w:rPr>
                <w:color w:val="1F1F1F"/>
                <w:sz w:val="19"/>
              </w:rPr>
              <w:br/>
              <w:t>Do not ask for private information. If current local prices or sales cannot be verified, write “not verified” instead of making up information. Keep the answer clear and practical.</w:t>
            </w:r>
          </w:p>
        </w:tc>
      </w:tr>
    </w:tbl>
    <w:p w14:paraId="7108593C" w14:textId="77777777" w:rsidR="00923997" w:rsidRDefault="00923997">
      <w:pPr>
        <w:spacing w:after="20"/>
      </w:pPr>
    </w:p>
    <w:tbl>
      <w:tblPr>
        <w:tblW w:w="0" w:type="auto"/>
        <w:jc w:val="center"/>
        <w:tblLayout w:type="fixed"/>
        <w:tblLook w:val="04A0" w:firstRow="1" w:lastRow="0" w:firstColumn="1" w:lastColumn="0" w:noHBand="0" w:noVBand="1"/>
      </w:tblPr>
      <w:tblGrid>
        <w:gridCol w:w="10080"/>
      </w:tblGrid>
      <w:tr w:rsidR="00923997" w14:paraId="19A08E6F" w14:textId="77777777">
        <w:trPr>
          <w:jc w:val="center"/>
        </w:trPr>
        <w:tc>
          <w:tcPr>
            <w:tcW w:w="10080" w:type="dxa"/>
            <w:tcBorders>
              <w:top w:val="single" w:sz="8" w:space="0" w:color="8EA9C1"/>
              <w:left w:val="single" w:sz="8" w:space="0" w:color="8EA9C1"/>
              <w:bottom w:val="single" w:sz="8" w:space="0" w:color="8EA9C1"/>
              <w:right w:val="single" w:sz="8" w:space="0" w:color="8EA9C1"/>
            </w:tcBorders>
            <w:shd w:val="clear" w:color="auto" w:fill="D9EAF7"/>
            <w:tcMar>
              <w:top w:w="120" w:type="dxa"/>
              <w:left w:w="150" w:type="dxa"/>
              <w:bottom w:w="120" w:type="dxa"/>
              <w:right w:w="150" w:type="dxa"/>
            </w:tcMar>
            <w:vAlign w:val="center"/>
          </w:tcPr>
          <w:p w14:paraId="685453E5" w14:textId="77777777" w:rsidR="00923997" w:rsidRDefault="00000000">
            <w:pPr>
              <w:spacing w:after="40"/>
            </w:pPr>
            <w:r>
              <w:rPr>
                <w:b/>
                <w:color w:val="2F5597"/>
                <w:sz w:val="22"/>
              </w:rPr>
              <w:t>Important</w:t>
            </w:r>
          </w:p>
          <w:p w14:paraId="06237733" w14:textId="77777777" w:rsidR="00923997" w:rsidRDefault="00000000">
            <w:pPr>
              <w:spacing w:after="0" w:line="252" w:lineRule="auto"/>
            </w:pPr>
            <w:r>
              <w:rPr>
                <w:color w:val="1F1F1F"/>
                <w:sz w:val="21"/>
              </w:rPr>
              <w:t>The example is a starting point, not a guarantee that $75 will cover every needed item. Local prices, children’s ages, appetite, school meal access, food benefits, allergies, and food already available will change the result.</w:t>
            </w:r>
          </w:p>
        </w:tc>
      </w:tr>
    </w:tbl>
    <w:p w14:paraId="3F8506ED" w14:textId="77777777" w:rsidR="00923997" w:rsidRDefault="00923997">
      <w:pPr>
        <w:spacing w:after="20"/>
      </w:pPr>
    </w:p>
    <w:p w14:paraId="6D677A53" w14:textId="77777777" w:rsidR="00923997" w:rsidRDefault="00923997">
      <w:pPr>
        <w:pageBreakBefore/>
        <w:spacing w:after="0"/>
      </w:pPr>
    </w:p>
    <w:p w14:paraId="35CCC640" w14:textId="77777777" w:rsidR="00923997" w:rsidRDefault="00000000">
      <w:pPr>
        <w:keepNext/>
        <w:spacing w:before="160"/>
      </w:pPr>
      <w:r>
        <w:rPr>
          <w:b/>
          <w:color w:val="2F5597"/>
          <w:sz w:val="32"/>
        </w:rPr>
        <w:t>Weekly Review</w:t>
      </w:r>
    </w:p>
    <w:tbl>
      <w:tblPr>
        <w:tblW w:w="0" w:type="auto"/>
        <w:jc w:val="center"/>
        <w:tblLayout w:type="fixed"/>
        <w:tblLook w:val="04A0" w:firstRow="1" w:lastRow="0" w:firstColumn="1" w:lastColumn="0" w:noHBand="0" w:noVBand="1"/>
      </w:tblPr>
      <w:tblGrid>
        <w:gridCol w:w="5184"/>
        <w:gridCol w:w="4248"/>
      </w:tblGrid>
      <w:tr w:rsidR="00923997" w14:paraId="69CBD3CF" w14:textId="77777777">
        <w:trPr>
          <w:tblHeader/>
          <w:jc w:val="center"/>
        </w:trPr>
        <w:tc>
          <w:tcPr>
            <w:tcW w:w="5184"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0BDE6815" w14:textId="77777777" w:rsidR="00923997" w:rsidRDefault="00000000">
            <w:pPr>
              <w:spacing w:after="0"/>
              <w:jc w:val="center"/>
            </w:pPr>
            <w:r>
              <w:rPr>
                <w:b/>
                <w:color w:val="FFFFFF"/>
                <w:sz w:val="21"/>
              </w:rPr>
              <w:t>Review Question</w:t>
            </w:r>
          </w:p>
        </w:tc>
        <w:tc>
          <w:tcPr>
            <w:tcW w:w="4248"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6E4BB781" w14:textId="77777777" w:rsidR="00923997" w:rsidRDefault="00000000">
            <w:pPr>
              <w:spacing w:after="0"/>
              <w:jc w:val="center"/>
            </w:pPr>
            <w:r>
              <w:rPr>
                <w:b/>
                <w:color w:val="FFFFFF"/>
                <w:sz w:val="21"/>
              </w:rPr>
              <w:t>My Answer</w:t>
            </w:r>
          </w:p>
        </w:tc>
      </w:tr>
      <w:tr w:rsidR="00923997" w14:paraId="7EE6A7F5" w14:textId="77777777">
        <w:trPr>
          <w:cantSplit/>
          <w:jc w:val="center"/>
        </w:trPr>
        <w:tc>
          <w:tcPr>
            <w:tcW w:w="518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B89A775" w14:textId="77777777" w:rsidR="00923997" w:rsidRDefault="00000000">
            <w:pPr>
              <w:spacing w:after="0" w:line="240" w:lineRule="auto"/>
            </w:pPr>
            <w:r>
              <w:rPr>
                <w:color w:val="1F1F1F"/>
                <w:sz w:val="21"/>
              </w:rPr>
              <w:t>Did I stay within the food budget?</w:t>
            </w:r>
          </w:p>
        </w:tc>
        <w:tc>
          <w:tcPr>
            <w:tcW w:w="424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AEA059F" w14:textId="77777777" w:rsidR="00923997" w:rsidRDefault="00000000">
            <w:pPr>
              <w:spacing w:after="0" w:line="240" w:lineRule="auto"/>
            </w:pPr>
            <w:r>
              <w:rPr>
                <w:color w:val="1F1F1F"/>
                <w:sz w:val="21"/>
              </w:rPr>
              <w:t>☐ Yes   ☐ No</w:t>
            </w:r>
          </w:p>
        </w:tc>
      </w:tr>
      <w:tr w:rsidR="00923997" w14:paraId="7F5A3E5E" w14:textId="77777777">
        <w:trPr>
          <w:cantSplit/>
          <w:jc w:val="center"/>
        </w:trPr>
        <w:tc>
          <w:tcPr>
            <w:tcW w:w="518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1C6644D" w14:textId="77777777" w:rsidR="00923997" w:rsidRDefault="00000000">
            <w:pPr>
              <w:spacing w:after="0" w:line="240" w:lineRule="auto"/>
            </w:pPr>
            <w:r>
              <w:rPr>
                <w:color w:val="1F1F1F"/>
                <w:sz w:val="21"/>
              </w:rPr>
              <w:t>Did the family have enough food?</w:t>
            </w:r>
          </w:p>
        </w:tc>
        <w:tc>
          <w:tcPr>
            <w:tcW w:w="424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302D961" w14:textId="77777777" w:rsidR="00923997" w:rsidRDefault="00000000">
            <w:pPr>
              <w:spacing w:after="0" w:line="240" w:lineRule="auto"/>
            </w:pPr>
            <w:r>
              <w:rPr>
                <w:color w:val="1F1F1F"/>
                <w:sz w:val="21"/>
              </w:rPr>
              <w:t>☐ Yes   ☐ No</w:t>
            </w:r>
          </w:p>
        </w:tc>
      </w:tr>
      <w:tr w:rsidR="00923997" w14:paraId="0C4C04C5" w14:textId="77777777">
        <w:trPr>
          <w:cantSplit/>
          <w:jc w:val="center"/>
        </w:trPr>
        <w:tc>
          <w:tcPr>
            <w:tcW w:w="518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4179E13" w14:textId="77777777" w:rsidR="00923997" w:rsidRDefault="00000000">
            <w:pPr>
              <w:spacing w:after="0" w:line="240" w:lineRule="auto"/>
            </w:pPr>
            <w:r>
              <w:rPr>
                <w:color w:val="1F1F1F"/>
                <w:sz w:val="21"/>
              </w:rPr>
              <w:t>Which meals worked well?</w:t>
            </w:r>
          </w:p>
        </w:tc>
        <w:tc>
          <w:tcPr>
            <w:tcW w:w="424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918178B" w14:textId="77777777" w:rsidR="00923997" w:rsidRDefault="00000000">
            <w:pPr>
              <w:spacing w:after="0" w:line="240" w:lineRule="auto"/>
            </w:pPr>
            <w:r>
              <w:rPr>
                <w:color w:val="1F1F1F"/>
                <w:sz w:val="21"/>
              </w:rPr>
              <w:t>____________________________</w:t>
            </w:r>
          </w:p>
        </w:tc>
      </w:tr>
      <w:tr w:rsidR="00923997" w14:paraId="6BA77DE9" w14:textId="77777777">
        <w:trPr>
          <w:cantSplit/>
          <w:jc w:val="center"/>
        </w:trPr>
        <w:tc>
          <w:tcPr>
            <w:tcW w:w="518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B5FA1CD" w14:textId="77777777" w:rsidR="00923997" w:rsidRDefault="00000000">
            <w:pPr>
              <w:spacing w:after="0" w:line="240" w:lineRule="auto"/>
            </w:pPr>
            <w:r>
              <w:rPr>
                <w:color w:val="1F1F1F"/>
                <w:sz w:val="21"/>
              </w:rPr>
              <w:t>Which meals were not eaten?</w:t>
            </w:r>
          </w:p>
        </w:tc>
        <w:tc>
          <w:tcPr>
            <w:tcW w:w="424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ECF2410" w14:textId="77777777" w:rsidR="00923997" w:rsidRDefault="00000000">
            <w:pPr>
              <w:spacing w:after="0" w:line="240" w:lineRule="auto"/>
            </w:pPr>
            <w:r>
              <w:rPr>
                <w:color w:val="1F1F1F"/>
                <w:sz w:val="21"/>
              </w:rPr>
              <w:t>____________________________</w:t>
            </w:r>
          </w:p>
        </w:tc>
      </w:tr>
      <w:tr w:rsidR="00923997" w14:paraId="22DB51FC" w14:textId="77777777">
        <w:trPr>
          <w:cantSplit/>
          <w:jc w:val="center"/>
        </w:trPr>
        <w:tc>
          <w:tcPr>
            <w:tcW w:w="518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396367A" w14:textId="77777777" w:rsidR="00923997" w:rsidRDefault="00000000">
            <w:pPr>
              <w:spacing w:after="0" w:line="240" w:lineRule="auto"/>
            </w:pPr>
            <w:r>
              <w:rPr>
                <w:color w:val="1F1F1F"/>
                <w:sz w:val="21"/>
              </w:rPr>
              <w:t>What food was left?</w:t>
            </w:r>
          </w:p>
        </w:tc>
        <w:tc>
          <w:tcPr>
            <w:tcW w:w="424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4B4B047" w14:textId="77777777" w:rsidR="00923997" w:rsidRDefault="00000000">
            <w:pPr>
              <w:spacing w:after="0" w:line="240" w:lineRule="auto"/>
            </w:pPr>
            <w:r>
              <w:rPr>
                <w:color w:val="1F1F1F"/>
                <w:sz w:val="21"/>
              </w:rPr>
              <w:t>____________________________</w:t>
            </w:r>
          </w:p>
        </w:tc>
      </w:tr>
      <w:tr w:rsidR="00923997" w14:paraId="25A354F2" w14:textId="77777777">
        <w:trPr>
          <w:cantSplit/>
          <w:jc w:val="center"/>
        </w:trPr>
        <w:tc>
          <w:tcPr>
            <w:tcW w:w="518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2E5013E" w14:textId="77777777" w:rsidR="00923997" w:rsidRDefault="00000000">
            <w:pPr>
              <w:spacing w:after="0" w:line="240" w:lineRule="auto"/>
            </w:pPr>
            <w:r>
              <w:rPr>
                <w:color w:val="1F1F1F"/>
                <w:sz w:val="21"/>
              </w:rPr>
              <w:t>What food spoiled or was wasted?</w:t>
            </w:r>
          </w:p>
        </w:tc>
        <w:tc>
          <w:tcPr>
            <w:tcW w:w="424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66D996A" w14:textId="77777777" w:rsidR="00923997" w:rsidRDefault="00000000">
            <w:pPr>
              <w:spacing w:after="0" w:line="240" w:lineRule="auto"/>
            </w:pPr>
            <w:r>
              <w:rPr>
                <w:color w:val="1F1F1F"/>
                <w:sz w:val="21"/>
              </w:rPr>
              <w:t>____________________________</w:t>
            </w:r>
          </w:p>
        </w:tc>
      </w:tr>
      <w:tr w:rsidR="00923997" w14:paraId="00956413" w14:textId="77777777">
        <w:trPr>
          <w:cantSplit/>
          <w:jc w:val="center"/>
        </w:trPr>
        <w:tc>
          <w:tcPr>
            <w:tcW w:w="518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5FE8ECD" w14:textId="77777777" w:rsidR="00923997" w:rsidRDefault="00000000">
            <w:pPr>
              <w:spacing w:after="0" w:line="240" w:lineRule="auto"/>
            </w:pPr>
            <w:r>
              <w:rPr>
                <w:color w:val="1F1F1F"/>
                <w:sz w:val="21"/>
              </w:rPr>
              <w:t>Which store had the better final value?</w:t>
            </w:r>
          </w:p>
        </w:tc>
        <w:tc>
          <w:tcPr>
            <w:tcW w:w="424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1B8FB82" w14:textId="77777777" w:rsidR="00923997" w:rsidRDefault="00000000">
            <w:pPr>
              <w:spacing w:after="0" w:line="240" w:lineRule="auto"/>
            </w:pPr>
            <w:r>
              <w:rPr>
                <w:color w:val="1F1F1F"/>
                <w:sz w:val="21"/>
              </w:rPr>
              <w:t>____________________________</w:t>
            </w:r>
          </w:p>
        </w:tc>
      </w:tr>
      <w:tr w:rsidR="00923997" w14:paraId="4DFF5CE4" w14:textId="77777777">
        <w:trPr>
          <w:cantSplit/>
          <w:jc w:val="center"/>
        </w:trPr>
        <w:tc>
          <w:tcPr>
            <w:tcW w:w="518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E2CE911" w14:textId="77777777" w:rsidR="00923997" w:rsidRDefault="00000000">
            <w:pPr>
              <w:spacing w:after="0" w:line="240" w:lineRule="auto"/>
            </w:pPr>
            <w:r>
              <w:rPr>
                <w:color w:val="1F1F1F"/>
                <w:sz w:val="21"/>
              </w:rPr>
              <w:t>What will I change next week?</w:t>
            </w:r>
          </w:p>
        </w:tc>
        <w:tc>
          <w:tcPr>
            <w:tcW w:w="424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BF62BE9" w14:textId="77777777" w:rsidR="00923997" w:rsidRDefault="00000000">
            <w:pPr>
              <w:spacing w:after="0" w:line="240" w:lineRule="auto"/>
            </w:pPr>
            <w:r>
              <w:rPr>
                <w:color w:val="1F1F1F"/>
                <w:sz w:val="21"/>
              </w:rPr>
              <w:t>____________________________</w:t>
            </w:r>
          </w:p>
        </w:tc>
      </w:tr>
    </w:tbl>
    <w:p w14:paraId="589B6919" w14:textId="77777777" w:rsidR="00923997" w:rsidRDefault="00923997">
      <w:pPr>
        <w:spacing w:after="20"/>
      </w:pPr>
    </w:p>
    <w:p w14:paraId="5D1BCEDA" w14:textId="77777777" w:rsidR="00923997" w:rsidRDefault="00000000">
      <w:pPr>
        <w:keepNext/>
        <w:spacing w:before="80" w:after="60"/>
      </w:pPr>
      <w:r>
        <w:rPr>
          <w:b/>
          <w:color w:val="2F5597"/>
        </w:rPr>
        <w:t>Copy-and-Use Prompt 12: Improve Next Week’s Plan</w:t>
      </w:r>
    </w:p>
    <w:tbl>
      <w:tblPr>
        <w:tblW w:w="0" w:type="auto"/>
        <w:jc w:val="center"/>
        <w:tblLayout w:type="fixed"/>
        <w:tblLook w:val="04A0" w:firstRow="1" w:lastRow="0" w:firstColumn="1" w:lastColumn="0" w:noHBand="0" w:noVBand="1"/>
      </w:tblPr>
      <w:tblGrid>
        <w:gridCol w:w="10080"/>
      </w:tblGrid>
      <w:tr w:rsidR="00923997" w14:paraId="15116277" w14:textId="77777777">
        <w:trPr>
          <w:jc w:val="center"/>
        </w:trPr>
        <w:tc>
          <w:tcPr>
            <w:tcW w:w="10080" w:type="dxa"/>
            <w:tcBorders>
              <w:top w:val="single" w:sz="8" w:space="0" w:color="2F5597"/>
              <w:left w:val="single" w:sz="8" w:space="0" w:color="2F5597"/>
              <w:bottom w:val="single" w:sz="8" w:space="0" w:color="2F5597"/>
              <w:right w:val="single" w:sz="8" w:space="0" w:color="2F5597"/>
            </w:tcBorders>
            <w:shd w:val="clear" w:color="auto" w:fill="2F5597"/>
            <w:tcMar>
              <w:top w:w="100" w:type="dxa"/>
              <w:left w:w="140" w:type="dxa"/>
              <w:bottom w:w="100" w:type="dxa"/>
              <w:right w:w="140" w:type="dxa"/>
            </w:tcMar>
            <w:vAlign w:val="center"/>
          </w:tcPr>
          <w:p w14:paraId="0EDB7B2F" w14:textId="77777777" w:rsidR="00923997" w:rsidRDefault="00000000">
            <w:pPr>
              <w:spacing w:after="0"/>
            </w:pPr>
            <w:r>
              <w:rPr>
                <w:b/>
                <w:color w:val="FFFFFF"/>
              </w:rPr>
              <w:t>PROMPT 12</w:t>
            </w:r>
          </w:p>
        </w:tc>
      </w:tr>
      <w:tr w:rsidR="00923997" w14:paraId="7AE271C2" w14:textId="77777777">
        <w:trPr>
          <w:jc w:val="center"/>
        </w:trPr>
        <w:tc>
          <w:tcPr>
            <w:tcW w:w="10080" w:type="dxa"/>
            <w:tcBorders>
              <w:top w:val="single" w:sz="8" w:space="0" w:color="8EA9C1"/>
              <w:left w:val="single" w:sz="8" w:space="0" w:color="8EA9C1"/>
              <w:bottom w:val="single" w:sz="8" w:space="0" w:color="8EA9C1"/>
              <w:right w:val="single" w:sz="8" w:space="0" w:color="8EA9C1"/>
            </w:tcBorders>
            <w:shd w:val="clear" w:color="auto" w:fill="EAF3F8"/>
            <w:tcMar>
              <w:top w:w="120" w:type="dxa"/>
              <w:left w:w="150" w:type="dxa"/>
              <w:bottom w:w="120" w:type="dxa"/>
              <w:right w:w="150" w:type="dxa"/>
            </w:tcMar>
            <w:vAlign w:val="center"/>
          </w:tcPr>
          <w:p w14:paraId="56FB1F09" w14:textId="77777777" w:rsidR="00923997" w:rsidRDefault="00000000">
            <w:pPr>
              <w:spacing w:after="0"/>
            </w:pPr>
            <w:r>
              <w:rPr>
                <w:color w:val="1F1F1F"/>
                <w:sz w:val="21"/>
              </w:rPr>
              <w:t>Help me improve next week’s food plan. My budget was $[amount], and I spent $[amount]. Meals that worked well were: [list]. Meals the family did not eat were: [list]. Food left at the end of the week was: [list]. Food wasted was: [list]. Suggest five practical changes for next week that will reduce waste, use leftovers safely, and help me stay within budget. Keep the suggestions simple and do not ask for private information.</w:t>
            </w:r>
          </w:p>
        </w:tc>
      </w:tr>
    </w:tbl>
    <w:p w14:paraId="5C332958" w14:textId="77777777" w:rsidR="00923997" w:rsidRDefault="00923997">
      <w:pPr>
        <w:spacing w:after="20"/>
      </w:pPr>
    </w:p>
    <w:p w14:paraId="31C5F733" w14:textId="77777777" w:rsidR="00923997" w:rsidRDefault="00000000">
      <w:pPr>
        <w:spacing w:after="40"/>
      </w:pPr>
      <w:r>
        <w:rPr>
          <w:b/>
          <w:color w:val="2F5597"/>
          <w:sz w:val="22"/>
        </w:rPr>
        <w:t>My notes for next week:</w:t>
      </w:r>
    </w:p>
    <w:p w14:paraId="12A93E64" w14:textId="77777777" w:rsidR="00923997" w:rsidRDefault="00000000">
      <w:pPr>
        <w:tabs>
          <w:tab w:val="right" w:leader="underscore" w:pos="9360"/>
        </w:tabs>
        <w:spacing w:after="80"/>
      </w:pPr>
      <w:r>
        <w:rPr>
          <w:color w:val="1F1F1F"/>
          <w:sz w:val="22"/>
        </w:rPr>
        <w:tab/>
      </w:r>
    </w:p>
    <w:p w14:paraId="01CB3429" w14:textId="77777777" w:rsidR="00923997" w:rsidRDefault="00000000">
      <w:pPr>
        <w:tabs>
          <w:tab w:val="right" w:leader="underscore" w:pos="9360"/>
        </w:tabs>
        <w:spacing w:after="80"/>
      </w:pPr>
      <w:r>
        <w:rPr>
          <w:color w:val="1F1F1F"/>
          <w:sz w:val="22"/>
        </w:rPr>
        <w:tab/>
      </w:r>
    </w:p>
    <w:p w14:paraId="6B9CB45A" w14:textId="77777777" w:rsidR="00923997" w:rsidRDefault="00000000">
      <w:pPr>
        <w:tabs>
          <w:tab w:val="right" w:leader="underscore" w:pos="9360"/>
        </w:tabs>
        <w:spacing w:after="80"/>
      </w:pPr>
      <w:r>
        <w:rPr>
          <w:color w:val="1F1F1F"/>
          <w:sz w:val="22"/>
        </w:rPr>
        <w:tab/>
      </w:r>
    </w:p>
    <w:p w14:paraId="75BFC805" w14:textId="77777777" w:rsidR="00923997" w:rsidRDefault="00000000">
      <w:pPr>
        <w:tabs>
          <w:tab w:val="right" w:leader="underscore" w:pos="9360"/>
        </w:tabs>
        <w:spacing w:after="80"/>
      </w:pPr>
      <w:r>
        <w:rPr>
          <w:color w:val="1F1F1F"/>
          <w:sz w:val="22"/>
        </w:rPr>
        <w:tab/>
      </w:r>
    </w:p>
    <w:p w14:paraId="59696B2A" w14:textId="77777777" w:rsidR="00923997" w:rsidRDefault="00000000">
      <w:pPr>
        <w:tabs>
          <w:tab w:val="right" w:leader="underscore" w:pos="9360"/>
        </w:tabs>
        <w:spacing w:after="80"/>
      </w:pPr>
      <w:r>
        <w:rPr>
          <w:color w:val="1F1F1F"/>
          <w:sz w:val="22"/>
        </w:rPr>
        <w:tab/>
      </w:r>
    </w:p>
    <w:p w14:paraId="3C411422" w14:textId="77777777" w:rsidR="00923997" w:rsidRDefault="00923997">
      <w:pPr>
        <w:pageBreakBefore/>
        <w:spacing w:after="0"/>
      </w:pPr>
    </w:p>
    <w:p w14:paraId="27AE2914" w14:textId="77777777" w:rsidR="00923997" w:rsidRDefault="00000000">
      <w:pPr>
        <w:keepNext/>
        <w:spacing w:before="160"/>
      </w:pPr>
      <w:r>
        <w:rPr>
          <w:b/>
          <w:color w:val="2F5597"/>
          <w:sz w:val="32"/>
        </w:rPr>
        <w:t>Quick Prompt Checklist</w:t>
      </w:r>
    </w:p>
    <w:tbl>
      <w:tblPr>
        <w:tblW w:w="0" w:type="auto"/>
        <w:jc w:val="center"/>
        <w:tblLayout w:type="fixed"/>
        <w:tblLook w:val="04A0" w:firstRow="1" w:lastRow="0" w:firstColumn="1" w:lastColumn="0" w:noHBand="0" w:noVBand="1"/>
      </w:tblPr>
      <w:tblGrid>
        <w:gridCol w:w="1008"/>
        <w:gridCol w:w="8424"/>
      </w:tblGrid>
      <w:tr w:rsidR="00923997" w14:paraId="6C22BF12" w14:textId="77777777">
        <w:trPr>
          <w:tblHeader/>
          <w:jc w:val="center"/>
        </w:trPr>
        <w:tc>
          <w:tcPr>
            <w:tcW w:w="1008"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5F6ABE1A" w14:textId="77777777" w:rsidR="00923997" w:rsidRDefault="00000000">
            <w:pPr>
              <w:spacing w:after="0"/>
              <w:jc w:val="center"/>
            </w:pPr>
            <w:r>
              <w:rPr>
                <w:b/>
                <w:color w:val="FFFFFF"/>
                <w:sz w:val="21"/>
              </w:rPr>
              <w:t>Done</w:t>
            </w:r>
          </w:p>
        </w:tc>
        <w:tc>
          <w:tcPr>
            <w:tcW w:w="8424" w:type="dxa"/>
            <w:tcBorders>
              <w:top w:val="single" w:sz="6" w:space="0" w:color="FFFFFF"/>
              <w:left w:val="single" w:sz="6" w:space="0" w:color="FFFFFF"/>
              <w:bottom w:val="single" w:sz="6" w:space="0" w:color="FFFFFF"/>
              <w:right w:val="single" w:sz="6" w:space="0" w:color="FFFFFF"/>
            </w:tcBorders>
            <w:shd w:val="clear" w:color="auto" w:fill="2F5597"/>
            <w:tcMar>
              <w:top w:w="70" w:type="dxa"/>
              <w:left w:w="70" w:type="dxa"/>
              <w:bottom w:w="70" w:type="dxa"/>
              <w:right w:w="70" w:type="dxa"/>
            </w:tcMar>
            <w:vAlign w:val="center"/>
          </w:tcPr>
          <w:p w14:paraId="1D0BE37C" w14:textId="77777777" w:rsidR="00923997" w:rsidRDefault="00000000">
            <w:pPr>
              <w:spacing w:after="0"/>
              <w:jc w:val="center"/>
            </w:pPr>
            <w:r>
              <w:rPr>
                <w:b/>
                <w:color w:val="FFFFFF"/>
                <w:sz w:val="21"/>
              </w:rPr>
              <w:t>Check</w:t>
            </w:r>
          </w:p>
        </w:tc>
      </w:tr>
      <w:tr w:rsidR="00923997" w14:paraId="2823C801"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C090A22"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1D65FBD" w14:textId="77777777" w:rsidR="00923997" w:rsidRDefault="00000000">
            <w:pPr>
              <w:spacing w:after="0" w:line="240" w:lineRule="auto"/>
            </w:pPr>
            <w:r>
              <w:rPr>
                <w:color w:val="1F1F1F"/>
                <w:sz w:val="21"/>
              </w:rPr>
              <w:t>I entered only general information.</w:t>
            </w:r>
          </w:p>
        </w:tc>
      </w:tr>
      <w:tr w:rsidR="00923997" w14:paraId="5CF61B67"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FBC88E1"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EDC1A9E" w14:textId="77777777" w:rsidR="00923997" w:rsidRDefault="00000000">
            <w:pPr>
              <w:spacing w:after="0" w:line="240" w:lineRule="auto"/>
            </w:pPr>
            <w:r>
              <w:rPr>
                <w:color w:val="1F1F1F"/>
                <w:sz w:val="21"/>
              </w:rPr>
              <w:t>I did not enter private financial or identifying information.</w:t>
            </w:r>
          </w:p>
        </w:tc>
      </w:tr>
      <w:tr w:rsidR="00923997" w14:paraId="692F0824"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8862FEF"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EE9C4C7" w14:textId="77777777" w:rsidR="00923997" w:rsidRDefault="00000000">
            <w:pPr>
              <w:spacing w:after="0" w:line="240" w:lineRule="auto"/>
            </w:pPr>
            <w:r>
              <w:rPr>
                <w:color w:val="1F1F1F"/>
                <w:sz w:val="21"/>
              </w:rPr>
              <w:t>I included one adult and two children.</w:t>
            </w:r>
          </w:p>
        </w:tc>
      </w:tr>
      <w:tr w:rsidR="00923997" w14:paraId="26ADE26F"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C58450A"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15D630D" w14:textId="77777777" w:rsidR="00923997" w:rsidRDefault="00000000">
            <w:pPr>
              <w:spacing w:after="0" w:line="240" w:lineRule="auto"/>
            </w:pPr>
            <w:r>
              <w:rPr>
                <w:color w:val="1F1F1F"/>
                <w:sz w:val="21"/>
              </w:rPr>
              <w:t>I included my weekly food budget.</w:t>
            </w:r>
          </w:p>
        </w:tc>
      </w:tr>
      <w:tr w:rsidR="00923997" w14:paraId="05220AFF"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7D487C6"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F69B3C3" w14:textId="77777777" w:rsidR="00923997" w:rsidRDefault="00000000">
            <w:pPr>
              <w:spacing w:after="0" w:line="240" w:lineRule="auto"/>
            </w:pPr>
            <w:r>
              <w:rPr>
                <w:color w:val="1F1F1F"/>
                <w:sz w:val="21"/>
              </w:rPr>
              <w:t>I listed food already at home.</w:t>
            </w:r>
          </w:p>
        </w:tc>
      </w:tr>
      <w:tr w:rsidR="00923997" w14:paraId="5FE44441"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60C933C"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2B7919EC" w14:textId="77777777" w:rsidR="00923997" w:rsidRDefault="00000000">
            <w:pPr>
              <w:spacing w:after="0" w:line="240" w:lineRule="auto"/>
            </w:pPr>
            <w:r>
              <w:rPr>
                <w:color w:val="1F1F1F"/>
                <w:sz w:val="21"/>
              </w:rPr>
              <w:t>I requested seven days and three meals each day.</w:t>
            </w:r>
          </w:p>
        </w:tc>
      </w:tr>
      <w:tr w:rsidR="00923997" w14:paraId="2487CBF7"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31B636E"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CC2496D" w14:textId="77777777" w:rsidR="00923997" w:rsidRDefault="00000000">
            <w:pPr>
              <w:spacing w:after="0" w:line="240" w:lineRule="auto"/>
            </w:pPr>
            <w:r>
              <w:rPr>
                <w:color w:val="1F1F1F"/>
                <w:sz w:val="21"/>
              </w:rPr>
              <w:t>I requested recipes, ingredients, and exact amounts.</w:t>
            </w:r>
          </w:p>
        </w:tc>
      </w:tr>
      <w:tr w:rsidR="00923997" w14:paraId="15B5A176"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08A895C1"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685CA7B" w14:textId="77777777" w:rsidR="00923997" w:rsidRDefault="00000000">
            <w:pPr>
              <w:spacing w:after="0" w:line="240" w:lineRule="auto"/>
            </w:pPr>
            <w:r>
              <w:rPr>
                <w:color w:val="1F1F1F"/>
                <w:sz w:val="21"/>
              </w:rPr>
              <w:t>I requested a final list after removing food already at home.</w:t>
            </w:r>
          </w:p>
        </w:tc>
      </w:tr>
      <w:tr w:rsidR="00923997" w14:paraId="755257AE"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3FFD7FF"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90E5151" w14:textId="77777777" w:rsidR="00923997" w:rsidRDefault="00000000">
            <w:pPr>
              <w:spacing w:after="0" w:line="240" w:lineRule="auto"/>
            </w:pPr>
            <w:r>
              <w:rPr>
                <w:color w:val="1F1F1F"/>
                <w:sz w:val="21"/>
              </w:rPr>
              <w:t>I named two realistic local stores.</w:t>
            </w:r>
          </w:p>
        </w:tc>
      </w:tr>
      <w:tr w:rsidR="00923997" w14:paraId="17F27C76"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72FAA472"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4839B88" w14:textId="77777777" w:rsidR="00923997" w:rsidRDefault="00000000">
            <w:pPr>
              <w:spacing w:after="0" w:line="240" w:lineRule="auto"/>
            </w:pPr>
            <w:r>
              <w:rPr>
                <w:color w:val="1F1F1F"/>
                <w:sz w:val="21"/>
              </w:rPr>
              <w:t>I asked for the date and source of current prices or sales.</w:t>
            </w:r>
          </w:p>
        </w:tc>
      </w:tr>
      <w:tr w:rsidR="00923997" w14:paraId="50FE8185"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C9D7C5B"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0B87F75" w14:textId="77777777" w:rsidR="00923997" w:rsidRDefault="00000000">
            <w:pPr>
              <w:spacing w:after="0" w:line="240" w:lineRule="auto"/>
            </w:pPr>
            <w:r>
              <w:rPr>
                <w:color w:val="1F1F1F"/>
                <w:sz w:val="21"/>
              </w:rPr>
              <w:t>I asked the AI not to invent unverified prices.</w:t>
            </w:r>
          </w:p>
        </w:tc>
      </w:tr>
      <w:tr w:rsidR="00923997" w14:paraId="22A69BFB"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4EBBB93C"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12BE1E8C" w14:textId="77777777" w:rsidR="00923997" w:rsidRDefault="00000000">
            <w:pPr>
              <w:spacing w:after="0" w:line="240" w:lineRule="auto"/>
            </w:pPr>
            <w:r>
              <w:rPr>
                <w:color w:val="1F1F1F"/>
                <w:sz w:val="21"/>
              </w:rPr>
              <w:t>I confirmed prices and sales before shopping.</w:t>
            </w:r>
          </w:p>
        </w:tc>
      </w:tr>
      <w:tr w:rsidR="00923997" w14:paraId="429B4609"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6CBAABB8"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05AB33F" w14:textId="77777777" w:rsidR="00923997" w:rsidRDefault="00000000">
            <w:pPr>
              <w:spacing w:after="0" w:line="240" w:lineRule="auto"/>
            </w:pPr>
            <w:r>
              <w:rPr>
                <w:color w:val="1F1F1F"/>
                <w:sz w:val="21"/>
              </w:rPr>
              <w:t>I reviewed food safety and allergy concerns.</w:t>
            </w:r>
          </w:p>
        </w:tc>
      </w:tr>
      <w:tr w:rsidR="00923997" w14:paraId="0CDC449B" w14:textId="77777777">
        <w:trPr>
          <w:cantSplit/>
          <w:jc w:val="center"/>
        </w:trPr>
        <w:tc>
          <w:tcPr>
            <w:tcW w:w="1008"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59DAB26A" w14:textId="77777777" w:rsidR="00923997" w:rsidRDefault="00000000">
            <w:pPr>
              <w:spacing w:after="0" w:line="240" w:lineRule="auto"/>
            </w:pPr>
            <w:r>
              <w:rPr>
                <w:color w:val="1F1F1F"/>
                <w:sz w:val="21"/>
              </w:rPr>
              <w:t>☐</w:t>
            </w:r>
          </w:p>
        </w:tc>
        <w:tc>
          <w:tcPr>
            <w:tcW w:w="8424" w:type="dxa"/>
            <w:tcBorders>
              <w:top w:val="single" w:sz="5" w:space="0" w:color="8EA9C1"/>
              <w:left w:val="single" w:sz="5" w:space="0" w:color="8EA9C1"/>
              <w:bottom w:val="single" w:sz="5" w:space="0" w:color="8EA9C1"/>
              <w:right w:val="single" w:sz="5" w:space="0" w:color="8EA9C1"/>
            </w:tcBorders>
            <w:tcMar>
              <w:top w:w="70" w:type="dxa"/>
              <w:left w:w="80" w:type="dxa"/>
              <w:bottom w:w="70" w:type="dxa"/>
              <w:right w:w="80" w:type="dxa"/>
            </w:tcMar>
            <w:vAlign w:val="center"/>
          </w:tcPr>
          <w:p w14:paraId="35FB82F8" w14:textId="77777777" w:rsidR="00923997" w:rsidRDefault="00000000">
            <w:pPr>
              <w:spacing w:after="0" w:line="240" w:lineRule="auto"/>
            </w:pPr>
            <w:r>
              <w:rPr>
                <w:color w:val="1F1F1F"/>
                <w:sz w:val="21"/>
              </w:rPr>
              <w:t>I recorded what I actually spent.</w:t>
            </w:r>
          </w:p>
        </w:tc>
      </w:tr>
    </w:tbl>
    <w:p w14:paraId="79409FFC" w14:textId="77777777" w:rsidR="00923997" w:rsidRDefault="00923997">
      <w:pPr>
        <w:spacing w:after="20"/>
      </w:pPr>
    </w:p>
    <w:p w14:paraId="3F4670CC" w14:textId="77777777" w:rsidR="00923997" w:rsidRDefault="00000000">
      <w:pPr>
        <w:keepNext/>
        <w:spacing w:before="100"/>
      </w:pPr>
      <w:r>
        <w:rPr>
          <w:b/>
          <w:color w:val="2F5597"/>
          <w:sz w:val="28"/>
        </w:rPr>
        <w:t>Encouragement</w:t>
      </w:r>
    </w:p>
    <w:p w14:paraId="0C620B78" w14:textId="77777777" w:rsidR="00923997" w:rsidRDefault="00000000">
      <w:pPr>
        <w:spacing w:before="240"/>
        <w:jc w:val="center"/>
      </w:pPr>
      <w:r>
        <w:rPr>
          <w:b/>
          <w:color w:val="2F5597"/>
          <w:sz w:val="26"/>
        </w:rPr>
        <w:t>A good food plan does not have to be perfect. Begin with what you have. Make one clear plan. Check prices before you shop. Learn from the week, and make the next plan a little stronger.</w:t>
      </w:r>
    </w:p>
    <w:sectPr w:rsidR="00923997" w:rsidSect="00034616">
      <w:footerReference w:type="default" r:id="rId8"/>
      <w:pgSz w:w="12240" w:h="15840"/>
      <w:pgMar w:top="864" w:right="1080" w:bottom="864" w:left="1080"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70A52" w14:textId="77777777" w:rsidR="00CD262B" w:rsidRDefault="00CD262B">
      <w:pPr>
        <w:spacing w:after="0" w:line="240" w:lineRule="auto"/>
      </w:pPr>
      <w:r>
        <w:separator/>
      </w:r>
    </w:p>
  </w:endnote>
  <w:endnote w:type="continuationSeparator" w:id="0">
    <w:p w14:paraId="19D4019C" w14:textId="77777777" w:rsidR="00CD262B" w:rsidRDefault="00CD2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FED28" w14:textId="77777777" w:rsidR="00923997" w:rsidRDefault="00000000">
    <w:pPr>
      <w:pStyle w:val="Footer"/>
      <w:jc w:val="center"/>
    </w:pPr>
    <w:r>
      <w:rPr>
        <w:color w:val="666666"/>
        <w:sz w:val="18"/>
      </w:rPr>
      <w:t>Budget and 7-Day Meal Plan Prompt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15A63" w14:textId="77777777" w:rsidR="00CD262B" w:rsidRDefault="00CD262B">
      <w:pPr>
        <w:spacing w:after="0" w:line="240" w:lineRule="auto"/>
      </w:pPr>
      <w:r>
        <w:separator/>
      </w:r>
    </w:p>
  </w:footnote>
  <w:footnote w:type="continuationSeparator" w:id="0">
    <w:p w14:paraId="4E57AB03" w14:textId="77777777" w:rsidR="00CD262B" w:rsidRDefault="00CD26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64269856">
    <w:abstractNumId w:val="8"/>
  </w:num>
  <w:num w:numId="2" w16cid:durableId="1504053728">
    <w:abstractNumId w:val="6"/>
  </w:num>
  <w:num w:numId="3" w16cid:durableId="982386288">
    <w:abstractNumId w:val="5"/>
  </w:num>
  <w:num w:numId="4" w16cid:durableId="1868524160">
    <w:abstractNumId w:val="4"/>
  </w:num>
  <w:num w:numId="5" w16cid:durableId="565144303">
    <w:abstractNumId w:val="7"/>
  </w:num>
  <w:num w:numId="6" w16cid:durableId="111242798">
    <w:abstractNumId w:val="3"/>
  </w:num>
  <w:num w:numId="7" w16cid:durableId="768160121">
    <w:abstractNumId w:val="2"/>
  </w:num>
  <w:num w:numId="8" w16cid:durableId="354815207">
    <w:abstractNumId w:val="1"/>
  </w:num>
  <w:num w:numId="9" w16cid:durableId="1067192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3227C"/>
    <w:rsid w:val="00785CBF"/>
    <w:rsid w:val="00923997"/>
    <w:rsid w:val="00AA1D8D"/>
    <w:rsid w:val="00B47730"/>
    <w:rsid w:val="00CB0664"/>
    <w:rsid w:val="00CD262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DE7D01"/>
  <w14:defaultImageDpi w14:val="300"/>
  <w15:docId w15:val="{60CC1623-855A-4EE7-894D-55A1B09A9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Palatino Linotype" w:hAnsi="Palatino Linotype"/>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F5597"/>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2F5597"/>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3280</Words>
  <Characters>18698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21935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and 7-Day Meal Plan AI Prompt Guide</dc:title>
  <dc:subject>Step-by-step prompts for budgeting, meal planning, recipes, ingredients, pantry inventory, grocery comparison, sales, and savings</dc:subject>
  <dc:creator>Compassion Ministry Resources</dc:creator>
  <cp:keywords>budget, meal plan, grocery shopping, AI prompts, single mother, children</cp:keywords>
  <dc:description>generated by python-docx</dc:description>
  <cp:lastModifiedBy>Tonya Hancock</cp:lastModifiedBy>
  <cp:revision>2</cp:revision>
  <dcterms:created xsi:type="dcterms:W3CDTF">2026-07-26T02:57:00Z</dcterms:created>
  <dcterms:modified xsi:type="dcterms:W3CDTF">2026-07-26T02:57:00Z</dcterms:modified>
  <cp:category/>
</cp:coreProperties>
</file>